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Аяны — Он бірінші саны</w:t>
      </w:r>
    </w:p>
    <w:p>
      <w:pPr>
        <w:pStyle w:val="ArticleSubtitle"/>
        <w:jc w:val="left"/>
      </w:pPr>
      <w:r>
        <w:rPr>
          <w:rFonts w:ascii="Arial" w:hAnsi="Arial" w:eastAsia="Arial" w:cs="Arial"/>
        </w:rPr>
        <w:t>Аңның бейнесі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Көкте тағы бір ғажайып белгі көрінді; міне, жеті басы, он мүйізі бар, бастарында жеті тәжі киген алып қызыл айдаһар пайда болды. Оның құйрығы көктегі жұлдыздардың үштен бірін іліп әкетіп, жерге лақтырды. Айдаһар босанғалы тұрған әйелдің алдында тұрып алды, сәбиі туа салысымен оны жалмап қою үшін. Әйел барлық халықтарды темір таяқпен билейтін ер бала туды; ал оның сәбиі Құдайға, Оның тағына көтеріліп әкетілді. Әйел шөлге қашты; сол жерде Құдай дайындап қойған орны бар еді, сонда оны мың екі жүз алпыс күн бойы асырасын деп. Сонда көкте соғыс болды: Михаил мен оның періштелері айдаһарға қарсы соғысты; айдаһар да және оның періштелері де соғысты, бірақ жеңе алмады, әрі көктен оларға енді орын табылмады. Сонда бүкіл әлемді азғыратын, Ібіліс әрі Шайтан деп аталатын сол ежелгі жылан — алып айдаһар — жерге лақтырылды, оның періштелері де онымен бірге лақтырылды. Сонда мен көктен: «Енді құтқарылу, күш-қуат, Құдайымыздың Патшалығы және Оның Мәсіхінің билігі келді; өйткені бауырластарымызды Құдайымыздың алдында күні-түні айыптаған айыптаушы құлатылды. Олар оны Тоқтының қаны арқылы және өз куәліктерінің сөзі арқылы жеңді; олар тіпті өлімге дейін өз жандарын аяламады. Сондықтан, көктер, әрі оларда тұратындар, қуаныңдар. Бірақ жер мен теңіздің тұрғындарына қасірет! Өйткені шайтан өз уақытының аз қалғанын біліп, қатты қаһармен сендерге түсті»,— деген зор дауысты естідім. Айдаһар жерге лақтырылғанын көргенде, ер бала туған әйелді қудалады. Ал әйелге үлкен қыранның екі қанаты берілді, сонда ол өз орнына, шөлге ұшып барсын деп; сол жерде ол жыланның көз алдынан тыс бір уақыт, екі уақыт және жарты уақыт бойы асыралды. Сонда жылан әйелді ағын су іліп әкетсін деп, аузынан әйелдің артынан өзендей су ағызды. Бірақ жер әйелге көмектесті: жер аузын ашып, айдаһар аузынан шығарған суды жұтып қойды. Сонда айдаһар әйелге қаһарланып, оның ұрпағының қалдығымен — Құдайдың өсиеттерін сақтайтын және Иса Мәсіхтің куәлігіне ие болғандармен — соғысуға кетті. Аян 12:1–17.</w:t>
      </w:r>
    </w:p>
    <w:p>
      <w:pPr>
        <w:pStyle w:val="ArticleBody"/>
        <w:jc w:val="left"/>
      </w:pPr>
      <w:r>
        <w:rPr>
          <w:rFonts w:ascii="Times New Roman" w:hAnsi="Times New Roman" w:eastAsia="Times New Roman" w:cs="Times New Roman"/>
        </w:rPr>
        <w:t>Мәсіх пен Шайтан арасындағы ұлы тартыстағы алғашқы шайқас үшінші аспанда Люцифердің бүлігінен басталды, әрі сол алғашқы шайқас бірінші аспандағы соңғы шайқастың бейнесі болып табылады. Соғыс бұдан да көп, өйткені мыңжылдық мерзімнің соңында Шайтан аз уақытқа босатылып, Иерусалимге қарсы шабуылға шығады, бірақ ол шайқаста жеңіске жетудің ешқандай мүмкіндігі жоқ. Бастапқыда үшінші аспанда болған, соңында бірінші аспандағы шайқасты білдіретін сол шайқас сынақ мерзімі әлі ашық тұрған кезде жүргізілді.</w:t>
      </w:r>
    </w:p>
    <w:p>
      <w:pPr>
        <w:pStyle w:val="ArticleBody"/>
        <w:jc w:val="left"/>
      </w:pPr>
      <w:r>
        <w:rPr>
          <w:rFonts w:ascii="Times New Roman" w:hAnsi="Times New Roman" w:eastAsia="Times New Roman" w:cs="Times New Roman"/>
        </w:rPr>
        <w:t>Балаға жүкті болған «әйел» тарих бойындағы Құдайдың қауымын бейнелейді, ал Мәсіхтің тарихында ол еркек ұл Исаға босанғалы тұрған еді. Соңғы күндері ол егіздерді дүниеге әкеледі. Жексенбілік заңның дәл алдында ол Аян кітабының жетінші тарауындағы жүз қырық төрт мыңды туады, ал жексенбілік заң кезінде Аян кітабының жетінші тарауындағы ұлы көпшілікті дүниеге әкелу азабын тарта бастайды. Оның егіздері бірдей емес, бірақ олар егіздер; тұңғышы — Ілияс, ал кішісі — Мұса.</w:t>
      </w:r>
    </w:p>
    <w:p>
      <w:pPr>
        <w:pStyle w:val="ArticleBody"/>
        <w:jc w:val="left"/>
      </w:pPr>
      <w:r>
        <w:rPr>
          <w:rFonts w:ascii="Times New Roman" w:hAnsi="Times New Roman" w:eastAsia="Times New Roman" w:cs="Times New Roman"/>
        </w:rPr>
        <w:t>Рухани Исраилдің бастауында пұтқа табынушы Римнің айдаһары еркек бала Иса Мәсіхті жалмап қоюды күтіп тұрды, ал қазіргі Римнің айдаһары қазір жүз қырық төрт мыңның еркек баласын жалмап қоюды күтіп тұр. Пұтқа табынушы Рим алғашқы мәсіхші қауымды қалай қудаласа, қазіргі Рим де жексенбілік заң дағдарысы кезінде сол қудалауды қайталайды. Алғашқы мәсіхші қауымда әйел он екі жүз алпыс тура жылға шөлге қашты, ал жексенбілік заң дағдарысындағы қудалау Аян кітабының он үшінші тарауы, бесінші аятындағы қырық екі аймен бейнеленген. Шөлде Құдай халқы үшін оларға ас беріліп, қамқорлық көрсетілетін әзірленген орын бар.</w:t>
      </w:r>
    </w:p>
    <w:p>
      <w:pPr>
        <w:pStyle w:val="ArticleBody"/>
        <w:jc w:val="left"/>
      </w:pPr>
      <w:r>
        <w:rPr>
          <w:rFonts w:ascii="Times New Roman" w:hAnsi="Times New Roman" w:eastAsia="Times New Roman" w:cs="Times New Roman"/>
        </w:rPr>
        <w:t>Аян кітабының сегізінші тарауының он үшінші аятында соңғы үш керней үш қасірет ретінде айқындалады. Аяндағы осы қасіреттер жексенбілік заңдарды енгізетін биліктерге қарсы Исламның кернейлік үкімдерін білдіреді. Он екінші тарауда бейнеленген соғыста Исламның рөлі: «Жер мен теңізде тұрушыларға қасірет! Өйткені әзәзіл сендердің араларыңа қатты қаһармен түсті, себебі өзіне аз уақыт қалғанын біледі»,— деген сөздер арқылы айқындалады. Ілиястың жолынан тайған күйеуі Ахаб арқылы Езабел іске асыратын қудалау «жер» аңына және «теңіз» аңына бағытталған.</w:t>
      </w:r>
    </w:p>
    <w:p>
      <w:pPr>
        <w:pStyle w:val="ArticleBody"/>
        <w:jc w:val="left"/>
      </w:pPr>
      <w:r>
        <w:rPr>
          <w:rFonts w:ascii="Times New Roman" w:hAnsi="Times New Roman" w:eastAsia="Times New Roman" w:cs="Times New Roman"/>
        </w:rPr>
        <w:t>Аян кітабының он сегізінші тарауындағы құдіретті періштенің қозғалысы, әрбір реформа қозғалысы сияқты, сотқа алып баратын әрі оны қамтитын төрт негізгі межеге ие. Бірінші періштенің қозғалысы үшін сол төрт меже мыналар болды: 1840 жылғы 11 тамыз, 1843 жылдың көктеміндегі алғашқы түңілу, 1844 жылғы 12–17 тамыз аралығында Түн ортасындағы айқай хабарының келуі, және 1844 жылғы 22 қазанда соттың ашылуы. Осы төрт меженің әрқайсысында да «уақыт» деген біртұтас үстем тақырып болды. 1840 жылғы 11 тамыз Аян кітабының тоғызыншы тарауының он бесінші аятындағы уақыт пайғамбарлығының орындалуы еді. 1843 жылғы алғашқы түңілу уақытқа қатысты сәтсіз болжамды білдірді. Түн ортасындағы айқай хабары бұрын сәтсіз болған уақыт болжамының түзетілуі болды, ал 1844 жылғы 22 қазан Түн ортасындағы айқай хабары болжаған уақыттың орындалуы еді.</w:t>
      </w:r>
    </w:p>
    <w:p>
      <w:pPr>
        <w:pStyle w:val="ArticleBody"/>
        <w:jc w:val="left"/>
      </w:pPr>
      <w:r>
        <w:rPr>
          <w:rFonts w:ascii="Times New Roman" w:hAnsi="Times New Roman" w:eastAsia="Times New Roman" w:cs="Times New Roman"/>
        </w:rPr>
        <w:t>Үшінші періштенің қозғалысында да сол төрт межелік белгі бар, өйткені олар әрбір реформалық желіде болады; әрі әрбір реформалық желідегі сол төрт межелік белгінің бәрі сияқты, әрбір межелік белгі бірдей пайғамбарлық тақырыпқа ие. Үшінші қасіреттің Исламы — жүз қырық төрт мыңның қозғалысындағы төрт межелік белгінің тақырыбы. 2001 жылғы 11 қыркүйекте үшінші қасіреттің Исламы босатылып, содан кейін тежелді. 2020 жылғы 18 шілдедегі орындалмай қалған болжам Теннесси штатындағы Нэшвиллге жасалатын исламдық шабуылды айқындап көрсетті және үшінші қасіреттің Исламын бейнеледі. Аянның он бірінші тарауындағы көшеде жатқан қураған өлі сүйектерді оятатын хабар — Түн ортасындағы айқай хабарының кемелді әрі соңғы орындалуы, әрі ол Нэшвиллге қатысты болжамның түзетілуін білдіреді (уақыт элементінсіз). Ол төртінші межелік белгіде, яғни жексенбілік заңда, орындалады; сол кезде үшінші қасіреттің Исламы жуық арада енгізілетін жексенбілік заңды күшпен орындатқаны үшін Америка Құрама Штаттарына соққы береді.</w:t>
      </w:r>
    </w:p>
    <w:p>
      <w:pPr>
        <w:pStyle w:val="ArticleBody"/>
        <w:jc w:val="left"/>
      </w:pPr>
      <w:r>
        <w:rPr>
          <w:rFonts w:ascii="Times New Roman" w:hAnsi="Times New Roman" w:eastAsia="Times New Roman" w:cs="Times New Roman"/>
        </w:rPr>
        <w:t>Бұл ақиқат, үшінші періштенің құдіретті қозғалысы таяп келе жатқан сот туралы ескерту екендігімен бірге танылғанда, үшінші қасірет арқылы бейнеленген исламдық соттың «жер» мен «теңізге» келтірілетін «қасірет» екені оңай түсініледі.</w:t>
      </w:r>
    </w:p>
    <w:p>
      <w:pPr>
        <w:pStyle w:val="ArticleBody"/>
        <w:jc w:val="left"/>
      </w:pPr>
      <w:r>
        <w:rPr>
          <w:rFonts w:ascii="Times New Roman" w:hAnsi="Times New Roman" w:eastAsia="Times New Roman" w:cs="Times New Roman"/>
        </w:rPr>
        <w:t>Тірілерге үкім 2001 жылғы 11 қыркүйекте басталды, және сол сәттен бастап, жуық арада шығатын жексенбілік заңға дейін, аңның мүсінінің қалыптасу сынағы Америка Құрама Штаттарында өтеді. Жексенбілік заңнан бастап Михаил орнынан тұрғанға және адамзатқа берілген сынақ мерзімі жабылғанға дейін, содан кейін дүниенің қалған бөлігі аңның мүсінінің қалыптасуы арқылы сыналатын болады. Америка Құрама Штаттарындағы Жетінші күн адвентистері сыналып жатыр ма, әлде жексенбілік заңнан кейін бүкіл әлем сыналып жатыр ма — қалай болғанда да, бұл сынақ біздің мәңгілік тағдырымыз шешілетін сынақ ретінде анықталады. Бұл сондай-ақ жексенбілік заң кезіндегі сынақ мерзімі жабылмай тұрып, біз өтуге тиіс сынақ. Әуелі Америка Құрама Штаттарында, содан кейін қайтадан бүкіл әлемде аңның мүсініне қатысты сынақтың орын алуына тән пайғамбарлық құбылысты дұрыс түсіну аса маңызды.</w:t>
      </w:r>
    </w:p>
    <w:p>
      <w:pPr>
        <w:pStyle w:val="ArticleScripture"/>
        <w:jc w:val="left"/>
      </w:pPr>
      <w:r>
        <w:rPr>
          <w:rFonts w:ascii="Times New Roman" w:hAnsi="Times New Roman" w:eastAsia="Times New Roman" w:cs="Times New Roman"/>
        </w:rPr>
        <w:t>«Діни бостандық елі болған Америка ар-ожданға зорлық жасап, адамдарды жалған сенбіні құрметтеуге мәжбүрлеуде Папалықпен біріккен кезде, жер жүзіндегі әрбір елдің халқы оның үлгісіне еруге жетеленетін болады». Testimonies, volume 6, 18.</w:t>
      </w:r>
    </w:p>
    <w:p>
      <w:pPr>
        <w:pStyle w:val="ArticleBody"/>
        <w:jc w:val="left"/>
      </w:pPr>
      <w:r>
        <w:rPr>
          <w:rFonts w:ascii="Times New Roman" w:hAnsi="Times New Roman" w:eastAsia="Times New Roman" w:cs="Times New Roman"/>
        </w:rPr>
        <w:t>Рәміздер ұғынылған кезде, Аян кітабының он үшінші тарауындағы, бірінің артынан бірі келетін, бірақ жыртқыштың бейнесіне қатысты бірдей осы екі сынаққа арналған үзінді оңай танылады. Бұл әртүрлі себептерге байланысты маңызды. Сол себептердің бірі мынау: үшінші көктегі алғашқы соғыста Люцифер қолданған бұрмаланған байланыс тәсілдері бірінші көктегі соңғы соғыста Шайтанның бұрмаланған байланыс тәсілдерінің қайтадан қалай көрініс табатынын бейнелейді.</w:t>
      </w:r>
    </w:p>
    <w:p>
      <w:pPr>
        <w:pStyle w:val="ArticleBody"/>
        <w:jc w:val="left"/>
      </w:pPr>
      <w:r>
        <w:rPr>
          <w:rFonts w:ascii="Times New Roman" w:hAnsi="Times New Roman" w:eastAsia="Times New Roman" w:cs="Times New Roman"/>
        </w:rPr>
        <w:t>Жексенбілік заңнан басталатын бірінші аспанның соғысы бүкіл әлем үшін аңның мүсінін сынау кезеңі барысында жүзеге асады. 2001 жылғы 11 қыркүйектен бері Америка Құрама Штаттарында аңның мүсінін сынау кезеңі өтіп келеді. Осы екі сынау кезеңін — әуелі Америка Құрама Штаттарында, содан кейін бүкіл әлемде — бірінен кейін бірі келетін кезеңдер ретінде таныған кезде, біз Аян кітабының он екінші тарауындағы соғыста бейнеленген ақиқаттарды 2001 жылдың тарихына, жексенбілік заңға дейін қайтадан қатыстыра аламыз. Мысал ретінде, гипноз деп анықталатын Люцифердің бүлінген байланысы қазіргі қолданылуында айдаһар билігі тарапынан Аян кітабының он екінші тарауындағы бірінші аспанның шайқасы кезінде қолданылатын болады. Сол тарихта айдаһар қолданатын гипноздың мақсаты — Езабел бидғатшылар деп айқындағандарды өлтіру.</w:t>
      </w:r>
    </w:p>
    <w:p>
      <w:pPr>
        <w:pStyle w:val="ArticleBody"/>
        <w:jc w:val="left"/>
      </w:pPr>
      <w:r>
        <w:rPr>
          <w:rFonts w:ascii="Times New Roman" w:hAnsi="Times New Roman" w:eastAsia="Times New Roman" w:cs="Times New Roman"/>
        </w:rPr>
        <w:t>2001 жылғы тарихта, жексенбілік заңға дейін, екі куәгер Содом мен Мысырдың көшесінде өлтірілді. Аян кітабының он бірінші тарауының алғашқы орындалуында Содом мен Мысыр арқылы бейнеленген халық Франция болды. Франция — Мидия-Парсы империясы сияқты, ежелгі Исраил өзінің бөлінген патшалықтары кезеңіндегідей, сондай-ақ Яһуда мен Беньямин арқылы бейнеленген Яһуданың екі руы сияқты, екі биліктен тұратын пайғамбарлық халық. Екі мүйізді барлық халықтар нышандық түрде Америка Құрама Штаттарының екі мүйізді халқын бейнелейді.</w:t>
      </w:r>
    </w:p>
    <w:p>
      <w:pPr>
        <w:pStyle w:val="ArticleBody"/>
        <w:jc w:val="left"/>
      </w:pPr>
      <w:r>
        <w:rPr>
          <w:rFonts w:ascii="Times New Roman" w:hAnsi="Times New Roman" w:eastAsia="Times New Roman" w:cs="Times New Roman"/>
        </w:rPr>
        <w:t>Содом қаласы мен Мысыр халқы Республикализмнің (Мысыр) және Протестантизмнің (Содом) екі мүйізін бейнелейді. 2020 жылы екі мүйіз — Республикализм мүйізі мен Протестантизм мүйізі — өлтірілді. Содан кейін жаһандық өрмек арқылы ғаламдық желінің құралының көмегімен жаһанданушы айдаһар күштері қолданған гипноз алдағы бірінші аспан соғысында қалай қолданылатын болса, дәл солай қолданылды. Ғаламдық желі таратқан хабарды бақылау арқылы 2020 жылғы сайлау жаһанданудың философиясымен үйлесетін нәтижені шығару үшін ғылыми түрде айла-шарғыға салынды. Бұл аңның мүсінінің сынағы әуелі Америка Құрама Штаттарында, содан кейін дүниеде жүзеге асатынын түсіну қажеттігінің жай ғана бір мысалы.</w:t>
      </w:r>
    </w:p>
    <w:p>
      <w:pPr>
        <w:pStyle w:val="ArticleScripture"/>
        <w:jc w:val="left"/>
      </w:pPr>
      <w:r>
        <w:rPr>
          <w:rFonts w:ascii="Times New Roman" w:hAnsi="Times New Roman" w:eastAsia="Times New Roman" w:cs="Times New Roman"/>
        </w:rPr>
        <w:t>“Жаратқан Ие маған айқын көрсетті: аңның бейнесі сынақ уақыты жабылардан бұрын құрылмақ; өйткені ол Құдай халқы үшін олардың мәңгілік тағдыры шешілетін ұлы сынақ болмақ. Сенің ұстанымың қайшылықтардың соншалық шатасқан қойыртпағы болғандықтан, аз ғана адам алданады.</w:t>
      </w:r>
    </w:p>
    <w:p>
      <w:pPr>
        <w:pStyle w:val="ArticleScripture"/>
        <w:jc w:val="left"/>
      </w:pPr>
      <w:r>
        <w:rPr>
          <w:rFonts w:ascii="Times New Roman" w:hAnsi="Times New Roman" w:eastAsia="Times New Roman" w:cs="Times New Roman"/>
        </w:rPr>
        <w:t>«Аян» 13-тарауда бұл тақырып анық түрде баяндалған; [Аян 13:11–17, дәйексөз келтірілген].</w:t>
      </w:r>
    </w:p>
    <w:p>
      <w:pPr>
        <w:pStyle w:val="ArticleScripture"/>
        <w:jc w:val="left"/>
      </w:pPr>
      <w:r>
        <w:rPr>
          <w:rFonts w:ascii="Times New Roman" w:hAnsi="Times New Roman" w:eastAsia="Times New Roman" w:cs="Times New Roman"/>
        </w:rPr>
        <w:t>«Бұл — Құдай халқы мөрленбестен бұрын өтуге тиіс сынақ. Құдайға адалдығын Оның заңын сақтау және жалған сенбілікті қабылдаудан бас тарту арқылы дәлелдегендердің бәрі Жаратушы Ие Құдай Иеһованың туы астына тұрады және тірі Құдайдың мөрін алады. Ал көктен шыққан ақиқатты тәрк етіп, жексенбілік сенбілікті қабылдайтындар аңның таңбасын алады». Manuscript Releases, volume 15, 15.</w:t>
      </w:r>
    </w:p>
    <w:p>
      <w:pPr>
        <w:pStyle w:val="ArticleBody"/>
        <w:jc w:val="left"/>
      </w:pPr>
      <w:r>
        <w:rPr>
          <w:rFonts w:ascii="Times New Roman" w:hAnsi="Times New Roman" w:eastAsia="Times New Roman" w:cs="Times New Roman"/>
        </w:rPr>
        <w:t>Жексенбі заңын күшпен енгізу кезінде Жетінші күн адвентистері үшін сынақ мерзімі жабылады. Америка Құрама Штаттарының үлгісіне ерген елдер өздерінің сынақ мерзімін Америка Құрама Штаттары сияқты жабатын болады.</w:t>
      </w:r>
    </w:p>
    <w:p>
      <w:pPr>
        <w:pStyle w:val="ArticleScripture"/>
        <w:jc w:val="left"/>
      </w:pPr>
      <w:r>
        <w:rPr>
          <w:rFonts w:ascii="Times New Roman" w:hAnsi="Times New Roman" w:eastAsia="Times New Roman" w:cs="Times New Roman"/>
        </w:rPr>
        <w:t>«Шетел халықтары Америка Құрама Штаттарының үлгісіне еретін болады. Ол алда жүрсе де, дәл сол дағдарыс дүниенің барлық бөліктеріндегі халқымыздың басына келеді». Testimonies, 6-том, 395.</w:t>
      </w:r>
    </w:p>
    <w:p>
      <w:pPr>
        <w:pStyle w:val="ArticleBody"/>
        <w:jc w:val="left"/>
      </w:pPr>
      <w:r>
        <w:rPr>
          <w:rFonts w:ascii="Times New Roman" w:hAnsi="Times New Roman" w:eastAsia="Times New Roman" w:cs="Times New Roman"/>
        </w:rPr>
        <w:t>Соңғы қозғалыстар шапшаң болады.</w:t>
      </w:r>
    </w:p>
    <w:p>
      <w:pPr>
        <w:pStyle w:val="ArticleScripture"/>
        <w:jc w:val="left"/>
      </w:pPr>
      <w:r>
        <w:rPr>
          <w:rFonts w:ascii="Times New Roman" w:hAnsi="Times New Roman" w:eastAsia="Times New Roman" w:cs="Times New Roman"/>
        </w:rPr>
        <w:t>«Зұлымдықтың күштері өз күштерін біріктіріп, топтасып жатыр. Олар соңғы ұлы дағдарысқа арнап нығаюда. Жақында біздің дүниемізде ұлы өзгерістер болмақ, әрі ақырғы оқиғалар шапшаң өтетін болады». Testimonies, volume 9, 11.</w:t>
      </w:r>
    </w:p>
    <w:p>
      <w:pPr>
        <w:pStyle w:val="ArticleBody"/>
        <w:jc w:val="left"/>
      </w:pPr>
      <w:r>
        <w:rPr>
          <w:rFonts w:ascii="Times New Roman" w:hAnsi="Times New Roman" w:eastAsia="Times New Roman" w:cs="Times New Roman"/>
        </w:rPr>
        <w:t>Аңның мүсініне қатысты сынақты түсіну үшін пайғамбарлықты белгілі бір дәрежеде техникалық тұрғыдан қолдану қажет. Ең алдымен, аңның таңбасы мен аңның мүсіні — бір-бірінен бөлек екі түрлі рәміз.</w:t>
      </w:r>
    </w:p>
    <w:p>
      <w:pPr>
        <w:pStyle w:val="ArticleScripture"/>
        <w:jc w:val="left"/>
      </w:pPr>
      <w:r>
        <w:rPr>
          <w:rFonts w:ascii="Times New Roman" w:hAnsi="Times New Roman" w:eastAsia="Times New Roman" w:cs="Times New Roman"/>
        </w:rPr>
        <w:t>«Аңға тұрғызылған мүсін» протестанттық шіркеулер өздерінің догмаларын күштеп орындату үшін азаматтық биліктің жәрдеміне жүгінген кезде қалыптасатын, діннен тайған протестантизмнің сол түрін білдіреді. «Аңның таңбасы» әлі де анықталуға тиіс.» Ұлы күрес, 445-бет.</w:t>
      </w:r>
    </w:p>
    <w:p>
      <w:pPr>
        <w:pStyle w:val="ArticleBody"/>
        <w:jc w:val="left"/>
      </w:pPr>
      <w:r>
        <w:rPr>
          <w:rFonts w:ascii="Times New Roman" w:hAnsi="Times New Roman" w:eastAsia="Times New Roman" w:cs="Times New Roman"/>
        </w:rPr>
        <w:t>Аңның таңбасы — жексенбіні сақтау, ал аңның мүсіні — өз діни ілімдерін күштеп орындату үшін азаматтық билікті пайдаланатын шіркеу.</w:t>
      </w:r>
    </w:p>
    <w:p>
      <w:pPr>
        <w:pStyle w:val="ArticleScripture"/>
        <w:jc w:val="left"/>
      </w:pPr>
      <w:r>
        <w:rPr>
          <w:rFonts w:ascii="Times New Roman" w:hAnsi="Times New Roman" w:eastAsia="Times New Roman" w:cs="Times New Roman"/>
        </w:rPr>
        <w:t>«Протестант шіркеулер тарапынан жексенбіні сақтау талабын күштеп енгізу — папалыққа, яғни аңға, табынуды күштеп енгізу болып табылады. Төртінші өсиеттің талаптарын түсіне отырып, шынайы сенбі күнінің орнына жалғанын сақтауды таңдайтындар, сол арқылы оны тек өзі ғана бұйыра алатын билікке құрмет көрсетеді. Бірақ шіркеулердің діни міндетті зайырлы билік арқылы күштеп орындатуының дәл өз әрекетінде олар өздері аңның бейнесін жасайтын болады; сондықтан Америка Құрама Штаттарында жексенбіні сақтауды күштеп енгізу — аңға және оның бейнесіне табынуды күштеп енгізу болар еді». The Great Controversy, 448, 449.</w:t>
      </w:r>
    </w:p>
    <w:p>
      <w:pPr>
        <w:pStyle w:val="ArticleBody"/>
        <w:jc w:val="left"/>
      </w:pPr>
      <w:r>
        <w:rPr>
          <w:rFonts w:ascii="Times New Roman" w:hAnsi="Times New Roman" w:eastAsia="Times New Roman" w:cs="Times New Roman"/>
        </w:rPr>
        <w:t>Аңның мүсіні шіркеу мен мемлекеттің бірігуін білдіреді, мұнда осы қатынаста билік шіркеудің қолында болады. Езабел Ахабқа үстемдік еткендей, Иродия да Иродқа үстемдік етті. Аңның таңбасы — жексенбіні сақтау. Аңның мүсіні белгілі бір уақыт кезеңі ішінде қалыптасады. Аңның таңбасы уақыттағы белгілі бір сәтті білдіреді. Аңның мүсіні біртіндеп дамиды, бірақ ол тек өз діни догмаларын мемлекетке заң жүзінде қабылдатуға мәжбүрлейтін билікке ие болғанда ғана толық кемеліне жетеді. Сынақ мүсіннің «қалыптасуымен» байланысты.</w:t>
      </w:r>
    </w:p>
    <w:p>
      <w:pPr>
        <w:pStyle w:val="ArticleScripture"/>
        <w:jc w:val="left"/>
      </w:pPr>
      <w:r>
        <w:rPr>
          <w:rFonts w:ascii="Times New Roman" w:hAnsi="Times New Roman" w:eastAsia="Times New Roman" w:cs="Times New Roman"/>
        </w:rPr>
        <w:t>«Бірақ “аңға жасалған мүсін” деген не? және ол қалай жасалмақ? Мүсінді екі мүйізді аң жасайды, әрі ол аңға арналған мүсін болып табылады. Ол сондай-ақ аңның мүсіні деп те аталады. Ендеше, мүсіннің қандай екенін және оның қалай жасалуға тиіс екенін білу үшін, біз аңның өз сипаттарын—папалықты—зерттеуіміз керек.</w:t>
      </w:r>
    </w:p>
    <w:p>
      <w:pPr>
        <w:pStyle w:val="ArticleScripture"/>
        <w:jc w:val="left"/>
      </w:pPr>
      <w:r>
        <w:rPr>
          <w:rFonts w:ascii="Times New Roman" w:hAnsi="Times New Roman" w:eastAsia="Times New Roman" w:cs="Times New Roman"/>
        </w:rPr>
        <w:t>«Ерте қауым Ізгі хабардың қарапайымдылығынан ауытқып, пұтқа табынушылық салт-жоралары мен әдет-ғұрыптарын қабылдау арқылы бүлінген кезде, ол Құдайдың Рухы мен құдіретінен айырылды; ал адамдардың ар-ұждандарын бақылауда ұстау үшін, ол зайырлы биліктің қолдауына жүгінді. Соның нәтижесінде папалық пайда болды — мемлекеттік билікті өз бақылауында ұстап, оны өз мақсаттарын ілгерілетуге, әсіресе “дінбұзарлықты” жазалауға пайдаланған шіркеу. Америка Құрама Штаттары аңның бейнесін жасауы үшін, діни билік азаматтық үкіметті соншалықты бақылауға алуы керек, сонда мемлекеттік өкіметтің беделі де шіркеу тарапынан өз мақсаттарын жүзеге асыру үшін қолданылатын болады». The Great Controversy, 443.</w:t>
      </w:r>
    </w:p>
    <w:p>
      <w:pPr>
        <w:pStyle w:val="ArticleBody"/>
        <w:jc w:val="left"/>
      </w:pPr>
      <w:r>
        <w:rPr>
          <w:rFonts w:ascii="Times New Roman" w:hAnsi="Times New Roman" w:eastAsia="Times New Roman" w:cs="Times New Roman"/>
        </w:rPr>
        <w:t>Аңның бейнесі мен аңның таңбасының арасындағы айырмашылық — Адвентистердің әбден дәстүрлі түсінігі. Алайда бұл тақырыпта Адвентизм, әдетте, өз жолынан Аян кітабының он үшінші тарауында жаңылады. Олар жексенбілік заңнан кейін, Америка Құрама Штаттары дүниені аңға бейне орнатуға мәжбүрлейтін кезеңдегі әрекетті, Америка Құрама Штаттарында аңның бейнесінің орнатылуымен қалай да шатастырып алады. Бұлар — пайғамбарлықтағы екі түрлі кезең.</w:t>
      </w:r>
    </w:p>
    <w:p>
      <w:pPr>
        <w:pStyle w:val="ArticleBody"/>
        <w:jc w:val="left"/>
      </w:pPr>
      <w:r>
        <w:rPr>
          <w:rFonts w:ascii="Times New Roman" w:hAnsi="Times New Roman" w:eastAsia="Times New Roman" w:cs="Times New Roman"/>
        </w:rPr>
        <w:t>Мәсіх бір аптаға көптегендермен жасалған келісімді бекіту үшін келді, әрі аптаның ортасында Ол айқышқа шегеленді. Осылайша, сол апта аңның мүсіні қалыптасатын уақыттың екі кезеңін бейнелейді. Мәсіхтің аптасы Мәсіхтің бейнесін білдіретін екі бірдей кезеңге бөлінді. Соңғы күндердегі уақыттың екі сыналу кезеңі антихристтің бейнесін білдіреді.</w:t>
      </w:r>
    </w:p>
    <w:p>
      <w:pPr>
        <w:pStyle w:val="ArticleBody"/>
        <w:jc w:val="left"/>
      </w:pPr>
      <w:r>
        <w:rPr>
          <w:rFonts w:ascii="Times New Roman" w:hAnsi="Times New Roman" w:eastAsia="Times New Roman" w:cs="Times New Roman"/>
        </w:rPr>
        <w:t>Алғашқы мың екі жүз алпыс күндік кезеңде Мәсіх Өз куәлігін жеткізді, содан кейін айқышта өлді. Одан кейін дәл сондай мың екі жүз алпыс күндік кезең болды, сол уақытта шәкірттер куәлік етті, ақырында Степанды таспен атып өлтірген кезде Михаил орнынан тұрды. Айқыш жексенбілік заңды бейнелейді. Аңның мүсінінің қалыптасуымен байланысты екі сынақ кезеңі алғашқы кезеңді жүз қырық төрт мыңмен байланыстыра айқындайды; олар Мәсіх арқылы бейнеленген, ал сол кезең айқышпен бейнеленген жексенбілік заңда аяқталады. Мәсіхтің уақытындағы шәкірттердің қызметі арқылы бейнеленген соңғы дәл сондай сынақ кезеңі ұлы көпшілікке назар аударады, әрі ол Степанды таспен атып өлтірген кезде емес, Даниял 12:1-дегі адамзаттың сынақ мерзімі аяқталғанда Михаил орнынан тұрған сәтте аяқталады.</w:t>
      </w:r>
    </w:p>
    <w:p>
      <w:pPr>
        <w:pStyle w:val="ArticleBody"/>
        <w:jc w:val="left"/>
      </w:pPr>
      <w:r>
        <w:rPr>
          <w:rFonts w:ascii="Times New Roman" w:hAnsi="Times New Roman" w:eastAsia="Times New Roman" w:cs="Times New Roman"/>
        </w:rPr>
        <w:t>Кейбіреулер Аян кітабының он үшінші тарауының он бірінші аяты мен одан кейінгі аяттардағы оқиғалардың шынайы ретін көре алмайды, өйткені Америка Құрама Штаттары айдаһар сияқты сөйлеген кезде, бұл Америка Құрама Штаттарында аңның мүсінінің толық қалыптасуын білдіретінін мойындауға әдейі құлықсыздық танытатын сияқты болып көрінеді. Америка Құрама Штаттары жексенбілік заң қабылдауы үшін, Америка Құрама Штаттарындағы аңның мүсіні жексенбілік заңнан бұрын қалыптасуға тиіс. Егер бұл ойды түсінбесеңіз, «Ұлы күрес» кітабынан жаңа ғана келтірілген алдыңғы бірнеше үзіндіні қайта оқып шығыңыз.</w:t>
      </w:r>
    </w:p>
    <w:p>
      <w:pPr>
        <w:pStyle w:val="ArticleBody"/>
        <w:jc w:val="left"/>
      </w:pPr>
      <w:r>
        <w:rPr>
          <w:rFonts w:ascii="Times New Roman" w:hAnsi="Times New Roman" w:eastAsia="Times New Roman" w:cs="Times New Roman"/>
        </w:rPr>
        <w:t>Он үшінші тараудың он бірінші аятында Америка Құрама Штаттары айдаһарша сөйлеген кезде, бұл Америка Құрама Штаттарындағы діннен тайған шіркеулердің нұсқауымен жексенбілік заңды қабылдайтын заң шығарушы және сот биліктерінің әрекетін білдіреді. Жексенбілік заң туралы жарлық Америка Құрама Штаттарының аузынан шығады.</w:t>
      </w:r>
    </w:p>
    <w:p>
      <w:pPr>
        <w:pStyle w:val="ArticleScripture"/>
        <w:jc w:val="left"/>
      </w:pPr>
      <w:r>
        <w:rPr>
          <w:rFonts w:ascii="Times New Roman" w:hAnsi="Times New Roman" w:eastAsia="Times New Roman" w:cs="Times New Roman"/>
        </w:rPr>
        <w:t>«Мен екі мүйізді аңның айдаһардың аузы бар екенін, әрі оның билігі басында екенін, сондай-ақ жарлық оның аузынан шығатынын көрдім». Spalding and Magan, 1.</w:t>
      </w:r>
    </w:p>
    <w:p>
      <w:pPr>
        <w:pStyle w:val="ArticleBody"/>
        <w:jc w:val="left"/>
      </w:pPr>
      <w:r>
        <w:rPr>
          <w:rFonts w:ascii="Times New Roman" w:hAnsi="Times New Roman" w:eastAsia="Times New Roman" w:cs="Times New Roman"/>
        </w:rPr>
        <w:t>Адвентизмнің екі мүйізді жердегі аң айдаһарша сөйлеген кезде, ол тек Құрама Штаттардағы жексенбілік заңды ғана емес, сонымен бірге папалық теңіз аңының бейнесі толық қалыптасып болғанын да білдіретінін тануда қиналатыны мені әрдайым таңғалдырған. Құрама Штаттар жексенбілік заңды қабылдауы үшін, шіркеу мен мемлекеттің бірігуі әуелі толық қалыптасқан болуы тиіс. Құрама Штаттардағы жолдан тайған шіркеулер жай ғана дүйсенбі күні біріге салып, сейсенбі күні Конгреске барып, сәрсенбіге дейін жексенбілік заңнаманы қабылдауды талап етпейді. Шіркеу мен мемлекет арасында жүретін бірігу үдерісі, Даниял кітабының 3-тарауындағы алтын мүсіннің «жасалуы» сияқты, аң бейнесінің «қалыптасуы» ретінде бейнеленеді; оны тұрғызу үшін белгілі бір уақыт қажет болады. Аңның бейнесі — папалықтың Қараңғы ғасырларда миллиондаған азап шеккендерді өлтіру үшін қолданған жүйесі, әрі жексенбілік заңның орындалуын қамтамасыз ету үшін қажетті қоғамдық ортаны және құқықтық прецедентті қалыптастыруға әлеуметтік, саяси, діни және экономикалық дамулар керек. Сол дамулар аң бейнесінің сыналуын білдіреді, сол сынақ «біздің мәңгілік тағдырымыз шешілетін» сынақ болып табылады, әрі ол «біз мөрленуден бұрын» өтуге тиіс сынақты білдіреді.</w:t>
      </w:r>
    </w:p>
    <w:p>
      <w:pPr>
        <w:pStyle w:val="ArticleScripture"/>
        <w:jc w:val="left"/>
      </w:pPr>
      <w:r>
        <w:rPr>
          <w:rFonts w:ascii="Times New Roman" w:hAnsi="Times New Roman" w:eastAsia="Times New Roman" w:cs="Times New Roman"/>
        </w:rPr>
        <w:t>«Жаратқан Ие маған аңның мүсіні сынақ мерзімі жабылардан бұрын жасалатынын анық көрсетті; өйткені бұл Құдай халқы үшін олардың мәңгілік тағдыры шешілетін ұлы сынақ болмақ.... Бұл — Құдай халқы мөрленбестен бұрын бастан өткізуге тиіс сынақ». Manuscript Releases, volume 15, 15.</w:t>
      </w:r>
    </w:p>
    <w:p>
      <w:pPr>
        <w:pStyle w:val="ArticleBody"/>
        <w:jc w:val="left"/>
      </w:pPr>
      <w:r>
        <w:rPr>
          <w:rFonts w:ascii="Times New Roman" w:hAnsi="Times New Roman" w:eastAsia="Times New Roman" w:cs="Times New Roman"/>
        </w:rPr>
        <w:t>Жексенбілік заң — он қыз туралы астарлы әңгіменің ақырғы, кемел орындалуын табатын түн ортасындағы дағдарыс. Сол түн ортасындағы дағдарыста біздің дана Филадельфиялық па, әлде ақылсыз Лаодикиялық қыздар екеніміз аян болады. Ақылсыздар аңның таңбасын қабылдайды, ал даналар Құдайдың мөрін алады. Жетінші күн адвентистері шіркеуіне қашан да қосылған кез келген адам, мүшелікке өтпестен бұрын ілімдік ақиқаттардың тізімімен келісім берген, сондықтан әрбір Жетінші күн адвентисі сенбі ақиқатының нұрымен таныстырылған.</w:t>
      </w:r>
    </w:p>
    <w:p>
      <w:pPr>
        <w:pStyle w:val="ArticleScripture"/>
        <w:jc w:val="left"/>
      </w:pPr>
      <w:r>
        <w:rPr>
          <w:rFonts w:ascii="Times New Roman" w:hAnsi="Times New Roman" w:eastAsia="Times New Roman" w:cs="Times New Roman"/>
        </w:rPr>
        <w:t>«Егер саған ақиқаттың нұры ұсынылып, төртінші өсиеттің сенбісі ашылып көрсетілсе және Құдай Сөзінде жексенбіні ұстануға ешқандай негіз жоқ екені көрсетілсе, бірақ соған қарамастан сен жалған сенбіге жабысып, Құдай “менің қасиетті күнім” деп атайтын Сенбіні қасиетті сақтаудан бас тартсаң, онда сен аңның таңбасын қабылдайсың. Бұл қашан болады? — Саған жексенбі күні еңбектен тыйылып, Құдайға ғибадат етуді бұйыратын жарлыққа мойынсұнғаныңда, әрі Киелі кітапта жексенбінің жай қарапайым жұмыс күні екенін жоққа шығаратын бірде-бір сөз жоқ екенін біле тұра, сен аңның таңбасын қабылдауға келісесің және Құдайдың мөрінен бас тартасың. Егер біз осы таңбаны маңдайымызға немесе қолымызға қабылдайтын болсақ, онда мойынсұнбағандарға қарсы жарияланған үкімдер біздің үстімізге түсуге тиіс. Ал тірі Құдайдың мөрі Жаратқан Иенің Сенбісін ар-ұжданымен сақтайтындардың үстіне қойылады». Review and Herald, April 27, 1911.</w:t>
      </w:r>
    </w:p>
    <w:p>
      <w:pPr>
        <w:pStyle w:val="ArticleBody"/>
        <w:jc w:val="left"/>
      </w:pPr>
      <w:r>
        <w:rPr>
          <w:rFonts w:ascii="Times New Roman" w:hAnsi="Times New Roman" w:eastAsia="Times New Roman" w:cs="Times New Roman"/>
        </w:rPr>
        <w:t>Америка Құрама Штаттарында аңның бейнесінің қалыптасуы пайғамбарлық тұрғыдан 2001 жылғы 11 қыркүйекте басталды. Бұл шындықты қуаттайтын бірнеше пайғамбарлық куәлік бар. Сол кезден бастап таяу арада келетін жексенбілік заңға дейін Жетінші күн адвентистері аңның бейнесі сынағынан өтетін-өтпейтініне қарай өздерінің мәңгілік тағдырын айқындап жатыр. Менің пайымдауымша, Жетінші күн адвентистерінің өте азының өзі аңның бейнесі сынақ екенін біледі. Оның қалайша сынақ бола алатынын білетіндер аз, тіпті мүлде жоқ деуге болады, ал одан да маңыздысы — олар бұл сынақтан өту үшін не талап етілетінін білмейді. Біз өзіміз иеленіп отырған нұр бойынша ғана емес, сондай-ақ білімнің артуын түсінуге күш салған болсақ, иелене алар едік деген нұр бойынша да сотталамыз. Сондықтан Лаодикиялық соқырлық — күнәнің алты мың жылы ішіндегі ең зор соқырлық.</w:t>
      </w:r>
    </w:p>
    <w:p>
      <w:pPr>
        <w:pStyle w:val="ArticleScripture"/>
        <w:jc w:val="left"/>
      </w:pPr>
      <w:r>
        <w:rPr>
          <w:rFonts w:ascii="Times New Roman" w:hAnsi="Times New Roman" w:eastAsia="Times New Roman" w:cs="Times New Roman"/>
        </w:rPr>
        <w:t>«Менің халқым білімнің жоқтығынан құрып барады: сен білімді теріске қаққаның үшін, Мен де сені теріске қағамын, сондықтан сен Маған діни қызметкер бола алмайсың; өз Құдайыңның заңын ұмытқаның үшін, Мен де сенің балаларыңды ұмытамын». Ошия 4:6.</w:t>
      </w:r>
    </w:p>
    <w:p>
      <w:pPr>
        <w:pStyle w:val="ArticleBody"/>
        <w:jc w:val="left"/>
      </w:pPr>
      <w:r>
        <w:rPr>
          <w:rFonts w:ascii="Times New Roman" w:hAnsi="Times New Roman" w:eastAsia="Times New Roman" w:cs="Times New Roman"/>
        </w:rPr>
        <w:t>Аңның мүсіні қалыптасуының сынағы жуық арада келетін жексенбілік заңмен аяқталады, ал егер біз сол сынақтан өтпесек, май алудан бас тартқан басқа барлық ақылсыз лаодикеялық қыздармен бірге аңның таңбасын қабылдаймыз. Мен мұнда аңның мүсініне қатысты сынақтың 2001 жылғы 11 қыркүйекте басталып, жексенбілік заңмен аяқталатынын неге осылай түсінетінімді қорғап тұрған жоқпын. Мен тек Аян кітабының он үшінші тарауында айқындалғандай, жексенбілік заң қабылданғаннан кейін Америка Құрама Штаттарының рөлін түсіну үшін қажетті пайғамбарлық қисынды ғана көрсетіп отырмын. Он бірінші аятта оның айдаһарша сөйлейтіні айтылған, әрі сол сәттен бастап “ол” деген сөзді қадағалау маңызды. Америка Құрама Штаттары сол кезде әлемді орнатуға мәжбүрлеп отырған аңның мүсіні Америка Құрама Штаттарындағы аңның мүсіні емес, өйткені ол әлдеқашан өткенде қалған.</w:t>
      </w:r>
    </w:p>
    <w:p>
      <w:pPr>
        <w:pStyle w:val="ArticleScripture"/>
        <w:jc w:val="left"/>
      </w:pPr>
      <w:r>
        <w:rPr>
          <w:rFonts w:ascii="Times New Roman" w:hAnsi="Times New Roman" w:eastAsia="Times New Roman" w:cs="Times New Roman"/>
        </w:rPr>
        <w:t>Содан кейін мен жерден шығып келе жатқан басқа бір аңды көрдім; оның қозыныкіндей екі мүйізі бар еді, бірақ ол айдаһарша сөйледі. Ол өзінің алдында тұрған бірінші аңның бүкіл билігін жүргізеді де, жерді және онда тұрушыларды өлімші жарасы жазылып кеткен бірінші аңға табынуға мәжбүр етеді. Ол ұлы кереметтер жасайды, тіпті адамдардың көз алдында көктен жерге от түсіреді. Сондай-ақ аңның алдында көрсетуге билігі берілген сол кереметтер арқылы жерде тұрушыларды алдайды да, жерде тұрушыларға қылыштан жараланғанымен, тірі қалған аңға арнап оның бейнесін жасаңдар дейді. Оған аңның бейнесіне жан бітіруге билік берілді, сонда аңның бейнесі сөйлейтін болып, әрі аңның бейнесіне табынбайтындардың бәрін өлтіруге себеп болады. Сондай-ақ ол бәрін де — кішіні де, үлкенді де, байды да, кедейді де, еріктіні де, құлды да — оң қолдарына немесе маңдайларына бір таңба алуға мәжбүр етеді. Және сол таңбасы, яки аңның аты немесе оның атының саны жоқ ешкімнің сатып алуына да, сатуына да болмайды. Аян 13:11–17.</w:t>
      </w:r>
    </w:p>
    <w:p>
      <w:pPr>
        <w:pStyle w:val="ArticleBody"/>
        <w:jc w:val="left"/>
      </w:pPr>
      <w:r>
        <w:rPr>
          <w:rFonts w:ascii="Times New Roman" w:hAnsi="Times New Roman" w:eastAsia="Times New Roman" w:cs="Times New Roman"/>
        </w:rPr>
        <w:t>Сол жеті аятта “ол” деген сөз сегіз рет кездеседі. “Ол” деген сөз қолданылған сайын, оның әрқайсысы Америка Құрама Штаттарындағы жексенбілік заң кезінде “айдаһарша сөйлеген” бастапқы “ол”-ға қайта сілтейді. Америка Құрама Штаттары айдаһарша сөйлеген кезде, Америка Құрама Штаттарындағы адвентистер не өтіп, не құлаған аңның мүсіні сынағы содан кейін дүниенің өзге халықтарындағы адвентистер үшін де, сондай-ақ әлі де Вавилонда жүрген Құдайдың өзге балалары үшін де қайталанады. Аян кітабының он үшінші тарауындағы Америка Құрама Штаттарын қарастыруымызды келесі мақалада жалғастырамыз, бірақ осы сәтте бұл ақиқатты не үшін қарастырып отырғанымызды естеріңізге салайын.</w:t>
      </w:r>
    </w:p>
    <w:p>
      <w:pPr>
        <w:pStyle w:val="ArticleBody"/>
        <w:jc w:val="left"/>
      </w:pPr>
      <w:r>
        <w:rPr>
          <w:rFonts w:ascii="Times New Roman" w:hAnsi="Times New Roman" w:eastAsia="Times New Roman" w:cs="Times New Roman"/>
        </w:rPr>
        <w:t>Үшінші аспанда Люциферден басталған соғыс жексенбілік заң кезінде бірінші аспанда басталатын соғыстың бейнесі болып табылады. Айдаһардың азғындалған хабарламалары екі шайқаста да көрініс табады. Шайтанның азғындалған хабарламаларының қазіргі көрінісі жуық арада келетін жексенбілік заңнан кейінгі тарихта жер шарының бой алдыратын гипноздық транс күйін бейнелейді. Бұл алдану бүкіләлемдік тордың «ақпараттық супермагистраль» деп аталатын нәрсені бақылауы арқылы жүзеге асырылады. «Ақпараттық супермагистральдың» сол әртүрлі арналары — әлеуметтік, экономикалық, діни, жалған аталатын ғылым, ойын-сауық және, ең бастысы, жаңалықтар бұқаралық ақпарат құралдарының арнасы.</w:t>
      </w:r>
    </w:p>
    <w:p>
      <w:pPr>
        <w:pStyle w:val="ArticleBody"/>
        <w:jc w:val="left"/>
      </w:pPr>
      <w:r>
        <w:rPr>
          <w:rFonts w:ascii="Times New Roman" w:hAnsi="Times New Roman" w:eastAsia="Times New Roman" w:cs="Times New Roman"/>
        </w:rPr>
        <w:t>«Ақпараттық супермагистральдің» шайтандық гипноздық байланыстардың заманауи көрінісі екені, сондай-ақ үшінші аспандағы періштелер шайқасында Шайтан қолданған нәзік гипноздың да сол екені туралы ақиқат танылғаннан кейін, біз «ақпараттық супермагистраль» жексенбілік заңнан кейін жүзеге асатын дүние үшін аңның «соңғы» мүсіні сынағының бір бөлігі екенін анықтай аламыз. Сонда Америка Құрама Штаттары үшін аңның «бірінші» мүсіні сынағы да соңғысындағыдай азғындалған шайтандық байланыстарға ие болуы тиіс екенін тану оңай болады. Жексенбілік заңнан сынақ мерзімі жабылғанға дейін «ақпараттық супермагистральді» Шайтанның бүлдіру ісінің куәлігі 2020 жылы жер аңындағы республикашылдықтың екі мүйізі мен шынайы протестантизмнің қалдығының өлтірілуі қалай жүзеге асырылғанының дәлелін береді. Бұл Аян кітабының он бірінші тарауында Жохан «көше» деп атайтын «ақпараттық супермагистраль» арқылы жүзеге асырылды.</w:t>
      </w:r>
    </w:p>
    <w:p>
      <w:pPr>
        <w:pStyle w:val="ArticleBody"/>
        <w:jc w:val="left"/>
      </w:pPr>
      <w:r>
        <w:rPr>
          <w:rFonts w:ascii="Times New Roman" w:hAnsi="Times New Roman" w:eastAsia="Times New Roman" w:cs="Times New Roman"/>
        </w:rPr>
        <w:t>Осы пайғамбарлық ақиқаттардың мөрінің ашылуы — сынақ мерзімі аяқталмай тұрып және жүз қырық төрт мыңға мөр басылмай тұрып құрылатыны пайғамбар әйелге айқын көрсетілген аңның мүсінінің сынағынан өтуді ниет еткендердің түсінуі талап етілетін нәрселердің бір бөлігі.</w:t>
      </w:r>
    </w:p>
    <w:p>
      <w:pPr>
        <w:pStyle w:val="ArticleScripture"/>
        <w:jc w:val="left"/>
      </w:pPr>
      <w:r>
        <w:rPr>
          <w:rFonts w:ascii="Times New Roman" w:hAnsi="Times New Roman" w:eastAsia="Times New Roman" w:cs="Times New Roman"/>
        </w:rPr>
        <w:t>«Жарлық шыққанда және мөр басылғанда, олардың мінезі мәңгілікке пәк те дақсыз болып қалады». Testimonies, 5-том, 216-бет.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Аяны — Он бірінші саны</dc:title>
  <dc:subject>Аңның бейнесі</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