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Leelawadee UI" w:hAnsi="Leelawadee UI" w:eastAsia="Leelawadee UI" w:cs="Leelawadee UI"/>
        </w:rPr>
        <w:t>ប្រវត្តិសាស្ត្រដែលលាក់កំបាំងនៃខទីសែសិប — លេខម្ភៃ</w:t>
      </w:r>
    </w:p>
    <w:p>
      <w:pPr>
        <w:pStyle w:val="ArticleSubtitle"/>
        <w:jc w:val="left"/>
      </w:pPr>
      <w:r>
        <w:rPr>
          <w:rFonts w:ascii="Leelawadee UI" w:hAnsi="Leelawadee UI" w:eastAsia="Leelawadee UI" w:cs="Leelawadee UI"/>
        </w:rPr>
        <w:t>សេចក្តីវេទនាទីពីរ - ភាគទីប្រាំពីរ - អេសេគាល</w:t>
      </w:r>
    </w:p>
    <w:p>
      <w:pPr>
        <w:pStyle w:val="ArticleByline"/>
        <w:jc w:val="left"/>
      </w:pPr>
      <w:r>
        <w:rPr>
          <w:rFonts w:ascii="Leelawadee UI" w:hAnsi="Leelawadee UI" w:eastAsia="Leelawadee UI" w:cs="Leelawadee UI"/>
        </w:rPr>
        <w:t>Jeff Pippenger</w:t>
      </w:r>
    </w:p>
    <w:p>
      <w:pPr>
        <w:pStyle w:val="ArticleDate"/>
        <w:jc w:val="left"/>
      </w:pPr>
      <w:r>
        <w:rPr>
          <w:rFonts w:ascii="Leelawadee UI" w:hAnsi="Leelawadee UI" w:eastAsia="Leelawadee UI" w:cs="Leelawadee UI"/>
        </w:rPr>
        <w:t>2026-07-29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វាជាការយល់ដឹងតាមព្រះគម្ពីរដែលអាចទទួលយកបាន ក្នុងការកំណត់ថា ព្យាការីអេសេគាល មានអាយុសាមសិបឆ្នាំ នៅក្នុងខដំបូងៗនៃសៀវភៅរបស់គាត់។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នៅឆ្នាំទីសាមសិប នៅខែទីបួន នៅថ្ងៃទីប្រាំនៃខែ កាលខ្ញុំនៅក្នុងចំណោមពួកជនឈ្លើយនៅមាត់ទន្លេកេបារ នោះផ្ទៃមេឃបានបើកឡើង ហើយខ្ញុំបានឃើញការនិមិត្តរបស់ព្រះ។ នៅថ្ងៃទីប្រាំនៃខែ ដែលជាឆ្នាំទីប្រាំនៃការជាឈ្លើយរបស់ស្តេចយេហូយ៉ាគីន ព្រះបន្ទូលនៃព្រះយេហូវ៉ាបានមកដល់អេសេគាល ជាសង្ឃ កូនបុស៊ី យ៉ាងជាក់ច្បាស់ នៅស្រុករបស់ពួកខាល់ដេ នៅមាត់ទន្លេកេបារ ហើយព្រះហស្តនៃព្រះយេហូវ៉ាស្ថិតលើលោកនៅទីនោះ។ អេសេគាល 1:1–3។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អ្នកខ្លះជឿថា «ឆ្នាំទីសាមសិប» ត្រូវបានកំណត់ឡើងដោយផ្អែកលើវដ្តយូប៊ីលេជាក់លាក់មួយ ដែលបានចាប់ផ្ដើមជាមួយស្តេចយ៉ូសៀស ហើយបានបញ្ចប់នៅខទីមួយនៃជំពូកសែសិប។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នៅឆ្នាំទីម្ភៃប្រាំនៃការជាឈ្លើយរបស់យើង នៅដើមឆ្នាំ នៅថ្ងៃទីដប់នៃខែ នៅឆ្នាំទីដប់បួន បន្ទាប់ពីទីក្រុងត្រូវបានវាយប្រហារ គឺនៅថ្ងៃនោះដដែល ព្រះហស្តរបស់ព្រះអម្ចាស់បានសណ្ឋិតលើខ្ញុំ ហើយទ្រង់បាននាំខ្ញុំទៅទីនោះ។ អេសេគាល 40:1។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អ្នកកំណត់លំដាប់កាលប្បវត្តិតាមព្រះគម្ពីរ កំណត់ខទីមួយនៃជំពូកសែសិបថា ជាថ្ងៃទី ២៨ ខែមេសា ឬថ្ងៃទី ២២ ខែតុលា ឆ្នាំ ៥៧៣ មុន គ.ស. ហោរាទាំងអស់សុទ្ធតែសម្គាល់ទៅកាន់គ្រាចុងក្រោយ ដូច្នេះ កាលបរិច្ឆេទរដូវស្លឹកឈើជ្រុះ គឺថ្ងៃទី ២២ ខែតុលា ឆ្នាំ ៥៧៣ មុន គ.ស. ជាកាលបរិច្ឆេទអូមេហ្គានៃបន្ទាត់មួយ ដែលបានចាប់ផ្តើមកាលពីហាសិបឆ្នាំមុន នៅក្នុងព្រឹត្តិការណ៍ដែលត្រូវបានហៅថា «បុណ្យរំលងដ៏អស្ចារ្យរបស់យ៉ូសៀស» នៅថ្ងៃទី ៥ ខែឧសភា ឆ្នាំ ៦២២ មុន គ.ស.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ចំនួនសាមសិបជានិមិត្តសញ្ញានៃពួកសង្ឃ ដែលត្រូវមានអាយុសាមសិបឆ្នាំនៅពេលពួកគេចាប់ផ្តើមបម្រើ។ មិនថាខទីមួយដល់ខទីបីនៃ អេសេគាល ១ កំពុងកំណត់អាយុរបស់អេសេគាលថាសាមសិបឆ្នាំ ឬគ្រាន់តែជានិមិត្តសញ្ញានៃសង្ឃម្នាក់ក្ដី គាត់ក៏នឹងត្រូវបានតំណាងថាមានអាយុសាមសិបឆ្នាំដែរ។ ប្រសិនបើសាមសិបឆ្នាំនៅក្នុងខទីមួយ គឺដូចដែលអ្នកដទៃជឿថា តំណាងឲ្យឆ្នាំទីសាមសិបចាប់តាំងពីបុណ្យរំលងដ៏អស្ចារ្យរបស់យ៉ូសៀស ក្នុងឆ្នាំ 622 មុនគ.ស. នោះន័យបែបព្យាករណ៍ក៏នៅតែដដែល។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យ៉ូសៀស មានន័យថា «គ្រឹះ» ហើយបុណ្យរំលងដ៏ធំរបស់ទ្រង់បានចាប់ផ្តើមរយៈពេលយូប៊ីលេមួយ ដែលបានបញ្ចប់នៅថ្ងៃទី 22 ខែតុលា ក្នុងថ្ងៃនៃការធ្វើបុណ្យធួនបាប ឆ្នាំ 573 មុន គ.ស.។ «ខ្សែយូប៊ីលេ» ពីយ៉ូសៀសដល់ថ្ងៃទី 22 ខែតុលា ស្របតាមប្រវត្តិសាស្ត្រពីឆ្នាំ 1840 ដល់ 1844។ គ្រឹះនៃឆ្នាំ 1840 ត្រូវបានតំណាងដោយស្តេចយ៉ូសៀស ហើយក៏ដោយ យ៉ូសៀស លិច ផងដែរ។ ថ្ងៃទី 22 ខែតុលា ត្រូវបានតំណាងដោយស្នែងនៃត្រែយូប៊ីលេដែលត្រូវបានផ្លុំឡើង ព្រមទាំងស្នែងនៃថ្ងៃនៃការធ្វើបុណ្យធួនបាបផងដែរ។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ហើយអ្នកត្រូវរាប់សប្ដាហ៍នៃឆ្នាំចំនួនប្រាំពីរសម្រាប់ខ្លួនអ្នក គឺប្រាំពីរដងនៃប្រាំពីរឆ្នាំ; ហើយរយៈពេលនៃសប្ដាហ៍នៃឆ្នាំទាំងប្រាំពីរនោះ នឹងមានសម្រាប់អ្នកជាសែសិបបួនបូកប្រាំ ឆ្នាំ។ បន្ទាប់មក អ្នកត្រូវបណ្ដាលឲ្យស្នែងនៃឆ្នាំយូប៊ីលេបន្លឺឡើង នៅថ្ងៃទីដប់ នៃខែទីប្រាំពីរ គឺនៅថ្ងៃប្រោសលោះ អ្នករាល់គ្នាត្រូវបន្លឺស្នែងឲ្យឮទូទាំងដែនដីរបស់អ្នកទាំងមូល។ លេវីវិន័យ 25:8, 9។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អេសេគាល ត្រូវបានដាក់នៅក្នុងខ្សែយូប៊ីលេ ចាប់ពីស្តេចយ៉ូសៀ ដល់ថ្ងៃទី ២២ ខែតុលា ជាខ្សែដែលតំណាងឲ្យទេវតាទីមួយ និងទេវតាទីពីរ នៃវិវរណៈ ១០ ចាប់ពីឆ្នាំ ១៨៤០ រហូតដល់ឆ្នាំ ១៨៤៤។ អេសេគាល តំណាងឲ្យពួកមីល្លេរីតរបស់ទេវតាទីមួយ និងទេវតាទីពីរ ហើយក៏តំណាងឲ្យមួយសែនបួនម៉ឺនបួនពាន់នាក់ របស់ទេវតាទីបីផងដែរ។ អេសេគាល តំណាងឲ្យបព្វជិតភាពរបស់មួយសែនបួនម៉ឺនបួនពាន់នាក់ ប៉ុន្តែលក្ខណៈព្យាករណ៍សំខាន់ជាចម្បងរបស់គាត់ គឺថា គាត់ជាព្យាការី។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ហោរា បូជាចារ្យ និង ស្តេច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មានតួអង្គបីរូបនៅក្នុងព្រះគម្ពីរ ដែលបានចាប់ផ្តើមបម្រើនៅពេលមានអាយុសាមសិបឆ្នាំ។ រួមជាមួយអេសេគាល មានដាវីឌ និងយ៉ូសែប។ ដោយសារពួកគេទាំងអស់បានចាប់ផ្តើមបម្រើនៅអាយុសាមសិបឆ្នាំ ដូច្នេះពួកគេទាំងអស់គឺជាបូជាចារ្យ។ ដាវីឌជានិមិត្តរូបនៃស្តេច យ៉ូសែបជាបូជាចារ្យ ហើយអេសេគាលជាព្យាការី នៅក្នុងនគរសិរីរុងរឿងបីមុខ ដែលរួមមានព្យាការី បូជាចារ្យ និងស្តេច។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ទោះបីជាយើងអាចអនុវត្តហោរាអេសេគាលជានិមិត្តរូបយ៉ាងណាក៏ដោយ លោកគឺជាបូជាចារ្យ ហើយនៅពេលយកទៅអនុវត្តតាមខ្សែបន្ទាត់នៃយូប៊ីលេពីយ៉ូសៀសរហូតដល់ថ្ងៃទី ២២ ខែតុលា អេសេគាលគឺជាបូជាចារ្យម្នាក់ ដែលនឹងតំណាងឲ្យបូជាចារ្យម្នាក់ក្នុងសម័យនៃការបោះត្រានៃមនុស្សមួយសែនសែសិបបួនពាន់នាក់ ដូចដែលបានបង្ហាញជាគំរូដោយប្រវត្តិសាស្ត្រពីឆ្នាំ 1840 ដល់ 1844 និងស្តេចយ៉ូសៀសរហូតដល់ថ្ងៃទី ២២ ខែតុលា ឆ្នាំ 573 មុនគ.ស.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ម្ភៃពីរ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ព្រះគម្ពីរបានបញ្ជាក់យ៉ាងច្បាស់ថា អេសេគាល បានបម្រើកិច្ចការរយៈពេលម្ភៃពីរឆ្នាំ។ «ម្ភៃពីរ» ជានិមិត្តសញ្ញានៃមួយសែនសែសិបបួនពាន់នាក់ ដែលជាទង់សម្គាល់នៃព្រះភាព ដោយរួមបញ្ចូលជាមួយមនុស្សជាតិ។ ក្នុងប្រវត្តិសាស្ត្រដែលតំណាងដោយបុណ្យរំលងរបស់យ៉ូសៀ រហូតដល់ការប្រារព្ធយូប៊ីលេនៅថ្ងៃទី 22 ខែតុលា នៃជំពូកសែសិប បុណ្យរំលងរបស់យ៉ូសៀបានជានិមិត្តរូបនៃកិច្ចការរបស់ Josiah Litch នៅឆ្នាំ 1838 និង 1840។ កិច្ចការនោះគឺការលើកបង្ហាញទំនាយអំពីពេលវេលានៃវេទនាទីមួយ និងវេទនាទីពីរ។ ឥឡូវនេះ អាចមើលឃើញបានថា ទំនាយអំពីវេទនាទីមួយ និងវេទនាទីពីរ មានវិសាលភាពធំជាងអ្វីដែលអ្នកត្រួសត្រាយបានយល់ស្គាល់។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ក្នុងនាមជាហោរាព្រះគម្ពីរ អេសេគាលបានកំណត់កាលបរិច្ឆេទជាក់លាក់នៅក្នុងសំណេររបស់លោកច្រើនជាងអ្នកនិពន្ធព្រះគម្ពីរណាម្នាក់ផ្សេងទៀត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អេសេគាល គឺជាអូមេហ្គានៃគោលការណ៍ថ្ងៃមួយស្មើនឹងមួយឆ្នាំក្នុងព្រះបន្ទូលទំនាយនៃព្រះគម្ពីរ។ នៅក្នុងកណ្ឌគណនា ការលើកឡើងដំបូង ឬអាល់ហ្វា អំពីគោលការណ៍ថ្ងៃមួយស្មើនឹងមួយឆ្នាំ ត្រូវបានតំណាងដោយការបះបោរដំបូងនៅកាដេស ដែលបណ្ដាលឲ្យមានការវង្វេងនៅទីរហោស្ថានអស់រយៈពេលសែសិបឆ្នាំ។ រីឯការបះបោរចុងក្រោយ ឬអូមេហ្គា ត្រូវបានតំណាងដោយអេសេគាល នៅក្នុងជំពូកទីបួន ខណៈដែលក្រុងយេរូសាឡឹមត្រូវបានបំផ្លាញ។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អាល់ហ្វា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តាមចំនួនថ្ងៃដែលអ្នករាល់គ្នាបានស៊ើបអង្កេតដីនោះ គឺសែសិបថ្ងៃ ដោយរាប់មួយថ្ងៃជាមួយឆ្នាំ អ្នករាល់គ្នានឹងទទួលទោសអំពើទុច្ចរិតរបស់ខ្លួន គឺសែសិបឆ្នាំ ហើយអ្នករាល់គ្នានឹងដឹងពីការដកពាក្យសន្យារបស់យើង។ យើងជាព្រះយេហូវ៉ាបានមានបន្ទូលហើយថា យើងពិតជានឹងធ្វើដូច្នេះដល់ពួកជំនុំអាក្រក់ទាំងមូលនេះ ដែលបានប្រមូលផ្តុំគ្នាទាស់នឹងយើង៖ នៅទីរហោស្ថាននេះ ពួកគេនឹងត្រូវវិនាស ហើយនៅទីនោះ ពួកគេនឹងស្លាប់។ ជនគណនា 14:34, 35</w:t>
      </w:r>
    </w:p>
    <w:p>
      <w:pPr>
        <w:pStyle w:val="ArticleHeading"/>
        <w:jc w:val="left"/>
      </w:pPr>
      <w:r>
        <w:rPr>
          <w:rFonts w:ascii="Leelawadee UI" w:hAnsi="Leelawadee UI" w:eastAsia="Leelawadee UI" w:cs="Leelawadee UI"/>
        </w:rPr>
        <w:t>អូមេហ្គា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ចូរដេកលើចំហៀងឆ្វេងរបស់អ្នកផង ហើយដាក់អំពើទុច្ចរិតរបស់វង្សអ៊ីស្រាអែលលើវា; តាមចំនួនថ្ងៃដែលអ្នកនឹងដេកលើវា អ្នកនឹងទ្រាំទ្រអំពើទុច្ចរិតរបស់ពួកគេ។ ដ្បិត យើងបានដាក់ឆ្នាំនៃអំពើទុច្ចរិតរបស់ពួកគេលើអ្នក តាមចំនួនថ្ងៃ គឺបីរយកៅសិបថ្ងៃ; ដូច្នេះ អ្នកនឹងទ្រាំទ្រអំពើទុច្ចរិតរបស់វង្សអ៊ីស្រាអែល។ ហើយកាលណាអ្នកបានបំពេញថ្ងៃទាំងនោះហើយ ចូរដេកម្ដងទៀតលើចំហៀងស្ដាំរបស់អ្នក ហើយអ្នកនឹងទ្រាំទ្រអំពើទុច្ចរិតរបស់វង្សយូដា អស់សែសិបថ្ងៃ: យើងបានកំណត់ឲ្យអ្នក មួយថ្ងៃស្មើនឹងមួយឆ្នាំ។ ដូច្នេះ អ្នកត្រូវបង្វែរមុខរបស់អ្នកទៅរកការឡោមព័ទ្ធក្រុងយេរូសាឡឹម ហើយដៃរបស់អ្នកត្រូវបើកចំហ ហើយអ្នកត្រូវទាយប្រឆាំងនឹងទីក្រុងនោះ។ អេសេគាល ៤:៤–៧។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កាដេស និងការបំផ្លាញក្រុងយេរូសាឡិម តំណាងឲ្យការបះបោរអាល់ហ្វា និងអូមេហ្គា ដែលតំណាងឲ្យគោលការណ៍ «មួយថ្ងៃស្មើមួយឆ្នាំ»។ «គោលការណ៍មួយថ្ងៃស្មើមួយឆ្នាំ» គឺជាច្បាប់មូលដ្ឋានសំខាន់បំផុតរបស់ពួកមីលើរ៉ាយត៍ ហើយនៅក្នុងប្រវត្តិសាស្ត្រពីឆ្នាំ 1840 ដល់ 1844 ដូចដែលបានតំណាងជាគំរូនៅក្នុងខ្សែយូប៊ីលេរបស់ស្តេចយ៉ូសៀស រហូតដល់ថ្ងៃទី 22 ខែតុលា។ អេសេគាលបង្ហាញកាលបរិច្ឆេទច្រើនជាងហោរាណាម្នាក់ទៀត។ នៅក្នុងការកំណត់កាលបរិច្ឆេទរបស់អេសេគាល ខ្សែយូប៊ីលេត្រូវបានកំណត់សម្គាល់ ដែលភ្ជាប់សាក្សីរបស់អេសេគាលដោយផ្ទាល់ទៅក្នុងប្រវត្តិសាស្ត្ររបស់ទេវតាទីមួយ និងទេវតាទីពីរ ហើយបន្ទាប់មកប្រវត្តិសាស្ត្ររបស់ទេវតាទីបី។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ជាមួយនឹង «ខ្សែយូប៊ីលេ» នោះ អេសេគាលដេកលើចំហៀងខ្លួនមួយអស់រយៈពេលបីរយកៅសិបថ្ងៃ ហើយបន្ទាប់មកលើចំហៀងមួយទៀតអស់សែសិបថ្ងៃ។ «បួនរយសាមសិប» គឺជានិមិត្តសញ្ញានៃសេចក្តីសញ្ញាចាស់ និងសេចក្តីសញ្ញាថ្មី ពីព្រោះព្រះបន្ទូលសន្យានៃសេចក្តីសញ្ញាដែលបានប្រទានដល់អាប់រ៉ាមអំពីការជាប់ជាឈ្លើយនៅអេស៊ីព្ទបួនរយឆ្នាំ បានទទួលសាក្សីទីពីរនៃសាមសិបឆ្នាំជាមួយសាវកប៉ុល។ រួមគ្នា អាប់រ៉ាម (ក្រោយមកគឺអ័ប្រាហាំ) ខាង «សេចក្តីសញ្ញាចាស់» និងសូល (ក្រោយមកគឺប៉ុល) ខាង «សេចក្តីសញ្ញាថ្មី» បានបញ្ចូលសាក្សីរបស់ពួកគេចូលគ្នា ដើម្បីបង្កើតបួនរយសាមសិបឆ្នាំជានិមិត្តសញ្ញានៃសេចក្តីសញ្ញាអស់កល្បជានិច្ច។ «បីរយកៅសិបថ្ងៃ» «អ្នកត្រូវទទួលបន្ទុកអំពើទុច្ចរិតរបស់វង្សអ៊ីស្រាអែល»។ «ហើយ» «អ្នកត្រូវទទួលបន្ទុកអំពើទុច្ចរិតរបស់វង្សយូដាសែសិបថ្ងៃ»។ រួមគ្នា ចំហៀងខាងស្ដាំ និងចំហៀងខាងឆ្វេង ស្មើនឹងអាប់រ៉ាម និងប៉ុល។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សេចក្តីសញ្ញាតែងតែមានមូលដ្ឋានលើការគោរពតាម ឬការមិនគោរពតាម—ជីវិត ឬសេចក្តីស្លាប់។ គោលការណ៍មួយថ្ងៃស្មើមួយឆ្នាំ ក្នុងប្រវត្តិសាស្ត្រមីឡេរីត គឺជាបញ្ហានៃជីវិត ឬសេចក្តីស្លាប់ ហើយប្រវត្តិសាស្ត្រនោះត្រូវបានប្រកាសដោយទេវតាទីមួយថាជាដំណឹងល្អអស់កល្បជានិច្ច។ «ដំណឹងល្អ» គឺជាបញ្ហានៃជីវិត ឬសេចក្តីស្លាប់ ហើយបញ្ហាសាកល្បងនៃជីវិត ឬសេចក្តីស្លាប់ក្នុងប្រវត្តិសាស្ត្រមីឡេរីត ត្រូវបានដាក់ស្ថិតក្នុងបរិបទនៃគោលការណ៍ដែលថា មួយថ្ងៃស្មើនឹងមួយឆ្នាំ។ ការព្យាករណ៍ដែលបានផ្តល់អំណាចដល់សាររបស់ទេវតាទីមួយ គឺជាទំនាយនៃបីរយកៅសិបមួយឆ្នាំ និងដប់ប្រាំថ្ងៃ អំពីវេទនាទីពីរ។ នៅក្នុងរយៈពេលបីរយកៅសិបថ្ងៃ ដែលអេសេគាលបានដេកផ្អៀងលើខាងឆ្វេងរបស់គាត់ មានជាគំនូរឧទាហរណ៍មួយអំពីទំនាយពេលវេលានៃបីរយកៅសិបមួយឆ្នាំ និងដប់ប្រាំថ្ងៃ នៃវេទនាទីពីរ។ វាទាមទារការយល់ដឹងខាងទំនាយ ដើម្បីបែងចែកទំនាយនោះឲ្យត្រឹមត្រូវ ប៉ុន្តែនេះមិនមែនជាអ្វីផ្សេងក្រៅពីកិច្ចការបន្តរបស់សិង្ហនៃកុលសម្ព័ន្ធយូដា ក្នុងការបើកត្រាសារនៃសំឡេងហៅនៅកណ្តាលអធ្រាត្រនោះឡើយ។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ខ្ញុំអះអាងថា អេសេគាល ត្រូវតែត្រូវបានចាត់ទុកជានិមិត្តរូបនៃមួយសែនសែសិបបួនពាន់នាក់ ប៉ុន្តែជាចម្បងជានិមិត្តរូបនៃអំណោយទាននៃព្រះវិញ្ញាណនៃការព្យាករណ៍ មិនថាត្រូវបានតំណាងជាការបង្ហាញខ្លួននៃហោរានៅថ្ងៃចុងក្រោយ ឬជាការបង្ហាញខ្លួននៃប្រជារាស្ត្រនៃសេចក្តីសញ្ញា ដែលយល់អំពីគោលការណ៍នៃវិធីសាស្ត្រ «បន្ទាត់លើបន្ទាត់» ក៏ដោយ។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ខ្ញុំអះអាងថា ពន្លឺដែលអេសេគាលបានបញ្ចេញលើទំនាយអំពីបីរយកៅសិបមួយឆ្នាំ និងដប់ប្រាំថ្ងៃ ស្របគ្នានឹងបុរសកាន់ជក់បោសធូលីបោះគ្រឿងអលង្ការចូលទៅក្នុងហិបធំជាងនោះ។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ខ្ញុំអះអាងថា ពន្លឺដែលមកពីអេសេគាល គឺជាធាតុសំខាន់មួយនៃសារថ្មកំពូល នៅពេលព្រះវិហារត្រូវបានបញ្ចប់។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អេសេគាលស្ថិតនៅថ្ងៃទី ២២ ខែតុលា ក្នុងខទីមួយនៃជំពូកសែសិប ហើយនៅទីនោះ និមិត្តអំពីព្រះវិហារនាអនាគតត្រូវបានប្រទានដល់អេសេគាល។ ព្រះវិហារនោះគឺជាព្រះវិហាររបស់មនុស្សមួយរយសែសិបបួនពាន់នាក់ ដែលអេសេគាលជានិមិត្តរូបនៃចំនួននោះ។ ក្រុមនោះនឹងបានឆ្លងកាត់ការសាកល្បងពីរ មុនពេលពួកគេឈានដល់ការសាកល្បងទីបី និងការសាកល្បងសម្រេចចុងក្រោយ។ អេសេគាលត្រូវបានបង្ហាញថាកំពុងទទួលពន្លឺរបស់គាត់នៅក្នុងព្រះវិហារ ហើយដូច្នេះ ពន្លឺដែលគាត់បង្កើតឡើងក្នុងនាមជានិមិត្តរូប តំណាងឲ្យពន្លឺដែលមកដល់នៅពេលប្រជារាស្ត្ររបស់ព្រះចូលទៅក្នុងទីបរិសុទ្ធបំផុត ស្របតាមដានីយ៉ែលជំពូក ១០។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ពន្លឺនៃវិវរណៈរបស់ព្រះយេស៊ូវគ្រីស្ទ ដែលត្រូវបានបើកត្រា នោះត្រូវបានបើកត្រានៅមុនពេលទ្វារព្រះគុណបិទជិត។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ហើយទ្រង់មានព្រះបន្ទូលមកខ្ញុំថា៖ «កុំបិទត្រាលើពាក្យនៃទំនាយក្នុងសៀវភៅនេះឡើយ ដ្បិតពេលវេលានោះជិតមកដល់ហើយ។ អ្នកណាដែលទុច្ចរិត ចូរឲ្យអ្នកនោះទុច្ចរិតតទៅទៀត; អ្នកណាដែលស្មោកគ្រោក ចូរឲ្យអ្នកនោះស្មោកគ្រោកតទៅទៀត; អ្នកណាដែលសុចរិត ចូរឲ្យអ្នកនោះសុចរិតតទៅទៀត; ហើយអ្នកណាដែលបរិសុទ្ធ ចូរឲ្យអ្នកនោះបរិសុទ្ធតទៅទៀត»។ វិវរណៈ 22:10, 11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«ពេលវេលាជិតមកដល់ហើយ» មុនពេលសម័យព្រះគុណបិទនៅក្នុងខទីដប់មួយ ដូច្នេះ វិវរណៈនៃព្រះយេស៊ូវគ្រីស្ទត្រូវបានបើកមិនបិទត្រានៅពេលនោះ ព្រោះ «ពេលវេលាជិតមកដល់ហើយ»។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ការបើកសម្តែងនៃព្រះយេស៊ូវគ្រីស្ទ ដែលព្រះបានប្រទានដល់ទ្រង់ ដើម្បីបង្ហាញដល់ពួកបាវបម្រើរបស់ទ្រង់អំពីការទាំងឡាយដែលត្រូវកើតឡើងក្នុងពេលឆាប់ៗនេះ; ហើយទ្រង់បានចាត់ទេវតារបស់ទ្រង់ឲ្យមកបញ្ជាក់សេចក្តីនេះដល់យ៉ូហាន បាវបម្រើរបស់ទ្រង់៖ គាត់បានធ្វើបន្ទាល់អំពីព្រះបន្ទូលរបស់ព្រះ និងអំពីសក្ខីភាពនៃព្រះយេស៊ូវគ្រីស្ទ ហើយអំពីអ្វីៗទាំងអស់ដែលគាត់បានឃើញ។ មានពរហើយអ្នកដែលអាន និងពួកអ្នកដែលស្តាប់ពាក្យនៃទំនាយនេះ ហើយកាន់តាមសេចក្តីទាំងឡាយដែលបានសរសេរនៅក្នុងនោះ ព្រោះពេលវេលាជិតមកដល់ហើយ។ វិវរណៈ ១:១–៣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ពេលកំណត់សាកល្បងសម្រាប់សាសនាអាដវេន្តទីប្រាំពីរបែបឡាវដីសេ បិទបញ្ចប់នៅពេលច្បាប់ថ្ងៃអាទិត្យចូលជាធរមាន ហើយសាសនាអាដវេន្តត្រូវបានតំណាងជាក្រុងយេរូសាឡិមនៅក្នុងអេសេគាល ជំពូក ៩។ នៅទីនោះ អ្នកដែលថ្ងូរ ហើយយំសោក ដោយព្រោះអំពើគួរស្អប់ខ្ពើមទាំងឡាយដែលបានប្រព្រឹត្តនៅក្នុងស្រុក និងនៅក្នុងក្រុមជំនុំ នឹងទទួលបានត្រា។ ការបោះត្រានោះកើតឡើងនៅពេលខ្យល់ពីទិសកើតរបស់សាសនាឥស្លាមកំពុងបង្កឲ្យប្រជាជាតិនានាខឹងសម្បារ គឺនៅមុនពេលកំណត់សាកល្បងបិទបញ្ចប់បន្តិច។ នៅក្នុងអេសេគាល ជំពូក ៨ ជំនាន់ទាំងបួននៃសាសនាអាដវេន្តត្រូវបានបញ្ចប់ ដោយជំនាន់ទីបួនត្រូវបានតំណាងដោយមេដឹកនាំម្ភៃប្រាំនាក់ដែលក្រាបថ្វាយបង្គំព្រះអាទិត្យ។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ទស្សនៈនោះត្រូវបានប្រទានមកដោយនិមិត្តរូប មួយថ្ងៃមុនច្បាប់ថ្ងៃអាទិត្យ ឬក៏មុនពេលបិទការសាកល្បងបន្តិច ដូចដែលត្រូវបានតំណាងដោយប្រាំមួយ ប្រាំមួយ ប្រាំមួយ។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ហើយហេតុការណ៍បានកើតឡើង នៅឆ្នាំទីប្រាំមួយ ក្នុងខែទីប្រាំមួយ នៅថ្ងៃទីប្រាំនៃខែ ខណៈដែលខ្ញុំអង្គុយនៅក្នុងផ្ទះរបស់ខ្ញុំ ហើយពួកចាស់ទុំនៃយូដាអង្គុយនៅមុខខ្ញុំ នោះព្រះហស្តនៃព្រះអម្ចាស់យេហូវ៉ាបានធ្លាក់មកលើខ្ញុំនៅទីនោះ។ បន្ទាប់មក ខ្ញុំបានមើលឃើញ ហើយមើល៍ មានរូបសណ្ឋានមួយដូចជារូបរាងនៃភ្លើង៖ ចាប់ពីរូបរាងនៃចង្កេះរបស់ទ្រង់ចុះក្រោម ជាភ្លើង; ហើយចាប់ពីចង្កេះរបស់ទ្រង់ឡើងលើ ដូចជារូបរាងនៃពន្លឺភ្លឺចាំង ដូចជាពណ៌នៃអំបែរ។ ហើយទ្រង់បានលូកចេញនូវទម្រង់នៃដៃមួយ ហើយចាប់ខ្ញុំដោយកន្ត្រៃសក់មួយនៃក្បាលខ្ញុំ; ហើយព្រះវិញ្ញាណបានលើកខ្ញុំឡើងរវាងផែនដី និងមេឃ ហើយនាំខ្ញុំទៅក្រុងយេរូសាឡឹម ក្នុងនិមិត្តរបស់ព្រះ ដល់ទ្វារនៃច្រកខាងក្នុងដែលបែរទៅទិសខាងជើង; ជាកន្លែងដែលមានទីអង្គុយរបស់រូបព្រះនៃសេចក្តីច្រណែន ដែលបង្កឲ្យមានសេចក្តីច្រណែន។ ហើយមើល៍ សិរីល្អនៃព្រះនៃអ៊ីស្រាអែលគង់នៅទីនោះ ស្របតាមនិមិត្តដែលខ្ញុំបានឃើញនៅទីវាលរាប។ អេសេគាល ៨:១–៤។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និមិត្តនៅឆ្នាំទីប្រាំមួយ ខែទីប្រាំមួយ និងថ្ងៃទីប្រាំ បានមកដល់មុន «666» ជានិមិត្តសញ្ញានៃច្បាប់ថ្ងៃអាទិត្យ នៅពេលដែលពេលវេលាសាកល្បងត្រូវបិទសម្រាប់អាដ</w:t>
      </w:r>
      <w:r>
        <w:rPr>
          <w:rFonts w:ascii="Sylfaen" w:hAnsi="Sylfaen" w:eastAsia="Sylfaen" w:cs="Sylfaen"/>
        </w:rPr>
        <w:t>վեն</w:t>
      </w:r>
      <w:r>
        <w:rPr>
          <w:rFonts w:ascii="Leelawadee UI" w:hAnsi="Leelawadee UI" w:eastAsia="Leelawadee UI" w:cs="Leelawadee UI"/>
        </w:rPr>
        <w:t>ទីសម៍ឡៅឌីសេ។ និមិត្តនោះគឺ «ស្របតាមនិមិត្ត» ដែលអេសេគាល «បានឃើញនៅវាលទំនាប»។ និមិត្តដែលគាត់បានឃើញនៅវាលទំនាប ត្រូវបានរកឃើញនៅមុននេះ គឺនៅជំពូកទីបី។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បន្ទាប់មក ខ្ញុំក៏ក្រោកឡើង ហើយចេញទៅកាន់វាលទំនាប; ហើយ មើល៍ សិរីល្អរបស់ព្រះអម្ចាស់បានឈរនៅទីនោះ ដូចជាសិរីល្អដែលខ្ញុំបានឃើញនៅក្បែរទន្លេខេបារ; ហើយខ្ញុំក៏ក្រាបមុខចុះ។ អេសេគាល 3:23។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និមិត្តអំពី «ទីរាប» ដែលជានិមិត្តនៅឆ្នាំទីប្រាំមួយ ខែទីប្រាំមួយ និងថ្ងៃទីប្រាំ នោះ គឺជានិមិត្តដែលអេសេគាលបានឃើញមុននេះនៅមាត់ទន្លេខេបារ។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ហើយកាលបានមកដល់ក្នុងឆ្នាំទីសាមសិប ក្នុងខែទីបួន នៅថ្ងៃទីប្រាំនៃខែនោះ ខណៈដែលខ្ញុំនៅក្នុងចំណោមពួកឈ្លើយសឹកក្បែរទន្លេកេបារ នោះផ្ទៃមេឃបានបើកចំហ ហើយខ្ញុំបានឃើញនិមិត្តនានារបស់ព្រះ។ អេសេគាល 1:1។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«និមិត្តរបស់ព្រះ» ដែលអេសេគាល «បានឃើញ» នៅក្បែរទន្លេខេបារ គឺជានិមិត្តនៃទីរាបស្មើ ដែលក៏ជានិមិត្តនៃអេសេគាល ជំពូក ៨ ដល់ ១១ ផងដែរ។ និមិត្តទាំងនោះត្រូវបានបង្ហាញក្នុងបរិបទដែលអេសេគាលកំពុងសម្លឹងមើលទៅក្នុងទីបរិសុទ្ធ ជាទីកន្លែងដែលនិមិត្តកញ្ចក់សម្រាប់មើល «marah» នៃជំពូក ១០ ត្រូវបានសម្រេចឡើង។ អេសេគាលតំណាងឲ្យអស់អ្នកដែលមានចំណែកក្នុងពន្លឺព្យាករណ៍ដែលចែងចាំងចេញពីទីបរិសុទ្ធបំផុត ខណៈដែលការបើកសម្ដែងអំពីព្រះយេស៊ូវគ្រីស្ទ ត្រូវបាននាំមកបង្ហាញមុនពេលបិទបញ្ចប់នៃរយៈពេលសាកល្បង។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នៅពេលដែលយើងកំណត់ខ្សែជូប៊ីលីរបស់ស្តេចយ៉ូសៀ ដែលចាប់ផ្តើមដោយបុណ្យរំលង ហើយបញ្ចប់នៅថ្ងៃទី ២២ ខែតុលា នោះយើងកំពុងកំណត់និមិត្តសញ្ញានៃបុណ្យរដូវនិទាឃ និងបុណ្យរដូវស្លឹកឈើជ្រុះ ដូចដែលបានកំណត់ទុកនៅក្នុងលេវីវិន័យ ជំពូក ២៣។ នៅទីនោះ បុណ្យរដូវនិទាឃ និងបុណ្យរដូវស្លឹកឈើជ្រុះ ត្រូវបានរៀបរាប់ដោយខនីមួយៗចំនួន ២២ ខ ដូចគ្នានឹងកិច្ចបម្រើរបស់អេសេគាលដែលមានរយៈពេល ២២ ឆ្នាំ។ ការតម្រឹមអេសេគាលនៅក្នុងឆ្នាំទីសាមសិបនៃខ្សែជូប៊ីលី អនុញ្ញាតឲ្យកំណើតរបស់អេសេគាលតម្រឹមជាមួយនឹងការស្តារឡើងវិញរបស់យ៉ូសៀ។ បើគាត់មានអាយុ ៣០ ឆ្នាំនៅក្នុងឆ្នាំទីសាមសិបនៃវដ្តជូប៊ីលី នោះអេសេគាលនឹងត្រូវបានកើតនៅពេលកំណែទម្រង់របស់យ៉ូសៀ។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អេសេគាល គឺជានិមិត្តសញ្ញានៃអស់អ្នកដែលដោយសេចក្តីជំនឿ ចូលទៅក្នុងទីបរិសុទ្ធបំផុត។ នៅទីនោះ ពួកគេឃើញកង់នៅក្នុងកង់ ដែលតំណាងឲ្យការប្រព្រឹត្តទាក់ទងគ្នាដ៏ស្មុគស្មាញនៃអន្តរកម្មមនុស្ស។ ដូចជាយ៉ូហាននៅក្នុងវិវរណៈ ជំពូក ១០ ដែរ អេសេគាលតំណាងឲ្យពួកមិល្លេរីត ប៉ុន្តែដោយផ្ទាល់ជាងនោះ គឺមួយរយសែសិបបួនពាន់នាក់។ ព្រះយសន៍ពេលវេលាប៉ារ៉ាឡែលរបស់គាត់ គឺបីរយកៅសិបមួយឆ្នាំ និងដប់ប្រាំថ្ងៃ បង្ហាញពីការជំនុំជម្រះចុងក្រោយនៃអាដវេនទីសម៍ឡាវឌីសេ ជាមួយនឹងការបំផ្លាញក្រុងយេរូសាឡឹម ហើយវារួមបញ្ចូលទាំងអាថ៌កំបាំងនៃលេខសាមសិបប្រាំបី និងសែសិប។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វារួមបញ្ចូលនូវនិមិត្តរូបនៃរយៈពេលបួនរយសាមសិបឆ្នាំ។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វារួមបញ្ចូលរយៈពេលបួនឆ្នាំ ដែលតំណាងដោយ 1333 ដល់ 1337, 1449 ដល់ 1453 និង 1840 ដល់ 1844។</w:t>
      </w:r>
    </w:p>
    <w:p>
      <w:pPr>
        <w:pStyle w:val="ArticleBody"/>
        <w:jc w:val="left"/>
      </w:pPr>
      <w:r>
        <w:rPr>
          <w:rFonts w:ascii="Leelawadee UI" w:hAnsi="Leelawadee UI" w:eastAsia="Leelawadee UI" w:cs="Leelawadee UI"/>
        </w:rPr>
        <w:t>យើងនឹងចាប់ផ្ដើមការពិចារណារបស់យើងអំពីប្រធានបទដ៏សំខាន់បំផុតនេះនៅក្នុងអត្ថបទបន្ទាប់។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«នៅក្នុងនិមិត្តដែលបានប្រទានដល់អេសាយ អេសេគាល និងយ៉ូហាន យើងឃើញថា ស្ថានសួគ៌មានទំនាក់ទំនងយ៉ាងជិតស្និទ្ធជាមួយនឹងព្រឹត្តិការណ៍ដែលកំពុងកើតឡើងនៅលើផែនដី ហើយថា ព្រះទ្រង់មានព្រះទ័យយកចិត្តទុកដាក់យ៉ាងធំធេងចំពោះអស់អ្នកដែលស្មោះត្រង់ចំពោះទ្រង់»។ Testimonies, volume 5, 753.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ព្រះគ្រីស្ទទ្រង់ផ្ទាល់គឺជាព្រះអម្ចាស់នៃព្រះវិហារ។ កាលណាទ្រង់ត្រូវចាកចេញពីវា សិរីល្អរបស់វានឹងចាកបាត់ទៅផងដែរ—សិរីល្អនោះដែលធ្លាប់បានបង្ហាញឲ្យឃើញនៅក្នុងទីបរិសុទ្ធបំផុត ខាងលើគម្របនៃកៅអីសេចក្ដីមេត្តាករុណា ជាកន្លែងដែលសម្ដេចសង្ឃបានចូលទៅតែម្តងប៉ុណ្ណោះក្នុងមួយឆ្នាំ នៅថ្ងៃដ៏ធំនៃការធួនបាប ដោយនាំឈាមនៃយញ្ញបូជាដែលត្រូវបានសម្លាប់មក (ដែលជានិមិត្តរូបនៃព្រះលោហិតរបស់ព្រះរាជបុត្រានៃព្រះ ដែលត្រូវបានបង្ហូរសម្រាប់អំពើបាបរបស់លោកិយ) ហើយប្រោះវាលើអាសនា។ នេះហើយជាសេគីណា ជាលំនៅដ្ឋានដែលអាចមើលឃើញបានរបស់ព្រះយេហូវ៉ា។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«នេះហើយជាសិរីល្អដែលត្រូវបានបើកសម្ដែងដល់អេសាយ នៅពេលដែលគាត់មានប្រសាសន៍ថា៖ “ក្នុងឆ្នាំដែលស្តេចអ៊ូស៊ីយ៉ាសោយទិវង្គត ខ្ញុំបានឃើញព្រះអម្ចាស់គង់លើបល្ល័ង្កមួយ ដ៏ខ្ពស់ និងត្រូវបានលើកឡើងខ្ពស់ ហើយព្រះពស្ត្ររបស់ទ្រង់បានពេញព្រះវិហារ” [អេសាយ 6:1–8 quoted]»។ The Seventh-day Adventist Bible Commentary, volume 4, 1139.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និមិត្តដែលបានប្រទានដល់អេសាយ បង្ហាញពីស្ថានភាពរបស់ប្រជារាស្ត្ររបស់ព្រះនៅក្នុងថ្ងៃចុងក្រោយ។ ពួកគេមានឯកសិទ្ធិមើលឃើញដោយសេចក្តីជំនឿ នូវកិច្ចការដែលកំពុងប្រព្រឹត្តទៅនៅក្នុងទីបរិសុទ្ធនៅស្ថានសួគ៌។ «ហើយព្រះវិហាររបស់ព្រះបានបើកនៅស្ថានសួគ៌ ហើយនៅក្នុងព្រះវិហាររបស់ទ្រង់ ក៏បានឃើញហិបនៃសេចក្តីសញ្ញារបស់ទ្រង់»។ ខណៈដែលពួកគេមើលចូលទៅក្នុងទីបរិសុទ្ធបំផុតដោយសេចក្តីជំនឿ ហើយឃើញកិច្ចការរបស់ព្រះគ្រីស្ទនៅក្នុងទីបរិសុទ្ធនៅស្ថានសួគ៌ ពួកគេយល់ឃើញថា ខ្លួនជាប្រជាជនដែលមានបបូរមាត់មិនស្អាត—ជាប្រជាជនដែលបបូរមាត់របស់ពួកគេបាននិយាយពាក្យឥតប្រយោជន៍ជាញឹកញាប់ ហើយអំណោយទានរបស់ពួកគេមិនទាន់បានញែកជាបរិសុទ្ធ និងប្រើប្រាស់សម្រាប់សិរីល្អរបស់ព្រះឡើយ។ ពួកគេអាចអស់សង្ឃឹមដោយសមហេតុផល នៅពេលដែលពួកគេប្រៀបធៀបភាពទន់ខ្សោយ និងភាពមិនសមគួររបស់ខ្លួន ជាមួយនឹងភាពបរិសុទ្ធ និងភាពគួរឲ្យស្រឡាញ់នៃព្រះលក្ខណៈដ៏រុងរឿងរបស់ព្រះគ្រីស្ទ។ ប៉ុន្តែ ប្រសិនបើពួកគេដូចជាអេសាយ ព្រមទទួលការប៉ះពាល់ដែលព្រះអម្ចាស់មានព្រះបំណងឲ្យកើតមានលើចិត្ត ប្រសិនបើពួកគេបន្ទាបព្រលឹងរបស់ខ្លួននៅចំពោះព្រះ នោះមានសេចក្តីសង្ឃឹមសម្រាប់ពួកគេ។ ធ្នូនៃសេចក្តីសន្យាស្ថិតនៅលើបល្ល័ង្ក ហើយកិច្ចការដែលបានធ្វើសម្រាប់អេសាយ នឹងត្រូវបានអនុវត្តនៅក្នុងពួកគេ។ ព្រះនឹងឆ្លើយតបចំពោះសេចក្តីទូលអង្វរដែលចេញពីចិត្តសោកស្តាយប្រែចិត្ត។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«គោលបំណងនៃកិច្ចការដ៏អស្ចារ្យ និងដ៏ឱឡារិកនេះរបស់ព្រះ គឺដើម្បីប្រមូលចងក្រងកណ្តុំស្រូវសម្រាប់ឃ្លាំងស្ថានសួគ៌ ព្រោះផែនដីនឹងត្រូវពេញទៅដោយសិរីល្អរបស់ព្រះអម្ចាស់។ ដូច្នេះ សូមកុំឲ្យនរណាម្នាក់ភ័យស្លន់ស្លោ នៅពេលពួកគេឃើញអំពើអាក្រក់ដែលកំពុងរីករាលដាល ហើយឮពាក្យសម្តីដែលចេញពីបបូរមាត់មិនបរិសុទ្ធ។ នៅពេលអំណាចនៃភាពងងឹតរៀបជួរទាស់ប្រឆាំងនឹងប្រជារាស្ត្ររបស់ព្រះ; នៅពេលសាតាំងប្រមូលកងកម្លាំងរបស់វាសម្រាប់ការប្រយុទ្ធដ៏ធំចុងក្រោយ ហើយអំណាចរបស់វាមើលទៅហាក់ដូចជាធំខ្លាំង និងស្ទើរតែមិនអាចទប់ទល់បាន ទិដ្ឋភាពច្បាស់លាស់នៃសិរីល្អដ៏ទេវភាព គឺបល្ល័ង្កដែលខ្ពស់ និងត្រូវបានលើកឲ្យខ្ពស់ ព័ទ្ធជុំវិញដោយឥន្ទធនូនៃសេចក្តីសន្យា នឹងផ្តល់ការលួងលោម ការធានាចិត្ត និងសេចក្តីសុខសាន្ត»។ Review and Herald, December 22, 1896.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នៅលើច្រាំងទន្លេខេបារ អេសេគាលបានឃើញខ្យល់កួចមួយ ហាក់ដូចជាកំពុងមកពីទិសខាងជើង «ជាពពកដ៏ធំមួយ ហើយមានភ្លើងរុំខ្លួនវា ហើយមានពន្លឺចែងចាំងនៅជុំវិញវា ហើយចេញពីកណ្ដាលនោះមានពណ៌ដូចអំបែរ»។ មានកង់ជាច្រើន កាត់គ្នាទៅវិញទៅមក ដែលត្រូវបានជំរុញដោយសត្វមានជីវិតបួន។ ខ្ពស់លើសពីអ្វីទាំងនេះ «មានរូបរាងនៃបល្ល័ង្កមួយ ដូចជារូបសម្បត្តិនៃត្បូងកណ្តៀង ហើយនៅលើរូបរាងនៃបល្ល័ង្កនោះ មានរូបរាងដូចជាសម្បត្តិនៃមនុស្សម្នាក់នៅខាងលើវា»។ «ហើយនៅក្នុងពួកចេរូប៊ីម នោះបានលេចមកនូវទម្រង់នៃដៃមនុស្សមួយ នៅក្រោមស្លាបរបស់ពួកវា»។ អេសេគាល ១:៤, ២៦; ១០:៨។ ការរៀបចំរបស់កង់ទាំងនោះមានភាពស្មុគស្មាញយ៉ាងខ្លាំង ដល់ថ្នាក់នៅពេលមើលដំបូង វាហាក់ដូចជាច្របូកច្របល់; ប៉ុន្តែពួកវាបានផ្លាស់ទីដោយសមស្របឥតខ្ចោះ។ សត្វស្ថានសួគ៌ ដែលត្រូវបានទ្រទ្រង់ និងដឹកនាំដោយព្រះហស្តនៅក្រោមស្លាបនៃពួកចេរូប៊ីម កំពុងជំរុញកង់ទាំងនេះ; នៅលើសព្វទាំងនេះ លើបល្ល័ង្កត្បូងកណ្តៀង គឺជាព្រះដ៏អស់កល្បជានិច្ច; ហើយនៅជុំវិញបល្ល័ង្ក មានឥន្ទធនូ ជានិមិត្តសញ្ញានៃព្រះមេត្តាករុណា។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«ដូចជាកង់ដែលមានភាពស្មុគស្មាញទាំងឡាយ ស្ថិតនៅក្រោមការដឹកនាំនៃព្រះហស្តដែលនៅក្រោមស្លាបនៃពួកខេរូប៊ីម នោះដែរ ការប្រព្រឹត្តដ៏ស្មុគស្មាញនៃព្រឹត្តិការណ៍មនុស្សក៏ស្ថិតនៅក្រោមការគ្រប់គ្រងដ៏ទេវភាពផងដែរ។ នៅកណ្ដាលការប្រឈមតស៊ូ និងភាពចលាចលនៃបណ្ដាជាតិទាំងឡាយ ព្រះអង្គដែលគង់នៅលើសពួកខេរូប៊ីម នៅតែដឹកនាំកិច្ចការទាំងឡាយនៃផែនដី។»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«ប្រវត្តិសាស្ត្រនៃជាតិនានា ដែលមួយបន្ទាប់ពីមួយទៀត បានកាន់កាប់ពេលវេលា និងទីកន្លែងដែលបានកំណត់សម្រាប់ពួកគេ ដោយមិនដឹងខ្លួនថាកំពុងធ្វើបន្ទាល់ដល់សេចក្តីពិត ដែលខ្លួនពួកគេផ្ទាល់មិនស្គាល់ន័យរបស់វា នោះ កំពុងនិយាយមកកាន់យើង។ ចំពោះគ្រប់ជាតិ និងចំពោះមនុស្សគ្រប់រូបនៅសម័យសព្វថ្ងៃនេះ ព្រះបានកំណត់ទីកន្លែងមួយក្នុងផែនការដ៏ធំរបស់ទ្រង់។ សព្វថ្ងៃនេះ មនុស្ស និងជាតិនានា កំពុងត្រូវបានវាស់វែងដោយខ្សែដំបងក្នុងព្រះហស្តរបស់ព្រះអង្គដែលមិនដែលខុសឡើយ។ មនុស្សទាំងអស់ កំពុងសម្រេចជោគវាសនារបស់ខ្លួនដោយជម្រើសរបស់ខ្លួនផ្ទាល់ ហើយព្រះកំពុងគ្រប់គ្រងលើអ្វីៗទាំងអស់ ដើម្បីសម្រេចព្រះបំណងរបស់ទ្រង់។»</w:t>
      </w:r>
    </w:p>
    <w:p>
      <w:pPr>
        <w:pStyle w:val="ArticleScripture"/>
        <w:jc w:val="left"/>
      </w:pPr>
      <w:r>
        <w:rPr>
          <w:rFonts w:ascii="Leelawadee UI" w:hAnsi="Leelawadee UI" w:eastAsia="Leelawadee UI" w:cs="Leelawadee UI"/>
        </w:rPr>
        <w:t>«ប្រវត្តិសាស្ត្រដែលព្រះដ៏អស្ចារ្យ “I AM” បានកំណត់ទុកក្នុងព្រះបន្ទូលរបស់ទ្រង់ ដោយភ្ជាប់តំណមួយទៅតំណមួយក្នុងខ្សែសង្វាក់នៃទំនាយ ចាប់ពីអនន្តកាលក្នុងអតីតកាលរហូតដល់អនន្តកាលក្នុងអនាគត ប្រាប់យើងថា សព្វថ្ងៃនេះយើងស្ថិតនៅទីណាក្នុងដំណើរនៃយុគសម័យទាំងឡាយ ហើយអ្វីខ្លះអាចត្រូវរំពឹងទុកនៅក្នុងពេលខាងមុខ។ អ្វីៗទាំងអស់ដែលទំនាយបានទាយទុកថានឹងកើតឡើង រហូតដល់ពេលបច្ចុប្បន្ននេះ ត្រូវបានកត់ត្រាបញ្ជាក់នៅលើទំព័រនៃប្រវត្តិសាស្ត្រ ហើយយើងអាចមានសេចក្តីប្រាកដថា អ្វីៗទាំងអស់ដែលនៅមិនទាន់មកដល់ នឹងត្រូវបានសម្រេចតាមលំដាប់របស់វា»។ Education, 178.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Leelawadee UI" w:hAnsi="Leelawadee UI" w:eastAsia="Leelawadee UI" w:cs="Leelawadee U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Leelawadee UI" w:hAnsi="Leelawadee UI" w:eastAsia="Leelawadee UI" w:cs="Leelawadee U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Leelawadee UI" w:hAnsi="Leelawadee UI" w:eastAsia="Leelawadee UI" w:cs="Leelawadee U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Leelawadee UI" w:hAnsi="Leelawadee UI" w:eastAsia="Leelawadee UI" w:cs="Leelawadee U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Leelawadee UI" w:hAnsi="Leelawadee UI" w:eastAsia="Leelawadee UI" w:cs="Leelawadee U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Leelawadee UI" w:hAnsi="Leelawadee UI" w:eastAsia="Leelawadee UI" w:cs="Leelawadee U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Leelawadee UI" w:hAnsi="Leelawadee UI" w:eastAsia="Leelawadee UI" w:cs="Leelawadee U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Leelawadee UI" w:hAnsi="Leelawadee UI" w:eastAsia="Leelawadee UI" w:cs="Leelawadee U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Leelawadee UI" w:hAnsi="Leelawadee UI" w:eastAsia="Leelawadee UI" w:cs="Leelawadee U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Leelawadee UI" w:hAnsi="Leelawadee UI" w:eastAsia="Leelawadee UI" w:cs="Leelawadee U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ប្រវត្តិសាស្ត្រដែលលាក់កំបាំងនៃខទីសែសិប — លេខម្ភៃ</dc:title>
  <dc:subject>សេចក្តីវេទនាទីពីរ - ភាគទីប្រាំពីរ - អេសេគាល</dc:subject>
  <dc:creator>Jeff Pippenger</dc:creator>
  <cp:keywords/>
  <dc:description>Generated by ArticleDigger from hidden_history\20_hidden_history.json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