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ប្រវត្តិសាស្ត្រដែលលាក់កំបាំងនៃខ័ណ្ឌទីសែសិប — លេខ ម្ភៃប្រាំ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អេសេគាល លេខប្រាំមួយ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2026-08-11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ខ្ញុំបានយកមកពីអត្ថបទមួយក្នុងសៀវភៅ Testimonies ដែលផ្តល់នូវខ្សែបន្ទាត់នានានៃសេចក្តីពិត ដែលទាក់ទងនឹងបទពិសោធន៍របស់ អេសេគាល អេសាយ និងយ៉ូហាន នៅក្នុងទីសក្ការៈ។ យ៉ូហានបានប្រែត្រឡប់ទៅមើលសំឡេងមួយនៅខាងក្រោយគាត់ ក្នុងវិវរណៈ ជំពូកទីមួយ។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នៅថ្ងៃរបស់ព្រះអម្ចាស់ ខ្ញុំបានស្ថិតនៅក្នុងព្រះវិញ្ញាណ ហើយខ្ញុំបានឮនៅខាងក្រោយខ្ញុំនូវសំឡេងយ៉ាងខ្លាំង ដូចជាសំឡេងត្រែមួយ ដែលមានព្រះបន្ទូលថា ខ្ញុំជាអាល់ហ្វា និងអូមេហ្គា ជាដំបូង និងជាចុងក្រោយ ហើយថា អ្វីដែលអ្នកឃើញ ចូរសរសេរទុកក្នុងសៀវភៅមួយ ហើយផ្ញើទៅកាន់ក្រុមជំនុំទាំងប្រាំពីរ ដែលនៅក្នុងអាស៊ី គឺទៅកាន់ក្រុងអេភេសូរ និងស្មីរណា និងពើរម៉ាម៉ូស និងធាទីរ៉ា និងសើដិស និងភីឡាឌែលភា និងឡៅឌីសេ។ ហើយខ្ញុំបានបែរទៅ ដើម្បីឃើញសំឡេងដែលបានមានបន្ទូលនឹងខ្ញុំ។ កាលដែលខ្ញុំបែរទៅហើយ នោះខ្ញុំបានឃើញជើងទៀនមាសទាំងប្រាំពីរ។ វិវរណៈ 1:10–12។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ពីកោះប៉ាតមុស ហើយបន្ទាប់មកចូលទៅក្នុងទីបរិសុទ្ធនៅស្ថានសួគ៌ ដែលនៅទីនោះយ៉ូហានបានឃើញនិមិត្តនៃព្រះគ្រីស្ទ ដែលអ្នកស្រី វ៉ាយត៍បានជូនដំណឹងដល់យើងថា នោះគឺជានិមិត្តដដែលដែលដានីយ៉ែលបានឃើញនៅជំពូកទីដប់នៃសៀវភៅរបស់គាត់។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«នៅគ្រានោះ ខ្ញុំ ដានីយ៉ែល កំពុងកាន់ទុក្ខអស់រយៈពេលបីសប្ដាហ៍ពេញ។ ខ្ញុំមិនបានបរិភោគនំប៉័ងឆ្ងាញ់ឡើយ សាច់ និងស្រាក៏មិនបានចូលមាត់ខ្ញុំដែរ ហើយខ្ញុំក៏មិនបានលាបខ្លួនសោះ.... បន្ទាប់មក ខ្ញុំលើកភ្នែកឡើងមើល ហើយមើលចុះ មានបុរសម្នាក់ស្លៀកពាក់ក្រណាត់ទេសឯក ចង្កេះរបស់លោកត្រូវបានក្រវាត់ដោយមាសល្អពីអ៊ូផាស។ រូបកាយរបស់លោកក៏ដូចជាត្បូងបេរីល ព្រះភ័ក្ត្ររបស់លោកដូចជារន្ទះ ព្រះនេត្ររបស់លោកដូចជាចង្កៀងភ្លើង ព្រះបាហុ និងព្រះបាទរបស់លោកមានពណ៌ដូចជាលង្ហិនខាត់ឲ្យភ្លឺ ហើយសំឡេងពាក្យរបស់លោកដូចជាសំឡេងរបស់មនុស្សជាច្រើន» (ដានីយ៉ែល ១០:២–៦)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«សេចក្តីពិពណ៌នានេះ ស្រដៀងនឹងសេចក្តីពិពណ៌នាដែលយ៉ូហានបានផ្តល់ នៅពេលព្រះគ្រីស្ទត្រូវបានបើកសម្ដែងដល់គាត់នៅលើកោះប៉ាតម៉ុស។ មិនមានអ្នកណាដែលទាបជាងព្រះរាជបុត្រានៃព្រះបានបង្ហាញខ្លួនដល់ដានីយ៉ែលឡើយ។ ព្រះអម្ចាស់របស់យើងយាងមកជាមួយនឹងទូតសួគ៌ម្នាក់ទៀត ដើម្បីបង្រៀនដានីយ៉ែលអំពីអ្វីៗដែលនឹងកើតឡើងនៅថ្ងៃចុងក្រោយ»។ Sanctified Life, 49.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ខទាំងប្រាំបួនដំបូង បង្ហាញអំពីរបៀបដែលវិវរណៈនៃព្រះយេស៊ូវគ្រីស្ទ ត្រូវបានបើកត្រាចេញ មុនពេលការសាកល្បងរបស់មនុស្សជាតិបិទបញ្ចប់។ វិវរណៈនោះ ត្រូវបានប្រទានមកពីព្រះ ដល់ព្រះយេស៊ូវ ហើយព្រះយេស៊ូវបានប្រទានវាដល់កាព្រីយ៉ែល ហើយកាព្រីយ៉ែលបានប្រគល់វាដល់យ៉ូហាន ជាមួយនឹងបេសកកម្មមួយ ឲ្យយ៉ូហានផ្ញើសារនោះទៅកាន់ក្រុមជំនុំទាំងប្រាំពីរ។ អេសាយបានទទួលបេសកកម្មរបស់លោក ដើម្បីធ្វើដូចគ្នានោះនៅក្នុងជំពូកទីប្រាំមួយ ហើយអេសេគាលក៏បានទទួលបញ្ជាដូចគ្នានោះនៅក្នុងជំពូកទីពីរ និងទីបី។ នៅពេលយ៉ូហានទទួលបេសកកម្មរបស់លោក លោកជាអ្នកទោសម្នាក់ ខណៈដែលអេសេគាល និងដានីយ៉ែលជាជនឃុំឃាំងនៅបាប៊ីឡូន ហើយអេសាយកំពុងរស់នៅក្នុងសម័យប្រវត្តិសាស្ត្រនៃស្តេចអាហាស់ដ៏អាក្រក់នៃយូដា។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«មានកង់នៅខាងក្នុងកង់ទាំងឡាយ ក្នុងការរៀបចំមួយដ៏ស្មុគស្មាញយ៉ាងខ្លាំង ដែលមើលឃើញដំបូងហាក់ដូចជាដល់អេសេគាលថា អ្វីៗទាំងអស់ស្ថិតក្នុងភាពច្របូកច្របល់។ ប៉ុន្តែ កាលណាវាចលនា វាចលនាដោយភាពត្រឹមត្រូវដ៏ស្រស់ស្អាត និងដោយសាមគ្គីភាពដ៏ល្អឥតខ្ចោះ។ អង្គស្ថានសួគ៌កំពុងជំរុញកង់ទាំងនេះ ហើយនៅខាងលើបំផុត លើបល្ល័ង្កត្បូងកណ្ដៀងដ៏រុងរឿង គឺជាព្រះអង្គដ៏អស់កល្បជានិច្ច; ខណៈដែលនៅជុំវិញបល្ល័ង្កនោះ មានឥន្ធនូព័ទ្ធជុំវិញ ជានិមិត្តរូបនៃព្រះគុណ និងសេចក្ដីស្រឡាញ់។ ដោយត្រូវបានគ្របសង្កត់ដោយសិរីល្អដ៏គួរឲ្យខ្លាចនៃទិដ្ឋភាពនោះ អេសេគាលក៏ដួលក្រាបមុខចុះ ពេលនោះមានសំឡេងមួយបង្គាប់ឲ្យគាត់ក្រោកឡើង ហើយស្ដាប់ព្រះបន្ទូលរបស់ព្រះអម្ចាស់។ បន្ទាប់មក ទ្រង់បានប្រទានសារនៃការព្រមានមួយដល់អ៊ីស្រាអែល»។ Testimonies, 751.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ខ្ញុំក៏បានឮសំឡេងរបស់ព្រះអម្ចាស់មានព្រះបន្ទូលថា «តើយើងនឹងចាត់អ្នកណា ហើយអ្នកណានឹងទៅជំនួសយើង?» នោះខ្ញុំទូលឆ្លើយថា «ទូលបង្គំនៅទីនេះ សូមចាត់ទូលបង្គំទៅ»។ អេសាយ 6:8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«និមិត្តនេះត្រូវបានប្រទានដល់អេសេគាល នៅពេលដែលចិត្តរបស់លោកពោរពេញទៅដោយការទន្ទឹងរង់ចាំដ៏អាប់អួរ។ លោកបានឃើញទឹកដីនៃបុព្វបុរសរបស់លោកស្ថិតនៅក្នុងភាពស្ងាត់ជ្រេរ...»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«ដូចគ្នានោះដែរ នៅពេលដែលព្រះជាម្ចាស់ហៀបនឹងបើកសម្ដែងដល់យ៉ូហានជាទីស្រឡាញ់នូវប្រវត្តិសាស្ត្រនៃក្រុមជំនុំសម្រាប់យុគសម័យខាងមុខ ទ្រង់បានប្រទានសេចក្តីធានាដល់គាត់អំពីព្រះទ័យយកចិត្តទុកដាក់ និងការថែរក្សារបស់ព្រះអង្គសង្គ្រោះចំពោះប្រជាជនរបស់ទ្រង់ ដោយបើកសម្ដែងដល់គាត់នូវ “ម្នាក់ដែលដូចជាបុត្រមនុស្ស” ដែលកំពុងដើរនៅកណ្ដាលជើងចង្កៀងទាំងឡាយ ដែលជានិមិត្តរូបនៃក្រុមជំនុំទាំងប្រាំពីរ។ …»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«មេរៀនទាំងនេះគឺសម្រាប់ប្រយោជន៍របស់យើង។ យើងត្រូវតាំងជំនឿរបស់យើងលើព្រះជាម្ចាស់ ព្រោះនៅចំពោះមុខយើងនេះមានពេលវេលាមួយដែលនឹងល្បងលវិញ្ញាណរបស់មនុស្ស។ …»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«យើងកំពុងឈរនៅលើកម្រិតចូលនៃព្រឹត្តិការណ៍ដ៏ធំធេង និងដ៏អធិកអធម។ ទំនាយកំពុងសម្រេចយ៉ាងឆាប់រហ័ស។ ព្រះអម្ចាស់កំពុងស្ថិតនៅមាត់ទ្វារ។ មិនយូរប៉ុន្មានទៀត នឹងមានសម័យកាលមួយបើកឡើងនៅចំពោះមុខយើង ដែលពោរពេញដោយសារៈសំខាន់ដ៏លើសលប់ចំពោះមនុស្សរស់ទាំងអស់។ ជម្លោះនានានៃអតីតកាលនឹងត្រូវបានលើកឡើងវិញ; ជម្លោះថ្មីៗនឹងកើតឡើង។ ឈុតឆាកទាំងឡាយដែលនឹងត្រូវប្រព្រឹត្តឡើងនៅក្នុងពិភពលោករបស់យើង មិនទាន់សូម្បីតែត្រូវបានសុបិនឃើញនៅឡើយ។ សាតាំងកំពុងធ្វើការតាមរយៈភ្នាក់ងារមនុស្ស។ អស់អ្នកដែលកំពុងខិតខំប្រឹងប្រែងផ្លាស់ប្តូររដ្ឋធម្មនុញ្ញ និងធានាឲ្យមានច្បាប់មួយដែលបង្ខំឲ្យគោរពថ្ងៃអាទិត្យ មិនសូវដឹងឡើយថា លទ្ធផលនឹងទៅជាយ៉ាងណា។ វិបត្តិមួយកំពុងស្ថិតជិតមកដល់លើយើងហើយ។»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«ប៉ុន្តែ អ្នកបម្រើរបស់ព្រះ មិនត្រូវទុកចិត្តលើខ្លួនឯង ក្នុងគ្រាអាសន្នដ៏ធំនេះឡើយ។ ក្នុងនិមិត្តដែលបានប្រទានដល់អេសាយ អេសេគាល និងយ៉ូហាន យើងឃើញថា ស្ថានសួគ៌មានទំនាក់ទំនងយ៉ាងជិតស្និទ្ធជាមួយនឹងព្រឹត្តិការណ៍ដែលកំពុងកើតឡើងលើផែនដី ហើយការយកព្រះទ័យទុកដាក់របស់ព្រះចំពោះអស់អ្នកដែលស្មោះត្រង់ចំពោះទ្រង់ មានទំហំធំយ៉ាងណា។ ពិភពលោកមិនមែនគ្មានអ្នកគ្រប់គ្រងឡើយ។ ផែនការនៃព្រឹត្តិការណ៍ដែលនឹងមកដល់ ស្ថិតនៅក្នុងព្រះហស្តរបស់ព្រះអម្ចាស់។ ព្រះមហិមានៃស្ថានសួគ៌ ទ្រង់កំពុងទទួលបន្ទុកវាសនារបស់ប្រជាជាតិទាំងឡាយ ព្រមទាំងកិច្ចការនៃព្រះវិហាររបស់ទ្រង់ផងដែរ នៅក្នុងការថែរក្សារបស់ទ្រង់ផ្ទាល់។ …»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«នៅក្នុងនិមិត្តរបស់អេសេគាល ព្រះជាម្ចាស់មានព្រះហស្តរបស់ទ្រង់នៅក្រោមស្លាបរបស់ខេរូប៊ីម។ នេះគឺដើម្បីបង្រៀនអ្នកបម្រើរបស់ទ្រង់ថា អំណាចដ៏ទេវភាពហ្នឹងហើយជាអំណាចដែលប្រទានឲ្យពួកគេទទួលបានជោគជ័យ។ ទ្រង់នឹងធ្វើការជាមួយពួកគេ ប្រសិនបើពួកគេបោះបង់អំពើទុច្ចរិត ហើយក្លាយជាបរិសុទ្ធក្នុងចិត្ត និងក្នុងជីវិត»។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«ពន្លឺដ៏ភ្លឺចែងចាំងដែលទៅមកក្នុងចំណោមសត្វមានជីវិតទាំងនោះ ដោយល្បឿនដូចផ្លេកបន្ទោរ តំណាងឲ្យសេចក្តីរហ័សដែលកិច្ចការនេះ នៅទីបំផុត នឹងរីកចម្រើនឆ្ពោះទៅរកការបំពេញឲ្យសម្រេច។ …»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«បងប្អូនអើយ ឥឡូវនេះមិនមែនជាពេលសម្រាប់ការកាន់ទុក្ខ និងការអស់សង្ឃឹមទេ មិនមែនជាពេលសម្រាប់ចុះចាញ់ចំពោះការសង្ស័យ និងអសេចក្ដីជំនឿទេ។ ព្រះគ្រីស្ទមិនមែនជាព្រះអង្គសង្គ្រោះដែលស្ថិតនៅក្នុងផ្នូរថ្មីរបស់យ៉ូសែប បិទដោយថ្មដ៏ធំ និងបោះត្រាដោយត្រារបស់រ៉ូមទៀតឡើយ; យើងមានព្រះអង្គសង្គ្រោះដែលបានរស់ឡើងវិញ។ ព្រះអង្គគឺជាព្រះមហាក្សត្រ ជាព្រះអម្ចាស់នៃពលបរិវារ; ព្រះអង្គគង់នៅចន្លោះពួកចេរូប៊ីម; ហើយកណ្ដាលការតស៊ូ និងភាពចលាចលនៃប្រជាជាតិនានា ព្រះអង្គនៅតែការពាររាស្ត្ររបស់ព្រះអង្គ។ ព្រះអង្គដែលគ្រប់គ្រងនៅស្ថានសួគ៌ គឺជាព្រះអង្គសង្គ្រោះរបស់យើង។ ព្រះអង្គវាស់វែងគ្រប់ទាំងការល្បងល។ ព្រះអង្គទតមើលភ្លើងក្នុងឡដែលត្រូវសាកល្បងគ្រប់ព្រលឹង។ នៅពេលបន្ទាយមាំមួនរបស់ស្តេចទាំងឡាយត្រូវបានរំលំ នៅពេលព្រួញនៃព្រះពិរោធរបស់ព្រះជាម្ចាស់ចាក់ទម្លុះកណ្ដាលចិត្តរបស់ខ្មាំងសត្រូវរបស់ព្រះអង្គ រាស្ត្ររបស់ព្រះអង្គនឹងមានសុវត្ថិភាពនៅក្នុងព្រះហស្តរបស់ព្រះអង្គ»។ Testimonies, volume 5, 752–754.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សាក្សីព្រះគម្ពីរបួនប្រការបញ្ជាក់អំពីសេចក្តីពិតថា សារនៃវិវរណៈរបស់ព្រះយេស៊ូវគ្រីស្ទ ត្រូវបានប្រទានដល់បុគ្គលទាំងឡាយដែលត្រូវបានតំណាងជាមុនដោយបទពិសោធន៍របស់ព្យាការីទាំងនេះនៅក្នុងទីសក្ការៈ។ នៅពេលយើងចូលទៅក្នុងទីសក្ការៈស្ថានសួគ៌ នោះហើយជាពេលដែលយើងទទួលបានសារដែលយើងត្រូវបានតែងតាំងឲ្យប្រកាស។ «ភ្លើងក្នុងឡ» ដែលសាកល្បង «ព្រលឹងគ្រប់រូប» គឺជាឡភ្លើងនៃ ម៉ាឡាគី ជំពូក ៣។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ប៉ុន្តែ តើអ្នកណាអាចឈរជាប់នៅថ្ងៃនៃការយាងមករបស់ទ្រង់? ហើយតើអ្នកណាអាចឈរមាំបាន នៅពេលទ្រង់លេចមក? ដ្បិតទ្រង់ប្រៀបដូចជាភ្លើងរបស់អ្នកចម្រាញ់ ហើយដូចជាសាប៊ូរបស់អ្នកបោកសំពត់។ ទ្រង់នឹងអង្គុយដូចជាអ្នកចម្រាញ់ និងជាអ្នកសំអាតប្រាក់ ហើយទ្រង់នឹងសំអាតពួកកូនចៅរបស់លេវី និងបន្សុទ្ធពួកគេដូចជាមាស និងប្រាក់ ដើម្បីឲ្យពួកគេថ្វាយតង្វាយដល់ព្រះយេហូវ៉ា ដោយសេចក្តីសុចរិត។ ពេលនោះ តង្វាយរបស់យូដា និងក្រុងយេរូសាឡិម នឹងជាទីគាប់ព្រះហឫទ័យដល់ព្រះយេហូវ៉ា ដូចនៅក្នុងថ្ងៃបុរាណ និងដូចនៅក្នុងឆ្នាំមុនៗ។ ម៉ាឡាគី 3:2–4។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ជាងចម្រាញ់ដឹងថា ប្រាក់បានស្ថិតនៅក្នុងឡរលាយអស់រយៈពេលត្រឹមត្រូវហើយ នៅពេលដែលប្រាក់នោះបរិសុទ្ធខ្លាំងដល់ថ្នាក់អាចឆ្លុះបញ្ចាំងមុខរបស់ជាងចម្រាញ់បាន។ ការពិតនេះអំពីរបៀបដែលប្រាក់ត្រូវបានចម្រាញ់នៅសម័យបុរាណ ស្របតាមកិរិយាសព្ទបង្កហេតុ “marah” ដែលដានីយ៉ែលបានឃើញនៅជំពូកទីដប់។ ក្នុងថ្ងៃចុងក្រោយទាំងនេះ ព្រះអម្ចាស់កំពុងនាំប្រជាជនរបស់ទ្រង់ចូលទៅក្នុងទីសក្ការៈ ដើម្បីសាកល្បង បន្សុទ្ធ និងជម្រះបេក្ខជនទាំងឡាយឲ្យបានជាផ្នែកមួយនៃទង់សញ្ញារបស់មនុស្សមួយសែនសែសិបបួនពាន់នាក់។ ក្នុងរយៈពេលនេះ «ទ្រង់នឹងធ្វើការជាមួយ» យើង «បើ» យើង «នឹងលះបង់អំពើទុច្ចរិត ហើយក្លាយជាមនុស្សបរិសុទ្ធក្នុងចិត្ត និងក្នុងជីវិត»។ មនុស្សខ្លះ ដូចនៅក្នុងដានីយ៉ែលជំពូកទីដប់ បានរត់គេចពីបទពិសោធន៍នោះ ប៉ុន្តែអ្នកទាំងឡាយដែលត្រូវបានតំណាងដោយដានីយ៉ែល ដែលឃើញនិមិត្តនៃកញ្ចក់ឆ្លុះដ៏អស្ចារ្យនៃការបើកសម្ដែងអំពីព្រះយេស៊ូវគ្រីស្ទ នឹងទទួលបានការប៉ះបបូរមាត់ដោយធ្យូងពីអាសនៈ ដូចដែលអេសាយបានបង្ហាញ ហើយនឹងត្រូវបានបន្សុទ្ធ និងរៀបចំឲ្យផ្តល់សារមួយដល់ទាំងពួកជំនុំដែលបានបោះបង់សេចក្តីជំនឿ ហើយបន្ទាប់មកដល់លោកិយ។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សារនេះត្រូវបានបង្ហាញដល់ព្រលឹងស្មោះត្រង់ទាំងឡាយនៅក្នុងទីបរិសុទ្ធ។ លេវីវិន័យ ជំពូក ២៣ នៅពេលតម្រឹមស្របនឹងរដូវកាលប៉ិនទីកុស្ត ត្រូវបានរៀបចំឡើងដើម្បីឆ្លុះបញ្ចាំងហឹបនៃសេចក្តីសញ្ញានៅក្នុងទីបរិសុទ្ធបំផុត។ ដោយសេចក្តីជំនឿ រចនាសម្ព័ន្ធនៃសារទាំងឡាយក្នុងជំពូកនេះកំណត់សម្គាល់ផ្លូវចំនួនបីនៅក្នុងប្រវត្តិសាស្ត្រដ៏វិសុទ្ធ ដែលការសាកល្បងដោយភ្លើងត្រូវបានបំពេញសម្រេច។ ជ្រាលជ្រៅដោយព្រះ—រចនាសម្ព័ន្ធទំនាយនៃជំពូក ២៣ អនុញ្ញាតឲ្យសិស្សនៃទំនាយកំណត់ទីតាំងអេសេគាលនៅក្នុងខទីមួយនៃជំពូកទីមួយ។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ហើយកើតមានឡើងនៅក្នុងឆ្នាំទីសាមសិប នៅខែទីបួន នៅថ្ងៃទីប្រាំនៃខែ ខណៈដែលខ្ញុំនៅកណ្តាលពួកឈ្លើយសឹកក្បែរទន្លេខេបារ នោះស្ថានសួគ៌បានបើកឡើង ហើយខ្ញុំបានឃើញនិមិត្តរូបទាំងឡាយរបស់ព្រះ។ នៅថ្ងៃទីប្រាំនៃខែ គឺជាឆ្នាំទីប្រាំនៃការជាប់ជាឈ្លើយរបស់ស្តេចយេហូយ៉ាគីន។ អេសេគាល 1:1, 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ក្នុងនាមជាបូជាចារ្យម្នាក់ ក្នុងអំឡុងពេលនៃការបោះត្រារបស់មួយសែនសែសិបបួនពាន់នាក់ អេសេគាលស្ថិតនៅក្នុងឆ្នាំទីសាមសិប នៃវដ្តយូប៊ីលេទីដប់ប្រាំពីរ គឺប្រាំឆ្នាំមុនការឡោមព័ទ្ធក្រុងយេរូសាឡិមលើកទីបីក្នុងចំណោមបីលើក ដោយនេប៊ូក្នេសារ នៅឆ្នាំ 587 មុនគ.ស. ឆ្នាំទីសាមសិបក្នុងខនោះ គឺសាមសិបឆ្នាំបន្ទាប់ពីការប្រោសឲ្យរស់ឡើងវិញដ៏អស្ចារ្យបំផុតក្នុងប្រវត្តិសាស្ត្រព្រះគម្ពីរសញ្ញាចាស់ ហើយវាស្ថិតនៅថ្ងៃទីប្រាំ នៃឆ្នាំទីប្រាំ ដូច្នេះហើយដាក់លេខប្រាំលើសក្ខីកម្មរបស់អេសេគាល។ ក្នុងខបើកពីរខ យើងឃើញលេខសាមសិបត្រូវបានកំណត់អត្តសញ្ញាណម្តងមួយ ហើយលេខប្រាំត្រូវបានរៀបរាប់បីដង។ ក្នុងរចនាសម្ព័ន្ធនៃលេវីវិន័យ ជំពូកម្ភៃបី ដែលតម្រឹមជាមួយរដូវកាលបុណ្យទីហាសិប ការសាកល្បងទីពីរ ដែលតំណាងដោយលេខសាមសិប ឈានទៅដល់បុណ្យត្រែ ចំណែកប្រាំថ្ងៃទៅដល់ការយាងឡើងស្ថានសួគ៌របស់ព្រះគ្រីស្ទ បន្ទាប់មកប្រាំថ្ងៃទៀតទៅដល់ថ្ងៃប្រោសលោះ បន្ទាប់មកប្រាំថ្ងៃទៀតទៅដល់សញ្ញាសម្គាល់ផ្លូវ ដែលតំណាងទាំងភ្លៀងដើម (Pentecost) និងភ្លៀងចុងក្រោយ (Tabernacles)។ រចនាសម្ព័ន្ធនេះបង្ហាញសាមសិប បន្ទាប់មកដោយជំហានបីនៃប្រាំ។ អេសេគាលស្ថិតនៅក្នុងព្រះវិហារ ហើយរចនាសម្ព័ន្ធនៃលេវីវិន័យ ជំពូកម្ភៃបី គឺជាហិប។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ប្រវត្តិសាស្ត្របញ្ជាក់អំពីការពិតថា នៅចំណុចនោះ អេសេគាលស្ថិតនៅប្រាំឆ្នាំមុនការឡោមព័ទ្ធជានិមិត្តរូបមួយ ដែលបញ្ចប់ដោយធ្វើជាគំរូទុកជាមុននៃច្បាប់ថ្ងៃអាទិត្យដែលនឹងមកដល់ក្នុងពេលឆាប់ៗ ដូចដែលត្រូវបានតំណាងដោយការបំផ្លាញក្រុងយេរូសាឡិម។ ចំនួន «ប្រាំ» ជាធាតុសំខាន់មួយនៃរចនាបថនៃ លេវីវិន័យ ២៣ ដូចគ្នានឹងចំនួន «សាមសិប» ផងដែរ។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នៅក្នុងអត្ថបទទាំងនេះ បានបង្ហាញរួចហើយថា នៅពេលខទាំងម្ភៃពីរដំបូងនៃជំពូកនោះ ត្រូវបានតម្រឹមជាមួយនឹងខទាំងម្ភៃពីរចុងក្រោយ ហើយបន្ទាប់មក បន្ទាត់ទាំងពីរនៃខទាំងម្ភៃពីរនោះ ត្រូវបានតម្រឹមរួមគ្នាជាមួយនឹងរដូវកាលបុណ្យទីហាសិប នោះដំណើរការសាកល្បងបីជំហាន ដែលជាភ្លើងឡនៃម៉ាឡាគី ត្រូវបានបង្ហាញយ៉ាងច្បាស់។ ជំហានទាំងបីនោះ មានអាល់ហ្វា និង អូមេហ្គា នៅក្នុងជំហានទីមួយ និងជំហានទីបី ដែលរួមមានស៊េរីនៃសញ្ញាសម្គាល់បួន ដែលតំណាងឲ្យមួយជំហាន។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បុណ្យរំលង តាមដោយបុណ្យនំប៉័ងឥតមេ តាមដោយការថ្វាយផលដំបូងនៃស្រូវបារី ហើយបន្ទាប់មក «ប្រាំ» ថ្ងៃ ដល់ចុងបញ្ចប់នៃបុណ្យនំប៉័ងឥតមេ។ សញ្ញាសម្គាល់ទាំងបួននោះ បង្កើតឡើងជាការសាកល្បងទីមួយ ហើយព្រះយេស៊ូវតែងតែបង្ហាញចុងបញ្ចប់ដោយការចាប់ផ្តើម ហើយការសាកល្បងទីបីក៏ត្រូវបានបង្កើតឡើងដោយសញ្ញាសម្គាល់បួនដូចគ្នា។ បុណ្យត្រែ បន្ទាប់មកការយាងឡើងស្ថានសួគ៌នៃព្រះគ្រីស្ទ តាមដោយថ្ងៃនៃការប្រោសបាប ហើយបន្ទាប់មកប្រាំថ្ងៃក្រោយមក គឺការមកដល់រួមគ្នានៃទាំងបុណ្យទី៥០ និងបុណ្យបារាំ។ បុណ្យទី៥០ គឺជានិមិត្តរូបនៃភ្លៀងដើមរដូវ ហើយបុណ្យបារាំ គឺជានិមិត្តរូបនៃភ្លៀងចុងរដូវ។ ក្នុងគំរូលេវីវិន័យ ជំពូក ២៣ ទាំងបុណ្យទី៥០ និងបុណ្យបារាំ ស្របគ្នា។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ដូច្នេះ ឱកូនចៅស៊ីយ៉ូនអើយ ចូរអរសប្បាយ ហើយរីករាយក្នុងព្រះយេហូវ៉ាជាព្រះរបស់អ្នករាល់គ្នា ដ្បិតទ្រង់បានប្រទានភ្លៀងដើមរដូវដល់អ្នករាល់គ្នាតាមខ្នាតសមរម្យ ហើយទ្រង់នឹងបង្អុរភ្លៀងឲ្យចុះមកសម្រាប់អ្នករាល់គ្នា គឺភ្លៀងដើមរដូវ និងភ្លៀងចុងរដូវ នៅក្នុងខែទីមួយ។ យ៉ូអែល 2:23។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ដំណើរការសាកល្បង និងការបរិសុទ្ធចុងក្រោយបានចាប់ផ្តើមនៅថ្ងៃទី ៣១ ខែធ្នូ ឆ្នាំ ២០២៣។ ការសាកល្បងទីមួយគឺជាការសាកល្បងគ្រឹះមូលដ្ឋាន ដែលត្រូវបានតំណាងជានិមិត្តសញ្ញាដោយវិវាទអំពី «ពួកចោររបស់ប្រជាជនរបស់អ្នក» ដែលបានបំបែកក្រុមដែលធ្លាប់ត្រូវបានសាកល្បងពីមុនរួចមកហើយ ដោយសារការខកចិត្តនៅថ្ងៃទី ១៨ ខែកក្កដា ឆ្នាំ ២០២០។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«ក្នុងប្រវត្តិសាស្ត្រ និងក្នុងការព្យាករណ៍ ព្រះបន្ទូលរបស់ព្រះបានបង្ហាញអំពីការប្រយុទ្ធជម្លោះដ៏យូរអង្វែងរវាងសេចក្ដីពិត និងកំហុស។ ការប្រយុទ្ធជម្លោះនោះនៅតែកំពុងបន្ត។ អ្វីៗដែលធ្លាប់កើតមាន នឹងត្រូវកើតឡើងម្តងទៀត។ ការជម្លោះចាស់ៗនឹងត្រូវបានលើកឡើងវិញ ហើយទ្រឹស្តីថ្មីៗនឹងបន្តកើតឡើងជានិច្ច។ ប៉ុន្តែ ប្រជារាស្ត្ររបស់ព្រះ ដែលដោយសេចក្ដីជំនឿរបស់ពួកគេ និងដោយការបំពេញនៃពាក្យព្យាករណ៍ បានចូលរួមចំណែកក្នុងការប្រកាសសាររបស់ទេវតាទីមួយ ទីពីរ និងទីបី នោះ ដឹងថាពួកគេឈរនៅទីណា។ ពួកគេមានបទពិសោធន៍មួយដែលមានតម្លៃលើសមាសសុទ្ធ។ ពួកគេត្រូវឈរយ៉ាងមាំមួនដូចថ្មដា ដោយកាន់ខ្ជាប់ការចាប់ផ្តើមនៃសេចក្ដីទុកចិត្តរបស់ពួកគេឲ្យមាំមួនរហូតដល់ទីបញ្ចប់»។ Manuscript Releases, volume 1, 47.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នៅក្នុងលេវីវិន័យ ជំពូក ២៣ ការសាកល្បងដំបូងត្រូវបានតំណាងដោយការរួមបញ្ចូលបែបព្យាករណ៍នៃបី ដែលបន្ទាប់មកប្រាំថ្ងៃក្រោយតាមដោយចុងបញ្ចប់នៃបុណ្យនំប៉័ងឥតដំបែ។ បុណ្យរំលងជាថ្ងៃទីមួយ បុណ្យនំប៉័ងឥតដំបែជាថ្ងៃទីពីរ ហើយការថ្វាយផលដំបូងជាថ្ងៃទីបី។ ប្រាំថ្ងៃក្រោយមក បុណ្យនំប៉័ងឥតដំបែបានបញ្ចប់។ រចនាសម្ព័ន្ធបែបព្យាករណ៍នៃការសាកល្បងទីមួយក្នុងចំណោមការសាកល្បងទាំងបី ក៏ត្រូវបានតំណាងផងដែរនៅក្នុងការសាកល្បងទីបី និងចុងក្រោយ។ នៅក្នុងសញ្ញាសម្គាល់ទីបីនោះ ដែលរួមមានសញ្ញាសម្គាល់បី ហើយបន្ទាប់មកមួយ បុណ្យត្រែជាថ្ងៃទីមួយ ហើយការយាងឡើងស្ថានសួគ៌របស់ព្រះគ្រីស្ទកើតឡើងប្រាំថ្ងៃក្រោយមក បន្ទាប់មកថ្ងៃនៃការផ្សះផ្សាតាមមកប្រាំថ្ងៃក្រោយទៀត ហើយបន្ទាប់មកប្រាំថ្ងៃក្រោយទៀត ទាំងបុណ្យទី៥០ និងបុណ្យបារាំស្នាក់នៅ សម្គាល់ច្បាប់ថ្ងៃអាទិត្យដែលជិតមកដល់ ដែលត្រូវបានតំណាងនៅក្នុងគម្ពីរអេសេគាលថាជាការបំផ្លាញក្រុងយេរូសាឡិម។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រវាងទីបញ្ចប់នៃពិធីបុណ្យនំប៉័ងឥតដំបែ និងពិធីបុណ្យត្រែ មានរយៈពេលសាមសិបថ្ងៃ ដែលមិនត្រឹមតែតំណាងជានិមិត្តរូបនៃបូជាចារ្យប៉ុណ្ណោះទេ ប៉ុន្តែក៏តំណាងឲ្យការសាកល្បងទីពីរ ក្នុងចំណោមការសាកល្បងទាំងបី ដែលត្រូវបានតំណាងនៅក្នុងគំនូរបង្ហាញដ៏ទេវភាពផងដែរ។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ពិធីបុណ្យជ្រមុជទឹករបស់ព្រះគ្រីស្ទ បង្ហាញឲ្យឃើញសញ្ញាសម្គាល់ទាំងបី គឺ បុណ្យរំលង នំប៉័ងឥតមេ និងផលដំបូង ព្រោះសញ្ញាសម្គាល់ទាំងបីនោះតំណាងឲ្យ ការសោយទិវង្គត ការបញ្ចុះសព និងការរស់ឡើងវិញរបស់ព្រះគ្រីស្ទ។ ជំហានទាំងបីនោះ ត្រូវបានបន្តដោយរយៈពេលប្រាំថ្ងៃទៅកាន់ជំហានទីបួន ដែលតំណាងដោយទីបញ្ចប់នៃបុណ្យនំប៉័ងឥតមេ។ ពិធីបុណ្យជ្រមុជទឹក បង្ហាញជំហានទាំងបីនេះក្នុងពេលខ្លីតែមួយ នៅពេលយ៉ូហានបានធ្វើបុណ្យជ្រមុជទឹកដល់ព្រះមេស្ស៊ីរបស់ខ្លួន។ បុណ្យតាមរដូវនិទាឃរដូវ បំបែកជំហានទាំងបីនោះដោយចន្លោះមួយថ្ងៃមួយៗ ហើយបុណ្យតាមរដូវស្លឹកឈើជ្រុះ បំបែកជំហានទាំងបីនោះដោយចន្លោះប្រាំថ្ងៃ។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នៅពេលយើងអនុវត្តការសាកល្បងទីមួយនៃបុណ្យរដូវនិទាឃរាជ ជាការរួមបញ្ចូលនៃសញ្ញាសម្គាល់បី ដែលត្រូវបានតាមបន្ទាប់ដោយសញ្ញាសម្គាល់មួយទៀត ប្រាំថ្ងៃក្រោយមក; ហើយបន្ទាប់មកអនុវត្តបុណ្យរដូវស្លឹកឈើជ្រុះ ជាសញ្ញាសម្គាល់បី ដែលត្រូវបានតាមបន្ទាប់ ប្រាំថ្ងៃក្រោយមក ដោយសញ្ញាសម្គាល់មួយ; នោះមានរចនាសម្ព័ន្ធព្យាករណ៍មួយត្រូវបានបង្កើតឡើង ដែលមានសញ្ញាសម្គាល់អាល់ហ្វាជាបី តាមបន្ទាប់ដោយប្រាំថ្ងៃ ហើយបន្ទាប់មកត្រូវបានតាមបន្ទាប់ដោយសាមសិបថ្ងៃ ហើយការសាកល្បងទីបីនៃបុណ្យរដូវស្លឹកឈើជ្រុះ ជាសញ្ញាសម្គាល់នៃបី តាមបន្ទាប់ដោយប្រាំថ្ងៃ—រចនាសម្ព័ន្ធនេះបង្ហាញថា ការសាកល្បងទីមួយគ្របដណ្តប់សរុបប្រាំថ្ងៃ បន្ទាប់មកត្រូវបានតាមបន្ទាប់ដោយការសាកល្បងទីពីរនៃសាមសិបថ្ងៃ ដែលឈានទៅដល់សញ្ញាសម្គាល់ទីបីនៃប្រាំថ្ងៃ។ ប្រាំ បូកសាមសិប បូកប្រាំ ស្មើនឹង សែសិប (5 + 30 + 5 = 40)។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បុណ្យជ្រមុជទឹករបស់ព្រះគ្រីស្ទ ត្រូវបានបន្តភ្លាមៗដោយរយៈពេលសែសិបថ្ងៃ ដែលបានបញ្ចប់ដោយការសាកល្បងបីប្រការ។ នៅក្នុងរចនាសម្ព័ន្ធនៃលេវីវិន័យ ជំពូក ២៣ ដោយភ្ជាប់ជាមួយរដូវកាលបុណ្យពន្ធិកុស្ត មានអ្វីជាច្រើនទៀតអាចត្រូវបានស្គាល់ ប៉ុន្តែនៅកម្រិតមួយផ្សេងទៀត ជំពូកនោះតំណាងឲ្យហិបនៅក្នុងទីបរិសុទ្ធបំផុត។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បុណ្យនានានៅរដូវនិទាឃ និងរដូវស្លឹកឈើជ្រុះ ក្នុងគម្ពីរលេវីវិន័យ ជំពូក ២៣ ត្រូវបានដាក់នៅកណ្ដាលថ្ងៃសប្ប័ទពីរ។ ថ្ងៃសប្ប័ទទាំងពីរនោះតំណាងឲ្យខេរូបពីរដែលគ្របបាំង ហើយសញ្ញាសម្គាល់តាមផ្លូវនៃរដូវកាលប៉ិនទីកុស្ត ដែលស្របតាមលេវីវិន័យ ជំពូក ២៣ តំណាងឲ្យហិប និងខេរូបពីរដែលគ្របបាំង។ អេសេគាលត្រូវបាននាំចូលទៅក្នុងទីបរិសុទ្ធនៅក្នុងជំពូក ១ ហើយនៅពេលដែលគាត់ត្រូវបាននាំទៅទីនោះ គាត់ស្ថិតនៅប្រាំថ្ងៃមុនការឡោមព័ទ្ធ ដែលនាំទៅដល់ការបំផ្លាញក្រុងយេរូសាឡឹម ដោយជានិមិត្តរូបនៃច្បាប់ថ្ងៃអាទិត្យដែលនឹងមកដល់ក្នុងពេលឆាប់ៗ។ ច្បាប់ថ្ងៃអាទិត្យត្រូវបានតំណាងដោយបុណ្យប៉ិនទីកុស្ត និងបុណ្យបារាំក្នុងលេវីវិន័យ ជំពូក ២៣។ អេសេគាលស្ថិតនៅក្នុងឆ្នាំទីសាមសិប ហើយសាមសិបគឺជារយៈពេលនៃការសាកល្បងទីពីរ ក្នុងចំណោមការសាកល្បងបី ដែលរួមបញ្ចូលជាភ្លើងឡដុតក្នុងម៉ាឡាគី ជំពូក ៣។ ការសាកល្បងទីពីរត្រូវបានតំណាងដោយសាមសិបថ្ងៃ ដូចដែលអេសេគាលស្ថិតនៅក្នុងឆ្នាំទីសាមសិប នៃវដ្តយូប៊ីលេលើកទីដប់ប្រាំពីរ ដែលបានចាប់ផ្ដើមនៅពេលបុណ្យរំលងដ៏អស្ចារ្យរបស់យ៉ូសៀ ដូចដែលអ្នកប្រវត្តិសាស្ត្រហៅវាដូច្នោះ។ អេសេគាលស្ថិតនៅប្រាំឆ្នាំមុនការឡោមព័ទ្ធ ដែលបានបន្តអស់រយៈពេលដប់ប្រាំបីខែ ហើយគាត់ស្ថិតនៅក្នុងព្រះវិហារ ដែលជាចំណុចកណ្ដាលនៃការសាកល្បងចុងក្រោយទាំងបី ដែលបន្សុទ្ធ និងជម្រះសំណល់ដែលនៅសល់។ ពេត្រុសស្ថិតនៅកេសារា-ភីលីព (Panium) ផងដែរ គឺស្ថិតនៅចំណុចកណ្ដាលនៃការសាកល្បងបី ដូចដែលត្រូវបានតំណាងដោយ Panium (Caesarea-Philippi) ភ្នំនៃការប្រែរូប និងឈើឆ្កាង។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នៅឆ្នាំ 592 មុន គ.ស. អេសេគាលត្រូវបានធ្វើឲ្យ «គ» ដោយអំណាចអរូបី ហើយគាត់និយាយបានតែពេលដែលព្រះបើកមាត់របស់គាត់ប៉ុណ្ណោះ។ ស្ថានភាពនោះបន្តរហូតដល់ការដួលរលំនៃក្រុងយេរូសាឡឹមនៅឆ្នាំ 585/6 មុន គ.ស. ព្រះបានបណ្ដាលឲ្យគាត់និយាយនៅពេលការឡោមព័ទ្ធបានចាប់ផ្ដើម គឺនៅថ្ងៃដែល «សេចក្ដីប្រាថ្នានៃ» «ភ្នែក» របស់គាត់បានស្លាប់ ប៉ុន្តែគាត់មិនត្រូវបានអនុញ្ញាតឲ្យនិយាយដោយសេរីឡើយ រហូតទាល់តែក្រុងយេរូសាឡឹម ដែលជា «សេចក្ដីប្រាថ្នានៃ» «ភ្នែក» របស់អ៊ីស្រាអែល បានដួលរលំ។ ការដួលរលំនៃក្រុងយេរូសាឡឹមតំណាងឲ្យច្បាប់ថ្ងៃអាទិត្យដែលនឹងមកដល់ក្នុងពេលឆាប់ៗនេះ ហើយនៅទីនោះឯងដែលឪពុករបស់យ៉ូហាន បាទ្ទិស្ត ដែលជាសង្ឃនៃវេនទីប្រាំបី ត្រូវបានធ្វើឲ្យគ ខណៈពេលកំពុងបម្រើនៅក្នុងព្រះវិហារ ដែលជាកន្លែងដែលអេសេគាលក៏បាននៅ (ក្នុងនិមិត្ត) ហើយក៏ត្រូវបានធ្វើឲ្យគអស់ប្រហែលប្រាំបួនខែដែរ។ នៅថ្ងៃទីប្រាំបីបន្ទាប់ពីកំណើតរបស់យ៉ូហាន គឺនៅពេលដែលយ៉ូហានកំពុងត្រូវបានកាត់ស្បែក គាត់ត្រូវបានអនុញ្ញាតឲ្យនិយាយ។ ហោរាពីររូបត្រូវបានធ្វើឲ្យគ ខណៈពេលនៅក្នុងទីបរិសុទ្ធ។ ហោរាទីបីដែលត្រូវបានធ្វើឲ្យគ ខណៈពេលកំពុងឃើញព្រះគ្រីស្ទនៅក្នុងទីបរិសុទ្ធ គឺដានីយ៉ែល។ នៅក្នុងជំពូកដប់ ដានីយ៉ែលស្ថិតនៅក្នុងទីបរិសុទ្ធ ហើយនៅពេលដែលគាត់កំពុងត្រូវបានប៉ះជាលើកទីពីរក្នុងចំណោមបីលើក គាត់ត្រូវបានធ្វើឲ្យគ។ នៅចំណុចកណ្ដាល ដានីយ៉ែលត្រូវបានធ្វើឲ្យគ។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ហើយកាលទ្រង់បានមានព្រះបន្ទូលដូច្នោះមកកាន់ខ្ញុំ ខ្ញុំក៏ផ្អៀងមុខចុះដល់ដី ហើយក្លាយជាមនុស្សគ។ ហើយមើលចុះ មានមួយអង្គដូចជារូបសណ្ឋាននៃកូនមនុស្ស បានប៉ះបបូរមាត់របស់ខ្ញុំ; នោះខ្ញុំក៏បើកមាត់និយាយ ហើយទូលទៅកាន់អ្នកដែលឈរនៅមុខខ្ញុំថា ឱព្រះអម្ចាស់នៃខ្ញុំ ដោយសារនិមិត្តនោះ សេចក្ដីទុក្ខវេទនារបស់ខ្ញុំបានវិលត្រឡប់មកលើខ្ញុំវិញ ហើយខ្ញុំគ្មានកម្លាំងនៅសល់ឡើយ។ ដានីយ៉ែល ១០:១៥, ១៦។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ការនិយាយ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និមិត្តសញ្ញានៃ «ការនិយាយ» ត្រូវបានសម្គាល់នៅពេលច្បាប់ថ្ងៃអាទិត្យដែលនឹងមកដល់ក្នុងពេលឆាប់ៗនេះ នៅពេលសហរដ្ឋអាមេរិកនិយាយដូចជានាគ, លារបស់បាឡាមនិយាយ, និមិត្តរបស់ហាបាគុកនិយាយ ហើយមិនកុហកឡើយ។ ព្យាការីស្ងាត់បីនាក់ ដែលត្រូវបានធ្វើឲ្យស្ងាត់ខណៈដែលស្ថិតនៅក្នុងទីបរិសុទ្ធ នឹងនិយាយនៅពេលការបំផ្លាញក្រុងយេរូសាឡិម។ ចំពោះសាការី គាត់និយាយដើម្បីបញ្ជាក់ថា ឈ្មោះថ្មីរបស់កូនប្រុសគាត់គឺត្រឹមត្រូវ ដូច្នេះហើយជានិមិត្តរូបនៃពួកភីឡាដែលហ្វាន ដែលត្រូវបានប្រទានឈ្មោះថ្មីមួយ។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អ្នកណាដែលឈ្នះ ខ្ញុំនឹងតាំងឲ្យជាសសរមួយក្នុងព្រះវិហារនៃព្រះរបស់ខ្ញុំ ហើយគាត់នឹងមិនចេញទៅក្រៅទៀតឡើយ; ហើយខ្ញុំនឹងសរសេរលើគាត់នូវព្រះនាមនៃព្រះរបស់ខ្ញុំ និងឈ្មោះនៃទីក្រុងរបស់ព្រះរបស់ខ្ញុំ គឺក្រុងយេរូសាឡិមថ្មី ដែលចុះមកពីស្ថានសួគ៌ អំពីព្រះរបស់ខ្ញុំ; ហើយខ្ញុំនឹងសរសេរលើគាត់នូវឈ្មោះថ្មីរបស់ខ្ញុំ។ វិវរណៈ ៣:១២។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សាការីយ៉ាត្រូវបានប្រទានបន្ទះសរសេរមួយ ដើម្បីសរសេរឈ្មោះគ្រួសារថ្មីរបស់យ៉ូហាន។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ហើយបានកើតមានឡើងថា នៅថ្ងៃទីប្រាំបី ពួកគេបានមក ដើម្បីកាត់ស្បែកកុមារនោះ; ហើយពួកគេបានហៅគាត់ថា សាការីយ៉ា តាមឈ្មោះឪពុករបស់គាត់។ តែម្តាយរបស់គាត់បានឆ្លើយថា ទេ មិនដូច្នោះឡើយ; ប៉ុន្តែគាត់ត្រូវបានហៅថា យ៉ូហាន។ ហើយពួកគេបាននិយាយទៅនាងថា ក្នុងចំណោមញាតិសាច់សាលោហិតរបស់អ្នក គ្មាននរណាម្នាក់ដែលត្រូវបានហៅដោយឈ្មោះនេះឡើយ។ ហើយពួកគេបានធ្វើសញ្ញាទៅឪពុករបស់គាត់ សួរថា គាត់ចង់ឲ្យហៅកុមារនោះថាអ្វី។ ហើយគាត់បានសុំផ្ទាំងសរសេរមួយ ហើយបានសរសេរថា ឈ្មោះរបស់គាត់គឺ យ៉ូហាន។ ហើយពួកគេទាំងអស់គ្នាក៏អស្ចារ្យចិត្តណាស់។ ហើយមាត់របស់គាត់ក៏បានបើកឡើងភ្លាមៗ ហើយអណ្តាតរបស់គាត់ក៏បានរួច ហើយគាត់បាននិយាយ ហើយសរសើរតម្កើងព្រះ។ លូកា 1:59–64។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ឈ្មោះថ្មីរបស់យ៉ូហាន ស្របគ្នានឹងក្រុមជំនុំភីឡាឌែលភា ហើយឈ្មោះសាការី ស្របគ្នានឹងឡាវឌីសេ ដូចដែលបានតំណាងដោយការមិនជឿរបស់សាការីចំពោះសាររបស់ទេវតាទីបី។ ព្យាការីទាំងអស់និយាយអំពីគ្រាចុងក្រោយ ហើយគ្រាចុងក្រោយគឺជាប្រវត្តិសាស្ត្ររបស់ទេវតាទីបី។ ដូច្នេះ ទេវតាដែលនាំយកសារនោះ ត្រូវតែជាទេវតាទីបី។ សាការីបានបដិសេធមិនព្រមយល់ថា ព្រះអម្ចាស់នឹងរំលងក្រុមជំនុំសេវិនដេយ៍អាដ</w:t>
      </w:r>
      <w:r>
        <w:rPr>
          <w:rFonts w:ascii="Sylfaen" w:hAnsi="Sylfaen" w:eastAsia="Sylfaen" w:cs="Sylfaen"/>
        </w:rPr>
        <w:t>վեն</w:t>
      </w:r>
      <w:r>
        <w:rPr>
          <w:rFonts w:ascii="Leelawadee UI" w:hAnsi="Leelawadee UI" w:eastAsia="Leelawadee UI" w:cs="Leelawadee UI"/>
        </w:rPr>
        <w:t>ទីស្ទឡាវឌីសេ។ នៅមានអ្វីជាច្រើនទៀតត្រូវនិយាយអំពីការស្ដារឡើងវិញនៃសំឡេងនៅក្នុងព្យាការីទាំងនេះ ប៉ុន្តែយើងនឹងបន្តឆ្ពោះទៅរកការយល់ដឹងអំពីខ្សែបន្ទាត់ព្យាករណ៍របស់យ៉ូសៀស។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កង់របស់យ៉ូសៀស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យើងបានពិចារណាអំពីវដ្តយូប៊ីលេទីដប់ប្រាំពីរ ដែលបានចាប់ផ្ដើមនៅក្នុងបុណ្យរំលងរបស់យ៉ូសៀស នៅឆ្នាំ 622 មុនគ.ស. ប៉ុន្តែខ្សែបន្ទាត់របស់យ៉ូសៀសបានចាប់ផ្ដើមមុនឆ្នាំ 622 មុនគ.ស. យ៉ាងច្រើន។ ការបះបោររបស់អ៊ីស្រាអែល ដែលបាននាំសូលឡើងគ្រងបល្ល័ង្កជាស្ដេចទីមួយរបស់អ៊ីស្រាអែល បានសម្គាល់រយៈពេលសែសិបឆ្នាំដែលស្ដេចសូលនឹងសោយរាជ្យ បន្ទាប់មកដោយសែសិបឆ្នាំដែលស្ដេចដាវីឌនឹងសោយរាជ្យ ហើយបន្ទាប់មកដោយសែសិបឆ្នាំដែលសាឡូម៉ូននឹងសោយរាជ្យ។ ការបដិសេធព្រះ ដែលបានធ្វើឲ្យព្យាការីសាំយូអែលអាក់អន់ចិត្តយ៉ាងខ្លាំង បានកើតឡើងនៅឆ្នាំ 1097 មុនគ.ស. ហើយបានចាប់ផ្ដើមខ្សែបន្ទាត់ព្យាការីនៃការបះបោរមួយ ដែលបានបញ្ចប់នៅឯឈើឆ្កាង នៅពេលដែលពួកយូដាបានប្រកាសថា ពួកគេគ្មានស្ដេចណាក្រៅពីសេសារឡើយ។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ប៉ុន្តែ ពួកគេបានស្រែកឡើងថា ចូរយកគាត់ចេញទៅ ចូរយកគាត់ចេញទៅ ឆ្កាងគាត់ទៅ។ ពីឡាតបានមានប្រសាសន៍ទៅកាន់ពួកគេថា តើឲ្យខ្ញុំឆ្កាងស្តេចរបស់អ្នករាល់គ្នាឬ? ពួកសម្ដេចសង្ឃបានឆ្លើយថា យើងខ្ញុំគ្មានស្តេចណាក្រៅពីសេសារទេ។ យ៉ូហាន 19:15។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នៅឆ្នាំ 1097 ស្តេចបីអង្គនឹងសោយរាជ្យម្នាក់ៗអស់រយៈពេលសែសិបឆ្នាំ រហូតដល់ការសោយទិវង្គតរបស់សាឡូម៉ូននៅឆ្នាំ 977 មុន គ.ស. នៅពេលនោះនគរបានបែងចែកជាខាងជើង និងខាងត្បូង។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បន្ទាប់មក ពួកគេប្រាថ្នាចង់បានស្តេចមួយអង្គ ហើយព្រះទ្រង់បានប្រទានសូល ជាកូនរបស់គីស ជាបុរសម្នាក់ពីកុលសម្ព័ន្ធបេនយ៉ាមីន ដល់ពួកគេ អស់រយៈពេលសែសិបឆ្នាំ។ កិច្ចការ 13:21.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ដាវីឌមានអាយុសាមសិបឆ្នាំ នៅពេលទ្រង់ចាប់ផ្ដើមសោយរាជ្យ ហើយទ្រង់បានសោយរាជ្យអស់រយៈពេលសែសិបឆ្នាំ។ នៅក្រុងហេប្រូន ទ្រង់បានសោយរាជ្យលើយូដាអស់ប្រាំពីរឆ្នាំ និងប្រាំមួយខែ; ហើយនៅក្រុងយេរូសាឡិម ទ្រង់បានសោយរាជ្យសាមសិបបីឆ្នាំ លើអ៊ីស្រាអែលទាំងមូល និងយូដា។ ២ សាំយូអែល ២:៤, ៥។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រាជ្យសម្បត្តិរបស់សាឡូម៉ូនបានចាប់ផ្តើមនៅឆ្នាំ 971 មុនគ.ស.; គ្រឹះនៃព្រះវិហារត្រូវបានដាក់នៅក្នុងឆ្នាំទីបួននៃសាឡូម៉ូន (967 មុនគ.ស.)។ ការសាងសង់បានបន្តអស់រយៈពេលប្រាំពីរឆ្នាំ (១ ពង្សាវតារក្សត្រ 6:37–38) ហើយព្រះវិហារត្រូវបានបញ្ចប់នៅខែទីប្រាំបីនៃឆ្នាំទីដប់មួយរបស់សាឡូម៉ូន។ ពិធីឧទ្ទិសជាផ្លូវការបានប្រព្រឹត្តឡើងនៅខែទីប្រាំពីរ (ខែអេថានីម) ក្នុងអំឡុងពិធីបុណ្យបារាំ (១ ពង្សាវតារក្សត្រ 8; ២ របាក្សត្រ 5–7)។ ស្តេចទាំងឡាយ ព្រះវិហារ និងជាតិនោះ នីមួយៗ សុទ្ធតែត្រូវបានតំណាងនៅក្នុងប្រវត្តិសាស្ត្រដោយរយៈពេលបួនរយកៅសិបឆ្នាំមួយ ដែលសម្គាល់យ៉ាងច្បាស់នូវរយៈពេលព្យាករណ៍មួយ ទាក់ទងនឹងស្តេចទាំងឡាយ ឬព្រះវិហារ ឬជាតិនោះ។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ដានីយ៉ែលត្រូវបាននាំទៅជាឈ្លើយនៅឆ្នាំ 607 មុនគ.ស. ទោះបីជាអ្នកកំណត់កាលប្បវត្តិព្រះគម្ពីរភាគច្រើនកំណត់ថាជាឆ្នាំ 605 មុនគ.ស. ក៏ដោយ។ កំណត់ត្រាប្រវត្តិសាស្ត្រត្រូវតែស្របតាមសក្ខីកម្មព្យាករណ៍ ហើយនិមិត្តសញ្ញានៃព្រឹត្តិការណ៍ដែលបានកត់សម្គាល់ជាប្រវត្តិសាស្ត្រនៅលើបន្ទាត់ប្រវត្តិសាស្ត្រ ដែលចាប់ផ្តើមដោយបំណងចង់បានស្តេចនៅឆ្នាំ 1097 មុនគ.ស. តម្រូវឲ្យសក្ខីភាពព្យាករណ៍ជាច្រើនបញ្ជាក់ថា ឆ្នាំ 607 មុនគ.ស. គឺជាការអនុវត្តដែលត្រឹមត្រូវ មិនមែនឆ្នាំ 605 មុនគ.ស. ឡើយ។ ឆ្នាំ 607 មុនគ.ស. សម្គាល់ការបញ្ចប់នៃរយៈពេលបួនរយកៅសិបឆ្នាំនៅក្នុងបន្ទាត់នៃស្តេច ប៉ុន្តែវាក៏ជាការចាប់ផ្តើមនៃតំណាងសំខាន់មួយក្នុងចំណោមតំណាងសំខាន់ទាំងបីនៃចិតសិបឆ្នាំ ដែលកើតឡើងនៅក្នុងបន្ទាត់នោះផងដែរ។ ឆ្នាំ 607 មុនគ.ស. សម្គាល់ការបញ្ចប់នៃចិតសិបឆ្នាំ ដែលបានចាប់ផ្តើមដោយការនាំម៉ាណាសេទៅជាឈ្លើយនៅឆ្នាំ 677 មុនគ.ស. តំណាងដំបូងនៃនិមិត្តសញ្ញាបួនរយកៅសិបឆ្នាំ (ដែលមានសក្ខីភាពបីនៅក្នុងបន្ទាត់) បញ្ចប់នៅកន្លែងដែលសក្ខីភាពមួយក្នុងចំណោមសក្ខីភាពទាំងបីនៃចិតសិបឆ្នាំបញ្ចប់ ហើយសក្ខីភាពមួយទៀតនៃចិតសិបឆ្នាំចាប់ផ្តើម; រចនាសម្ព័ន្ធគណិតវិទ្យានេះផ្តល់សក្ខីកម្មដល់ឆ្នាំ 607 មុនគ.ស. ទោះបីជាមានគំនិតថា ដានីយ៉ែលត្រូវបាននាំទៅជាឈ្លើយនៅឆ្នាំ 605 មុនគ.ស. ក៏ដោយ។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នៅក្នុងខ្សែពេលវេលាដែលរួមមានរយៈពេល ៤៩០ ឆ្នាំ ដែលពាក់ព័ន្ធនឹងស្ដេចទាំងឡាយចាប់ពីឆ្នាំ ១០៩៧ មុន គ.ស. រហូតដល់ឆ្នាំ ៦០៧ មុន គ.ស. នោះ ក៏មានរយៈពេល ៤៩០ ឆ្នាំផងដែរ ចាប់ពីការឧទ្ទិសព្រះវិហាររបស់សាឡូម៉ូន រហូតដល់ការឧទ្ទិសព្រះវិហារក្រោយនិរទេសដោយសេរូបាបិល នៅឆ្នាំ ៥១៦ មុន គ.ស.។ រយៈពេល ៤៩០ ឆ្នាំនោះ រួមមាន ៤២០ ឆ្នាំចាប់ពីការឧទ្ទិសរបស់សាឡូម៉ូនក្នុងឆ្នាំទីដប់មួយនៃរជ្ជកាលរបស់ទ្រង់ បូកនឹង ៧០ ឆ្នាំដែលព្រះវិហារស្ថិតនៅក្នុងសភាពស្ងាត់ជ្រងំក្នុងអំឡុងពេលជាប់ជានិរទេស សរុបស្មើនឹង ៤៩០ ឆ្នាំ។ ព្រះរាជក្រឹត្យទីបីរបស់អាតាស៊ើកសេស បានមកដល់ ៥៩ ឆ្នាំក្រោយមក គឺនៅឆ្នាំ ៤៥៧ មុន គ.ស. ហើយកត់សម្គាល់ការចាប់ផ្តើមនៃ ៤៩០ ឆ្នាំដែលត្រូវបាន «កំណត់» (កាត់ចេញ, ដានីយ៉ែល 9:24) សម្រាប់ប្រជារាស្ត្ររបស់ព្រះ ដែលបានបញ្ចប់នៅឆ្នាំ ៣៤ នៅពេលការគប់ដុំថ្មលើស្ទេផាន។ ជាក់ជាមិនខាន នៅក្នុងខ្សែទំនាយនេះ ដែលចាប់ផ្តើមដោយការក្បត់សាសនាមូលដ្ឋាន គឺការបដិសេធព្រះ និងព្រះវិញ្ញាណនៃទំនាយ នៅឆ្នាំ ១០៩៧ មុន គ.ស. ហើយបញ្ចប់នៅពេលស្ទេផានបានឃើញព្រះគ្រីស្ទឈរនៅខាងស្តាំព្រះហស្តរបស់ព្រះ នោះ មានសាក្សីខាងកាលកំណត់ដ៏ជ្រាលជ្រៅជាច្រើនផ្សេងទៀត។ នៅក្នុងសក្ខីភាពនេះ យើងឃើញកង់ទំនាយរបស់យ៉ូសៀស។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ខ្ញុំប្រើពាក្យថា «ការក្បត់សាសនាដែលជាមូលដ្ឋាន» ពីព្រោះដើមខ្សែបន្ទាត់នេះកំណត់បង្ហាញពេលដែលអ៊ីស្រាអែលបានបដិសេធព្រះជាស្តេច ដោយសារបំណងប្រាថ្នារបស់ពួកគេចង់មានស្តេចតាមលោកិយ ដូច្នេះហើយបានសម្គាល់ជាមូលដ្ឋាននៃរាជាធិបតេយ្យមនុស្សរបស់អ៊ីស្រាអែល។ ខ្ញុំក៏សរសេរដូចនេះសម្រាប់កង់របស់យ៉ូសៀសផងដែរ ដែលមានន័យថា «មូលដ្ឋានរបស់ព្រះ» ហើយជានិមិត្តសញ្ញាទាំងនៃមូលដ្ឋាន និងនៃការក្បត់សាសនាដែលជាមូលដ្ឋានរបស់ប្រជារាស្ត្រព្រះ។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នៅពេលសាឡូម៉ូនសោយទិវង្គត ហើយកុលសម្ព័ន្ធទាំងដប់ពីរបានបែងចែកជាភាគខាងជើង និងភាគខាងត្បូង ការឧទ្ទិសរបស់យេរ៉ូបោមចំពោះប្រព័ន្ធថ្វាយបង្គំក្លែងក្លាយត្រូវបានស្តីបន្ទោសដោយហោរាមិនស្តាប់បង្គាប់ ហើយការស្តីបន្ទោសរបស់គាត់មានផ្ទុកទំនាយអំពីស្តេចមួយអង្គដែលនឹងមក ដោយមានព្រះនាមថា យ៉ូសៀស។ នៅពេលមានការក្បត់ជំនឿជាមូលដ្ឋានរបស់យេរ៉ូបោម និងកុលសម្ព័ន្ធដប់នៅភាគខាងជើង នោះទំនាយអំពីយ៉ូសៀស និងការកែប្រែឡើងវិញរបស់ទ្រង់ ដែលត្រូវបានសម្គាល់ដោយពិធីបុណ្យរំលងដ៏អស្ចារ្យក្នុងឆ្នាំ 622 មុន គ.ស. ក៏ត្រូវបានទាយទុកជាមុនផងដែរ។ ការកែប្រែឡើងវិញនោះបានកើតមានឡើងដោយសារការរកឃើញសំណេររបស់ម៉ូសេ និងការប្រកាសអំពីការជំនុំជម្រះលើរាស្ត្ររបស់ព្រះ ដោយព្រោះការក្បត់ជំនឿជាបន្តបន្ទាប់របស់ពួកគេ។ នៅពេលព្រះបន្ទូលពីក្នុងសំណេររបស់ម៉ូសេត្រូវបានអានថ្វាយដល់ស្តេចយ៉ូសៀស វាបានបង្កឲ្យមានការកែប្រែឡើងវិញដ៏ធំបំផុតក្នុងប្រវត្តិសាស្ត្រព្រះគម្ពីរសញ្ញាចាស់។ ទំនាយអំពីកុមារម្នាក់ដែលនឹងប្រសូតមកនៅពេលអនាគត ដោយមានឈ្មោះថា យ៉ូសៀស ក៏មានផ្ទុកផងដែរនូវការថ្កោលទោសតាមបែបទំនាយចំពោះការក្បត់ជំនឿជាមូលដ្ឋាន ដែលហោរាមិនស្តាប់បង្គាប់បានចោទប្រកាន់ស្តេចយេរ៉ូបោម។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បណ្តាសារបស់ម៉ូសេ ដូចដែលដានីយ៉ែលបានហៅវា គឺជា «ប្រាំពីរដង» នៃលេវីវិន័យ ជំពូក ២៦ ហើយវាបានក្លាយជាការរកឃើញជាមូលដ្ឋានរបស់ វីលៀម មីល្ល័រ ដែលជានិមិត្តរូបនៃសេចក្តីពិតជាមូលដ្ឋានរបស់អាដវេនទីស៊ីម។ ការផ្តល់អំណាចដល់សាររបស់មីល្ល័រ នៅថ្ងៃទី ១១ ខែសីហា ឆ្នាំ ១៨៤០ ត្រូវបាននាំមកដោយកិច្ចការរបស់ «យ៉ូសៀស» លិត់ច៍ ក្នុងឆ្នាំ ១៨៣៨ និង ១៨៤០។ នៅឆ្នាំ ១៨៦៣ មូលដ្ឋានទាំងនោះត្រូវបានដាក់មួយឡែក ហើយ «ប្រាំពីរដង» បានក្លាយជានិមិត្តរូប មិនត្រឹមតែសម្រាប់សេចក្តីពិតជាមូលដ្ឋានរបស់ពួកមីល្ល័ររាយត៍ភីឡាដែលហ្វៀនប៉ុណ្ណោះទេ ប៉ុន្តែថែមទាំងជានិមិត្តរូបនៃការបះបោររបស់មីល្ល័ររាយត៍ឡៅឌីសេ ប្រឆាំងនឹងមូលដ្ឋានទាំងនោះផងដែរ។ ប្រវត្តិសាស្ត្ររបស់ពួកមីល្ល័ររាយត៍នៃទេវតាទីមួយ និងទីពីរ មាននិមិត្តសញ្ញារបស់ «យ៉ូសៀស» ដែលនឹងត្រូវបានធ្វើម្តងទៀតយ៉ាងដូចពិតគ្រប់អក្សរ នៅក្នុងប្រវត្តិសាស្ត្ររបស់មួយសែនបួនម៉ឺនបួនពាន់នាក់។ កង់របស់យ៉ូសៀស លាតសន្ធឹងត្រឡប់ទៅដល់អំពើអាបធ្មប់របស់ស្តេចសោល ហើយបន្តរហូតដល់ការត្រូវបានខ្ជាក់ចេញរបស់ព្រះវិហារអាដវេនទីស្ទថ្ងៃទីប្រាំពីរខាងឡៅឌីសេ នៅពេលច្បាប់ថ្ងៃអាទិត្យ។ កង់របស់យ៉ូសៀស នៅក្នុងអេសេគាល ឥឡូវនេះកំពុងស្ថិតក្នុងដំណើរការត្រូវបានបើកបង្ហាញ ខណៈជាចំណុចកំពូលនៃការបោះត្រារបស់មួយសែនបួនម៉ឺនបួនពាន់នាក់។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យើងនឹងបន្តអំពីរឿងទាំងនេះនៅក្នុងអត្ថបទបន្ទាប់។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ប្រវត្តិសាស្ត្រដែលលាក់កំបាំងនៃខ័ណ្ឌទីសែសិប — លេខ ម្ភៃប្រាំ</dc:title>
  <dc:subject>អេសេគាល លេខ​ប្រាំមួយ</dc:subject>
  <dc:creator>Jeff Pippenger</dc:creator>
  <cp:keywords/>
  <dc:description>Generated by ArticleDigger from hidden_history\25_hidden_history.json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