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ប្រវត្តិសាស្ត្រលាក់កំបាំងនៃខ៤០ — លេខ២៨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អេសេគាល លេខ ប្រាំបួន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2026-08-22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យោងតាមការបំផុសគំនិត ក្នុងបញ្ហាដែលទាក់ទងនឹងការបំផុសគំនិត «គ្រប់អង្គហេតុទាំងអស់សុទ្ធតែមានសារៈសំខាន់របស់វា» ហើយ «គ្រប់គោលការណ៍ទាំងអស់សុទ្ធតែមានសារៈសំខាន់របស់វា»។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ព្រះគម្ពីរមានគ្រប់គោលការណ៍ទាំងអស់ដែលមនុស្សត្រូវការដើម្បីយល់ ឲ្យបានសមស្របសម្រាប់ទាំងជីវិតនេះ ឬសម្រាប់ជីវិតខាងមុខ។ ហើយគោលការណ៍ទាំងនេះ អាចត្រូវបានយល់ដោយមនុស្សទាំងអស់។ គ្មានអ្នកណាម្នាក់ដែលមានវិញ្ញាណសម្រាប់កោតសរសើរការបង្រៀនរបស់វា អាចអានតែខគម្ពីរមួយណាមួយពីព្រះគម្ពីរ ដោយមិនទទួលបានពីវានូវគំនិតណាមួយដែលមានប្រយោជន៍ឡើយ។ ប៉ុន្តែ ការបង្រៀនដ៏មានតម្លៃបំផុតនៃព្រះគម្ពីរ មិនអាចទទួលបានដោយការសិក្សាជាបន្តបន្ទាប់ម្តងម្កាល ឬដោយការសិក្សាដែលដាច់ដោយឡែកពីគ្នានោះទេ។ ប្រព័ន្ធសេចក្តីពិតដ៏ធំរបស់វា មិនត្រូវបានបង្ហាញយ៉ាងដូច្នេះទេ ដើម្បីឲ្យអ្នកអានដែលប្រញាប់ប្រញាល់ ឬធ្វេសប្រហែស អាចយល់ឃើញបាន។ ទ្រព្យសម្បត្តិជាច្រើនរបស់វា ស្ថិតនៅជ្រៅឆ្ងាយក្រោមផ្ទៃ ហើយអាចទទួលបានតែដោយការស្រាវជ្រាវយ៉ាងឧស្សាហ៍ព្យាយាម និងដោយការខិតខំប្រឹងប្រែងជាបន្តបន្ទាប់ប៉ុណ្ណោះ។ សេចក្តីពិតទាំងឡាយដែលរួមគ្នាបង្កើតជាសរុបដ៏ធំនោះ ត្រូវតែស្វែងរក និងប្រមូលផ្តុំឡើង «បន្តិចនៅទីនេះ បន្តិចនៅទីនោះ»។ អេសាយ 28:10។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«នៅពេលដែលគេបានស្រាវជ្រាវស្វែងរក និងប្រមូលផ្តុំវាទាំងនេះជាមួយគ្នាយ៉ាងដូច្នេះ នោះគេនឹងឃើញថា វាត្រូវគ្នាទៅវិញទៅមកយ៉ាងល្អឥតខ្ចោះ។ ដំណឹងល្អនីមួយៗជាការបំពេញបន្ថែមដល់ដំណឹងល្អផ្សេងទៀត ព្រះបន្ទូលទំនាយនីមួយៗជាការពន្យល់នៃព្រះបន្ទូលទំនាយមួយទៀត សេចក្តីពិតនីមួយៗជាការអភិវឌ្ឍនៃសេចក្តីពិតមួយផ្សេងទៀត។ និមិត្តរូបទាំងឡាយនៃរបបសាសនាយូដាត្រូវបានធ្វើឲ្យច្បាស់ដោយដំណឹងល្អ។ គ្រប់គោលការណ៍ទាំងអស់នៅក្នុងព្រះបន្ទូលរបស់ព្រះជាម្ចាស់សុទ្ធតែមានទីកន្លែងរបស់វា គ្រប់ហេតុការណ៍ទាំងអស់សុទ្ធតែមានន័យទាក់ទងរបស់វា។ ហើយរចនាសម្ព័ន្ធដ៏ពេញលេញទាំងមូល ក្នុងទាំងគម្រោង និងការអនុវត្ត បង្ហាញទីបន្ទាល់អំពីព្រះអង្គជាអ្នកនិពន្ធរបស់វា។ រចនាសម្ព័ន្ធបែបនេះ គ្មានចិត្តណាមួយក្រៅពីព្រះចិត្តនៃព្រះអនន្តទេ ដែលអាចគិតឃើញ ឬបង្កើតឡើងបាន»។ Education, 123.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ការពិតនៃបញ្ហានេះគឺថា ឃ្លាភាសាហេប្រឺ “ereb boqer” ត្រូវបានរកឃើញប្រាំបីដងក្នុងព្រះគម្ពីរ។ វាតែងតែត្រូវបានបកប្រែថា «ល្ងាច និង ព្រឹក» លើកលែងតែនៅក្នុង ដានីយ៉ែល 8:14 ដែលវាត្រូវបានបកប្រែថា «ថ្ងៃ»។ តាមរយៈការបំផុសគំនិត ខទីដប់បួនគឺជា «មូលដ្ឋាន និងសសរស្តម្ភកណ្ដាលនៃជំនឿអាដវិន្ទ៍»។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«បទគម្ពីរដែល លើសពីបទគម្ពីរផ្សេងៗទាំងអស់ បានធ្វើជាទាំងមូលដ្ឋាន និងសសរស្នូលកណ្ដាលនៃសេចក្ដីជំនឿអាដ</w:t>
      </w:r>
      <w:r>
        <w:rPr>
          <w:rFonts w:ascii="Sylfaen" w:hAnsi="Sylfaen" w:eastAsia="Sylfaen" w:cs="Sylfaen"/>
        </w:rPr>
        <w:t>վեն</w:t>
      </w:r>
      <w:r>
        <w:rPr>
          <w:rFonts w:ascii="Leelawadee UI" w:hAnsi="Leelawadee UI" w:eastAsia="Leelawadee UI" w:cs="Leelawadee UI"/>
        </w:rPr>
        <w:t>ទីស្ទ គឺសេចក្ដីប្រកាសថា “ដល់ពីរពាន់បីរយថ្ងៃ; នោះទីបរិសុទ្ធនឹងត្រូវបានសម្អាតឲ្យបរិសុទ្ធឡើងវិញ”។ [ដានីយ៉ែល 8:14.]» The Great Controversy, 409.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ហេតុការណ៍ដូច្នេះគឺថា ពាក្យ «days» នៅក្នុងខោះនោះ គឺជាលើកទីប្រាំបី ដែលសេចក្ដីបញ្ចេញមតិភាសាហេប្រឺនោះ ត្រូវបានប្រើ ក្នុងចំណោមប្រាំពីរលើក។ ហើយបាតុភូតព្រះគម្ពីរនៃការដឹកនាំព្យាករណ៍របស់ព្រះលើអ្នកបកប្រែនៃកំណែ King James បានភ្ជាប់ដោយចេតនា នូវអាថ៌កំបាំងព្រះគម្ពីរអំពីលេខប្រាំបីដែលជារបស់ប្រាំពីរ ទៅនឹងខោះដែលតំណាងឲ្យនិមិត្តមួយក្នុងចំណោមនិមិត្តពីរ នៅក្នុងជំពូកទីប្រាំបី។ ពាក្យមួយដែលត្រូវបានបកប្រែថា «vision» នៅក្នុងជំពូកទីប្រាំបី គឺជាពាក្យហេប្រឺ «chazon» ហើយពាក្យមួយទៀតគឺ «mareh»។ «Mareh» មានន័យថា ការលេចបង្ហាញ ហើយនិមិត្ត «mareh» គឺជានិមិត្តអំពីការលេចបង្ហាញរបស់ព្រះគ្រីស្ទ នៅក្នុងព្រះបន្ទូលព្យាករណ៍របស់ព្រះ។ និមិត្ត «mareh» នៃ ដានីយ៉ែល 8:14 កំណត់អត្តសញ្ញាណថា ព្រះគ្រីស្ទត្រូវបានលេចមក ហើយមកដល់ព្រះវិហាររបស់ទ្រង់ភ្លាមៗ នៅថ្ងៃទី 22 ខែតុលា ឆ្នាំ 1844។ សេចក្ដីពិតទាំងអស់នេះ គឺជាហេតុការណ៍ពិត ហើយវាមានទំនាក់ទំនងរបស់វាចំពោះខោះដែលជាសសរគ្រឹះកណ្ដាល ហើយសសរគ្រឹះកណ្ដាលនោះ មិនមែនជាគោលលទ្ធិ ឬព្យាករណ៍មួយដែលបានសម្រេចនៅថ្ងៃទី 22 ខែតុលា ឆ្នាំ 1844 ទេ តែហេតុការណ៍ពិតគឺថា ខោះនោះគឺជាព្រះគ្រីស្ទ ជាសសរគ្រឹះកណ្ដាល។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«កំពុងស្ថិតនៅក្នុងសភាពអស់សង្ឃឹមនេះ ខ្ញុំបានឃើញសុបិនមួយ ដែលបានបន្សល់ទុកនូវការចាប់អារម្មណ៍យ៉ាងជ្រាលជ្រៅលើចិត្តរបស់ខ្ញុំ។ ខ្ញុំសុបិនឃើញព្រះវិហារមួយ ដែលមានមនុស្សជាច្រើនកំពុងសម្រុកទៅកាន់ទីនោះ។ មានតែអ្នកដែលបានជ្រកកោននៅក្នុងព្រះវិហារនោះប៉ុណ្ណោះ ដែលនឹងបានសង្គ្រោះ នៅពេលអវសានកាលមកដល់; អស់អ្នកដែលនៅខាងក្រៅ នឹងវិនាសបាត់បង់ជារៀងរហូត។ ហ្វូងមនុស្សជាច្រើននៅខាងក្រៅ ដែលកំពុងប្រព្រឹត្តតាមផ្លូវផ្សេងៗរបស់ខ្លួន បានសើចចំអក និងប្រមាថមើលងាយដល់អ្នកដែលកំពុងចូលទៅក្នុងព្រះវិហារ ហើយបានប្រាប់ពួកគេថា ផែនការនៃសុវត្ថិភាពនេះ ជាការបោកបញ្ឆោតដ៏ឈ្លាសវៃមួយ ហើយថា តាមពិតទៅ គ្មានគ្រោះថ្នាក់អ្វីសោះដែលត្រូវគេចវាង។ ពួកគេថែមទាំងចាប់ទាញអ្នកខ្លះ ដើម្បីរារាំងពួកគេមិនឲ្យប្រញាប់ចូលទៅខាងក្នុងជញ្ជាំងនោះ។»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«ដោយភ័យខ្លាចថានឹងត្រូវគេចំអកឡកឡើយ ខ្ញុំបានគិតថា គួរតែរង់ចាំរហូតដល់ហ្វូងមនុស្សបានបែកខ្ញែកទៅ ឬរហូតដល់ខ្ញុំអាចចូលទៅដោយពួកគេមិនបានសង្កេតឃើញ។ ប៉ុន្តែចំនួនមនុស្សបានកើនឡើងវិញ ជំនួសឱ្យការថយចុះ ហើយដោយភ័យថានឹងយឺតពេលពេក ខ្ញុំក៏ប្រញាប់ចាកចេញពីផ្ទះ ហើយរុញច្រានឆ្លងកាត់ហ្វូងមនុស្ស។ ក្នុងក្តីព្រួយបារម្ភរបស់ខ្ញុំដើម្បីទៅឲ្យដល់ព្រះវិហារ ខ្ញុំមិនបានកត់សម្គាល់ ឬយកចិត្តទុកដាក់ចំពោះហ្វូងមនុស្សដែលនៅជុំវិញខ្ញុំឡើយ។»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«នៅពេលចូលទៅក្នុងអគារ ខ្ញុំបានឃើញថា ព្រះវិហារដ៏ធំសម្បើមនោះ ត្រូវបានទ្រទ្រង់ដោយសសរមួយដ៏មហិមា ហើយមានកូនចៀមមួយ ត្រូវបានចងជាប់នឹងសសរនោះ ទាំងរងការខ្ទេចខ្ទាំ និងហូរឈាម។ យើងដែលមានវត្តមាននៅទីនោះ ហាក់ដូចជាបានដឹងថា កូនចៀមនេះត្រូវបានហែកចេញ និងរងរបួសដោយសារយើង។ អស់អ្នកដែលចូលទៅក្នុងព្រះវិហារ ត្រូវតែមកនៅចំពោះមុខវា ហើយសារភាពអំពើបាបរបស់ខ្លួន។ នៅខាងមុខកូនចៀមនោះបន្តិច មានអាសនៈខ្ពស់ៗ ដែលមានក្រុមមនុស្សមួយអង្គុយនៅលើនោះ ដោយមើលទៅពោរពេញដោយសេចក្តីរីករាយយ៉ាងខ្លាំង។ ពន្លឺនៃស្ថានសួគ៌ ហាក់ដូចជាចាំងបំភ្លឺលើមុខរបស់ពួកគេ ហើយពួកគេសរសើរតម្កើងព្រះ និងច្រៀងបទចម្រៀងនៃការអរព្រះគុណយ៉ាងរីករាយ ដែលហាក់ដូចជាតន្ត្រីរបស់ពួកទេវតា។ ទាំងនេះហើយជាអ្នកដែលបានមកនៅចំពោះមុខកូនចៀម សារភាពអំពើបាបរបស់ខ្លួន ទទួលការអត់ទោស ហើយឥឡូវនេះកំពុងរង់ចាំដោយសេចក្តីរំពឹងដ៏រីករាយ ចំពោះព្រឹត្តិការណ៍ដ៏អំណរមួយណាមួយ។»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«ទោះបីបន្ទាប់ពីខ្ញុំបានចូលទៅក្នុងអគារនោះហើយក៏ដោយ ការភ័យខ្លាចមួយបានគ្របដណ្តប់លើខ្ញុំ ហើយមានអារម្មណ៍នៃសេចក្តីអាម៉ាស់ថា ខ្ញុំត្រូវតែបន្ទាបខ្លួននៅចំពោះមុខមនុស្សទាំងនេះ; ប៉ុន្តែហាក់ដូចជាមានអំណាចមួយបង្ខំឲ្យខ្ញុំបន្តទៅមុខ ហើយខ្ញុំកំពុងតែធ្វើដំណើរយឺតៗជុំវិញសសរ ដើម្បីប្រឈមមុខនឹងកូនចៀម នោះស្រាប់តែត្រែមួយបានបន្លឺឡើង ព្រះវិហារបានរញ្ជួយ សំឡេងអបអរសាទរនៃជ័យជម្នះបានផ្ទុះឡើងពីពួកបរិសុទ្ធដែលបានប្រមូលផ្តុំគ្នា ពន្លឺដ៏គួរឲ្យស្ញប់ស្ញែងមួយបានបំភ្លឺអគារនោះ ហើយបន្ទាប់មក អ្វីៗទាំងអស់បានក្លាយទៅជាភាពងងឹតដ៏ក្រាស់ក្រែល។ មនុស្សទាំងឡាយដែលមានសុភមង្គលបានបាត់ទៅទាំងអស់ជាមួយនឹងពន្លឺនោះ ហើយខ្ញុំត្រូវបានទុកឲ្យនៅឯកោ តែម្នាក់ឯង ក្នុងសេចក្តីរន្ធត់ស្ងៀមស្ងាត់នៃរាត្រី។»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«ខ្ញុំបានភ្ញាក់ឡើងដោយការឈឺចាប់យ៉ាងខ្លាំងក្នុងចិត្តគំនិត ហើយស្ទើរតែមិនអាចបញ្ចុះបញ្ចូលខ្លួនឯងថា ខ្ញុំកំពុងតែសុបិននោះទេ។ វាហាក់ដូចជាខ្ញុំថា វាសនានៃការផ្តន្ទាទោសរបស់ខ្ញុំត្រូវបានកំណត់រួចហើយ; ថាព្រះវិញ្ញាណនៃព្រះអម្ចាស់បានចាកចេញពីខ្ញុំ ហើយមិនដែលត្រឡប់មកវិញឡើយ»។ Experience and Teachings, 24, 25.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ឥឡូវនេះ យើងកំពុងត្រូវបានសាកល្បងថា តើយើងនឹងចូលទៅក្នុងព្រះវិហារ ហើយបន្ទាប់មក សារភាពអំពើបាបរបស់យើង និងទទួលបានព្រះពរនៃការរាប់ជាសុចរិតរបស់ទ្រង់ឬទេ។ ការហៅចុងក្រោយនេះឲ្យចូលទៅក្នុងព្រះវិហារ ត្រូវបានហ៊ុំព័ទ្ធដោយឧបសគ្គនានា ដើម្បីរារាំងការចូលរបស់យើងម្នាក់ៗ ប៉ុន្តែ បើយើងនៅពេលនេះស្ទាក់ស្ទើរ នោះយើងនឹងត្រូវ «ទុកឲ្យនៅតែឯកោ ក្នុងភាពរន្ធត់ស្ងប់ស្ងាត់នៃរាត្រី»។ ប៉ុន្តែ នេះមិនមែនជាចំណុចតែមួយគត់របស់ខ្ញុំទេ។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ការសង្កត់ធ្ងន់ដោយមានគោលបំណង ត្រូវបានដាក់លើខគម្ពីរដ៏សំខាន់បំផុតនេះ ដោយបញ្ចូលការបែងចែកនៃពាក្យ «ថ្ងៃ» ដែលផ្ទុកនៅក្នុងវានូវអាថ៌កំបាំងព្យាករណ៍ថា ប្រាំបីគឺមកពីប្រាំពីរ ដែលជាកង់មួយក្នុងចំណោមកង់ទាំងឡាយនៅក្នុងគ្រាត្រាត្រាបិទរបស់មនុស្សមួយសែនសែសិបបួនពាន់នាក់។ ក្នុងអំឡុងពេលនៃការត្រាត្រាបិទ ស្នែងប្រូតេស្តង់ និងស្នែងសាធារណរដ្ឋ នៃនគរទីប្រាំមួយនៃព្យាករណ៍ព្រះគម្ពីរ នឹងបំពេញអាថ៌កំបាំងថា ទីប្រាំបីគឺមកពីទីប្រាំពីរ។ ក្នុងចំណោមប្រធានាធិបតីទាំងប្រាំបីរូប ចាប់តាំងពីពេលវេលាចុងបញ្ចប់ក្នុងឆ្នាំ 1989 មក Trump បានក្លាយជាស្តេចទីប្រាំមួយនៃនគរទីប្រាំមួយ ហើយបន្ទាប់ពីគាត់បានឈ្នះអាណត្តិទីពីររបស់គាត់ គាត់បានក្លាយជាទីប្រាំបីដែលមកពីទីប្រាំពីរ។ តាមរយៈសកម្មភាពរបស់សហរដ្ឋអាមេរិកក្នុងការធ្វើឲ្យក្រឹត្យមីឡាន ឆ្នាំ 313 កើតឡើងសាជាថ្មី ចលនាឡាវឌីសេនៃមនុស្សមួយសែនសែសិបបួនពាន់នាក់ នឹងក្លាយទៅជាចលនាភីឡាឌែលភានៃមនុស្សមួយសែនសែសិបបួនពាន់នាក់។ គ្រានៃការត្រាត្រាបិទ បញ្ចប់នៅឯក្រឹត្យថ្ងៃអាទិត្យ ដែលនៅទីនោះរបួសដ៏ស្លាប់របស់សម្តេចប៉ាបត្រូវបានព្យាបាល ហើយដូច្នេះ នាងបំពេញអាថ៌កំបាំងនៃវិវរណៈ ដប់ប្រាំពីរ ក្នុងនាមជាទីប្រាំបីដែលមកពីទីប្រាំពីរ។ សេចក្តីពិតមួយ ដែលតំណាងដោយឃ្លាភាសាហេព្រើរមួយ ក្នុងនាមជាពាក្យអង់គ្លេសមួយ នាំយកខគម្ពីរដែលកំណត់អត្តសញ្ញាណការបើកការជំនុំជម្រះ ចូលមកក្នុងខគម្ពីរដែលកំណត់អត្តសញ្ញាណការបិទការជំនុំជម្រះ ក្នុងគ្រានៃការត្រាត្រាបិទរបស់មនុស្សមួយសែនសែសិបបួនពាន់នាក់។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រាល់សេចក្តីពិតទាំងអស់មានទីកន្លែងរបស់វា ហើយនៅក្នុងព្រះគម្ពីរសញ្ញាថ្មី មានតែការបង្ហាញមួយប៉ុណ្ណោះ ដែលជាការស្ថាបនាតាមចំនួននៃ ‘លេខ’ មួយ គុណនឹង ‘លេខ’ មួយទៀត ហើយនៅក្នុងព្រះគម្ពីរសញ្ញាចាស់ មានតែពីរប៉ុណ្ណោះ។ អាល់ហ្វានៃ ‘ស្ថាបនាតាមចំនួន’ នេះ ស្ថិតនៅក្នុងលោកុប្បត្តិ។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បើកាអ៊ីននឹងត្រូវបានសងសឹកប្រាំពីរដង នោះពិតប្រាកដណាស់ ឡាម៉ិចនឹងត្រូវបានសងសឹកចិតសិបប្រាំពីរដង។ លោកុប្បត្តិ ៤:២៤។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ការ «ស្ថាបនាលេខ» នៃអូមេហ្គា ស្ថិតនៅក្នុងព្រះគម្ពីរម៉ាថាយ។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បន្ទាប់មក ពេត្រុសបានមកទ្រង់ ហើយទូលថា ព្រះអម្ចាស់អើយ បងប្អូនរបស់ខ្ញុំប្រព្រឹត្តបាបនឹងខ្ញុំ ខ្ញុំត្រូវអត់ទោសឲ្យគាត់ប៉ុន្មានដង? ត្រឹមប្រាំពីរដងឬ? ព្រះយេស៊ូវមានព្រះបន្ទូលទៅគាត់ថា ខ្ញុំមិនប្រាប់អ្នកថា ត្រឹមប្រាំពីរដងទេ ប៉ុន្តែ ត្រឹមចិតសិបដងគុណនឹងប្រាំពីរ។ ម៉ាថាយ 18:21, 22។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អត្ថបទទាំងនេះតំណាងឲ្យលើកទីមួយ និងលើកទីចុងក្រោយនៅក្នុងព្រះគម្ពីរ ដែលចំនួនមួយត្រូវបានកំណត់ថាត្រូវគុណនឹងចំនួនមួយទៀត។ មានចំនួនជាច្រើន ប៉ុន្តែអាល់ហ្វានៃលោកុប្បត្តិ និងអូមេហ្គានៃម៉ាថាយ មានរចនាសម្ព័ន្ធលេខដូចគ្នាបេះបិទ ហើយប្រើចំនួនដូចគ្នាទាំងពីរ គឺ «ប្រាំពីរ» និង «ចិតសិប»។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រវាងអាល់ហ្វា និង អូមេហ្គា; នៅកណ្ដាល ហើយជាកន្លែងតែមួយផ្សេងទៀតដែលមានរចនាសម្ព័ន្ធជាលេខនេះ គឺនៅក្នុង លេវីវិន័យ ជំពូក ២៥។ នៅទីនោះ លេខទាំងពីរមិនមែនជា «ប្រាំពីរ» និង «ចិតសិប» ទេ ប៉ុន្តែជា «ប្រាំពីរដងនៃប្រាំពីរឆ្នាំ»។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ហើយអ្នកត្រូវរាប់សប្ដាហ៍នៃឆ្នាំចំនួនប្រាំពីរសម្រាប់ខ្លួនអ្នក គឺប្រាំពីរដងនៃប្រាំពីរឆ្នាំ; ហើយរយៈពេលនៃសប្ដាហ៍នៃឆ្នាំទាំងប្រាំពីរនោះ នឹងបានជាសែសិបកៅសិបឆ្នាំ។ លេវីវិន័យ 25:8។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សំណង់លេខនៅកណ្ដាលបានប្រើលេខ «ប្រាំពីរ» ម្តងទៀត ប៉ុន្តែមិនមែនលេខ «ចិតសិប» ទេ។ បទគម្ពីរដែលវាស្ថិតនៅមានទាំងព្រះពរចំពោះការស្តាប់បង្គាប់ ហើយក៏មានទាំងបណ្តាសាចំពោះការមិនស្តាប់បង្គាប់ផងដែរ។ ព្រះពរនៃការដោះលែងទាសករ និងការស្ដារដីធ្លីឡើងវិញ ត្រូវបានដាក់ផ្ទុយនឹងបណ្តាសានៃ «ប្រាំពីរដង» ដែលត្រូវបានរៀបរាប់បួនដងនៅក្នុងជំពូកទីម្ភៃប្រាំមួយនៃគម្ពីរលេវីវិន័យ។ ព្រះពរនោះរួមមានការផ្គត់ផ្គង់របស់ព្រះអម្ចាស់ក្នុងអំឡុងឆ្នាំដែលដីបានសម្រាក និងព្រះពរទ្វេដងនៅឆ្នាំយូប៊ីលេ ហើយបណ្តាសានៃជំពូកទីម្ភៃប្រាំមួយ គឺជាគូប្រឆាំងនៅក្នុងសេចក្តីព្រមាននៃសេចក្តីសញ្ញារបស់ជំពូកទាំងពីរ។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រចនាសម្ព័ន្ធលេខកណ្តាលនេះ លេចឡើងនៅក្នុង លេវីវិន័យ 25:8 («ប្រាំពីរដងនៃប្រាំពីរឆ្នាំ»)។ វាត្រូវបានភ្ជាប់ភ្លាមៗជាគូជាមួយនឹងការជំនុំជម្រះ «ប្រាំពីរដង» បួនស្រទាប់ នៃ លេវីវិន័យ 26។ ដូច្នេះ រចនាសម្ព័ន្ធលេខកណ្តាលនេះ តំណាងឲ្យទាំងព្រះពរផង និងបណ្តាសាផង ដោយបង្កើតជាសក្ខីភាពទ្វេដងមួយនៅក្នុងព្រះគម្ពីរ លេវីវិន័យ។ រចនាសម្ព័ន្ធលេខនៃព្រះពរ ឬបណ្តាសា នៃយូប៊ីលេ ត្រូវបានដាក់នៅចន្លោះការជំនុំជម្រះរបស់ឡាមេក និងការកំណត់អត្តសញ្ញាណរបស់ព្រះយេស៊ូវអំពីដែនកំណត់នៃពេលវេលាសាកល្បង។ ទាំងបីនេះរួមគ្នាកំពុងកំណត់អត្តសញ្ញាណដែនកំណត់នៃការសាកល្បងមួយ ដែលនៅពេលវាបានបញ្ចប់ នឹងបង្ហាញមនុស្សមួយពួកដែលបានទទួលព្រះពរ និងមួយពួកដែលត្រូវបណ្តាសា។ អាល់ហ្វា និងអូមេហ្គា ដែលតំណាងឲ្យសាររបស់ទេវតាទីមួយ និងទេវតាទីបី កំពុងកំណត់អត្តសញ្ញាណលេខបួនរយកៅសិប ជានិមិត្តសញ្ញានៃពេលវេលាសាកល្បង។ នៅពេលរឿងនេះត្រូវបានភ្ជាប់ជាមួយនឹងបណ្តាសា ឬព្រះពរ នៃយូប៊ីលេ នោះអង្គហេតុទាំងនេះក្លាយជាសំខាន់ នៅពេលយើងខិតចូលទៅកាន់ការសិក្សា អេសេគាល ជំពូកមួយ ខមួយ ដែលដាក់អេសេគាលនៅក្នុងឆ្នាំទីសាមសិប នៃវដ្តយូប៊ីលេលើកទីដប់ប្រាំពីរ។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វដ្តយូប៊ីលេនោះបានបញ្ចប់នៅថ្ងៃទី 22 ខែតុលា ឆ្នាំ 573 មុនគ.ស. ហើយបានជារូបសញ្ញាមិនត្រឹមតែសម្រាប់ថ្ងៃទី 22 ខែតុលា ឆ្នាំ 1844 ប៉ុណ្ណោះទេ ប៉ុន្តែសម្រាប់ច្បាប់ថ្ងៃអាទិត្យដែលនឹងមកដល់ក្នុងពេលឆាប់ៗនេះផងដែរ។ ឥឡូវនេះយើងស្ថិតនៅក្នុងឆ្នាំ 2026 ដែលជាឆ្នាំទីសែសិបប្រាំពីរនៃវដ្តយូប៊ីលេទីចិតសិប។ វដ្តយូប៊ីលេនេះត្រូវបានជារូបសញ្ញាដោយវដ្តយូប៊ីលេ «ទីដប់ប្រាំពីរ» ដែលអេសេគាលបានឈរនៅក្នុងឆ្នាំទីសាមសិប។ គាត់បានឈរនៅក្នុងព្រះវិហារ ដោយតំណាងឲ្យមនុស្សមួយសែនបួនម៉ឺនបួនពាន់នាក់ ដែលដោយសេចក្ដីជំនឿ បានចូលទៅក្នុងទីបរិសុទ្ធបំផុតនៅចុងបញ្ចប់នៃការជំនុំជម្រះ ដូចដែលពួកស្មោះត្រង់បានធ្វើបន្ទាប់ពីថ្ងៃទី 22 ខែតុលា ឆ្នាំ 1844 ដែរ។ ការខកខានមិនបានយល់ «ការពិត» អំពីទីកន្លែងដែលអេសេគាលស្ថិតនៅក្នុងប្រវត្តិសាស្ត្រទំនាយ នៅជំពូកទីមួយ និងខទីមួយ គឺជាការបាត់បង់ «ទិសដៅ» របស់អ្នក។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បន្ទាប់ពីបានឃើញសិរីល្អរបស់ព្រះអម្ចាស់ ដែលបានប្រទាននៅមាត់ទន្លេខេបារ អេសេគាលត្រូវបានបន្ទាបខ្លួនដល់ធូលីដី ដូចជាដានីយ៉ែល អេសាយ និងយ៉ូហានដែរ។ បន្ទាប់មក គំរូទាំងបួននេះសុទ្ធតែផ្ដល់នូវធាតុនៃការចាក់ប្រេងតាំងសម្រាប់អស់អ្នកដែលត្រូវផ្ដល់សារទៅកាន់ក្រុមជំនុំមួយ ដែលនឹងមិនឃើញ ឬឮឡើយ។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មានកាលបរិច្ឆេទចំនួនប្រាំមួយនៅក្នុងព្រះគម្ពីរអេសេគាល ដែលនិយាយអំពីក្រុងយេរូសាឡឹម។ មុននេះ យើងបានពិនិត្យរួចហើយអំពីកាលបរិច្ឆេទទីមួយ និងកាលបរិច្ឆេទចុងក្រោយ ដែលមាននៅក្នុងជំពូកទី១ ខទី១ និងទី២ ហើយបន្ទាប់មកនៅក្នុងជំពូកទី៤០ ខទី១។ ខ្ញុំបានពិនិត្យអំពីកាលបរិច្ឆេទទីពីរដែលមាននៅក្នុងជំពូកទី៨ ខទី១ ប៉ុន្តែបានពិនិត្យតែក្នុងន័យនៃការតំណាងជានិមិត្តសញ្ញារបស់វាប៉ុណ្ណោះ មិនបានកំណត់ទីតាំងវាក្នុងការទាក់ទងនឹងការឡោមព័ទ្ធ និងការបំផ្លាញក្រុងយេរូសាឡឹមទេ ហើយព្រះគម្ពីរទាំងមូលវិលជុំវិញអ័ក្សនោះ។ ក្រុងយេរូសាឡឹមត្រូវបានបំផ្លាញនៅចុងឆ្នាំ 586/585 មុនគ.ស. ហើយនៅក្នុងអេសេគាល 33:21 មានជនភៀសខ្លួនម្នាក់មកដល់ជាមួយនឹងដំណឹងអំពីការដួលរលំរបស់ក្រុងយេរូសាឡឹម។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ហើយបានកើតឡើងនៅក្នុងឆ្នាំទីដប់ពីរនៃការជាប់ជាឈ្លើយរបស់យើង នៅខែទីដប់ នៅថ្ងៃទីប្រាំនៃខែ នោះមានមនុស្សម្នាក់ដែលបានរួចផុតចេញពីក្រុងយេរូសាឡឹមមកឯខ្ញុំ ដោយនិយាយថា «ទីក្រុងត្រូវបានវាយបំផ្លាញហើយ»។ រីឯព្រះហស្តនៃព្រះអម្ចាស់បានសណ្ឋិតលើខ្ញុំនៅពេលល្ងាច មុនពេលអ្នកដែលបានរួចផុតនោះមកដល់ ហើយទ្រង់បានបើកមាត់ខ្ញុំ រហូតដល់គាត់មកដល់ខ្ញុំនៅពេលព្រឹក។ ដូច្នេះ មាត់ខ្ញុំបានបើកឡើងវិញ ហើយខ្ញុំមិននៅស្ងៀមទៀតឡើយ។ អេសេគាល 33:21, 22។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នៅឆ្នាំទីដប់ពីរ ទីក្រុងត្រូវបានវាយប្រហារ ហើយបន្ទាប់មក អេសេគាលមានសេរីភាពនិយាយតាមឆន្ទៈរបស់ខ្លួន។ និមិត្តនៃអេសេគាល ជំពូកទីប្រាំបី គឺនៅក្នុងឆ្នាំទីប្រាំមួយ ដូច្នេះប្រហែលប្រាំមួយឆ្នាំមុនពេលទីក្រុងត្រូវបានវាយប្រហារ។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ហើយក៏កើតមានឡើង ក្នុងឆ្នាំទីប្រាំមួយ ក្នុងខែទីប្រាំមួយ នៅថ្ងៃទីប្រាំនៃខែ ខណៈដែលខ្ញុំកំពុងអង្គុយនៅក្នុងផ្ទះរបស់ខ្ញុំ ហើយពួកចាស់ទុំនៃយូដាកំពុងអង្គុយនៅមុខខ្ញុំ នោះព្រះហស្តនៃព្រះអម្ចាស់យេហូវ៉ាបានសណ្ឋិតលើខ្ញុំនៅទីនោះ។ អេសេគាល 8:1។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នៅឆ្នាំបន្ទាប់ ដែលជាឆ្នាំទីប្រាំពីរ ពួកចាស់ទុំបានមកស្វែងរកអេសេគាល ដើម្បីសាកសួរព្រះអម្ចាស់។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ហើយបានកើតឡើងនៅឆ្នាំទីប្រាំពីរ នៅខែទីប្រាំ ថ្ងៃទីដប់នៃខែថា ពួកចាស់ទុំខ្លះនៃសាសន៍អ៊ីស្រាអែលបានមកសួរព្រះយេហូវ៉ា ហើយអង្គុយនៅមុខខ្ញុំ។ អេសេគាល 20:1។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បន្ទាប់មក នៅឆ្នាំទីប្រាំបួន ការឡោមព័ទ្ធដែលមានរយៈពេលមួយឆ្នាំកន្លះបានចាប់ផ្តើម។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ហើយម្តងទៀត នៅក្នុងឆ្នាំទីប្រាំបួន នៅក្នុងខែទីដប់ នៅថ្ងៃទីដប់នៃខែនោះ ព្រះបន្ទូលនៃព្រះយេហូវ៉ាបានមកដល់ខ្ញុំថា៖ កូនមនុស្សអើយ ចូរកត់ឈ្មោះថ្ងៃនេះ គឺថ្ងៃនេះតែម្តង ដ្បិតស្តេចក្រុងបាប៊ីឡូនបានលើកទ័ពមកទាស់នឹងក្រុងយេរូសាឡឹម នៅថ្ងៃនេះតែម្តង។ អេសេគាល 24:1, 2។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កាលបរិច្ឆេទនីមួយៗទាំងនេះតំណាងឲ្យសញ្ញាសំខាន់ជាក់លាក់នៃថ្ងៃចុងក្រោយ ពីព្រោះប៉ុលមានប្រសាសន៍ថា អ៊ីស្រាអែលបុរាណជាគំរូសម្រាប់អស់អ្នកដែលរស់នៅក្នុងចុងបំផុតនៃលោកិយ។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ឥឡូវនេះ ហេតុការណ៍ទាំងនេះទាំងអស់បានកើតឡើងដល់ពួកគេ ដើម្បីជាគំរូ; ហើយត្រូវបានសរសេរទុកសម្រាប់ការដាស់តឿនដល់យើង ដែលចុងបញ្ចប់នៃសកលលោកបានមកដល់លើយើងហើយ។ ដូច្នេះ អ្នកណាដែលគិតថាខ្លួនឈរមាំមួនហើយ ត្រូវប្រុងប្រយ័ត្ន កុំឲ្យដួលឡើយ។ ១ កូរិនថូស 10:11, 12.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កាលបរិច្ឆេទទាំងប្រាំមួយដែលទាក់ទងនឹងក្រុងយេរូសាឡឹម សុទ្ធតែកើតមាននៅចន្លោះកាលបរិច្ឆេទទីមួយក្នុងជំពូក១ ខ១ និងកាលបរិច្ឆេទចុងក្រោយដែលមាននៅក្នុងជំពូក៤០ ខ១។ កាលបរិច្ឆេទទាំងពីរនោះសម្គាល់ឆ្នាំទីប្រាំក្នុងជំពូក១ ដែលគឺឆ្នាំ 592 មុន គ.ស. និងឆ្នាំទីម្ភៃប្រាំក្នុងជំពូក៤០ ដែលគឺឆ្នាំ 573 មុន គ.ស.។ នៅកម្រិត «បន្ទាត់លើបន្ទាត់» អេសេគាលមានបន្ទាត់មួយសម្រាប់អេហ្ស៊ីប ដែលរួមទាំងសេចក្តីយោងអំពីទីរ៉ុសផងដែរ និងមានបន្ទាត់មួយសម្រាប់ក្រុងយេរូសាឡឹម។ បន្ទាត់នៃអេហ្ស៊ីបមានសញ្ញាសម្គាល់ផ្លូវដោយផ្ទាល់ចំនួនប្រាំពីរ (នៅពេលរាប់បញ្ចូលទីរ៉ុស) ហើយក្រុងយេរូសាឡឹមមានចំនួនប្រាំមួយ។ ជាមួយនឹងបន្ទាត់ទាំងពីរនេះ ក៏មានបន្ទាត់របស់យ៉ូសៀស និងវដ្តយូប៊ីលេទីដប់ប្រាំពីរផងដែរ។ ទោះជាយ៉ាងណា បន្ទាត់ដែលត្រូវបានបង្ហាញដោយគ្មានកាលបរិច្ឆេទដោយផ្ទាល់ ត្រូវបានរកឃើញនៅក្នុងជំពូក៤ ហើយបន្ទាត់នៃជំពូក៤កាន់កាប់កង់ជាច្រើនក្នុងចំណោមកង់ទាំងឡាយដែលអេសេគាលបានឃើញ នៅពេលគាត់សម្លឹងចូលទៅក្នុងទីបរិសុទ្ធបំផុត។ វាក៏ពោរពេញទៅដោយសេចក្តីពិតជានិមិត្តរូបជាច្រើនផងដែរ។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៤៣០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ចំនួនបួនរយសាមសិបតំណាងឲ្យសេចក្ដីសញ្ញាដ៏នៅអស់កល្បជានិច្ច ហើយនៅក្នុងជំពូកទីបួន ព្រះអម្ចាស់បានប្រើអេសេគាលជាប្រស្នារស់មួយ ជាប្រស្នាដែលរួមបញ្ចូលចំនួនបួនរយសាមសិប។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ឯអ្នកផងដែរ កូនមនុស្សអើយ ចូរយកឥដ្ឋមួយមកដាក់នៅមុខអ្នក ហើយគូរទីក្រុងមួយលើវា គឺក្រុងយេរូសាឡឹម។ ហើយចូរឡោមព័ទ្ធវា ហើយសង់បន្ទាយប្រឆាំងនឹងវា ហើយលើកទួលព័ទ្ធប្រឆាំងនឹងវា; ចូរដាក់ជំរំទ័ពប្រឆាំងនឹងវាផង ហើយដាក់ចៀមបុកកំផែងប្រឆាំងនឹងវានៅជុំវិញ។ ម្យ៉ាងទៀត ចូរយកខ្ទះដែកមួយមកសម្រាប់ខ្លួនអ្នក ហើយដាក់វាជាជញ្ជាំងដែកនៅកណ្ដាលរវាងអ្នកនិងទីក្រុងនោះ; ហើយចូរបែរមុខអ្នកទៅរកវា នោះវានឹងត្រូវបានឡោមព័ទ្ធ ហើយអ្នកនឹងឡោមព័ទ្ធវា។ ការណ៍នេះនឹងជាទីសម្គាល់ដល់ពួកវង្សអ៊ីស្រាអែល។ ចូរដេកលើចំហៀងឆ្វេងរបស់អ្នកផង ហើយដាក់អំពើទុច្ចរិតរបស់វង្សអ៊ីស្រាអែលលើខ្លួនអ្នកនោះ: តាមចំនួនថ្ងៃដែលអ្នកនឹងដេកលើចំហៀងនោះ អ្នកនឹងទទួលបន្ទុកអំពើទុច្ចរិតរបស់ពួកគេ។ ដ្បិតយើងបានដាក់ឆ្នាំនៃអំពើទុច្ចរិតរបស់ពួកគេលើអ្នក តាមចំនួនថ្ងៃ គឺបីរយកៅសិបថ្ងៃ: ដូច្នេះ អ្នកនឹងទទួលបន្ទុកអំពើទុច្ចរិតរបស់វង្សអ៊ីស្រាអែល។ ហើយកាលណាអ្នកបានបំពេញថ្ងៃទាំងនោះហើយ ចូរដេកម្ដងទៀតលើចំហៀងស្ដាំរបស់អ្នក ហើយអ្នកនឹងទទួលបន្ទុកអំពើទុច្ចរិតរបស់វង្សយូដាសែសិបថ្ងៃ: យើងបានកំណត់មួយថ្ងៃសម្រាប់មួយឆ្នាំដល់អ្នក។ ដូច្នេះ ចូរបែរមុខអ្នកទៅរកការឡោមព័ទ្ធក្រុងយេរូសាឡឹម ហើយដៃរបស់អ្នកនឹងត្រូវលាតទទេ ហើយអ្នកនឹងថ្លែងទំនាយប្រឆាំងនឹងវា។ ហើយមើល៍ យើងនឹងដាក់ចំណងលើអ្នក ហើយអ្នកនឹងមិនអាចបែរពីចំហៀងមួយទៅចំហៀងមួយទៀតបានទេ ដរាបដល់អ្នកបានបញ្ចប់ថ្ងៃនៃការឡោមព័ទ្ធរបស់អ្នក។ អេសេគាល ៤:១–៨។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ការឡោមព័ទ្ធក្រុងយេរូសាឡឹម ដូចដែលត្រូវបានបង្ហាញដោយអេសេគាល គឺជា «ទីសម្គាល់» មួយ ដូចគ្នានឹងការឡោមព័ទ្ធក្រុងយេរូសាឡឹមដែលសេស្ទាសបាននាំមកក្នុងឆ្នាំ 66 ដែរ។ ក្នុងការអធិប្បាយអំពីការដែលព្រះយេស៊ូវបានកំណត់អត្តសញ្ញាណការបំផ្លាញក្រុងយេរូសាឡឹម នាងស៊ីស្ទ័រ វ៉ៃត៍បានប្រាប់យើងថា ការសម្រេចតាមដោយ «ផ្ទាល់» នៃការបំផ្លាញក្រុងយេរូសាឡឹម គឺស្ថិតនៅក្នុងថ្ងៃចុងក្រោយ។ ទីសម្គាល់នៃការបំផ្លាញលើសាក្សីទាំងពីរ ដែលតំណាងដោយនេប៊ូក្នេសារ និងសេស្ទាស បញ្ជាក់ថា ទីសម្គាល់នៃការឡោមព័ទ្ធ គឺជាទីសម្គាល់នៃច្បាប់ថ្ងៃអាទិត្យដែលកំពុងខិតជិតមកដល់។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មួយថ្ងៃស្មើមួយឆ្នាំ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នៅក្នុងអត្ថបទដែលយើងកំពុងពិចារណានេះ យើងក៏ឃើញផងដែរនូវសេចក្តីយោងព្រះគម្ពីរអូមេហ្គា ទៅកាន់ច្បាប់ដំបូងបង្អស់នៃការបកស្រាយទំនាយរបស់ William Miller ក្នុងចលនាមូលដ្ឋាននៃសារទេវតាទីមួយ និងទីពីរ។ អាល់ហ្វានៃគោលការណ៍មួយថ្ងៃស្មើមួយឆ្នាំ ក៏ជានិមិត្តសញ្ញាអូមេហ្គាផងដែរ ពីព្រោះអាល់ហ្វានៃគោលការណ៍មួយថ្ងៃស្មើមួយឆ្នាំ ត្រូវបានបង្ហាញនៅក្នុងព្រះគម្ពីរលេខ ជាការសាកល្បងទីដប់ និងជាចុងក្រោយ ដែលអ៊ីស្រាអែលបានបរាជ័យ ហើយដូច្នេះបាននាំមកលើខ្លួនឯងនូវសេចក្តីស្លាប់នៅក្នុងទីរហោស្ថាន អស់រយៈពេលសែសិបឆ្នាំនៃការវង្វេងនៅទីរហោស្ថាន។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ហើយកូនចៅរបស់អ្នករាល់គ្នានឹងត្រាច់ចរនៅក្នុងទីរហោស្ថានអស់សែសិបឆ្នាំ ហើយនឹងទទួលទោសដោយព្រោះអំពើផិតក្បត់របស់អ្នករាល់គ្នា ទាល់តែសាកសពរបស់អ្នករាល់គ្នាត្រូវវិនាសនៅក្នុងទីរហោស្ថាន។ តាមចំនួនថ្ងៃដែលអ្នករាល់គ្នាបានទៅស៊ើបស្រាវដីនោះ គឺសែសិបថ្ងៃ មួយថ្ងៃគិតជាមួយឆ្នាំ អ្នករាល់គ្នានឹងទទួលទោសដោយព្រោះអំពើទុច្ចរិតរបស់ខ្លួនអស់សែសិបឆ្នាំ ហើយអ្នករាល់គ្នានឹងដឹងអំពីការដកពាក្យសន្យារបស់យើង។ យើងគឺព្រះយេហូវ៉ាបានមានព្រះបន្ទូលហើយថា យើងពិតជានឹងធ្វើដូច្នេះចំពោះពួកជំនុំអាក្រក់ទាំងមូលនេះ ដែលបានប្រមូលគ្នាឡើងទាស់នឹងយើង៖ នៅក្នុងទីរហោស្ថាននេះ ពួកគេនឹងត្រូវបំផ្លាញ ហើយនៅទីនោះពួកគេនឹងស្លាប់។ ជនគណនា ១៤៖៣៣–៣៥។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ន័យនិមិត្តទំនាយដែលថា គោលការណ៍ «មួយថ្ងៃស្មើមួយឆ្នាំ» ត្រូវបានកំណត់សម្គាល់នៅក្នុងការបះបោរចុងក្រោយនៃដំណើរការសាកល្បងដប់ជំហាន ដែលចាប់ផ្តើមនៅពេលឆ្លងសមុទ្រក្រហម ហើយថា គោលការណ៍ដដែលនេះ ត្រូវបានប្រកាសម្តងទៀត នៅពេលក្រុងយេរូសាឡឹមហៀបនឹងត្រូវឡោមព័ទ្ធ និងបំផ្លាញ នោះត្រូវតែបានយល់ និងអនុវត្តចូលទៅក្នុងអត្ថបទដែលយើងកំពុងពិចារណា ដូចគ្នានឹងសារៈសំខាន់នៃការដែល «ការឡោមព័ទ្ធ» ជា «សញ្ញា» ផងដែរ។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បន្ទាត់នៃប្រវត្តិសាស្ត្រដែលត្រូវបាននាំមករួមគ្នា នៅពេលប្រើ «ការឡោមព័ទ្ធ» ក្រុងយេរូសាឡឹមជាសញ្ញា ត្រូវតែត្រូវបានទទួលស្គាល់ ពីព្រោះវាក្លាយទៅជា «អ័ក្ស» មួយ ដូចដែលអាចនិយាយបាន ហើយក្នុងន័យប្រៀបធៀប សញ្ញានៃការឡោមព័ទ្ធនោះមានកាំជាច្រើនភ្ជាប់ជាប់នឹងវា។ សញ្ញានៃការឡោមព័ទ្ធ ប្រហែលជាបទគម្ពីរដែលសំខាន់បំផុតនៅក្នុង អេសេគាល ហើយសញ្ញានោះអនុញ្ញាតឲ្យ សិង្ហនៃកុលសម្ព័ន្ធយូដា នាំយកភាពគ្រប់លក្ខណ៍ចេញមកពីអ្វីដែលដំបូងឡើយបានលេចមកដល់ អេសេគាល ថាជាភាពច្របូកច្របល់។ «សញ្ញា» នៃការឡោមព័ទ្ធ គោលការណ៍មួយឆ្នាំស្មើមួយថ្ងៃ និងបន្ទាត់ព្យាករណ៍ដែលត្រូវបាននាំមករួមគ្នាដោយការឡោមព័ទ្ធ ត្រូវតែត្រូវបានពិចារណា នៅក្នុងបរិបទដែលបួនរយសាមសិប តំណាងឲ្យសេចក្តីសញ្ញាដ៏អស់កល្បជានិច្ច។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សេចក្តីសញ្ញា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ហើយទ្រង់មានព្រះបន្ទូលដល់អាប់រ៉ាមថា «ចូរដឹងឲ្យប្រាកដថា ពូជពង្សរបស់អ្នកនឹងទៅជាជនបរទេសនៅក្នុងស្រុកមួយដែលមិនមែនជារបស់ខ្លួន ហើយនឹងបម្រើពួកគេ; ហើយពួកគេនឹងសង្កត់សង្កិនពូជពង្សនោះអស់រយៈពេលបួនរយឆ្នាំ»។ លោកុប្បត្តិ 15:13។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ព្រះអម្ចាស់បានចូលក្នុងសេចក្តីសញ្ញាជាមួយអាប្រាហាំតាមដំណើរការបីជំហាន ហើយជំហានដំបូងក្នុងចំណោមបីជំហាននោះ រួមមានទំនាយថា ពូជពង្សរបស់អាប្រាហាំនឹងត្រូវជាជនឈ្លើយនៅអេស៊ីព្ទអស់រយៈពេលបួនរយឆ្នាំ។ ជំហានទីពីរ អាប្រាហាំបានទទួលពិធីកាត់ស្បែក ហើយជំហានទីបី គឺការថ្វាយអ៊ីសាកជាយញ្ញបូជានៅលើភ្នំម៉ូរីយ៉ា។ រយៈពេលបួនរយឆ្នាំត្រូវបានកំណត់សម្គាល់នៅក្នុងអាល់ហ្វានៃបីជំហានដែលព្រះអម្ចាស់បានអនុវត្តក្នុងការបង្កើតឡើង និងចូលក្នុងសេចក្តីសញ្ញាជាមួយប្រជាជនដែលបានរើសតាំងមួយ។ ប្រជាជននៃសេចក្តីសញ្ញាដែលបានរើសតាំងនោះ ត្រូវបានលែងលះចេញពីព្រះនៅពេលការគប់ដុំថ្មស្ទេផានក្នុងឆ្នាំ 34 ហើយបន្ទាប់ពីនោះ ប៉ូល ជាសាវកដែលបានរើសតាំងសម្រាប់សាសន៍ដទៃ បានកំណត់អត្តសញ្ញាណរយៈពេលបួនរយឆ្នាំនោះថា—បួនរយសាមសិបឆ្នាំ។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ហើយខ្ញុំនេះនិយាយថា សេចក្តីសញ្ញាដែលព្រះបានបញ្ជាក់ជាមុនក្នុងព្រះគ្រីស្ទ នោះ ក្រឹត្យវិន័យដែលបានមកក្រោយបួនរយសាមសិបឆ្នាំ មិនអាចលុបចោលបានទេ ដើម្បីឲ្យព្រះបន្ទូលសន្យាក្លាយជាឥតប្រសិទ្ធភាពឡើយ។ លោកុប្បត្តិ ៣:១៧។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លេខដែលតំណាងឲ្យសេចក្ដីសញ្ញា គឺបួនរយសាមសិប ប៉ុន្តែសាក្សីទាំងពីរគឺអាប់រ៉ាម និងសុល ដែលទាំងពីរបានប្ដូរឈ្មោះរបស់ពួកគេទៅជាអាប្រាហាំ និងប៉ុល តាមលំដាប់ បង្ហាញអំពីកំឡុងពេលពីរដាច់ដោយឡែកពីគ្នា ដែលបង្កើតជាចំនួនពេញលេញបួនរយសាមសិប។ កាលណាព្រះជាម្ចាស់ប្ដូរឈ្មោះរបស់ព្រលឹងមួយ នោះជានិមិត្តសញ្ញានៃទំនាក់ទំនងតាមសេចក្ដីសញ្ញារវាងព្រលឹងនោះ និងព្រះជាម្ចាស់។ ដូច្នេះ បួនរយសាមសិបឆ្នាំ គឺជាផលបូកដែលកើតឡើងដោយការបូកចំនួនពីរដាច់ដោយឡែកពីគ្នា ដូចជា បួនរយរបស់អាប្រាហាំ និងការបន្ថែមសាមសិបរបស់ប៉ុល។ អេសេគាលបានដេកផ្អៀងលើចំហៀងឆ្វេងរបស់លោកអស់រយៈពេលបីរយកៅសិបថ្ងៃ ហើយបន្ទាប់មកលើចំហៀងស្ដាំអស់សែសិបថ្ងៃ ដោយបញ្ជាក់អំពីចំនួនពីរ ដែលផលបូកសរុបរបស់វាគឺបួនរយសាមសិប។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នៅក្នុងលោកុប្បត្តិ ជំពូក ១១ សម្ពន្ធមិត្តនៃសេចក្ដីស្លាប់ ដែលបានកើតមានឡើងភ្លាមៗបន្ទាប់ពីទឹកជំនន់ តាមរយៈការបះបោររបស់និមរ៉ុឌ បញ្ជាក់អំពីភាពខុសប្លែករវាងសម្ពន្ធមិត្តពីរ។ ធាតុផ្សំនានានៃប៉មបាបិល ធ្វើជាសក្ខីភាពអំពីប្រជាជននៃសម្ពន្ធមិត្តសាតាំងប្រភេទ «សង្គ្រោះខ្លួនឯង» ដែលត្រូវទទួលការជំនុំជម្រះ ហើយត្រូវបានកំចាត់ឲ្យខ្ចាត់ខ្ចាយ។ នៅក្នុងជំពូកដដែល នោះវង្សាវតារនៃជនហេព្រើរត្រូវបានណែនាំឡើងដោយកំណើតរបស់អេប៊ើរ ដែលសម្គាល់ការចាប់ផ្តើមនៃប្រជាជនដែលបានជ្រើសតាំង ដើម្បីតំណាងឲ្យសម្ពន្ធមិត្តនៃជីវិត ផ្ទុយពីសម្ពន្ធមិត្តនៃសេចក្ដីស្លាប់របស់និមរ៉ុឌ។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 អេប៊ើរ រស់នៅបានសាមសិបបួនឆ្នាំ ក៏បង្កើតបាន បេឡែក។ បន្ទាប់ពីអេប៊ើរបានបង្កើត បេឡែកហើយ គាត់រស់នៅបានបួនរយសាមសិបឆ្នាំទៀត ហើយបង្កើតបានកូនប្រុស និងកូនស្រី។ ហើយ បេឡែក រស់នៅបានសាមសិបឆ្នាំ ក៏បង្កើតបាន រេអ៊ូ។ លោកុប្បត្តិ 11:16–18។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ក្នុងជំពូកទីដប់នៃលោកុប្បត្តិ អេប៊ើរ និងពេឡេក ត្រូវបានលើកឡើងជាលើកដំបូង។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ហើយអេបើរមានកូនប្រុសពីរនាក់កើតមកដល់គាត់៖ ឈ្មោះម្នាក់គឺពេឡេក ដ្បិតនៅក្នុងសម័យរបស់គាត់ ផែនដីត្រូវបានបែងចែក; ហើយឈ្មោះរបស់បងប្អូនរបស់គាត់គឺយោកថាន។ លោកុប្បត្តិ 10:25។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ពេឡេក មានន័យថា ការបែងចែក ឬ ការបំបែក ហើយនៅក្នុងជំនាន់របស់ពេឡេក ការបែងចែកនៃមនុស្សនៃសេចក្ដីសញ្ញាពីរក្រុម ត្រូវបានសម្គាល់ដោយប្រវត្តិនៃប៉មបាបិល និងការបះបោររបស់នឹមរ៉ូឌ។ អេប៊ើរ មានអាយុបានបួនរយហុកសិបបួនឆ្នាំ ប៉ុន្តែបន្ទាប់ពីពេឡេក (ការបែងចែក) បានកើតមក គាត់រស់នៅបានបួនរយសាមសិបឆ្នាំ។ រាល់ការពិតទាំងអស់សុទ្ធតែមានន័យពាក់ព័ន្ធរបស់វា ហើយបួនរយសាមសិប គឺជាចំនួនដែលប៉ូលកំណត់ឲ្យដល់ព្រះបន្ទូលទំនាយអំពីសេចក្ដីសញ្ញារបស់អាប្រាហាំ។ ទោះបីជាចំនួនបួនរយសាមសិប ត្រូវបានភ្ជាប់ជាមួយនឹងជីវិតរបស់អេប៊ើរ បន្ទាប់ពីការប្រសូតរបស់ពេឡេកក៏ដោយ ក៏សាមសិបបួនឆ្នាំដំបូងនៃជីវិតរបស់គាត់ ត្រូវបានបង្ហាញថា «បួន និង សាមសិបឆ្នាំ» ដែលជាការពិតណាស់ គឺសាមសិបបួនឆ្នាំ ប៉ុន្តែនៅក្នុងការបង្ហាញយ៉ាងសាមញ្ញនៃសាមសិបបួនឆ្នាំនោះ វាត្រូវបានអានថា «បួន» និង «សាមសិប» (430)។ បន្ទាប់មកក៏មកដល់បួនរយសាមសិប ហើយបន្ទាប់មក ការបង្ហាញដំបូងអំពីជីវិតរបស់ពេឡេក គឺ «សាមសិប»។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អេប៊ើរ គឺជាឬសនៃឈ្មោះ «ហេប្រឺ» ហើយនេះជាការលើកឡើងដំបូងអំពីពួកហេប្រឺ ដែលត្រូវក្លាយជាប្រជាជនដែលត្រូវបានជ្រើសរើសនៃសញ្ញាសញ្ញា។ អេប៊ើរ មានន័យថា «ឆ្លងកាត់» ដូច្នេះវាជានិមិត្តរូបនៃប្រជាជននៃសញ្ញាសញ្ញា ដែលឆ្លងកាត់ពីផែនដីទៅកាន់ផែនដីថ្មី ដូចជាកូនចៅរបស់អាប្រាហាំបានឆ្លងកាត់សមុទ្រក្រហមទៅកាន់ទឹកដីសន្យា។ ការវង្វេងនៅទីរហោស្ថានអស់រយៈពេលសែសិបឆ្នាំបានរារាំងការឆ្លងកាត់នោះ ប៉ុន្តែនៅចុងបញ្ចប់នៃសែសិបឆ្នាំ ពួកគេបានឆ្លងកាត់ទន្លេយ័រដាន់ទៅកាន់ទឹកដីសន្យា ដូច្នេះវាជានិមិត្តរូបនៃការឆ្លងកាត់ចុងក្រោយរបស់ប្រជាជនព្រះ។ ពេលេក តំណាងឲ្យប្រវត្តិសាស្ត្រនៅពេលដែលការបែងចែកមនុស្សជាតិទៅជាប្រជាជនសញ្ញាសញ្ញាពីរក្រុមបានកើតឡើងជាលើកដំបូងនៅប៉មរបស់នឹមរ៉ូឌ។ និមិត្តសញ្ញានៃសញ្ញាសញ្ញាសេចក្តីស្លាប់របស់នឹមរ៉ូឌ គឺជាការច្របូកច្របល់ ហើយនិមិត្តសញ្ញានៃសញ្ញាសញ្ញាជីវិតរបស់ពួកហេប្រឺ គឺជារយៈពេលបួនរយសាមសិបឆ្នាំនៃជីវិតរបស់អេប៊ើរ មុនការបែងចែកដែលតំណាងដោយពេលេក។ ឈ្មោះ ពេលេក ក៏សម្គាល់សេចក្តីពិតជាលេខនិមិត្តរូបមួយផងដែរ ដ្បិតបួនរយសាមសិបឆ្នាំរបស់អេប៊ើរ ត្រូវបានបែងចែកជាលេខពីរ ហើយពេលេកតំណាងឲ្យការញែកចេញនៃចំនួនបួនរយជាមួយនឹងចំនួនសាមសិប។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បួនរយសាមសិបមានពីរផ្នែក។ បួនរយឆ្នាំនៃសេចក្ដីសញ្ញារបស់អប្រាហាំ រួមជាមួយនឹងបន្ថែមសាមសិបឆ្នាំដែលបានត្រូវសម្គាល់ដោយប៉ូល។ ការកើនឡើងនៃចំណេះដឹង ដែលបង្កើតការរស់ឡើងវិញចុងក្រោយនៃប្រជារាស្ត្ររបស់ព្រះ ត្រូវបានតំណាងនៅក្នុងដានីយ៉ែលជំពូកទីដប់ពីរ ដែលទីនោះ និមិត្តសញ្ញាពីរផ្នែកនៃសេចក្ដីសញ្ញាដ៏នៅអស់កល្បជានិច្ច ត្រូវបានកំណត់អត្តសញ្ញាណយ៉ាងជាក់លាក់ ហើយវាត្រូវបានបង្ហាញទុកនៅក្នុងខ 9/11។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ហើយទ្រង់មានព្រះបន្ទូលថា៖ «ដានីយ៉ែលអើយ ចូរទៅចុះ ដ្បិតពាក្យទាំងនេះត្រូវបានបិទទុក ហើយបោះត្រាទុករហូតដល់ពេលចុងបញ្ចប់។ មនុស្សជាច្រើននឹងត្រូវបានសម្អាត ធ្វើឲ្យស ហើយត្រូវបានសាកល្បង; ប៉ុន្តែមនុស្សអាក្រក់នឹងប្រព្រឹត្តអាក្រក់ ហើយគ្មានមនុស្សអាក្រក់ណាម្នាក់នឹងយល់ទេ; តែអ្នកមានប្រាជ្ញានឹងយល់។ ហើយចាប់ពីពេលដែលយញ្ញបូជាប្រចាំថ្ងៃត្រូវបានដកចេញ ហើយការគួរស្អប់ខ្ពើមដែលបង្កឲ្យស្ងាត់ជ្រងំត្រូវបានតាំងឡើង នោះនឹងមានមួយពាន់ពីររយកៅសិបថ្ងៃ»។ ដានីយ៉ែល 12:9–11។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ការបើកត្រាចុងក្រោយ ដែលបង្កើតឲ្យមានដំណើរការសាកល្បងបីជំហាន ដូចដែលបានតំណាងនៅក្នុងខទីដប់ថា «បានបន្សុទ្ធ ហើយបានធ្វើឲ្យស ហើយបានសាកល្បង» នោះ មានទំនាក់ទំនងជាមួយនឹងមួយពាន់ពីររយកៅសិបឆ្នាំ។ ការយល់ដឹងរបស់អ្នកត្រួសត្រាយអំពីខនេះ គឺថា ការដកចេញនូវការតស៊ូប្រឆាំងរបស់សាសនាបាកាននៅឆ្នាំ 508 បានចាប់ផ្តើមដំណើរការរយៈពេលសាមសិបឆ្នាំ ដែលនាំទៅដល់ការបង្កើតឡើងនៃអំណាចបាបាសាសនាចក្រ ជានគរទីប្រាំនៃទំនាយព្រះគម្ពីរ នៅឆ្នាំ 538 ហើយបន្ទាប់មកវាបានគ្រប់គ្រងជានគរទីប្រាំនៃទំនាយព្រះគម្ពីរ រហូតដល់មួយពាន់ពីររយហុកសិបឆ្នាំបានបញ្ចប់នៅឆ្នាំ 1798។ រយៈពេលសាមសិបឆ្នាំ ចាប់ពីឆ្នាំ 508 រហូតដល់ឆ្នាំ 538 ក៏ត្រូវបានប៉ុលតំណាងផងដែរថាជា «ការបោះបង់ចោលជាមុនសិន» នៅក្នុង 2 ថេស្សាឡូនិក។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ក្នុងកណ្ឌទី ២ នៃថេស្សាឡូនីច ប្រធានបទគឺអំពីទំនាក់ទំនងរវាងក្រុងរ៉ូមបាកាន និងក្រុងរ៉ូមសម្តេចប៉ាប ដែលជានគរទីបួន និងទីប្រាំនៃព្យាករណ៍ រៀងៗខ្លួន។ នៅក្នុងជំពូកនេះនៃថេស្សាឡូនីចនេះឯង ដែលវីល្លៀម មីឡែរ បានរកឃើញថា «របស់ប្រចាំ» នៅក្នុងសៀវភៅដានីយ៉ែល តំណាងឲ្យក្រុងរ៉ូមបាកាន ហើយមីឡែរក៏បានរកឃើញបន្ថែមទៀតថា «របស់ប្រចាំ» នៅក្នុងដានីយ៉ែល តែងតែត្រូវបានបង្ហាញក្នុងទំនាក់ទំនងជាមួយនឹងអំពើគួរស្អប់ខ្ពើម ឬការរំលងបំពាននៃការបំផ្លាញចោល។ អំពើគួរស្អប់ខ្ពើម និងការរំលងបំពាននៃការបំផ្លាញចោល នៅក្នុងសៀវភៅដានីយ៉ែល តំណាងឲ្យអ្វីដែលយ៉ូហានបានកំណត់អត្តសញ្ញាណនៅក្នុងសៀវភៅវិវរណៈ ថាជារូបសត្វសាហាវ និងសញ្ញាសម្គាល់របស់សត្វសាហាវ រៀងៗខ្លួន។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វីល្យាម មីល្លើរ បានផ្អែកលើការអនុវត្តព្យាករណ៍ភាគច្រើនរបស់គាត់ បើមិនមែនទាំងអស់ទេ លើការកំណត់អត្តសញ្ញាណរបស់គាត់អំពីអំណាចបំផ្លាញពីរ ដែលត្រូវបានតំណាងថាជា «ប្រចាំថ្ងៃ» (រ៉ូមបាកាន) និងអំណាចបំផ្លាញទីពីរ ដែលត្រូវបានបង្ហាញតាមពីររបៀប គឺជាការរំលងច្បាប់នាំទៅកាន់ការបំផ្លិចបំផ្លាញ (ការរួមបញ្ចូលគ្នារវាងសាសនាចក្រ និងរដ្ឋ) នៅក្នុងវិវរណៈ—ជារូបសត្វ (រចនាសម្ព័ន្ធព្យាករណ៍របស់សម្តេចប៉ាប) និងជាអំពើគួរស្អប់ខ្ពើមនៃការបំផ្លិចបំផ្លាញ (ការថ្វាយបង្គំព្រះអាទិត្យ) នៅក្នុងវិវរណៈ—ជាសញ្ញាសត្វ។ ការយល់ដឹងដែលមីល្លើរទទួលបានពីការបង្ហាញរបស់ប៉ូលនៅក្នុង ២ ថែស្សាឡូនីច គឺជាការយល់ដឹងមូលដ្ឋានស្ថាបនាចម្បងមួយរបស់មីល្លើរ ដែលជានិមិត្តរូបនៃមូលដ្ឋានរបស់អាដ្វិនទីស៊ីម។ ប៉ូលអះអាងថា អស់អ្នកដែលមិនស្រឡាញ់សេចក្តីពិតដែលត្រូវបានតំណាងនៅក្នុងជំពូកទីពីរនៃ ២ ថែស្សាឡូនីច គឺជាអ្នកដែលទទួលការបំភាន់យ៉ាងខ្លាំង។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ក្នុងខទាំងបីរបស់ដានីយ៉ែល (ដានីយ៉ែល ១២:៩–១១) ការយល់ដឹងជានិមិត្តរូបនៅក្នុងថ្ងៃចុងក្រោយមិនអាចរួមបញ្ចូលការអនុវត្តនៃពេលវេលាបានឡើយ ពីព្រោះតាំងពីថ្ងៃទី ២២ ខែតុលា ឆ្នាំ ១៨៤៤ មក ការអនុវត្តនៃពេលវេលាព្យាករណ៍មិនមានសុពលភាពទៀតទេ។ ខ ៩/១១ តំណាងឲ្យរយៈពេលពីរដាច់ដោយឡែកពីគ្នា គឺសាមសិបឆ្នាំ និងមួយពាន់ពីររយហុកសិបឆ្នាំ។ លេខសែសិប និងលេខមួយពាន់ពីររយហុកសិប ទាំងពីរសុទ្ធតែជានិមិត្តសញ្ញានៃទីរហោស្ថានព្យាករណ៍ ហើយក្នុងន័យព្យាករណ៍ អាចផ្លាស់ប្ដូរជំនួសគ្នាបាន។ ដូច្នេះ មួយពាន់ពីររយហុកសិប អាចត្រូវបានយល់ថាជា សែសិប ហើយសែសិប គឺជាដង្វាយមួយភាគដប់នៃបួនរយ។ ហេតុដូច្នេះ ខ ៩/១១ ជានិមិត្តរូបនៃលេខរបស់សេចក្តីសញ្ញាអស់កល្បជានិច្ច ដូចដែលត្រូវបានតំណាងដោយ បួនរយ (អាប្រាហាំ) ភ្ជាប់ជាមួយនឹង សាមសិប (ប៉ុល)។ “ទីរហោស្ថាន” ដែលត្រូវបានតំណាងដោយ “មួយពាន់ពីររយហុកសិប” ស្របគ្នានឹង “ទីរហោស្ថាននៃ ‘សែសិប’” ហើយ បួន គឺជាដង្វាយមួយភាគដប់នៃ បួនរយ។ សាមសិប គឺជាសាមសិប។ បួនរយសាមសិប ត្រូវបានបង្កើតឡើងដោយលេខ បួនរយ បូកនឹងលេខ សាមសិប ដែលនៅក្នុងអេសេគាល ជំពូក ៤ ត្រូវបានតំណាងជា បីរយកៅសិប បូកនឹងលេខ សែសិប។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ខទាំងឡាយនៃ 9/11 នៅក្នុងជំពូកទីដប់ពីរ តំណាងឲ្យកណ្ដាលនៃរយៈពេលទំនាយបីនៅក្នុងជំពូកនោះ ហើយវាជានិមិត្តរូបនៃសេចក្ដីសញ្ញាអស់កល្បជានិច្ច ដែលត្រូវបានបើកត្រានៅថ្ងៃចុងក្រោយ។ ការបើកត្រានៃន័យរបស់ចំនួនបួនរយសាមសិបនៅថ្ងៃចុងក្រោយ ត្រូវបាននាំមកឲ្យកើតឡើងនៅក្នុងជំពូកទីបួននៃអេសេគាល។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ព្រះសិង្ហនៃកុលសម្ព័ន្ធយូដា ឥឡូវនេះកំពុងបើកត្រាសារព្រមានចុងក្រោយទៅកាន់អ្នកទាំងឡាយ ដែលដោយសេចក្តីជំនឿបានចូលទៅក្នុងទីបរិសុទ្ធបំផុតជាមួយនឹងអេសេគាល យ៉ូហាន ដានីយ៉ែល និងអេសាយ។ សេចក្តីពិតនោះត្រូវបានបើកសម្ដែងឡើង ដោយភ្ជាប់ជាមួយនឹងការលើកតម្កើងអ្នកដែលត្រូវបានតំណាង មិនត្រឹមតែជាពួកដែលត្រូវបានបណ្តេញចេញពីអ៊ីស្រាអែលប៉ុណ្ណោះទេ ប៉ុន្តែជាទង់សញ្ញានៃមួយសែនបួនម៉ឺនបួនពាន់ផងដែរ។ សេចក្តីពិតនោះត្រូវបានដាក់នៅក្នុងបរិបទនៃសេចក្តីសញ្ញា ដែលត្រូវបានតំណាងដោយបួនរយឆ្នាំរបស់អប្រាហាំ ដោយភ្ជាប់ជាមួយនឹងសេចក្តីសញ្ញាដែលត្រូវបានតំណាងដោយសាមសិបឆ្នាំរបស់ប៉ូល។ សេចក្តីពិតនោះត្រូវបានបង្ហាញនៅក្នុងខ 9/11 នៃដានីយ៉ែល ជំពូក 12 ដែលតំណាងឲ្យកណ្ដាលនៃរយៈពេលនិមិត្តរូបបី ដែលពួកមីឡេរីតបានយល់ត្រឹមត្រូវ។ សេចក្តីពិតកណ្ដាល 9/11 ដែលកំពុងត្រូវបានបើកត្រានៅក្នុងដានីយ៉ែល ជំពូក 12 ត្រូវបានតំណាងដោយបីរយកៅសិបថ្ងៃ និងសែសិបថ្ងៃរបស់អេសេគាល។ ថ្ងៃទាំងនោះត្រូវបានបើកសម្ដែងដល់អេសេគាលនៅក្នុងឆ្នាំទីសាមសិបនៃវដ្ដយូប៊ីលេទីដប់ប្រាំពីរ ហើយអេសេគាល ក្នុងនាមជាសង្ឃ មួយរូប តំណាងឲ្យបព្វជិតភាពនៃមួយសែនបួនម៉ឺនបួនពាន់ ដែលស្ថិតនៅក្នុងការសាកល្បងកណ្ដាល នៃការសាកល្បងបី។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អេសេគាល ត្រូវបានសម្គាល់នៅក្នុងការសាកល្បងព្រះវិហារ នៅថ្ងៃទី «ប្រាំ» នៃ «ខែទីបួន» ដែលក្នុងប្រវត្តិសាស្ត្រមីល្លឺរ៉ាយត៍ បានសម្គាល់ចំណុចកណ្ដាលពិតប្រាកដ («ពាក់កណ្ដាលផ្លូវ») នៃរយៈពេលប្រាំពីរខែ ដែលបានចាប់ផ្ដើមដោយការខកចិត្តលើកដំបូងនៅថ្ងៃទី 19 ខែមេសា ឆ្នាំ 1844 ហើយបានបញ្ចប់នៅថ្ងៃទី 22 ខែតុលា នៃឆ្នាំដដែល។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«នៅរដូវក្តៅ ឆ្នាំ 1844 កណ្តាលចន្លោះរវាងពេលវេលាដែលគេបានគិតជាលើកដំបូងថា 2300 ថ្ងៃនឹងបញ្ចប់ និងរដូវស្លឹកឈើជ្រុះនៃឆ្នាំដដែល ដែលក្រោយមកបានរកឃើញថាវាលាតសន្ធឹងដល់នោះ សារនោះត្រូវបានប្រកាសដោយពាក្យដដែលៗនៃព្រះគម្ពីរថា៖ “មើល៍ កូនកំលោះមកហើយ!”» The Great Controversy, 398.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ថ្ងៃទី ២១ ខែកក្កដា ឆ្នាំ ១៨៤៤ គឺស្ថិតនៅកណ្ដាលនៃខែបរិសុទ្ធទាំងប្រាំពីរ ហើយនៅថ្ងៃនោះ សាមូអែល ស្នូ បានស្ថិតនៅក្នុងបូស្តុន តាបឺណាកល ដោយបង្ហាញសាររបស់គាត់អំពីសម្រែកពាក់កណ្ដាលអធ្រាត្រ។ នៅទីនោះ ជាលើកដំបូងក្នុងការបង្ហាញជាសាធារណៈ គាត់ «បានប្រកាសតាមពាក្យពេចន៍ពិតប្រាកដនៃព្រះគម្ពីរថា៖ “មើលចុះ កូនកំលោះមកហើយ!”»។ ឥឡូវនេះ តាមន័យនិមិត្តរូប យើងកំពុងឈរជាមួយអេសេគាលនៅក្នុងបូស្តុន តាបឺណាកល មិនយូរមុនពេលការលើកឡើងនៃអ្នកនាំសារនៃសម្រែកពាក់កណ្ដាលអធ្រាត្រនឹងចេញទៅដូចជារលកជំនន់សមុទ្រ។ ដំណើរការទំនាយនៃការលើកទង់សញ្ញាត្រូវបានតំណាងនៅក្នុងខ្សែទំនាយនៃសាសនាឥស្លាមក្នុង វិវរណៈ ជំពូក ៩។ អេសេគាល ជំពូក ៤ ផ្ដល់សាក្សីទីពីរ និងសេចក្ដីបញ្ចប់នៃទំនាយនោះអំពីរយៈពេលបីរយកៅសិបមួយឆ្នាំ និងដប់ប្រាំថ្ងៃ ហើយគាត់ធ្វើដូច្នេះនៅក្នុងជំពូក ៤។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យើងនឹងបន្តអំពីសេចក្ដីទាំងនេះនៅក្នុងអត្ថបទបន្ទាប់។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ប្រវត្តិសាស្ត្រលាក់កំបាំងនៃខ៤០ — លេខ២៨</dc:title>
  <dc:subject>អេសេគាល លេខ ប្រាំបួន</dc:subject>
  <dc:creator>Jeff Pippenger</dc:creator>
  <cp:keywords/>
  <dc:description>Generated by ArticleDigger from hidden_history\28_hidden_history.json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