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Leelawadee UI" w:hAnsi="Leelawadee UI" w:eastAsia="Leelawadee UI" w:cs="Leelawadee UI"/>
        </w:rPr>
        <w:t>ប្រវត្តិសាស្ត្រដ៏លាក់កំបាំងនៃខទីសែសិប - លេខសាមសិបបី</w:t>
      </w:r>
    </w:p>
    <w:p>
      <w:pPr>
        <w:pStyle w:val="ArticleSubtitle"/>
        <w:jc w:val="left"/>
      </w:pPr>
      <w:r>
        <w:rPr>
          <w:rFonts w:ascii="Leelawadee UI" w:hAnsi="Leelawadee UI" w:eastAsia="Leelawadee UI" w:cs="Leelawadee UI"/>
        </w:rPr>
        <w:t>អេសេគាល លេខ ១៤</w:t>
      </w:r>
    </w:p>
    <w:p>
      <w:pPr>
        <w:pStyle w:val="ArticleByline"/>
        <w:jc w:val="left"/>
      </w:pPr>
      <w:r>
        <w:rPr>
          <w:rFonts w:ascii="Leelawadee UI" w:hAnsi="Leelawadee UI" w:eastAsia="Leelawadee UI" w:cs="Leelawadee UI"/>
        </w:rPr>
        <w:t>Jeff Pippenger</w:t>
      </w:r>
    </w:p>
    <w:p>
      <w:pPr>
        <w:pStyle w:val="ArticleDate"/>
        <w:jc w:val="left"/>
      </w:pPr>
      <w:r>
        <w:rPr>
          <w:rFonts w:ascii="Leelawadee UI" w:hAnsi="Leelawadee UI" w:eastAsia="Leelawadee UI" w:cs="Leelawadee UI"/>
        </w:rPr>
        <w:t>2026-10-27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នៅក្នុងគម្ពីរលោកុប្បត្តិ ជំពូកទីបួន និងទីប្រាំ ពង្សាវលីរបស់កាអ៊ីន និងពង្សាវលីរបស់សេត ត្រូវបានប្រៀបធៀបឱ្យឃើញភាពខុសគ្នា។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ឡាមេកល្អ និងឡាមេកអាក្រក់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ខ្សែពូជទាំងពីរតំណាងឱ្យភាពផ្ទុយគ្នារវាងអស់អ្នកដែលត្រូវវិនាស និងអស់អ្នកដែលបានទទួលសេចក្ដីសង្គ្រោះ ហើយកូនចៅមួយចំនួននៃខ្សែពូជទាំងពីរនេះតំណាងឱ្យ ‘និមិត្តរូបកូនចៅ’ ស្របគ្នានៃខ្សែពូជដែលផ្ទុយគ្នាទាំងនោះ។ កាអ៊ីនតំណាងឱ្យមនុស្សមួយក្រុមដែលគ្មានការប្រែចិត្តពីអំពើបាប ហើយគ្រាន់តែសោកសៅចំពោះស្ថានភាពរបស់ខ្លួនផ្ទាល់ប៉ុណ្ណោះ។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ព្រះអង្គក៏មានព្រះបន្ទូលថា៖ «ឯងបានធ្វើអ្វី? សំឡេងឈាមរបស់ប្អូនឯងស្រែកអំពាវនាវមកអញពីដី។ ឥឡូវនេះ ឯងត្រូវបណ្ដាសាពីដី ដែលបានបើកមាត់ទទួលឈាមប្អូនឯងពីដៃឯង។ កាលណាឯងភ្ជួររាស់ដី ដីនឹងលែងផ្ដល់ភោគផលតាមកម្លាំងរបស់វាដល់ឯងទៀតហើយ។ ឯងនឹងជាអ្នករត់គេចខ្លួន និងជាអ្នករសាត់អណ្ដែតនៅលើផែនដី»។ កាអ៊ីនក៏ទូលព្រះអម្ចាស់ថា៖ «ទណ្ឌកម្មរបស់ទូលបង្គំធ្ងន់ពេក ទូលបង្គំមិនអាចទ្រាំទ្របានឡើយ។ សូមទតមើល ថ្ងៃនេះព្រះអង្គបានបណ្ដេញទូលបង្គំចេញពីផ្ទៃផែនដី ហើយទូលបង្គំនឹងត្រូវលាក់បាំងពីព្រះភក្ត្ររបស់ព្រះអង្គ។ ទូលបង្គំនឹងជាអ្នករត់គេចខ្លួន និងជាអ្នករសាត់អណ្ដែតនៅលើផែនដី ហើយអ្នកណាក៏ដោយដែលជួបទូលបង្គំ នឹងសម្លាប់ទូលបង្គំ»។ ព្រះអម្ចាស់ក៏មានព្រះបន្ទូលទៅគាត់ថា៖ «ហេតុដូច្នេះ អ្នកណាក៏ដោយដែលសម្លាប់កាអ៊ីន អ្នកនោះនឹងត្រូវទទួលការសងសឹកប្រាំពីរដង»។ ព្រះអម្ចាស់ក៏បានដាក់សញ្ញាសម្គាល់មួយលើកាអ៊ីន ដើម្បីកុំឱ្យអ្នកណាដែលជួបគាត់សម្លាប់គាត់ឡើយ។ កាអ៊ីនក៏ចាកចេញពីព្រះវត្តមានរបស់ព្រះអម្ចាស់ ហើយទៅរស់នៅក្នុងស្រុកណូឌ នៅខាងកើតអេដែន។ លោកុប្បត្តិ ៤:១០–១៦។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កាអ៊ីនតំណាងឱ្យមនុស្សមួយក្រុមដែលមិនព្រមប្រែចិត្ត ហើយផ្ដោតអារម្មណ៍តែទៅលើស្ថានភាពដ៏សោកសៅរបស់ខ្លួនប៉ុណ្ណោះ ជាស្ថានភាពដែលពួកគេបានបង្កឱ្យកើតមានដល់ខ្លួនឯង ដោយមិនព្រមព្យាយាមធ្វើអំពើល្អ។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ប៉ុន្តែ ទ្រង់មិនបានសព្វព្រះហឫទ័យនឹងកាអ៊ីន និងតង្វាយរបស់គាត់ឡើយ។ កាអ៊ីនក៏ខឹងយ៉ាងខ្លាំង ហើយទឹកមុខរបស់គាត់ក៏ស្រងូតចុះ។ ព្រះអម្ចាស់មានព្រះបន្ទូលទៅកាអ៊ីនថា៖ ហេតុអ្វីបានជាឯងខឹង? ហើយហេតុអ្វីបានជាទឹកមុខឯងស្រងូតចុះ? បើឯងប្រព្រឹត្តល្អ តើឯងនឹងមិនត្រូវបានទទួលយកទេឬអី? ហើយបើឯងប្រព្រឹត្តមិនល្អ នោះបាបដេកនៅមាត់ទ្វារ។ វានឹងប្រាថ្នាចង់បានឯង ហើយឯងនឹងត្រួតត្រាលើវា។ លោកុប្បត្តិ 4:5–7។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ការស្លាប់ទាំងប្រាំមួយ—អាល់ហ្វាទាំងបី និងអូមេហ្គាទាំងបី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នៅក្នុងអត្ថបទមុនៗ យើងបានសម្គាល់ថា ហេណុកជានិមិត្តរូបនៃទេវតាទីមួយ ឡាមេកជានិមិត្តរូបនៃទេវតាទីពីរ មធូសាឡាជាសម្រែកនៅកណ្ដាលអធ្រាត្រ ហើយណូអេជាទេវតាទីបី។ ឡាមេកដែលស្ថិតក្នុងពូជពង្សរបស់សេត បានស្លាប់នៅអាយុប្រាំពីររយចិតសិបប្រាំពីរឆ្នាំ គឺប្រាំឆ្នាំមុនគ្រាទឹកជំនន់ ដែលជាគ្រាមធូសាឡាបានស្លាប់។ ប្រាំឆ្នាំក្រោយការស្លាប់របស់ឡាមេក មធូសាឡាក៏បានស្លាប់ ហេតុដូច្នេះ ការស្លាប់របស់ពួកគេទាំងពីរជានិមិត្តរូបតំណាងឱ្យការស្លាប់របស់ភរិយាអេសេគាល ហើយមួយឆ្នាំកន្លះក្រោយការស្លាប់នោះ (1.5) ក៏មានការស្លាប់របស់យេរូសាឡិម ដែលជាភរិយារបស់ព្រះកូនចៀម។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ហើយខ្ញុំ គឺយ៉ូហាន បានឃើញទីក្រុងបរិសុទ្ធ គឺក្រុងយេរូសាឡិមថ្មី កំពុងចុះពីស្ថានសួគ៌មកពីព្រះជាម្ចាស់ ទាំងបានរៀបចំដូចជាកូនក្រមុំដែលបានតុបតែងខ្លួនសម្រាប់ស្វាមីរបស់នាង។ វិវរណៈ ២១:២។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ការស្លាប់នៅចំណុចអាល់ហ្វារបស់ភរិយាអេសេគាល និងរបស់ឡាមេក ដែលតភ្ជាប់ទៅនឹងការស្លាប់នៅចំណុចអូមេហ្គារបស់ក្រុងយេរូសាឡិម និងរបស់មធូសាឡា បានធ្វើជាបុរេរូបនៃការស្លាប់របស់យ៉ូហាន ប៉ាឡៃអូឡូហ្គោស ហើយប្រាំឆ្នាំក្រោយមក គឺការស្លាប់របស់កុងស្តង់ទីនទីដប់មួយនៅលើកំពែងក្រុងកុងស្តង់ទីណូបល។ ខ្សែពេលវេលារបស់ឡាមេកកំណត់បង្ហាញរយៈពេលប្រាំឆ្នាំ ដោយមានរយៈពេលប្រាំពីរថ្ងៃនៃការបម្លាស់ទីរបស់សត្វនៅចុងបញ្ចប់។ ខ្សែពេលវេលារបស់រ៉ូមខាងកើតតំណាងឱ្យរយៈពេលប្រាំឆ្នាំ ហើយក៏តំណាងឱ្យរយៈពេលបួនឆ្នាំនៅក្នុងរយៈពេលសរុបប្រាំឆ្នាំនោះផងដែរ។ ខ្សែពេលវេលារបស់អេសេគាលតំណាងឱ្យទាំងរយៈពេលពីរឆ្នាំ និងរយៈពេលមួយក្បៀសប្រាំឆ្នាំ (1.5)។ ខ្សែពេលវេលារបស់អេសេគាលស្តីពីការបំផ្លាញក្រុងយេរូសាឡិមដោយបាប៊ីឡូន ស្របគ្នានឹងការបំផ្លាញក្រុងយេរូសាឡិមលើកទីពីរដោយរ៉ូម ចាប់ពីឆ្នាំ 66 រហូតដល់ឆ្នាំ 70។ ខ្សែពេលវេលានៃការបំផ្លាញក្រុងយេរូសាឡិមដោយរ៉ូមផ្តល់នូវទាំងរយៈពេលបួនឆ្នាំ និងរយៈពេលបីឆ្នាំកន្លះ។ ខ្សែពេលវេលាជានិមិត្តរូបទាំងបួននោះនីមួយៗ បានផ្តល់នូវរយៈពេលជានិមិត្តរូប មិនមែនមួយទេ ប៉ុន្តែពីរ នៅក្នុងទីបន្ទាល់បែបទំនាយរបស់ខ្លួន។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ឡាមេក, ចន ប៉ាឡៃអូឡូហ្គោស និងភរិយារបស់អេសេគាល តំណាងឱ្យចំណុចសម្គាល់អាល់ហ្វានៃរយៈពេលមួយ ដែលបញ្ចប់ដោយមរណភាពអូមេហ្គា។ ខ្សែព្រឹត្តិការណ៍ពីរក្នុងចំណោមខ្សែទាំងបី តំណាងឱ្យការឡោមព័ទ្ធដែលបញ្ចប់ដោយមរណភាពរបស់សមភាគីរៀងៗខ្លួន។ ខ្សែព្រឹត្តិការណ៍មួយទៀតបញ្ចប់ដោយសត្វទាំងឡាយឡើងចូលក្នុងទូកធំ។ សមភាគីអូមេហ្គាផ្គូផ្គងទឹកជំនន់នៅសម័យណូអេជាមួយនឹងការបំផ្លិចបំផ្លាញក្រុងយេរូសាឡិម និងការបំផ្លិចបំផ្លាញកំពែងក្រុងកុងស្តង់ទីណូប។ និមិត្តសញ្ញាអូមេហ្គាទាំងបី សុទ្ធតែតំណាងឱ្យការបញ្ចប់នៃគ្រាសាកល្បង នៅពេលច្បាប់ថ្ងៃអាទិត្យមកដល់នាពេលឆាប់ៗខាងមុខនេះ។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ជាការពិតណាស់ ក្នុងសក្ខីភាពនៃទូកធំរបស់លោកណូអេ ពុំមានការឡោមព័ទ្ធទេ ប៉ុន្តែប្រាកដជាត្រូវមានផ្លូវជម្រាលមួយ ដើម្បីឱ្យអាចចូលទៅក្នុងទូកធំនោះបាន។ ប្រសិនបើផ្លូវជម្រាលសម្រាប់ដឹកជញ្ជូនចូលទូកនោះត្រូវបានចាត់ទុកថាជានិមិត្តរូបតំណាងឱ្យផ្លូវជម្រាលសម្រាប់ការឡោមព័ទ្ធ នោះសក្ខីភាពទាំងបីអំពីសេចក្ដីស្លាប់សុទ្ធតែចង្អុលបង្ហាញពីការឡោមព័ទ្ធមួយ។ ចំពោះខ្សែព្រឹត្តិការណ៍របស់រ៉ូមស្ដីពីការបំផ្លិចបំផ្លាញក្រុងយេរូសាឡិមពីឆ្នាំ៦៦ ដល់ឆ្នាំ៧០ មានការឡោមព័ទ្ធមួយដោយសេស្ទីយុសនៅឆ្នាំ៦៦ និងការឡោមព័ទ្ធលើកទីពីរដោយទីតុសនៅឆ្នាំ៧០។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បួនឆ្នាំ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រយៈពេលបួនឆ្នាំដែលបញ្ចប់ដោយការឡោមព័ទ្ធក្រុងកុងស្តង់ទីណូបនៅឆ្នាំ១៤៥៣ តំណាងឱ្យរយៈពេលបួនឆ្នាំទីពីរនៅក្នុងទំនាយទាក់ទងនឹងឥស្លាមអំពី «ប្រាំខែ» ក្នុងគម្ពីរវិវរណៈ ជំពូកទី៩។ រយៈពេលបួនឆ្នាំដំបូងនៅក្នុងទំនាយអំពី «ប្រាំខែ» គឺចាប់ពីឆ្នាំ១៣៣៣ រហូតដល់ឆ្នាំ១៣៣៧ ក្នុងអំឡុងការឡោមព័ទ្ធក្រុងនីកូមេឌា។ ការឡោមព័ទ្ធនោះក៏តំណាងឱ្យការបញ្ចប់រយៈពេលសាមសិបប្រាំបីឆ្នាំ គិតចាប់ពីថ្ងៃទី២៧ ខែកក្កដា ឆ្នាំ១២៩៩ ផងដែរ។ ការបំផ្លិចបំផ្លាញក្រុងយេរូសាឡិមពីរលើក ការបំផ្លិចបំផ្លាញក្រុងកុងស្តង់ទីណូបមួយលើក ព្រឹត្តិការណ៍ទឹកជំនន់ និងការឡោមព័ទ្ធក្រុងនីកូមេឌា គឺជាសាក្សីចំនួនប្រាំនៃយុទ្ធនាការនៅប៉ានីយ៉ូម ចាប់ពីឆ្នាំ២០០ មុនគ្រិស្តសករាជ រហូតដល់ឆ្នាំ១៩៨ មុនគ្រិស្តសករាជ ដែលនឹងជាសាក្សីទីប្រាំមួយ ហើយក៏មានសាក្សីផ្សេងទៀតជាច្រើនផងដែរ។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ការបំផ្លិចបំផ្លាញក្រុងយេរូសាឡិមទាំងពីរលើក អាចផ្គូផ្គងគ្នាបានយ៉ាងងាយស្រួល ដោយដាក់ “ខ្សែបន្ទាត់ត្រួតលើខ្សែបន្ទាត់”។ ទឹកជំនន់ និងខ្សែបន្ទាត់នៃរ៉ូមខាងកើត ត្រូវបានផ្គូផ្គងគ្នាតាមរយៈការស្លាប់អាល់ហ្វា និងអូមេហ្គាដែលមានរួមគ្នា។ យុទ្ធនាការប៉ានីយ៉ូមត្រូវបានផ្គូផ្គងជាក់លាក់ជាមួយខ្សែបន្ទាត់របស់អេសេគាលនៅឆ្នាំ ៥៨៧ មុនគ្រិស្តសករាជ ពីព្រោះរយៈពេលនៃការឡោមព័ទ្ធទាំងពីរ សុទ្ធតែតំណាងឱ្យរយៈពេលពីរឆ្នាំ។ ប៉ានីយ៉ូមត្រូវបានតំណាងនៅក្នុងខទីដប់ប្រាំនៃដានីយ៉ែលជំពូកទីដប់មួយ ដែលនៅមុនខទីដប់ប្រាំមួយ ដែលតំណាងឱ្យច្បាប់ថ្ងៃអាទិត្យដែលនឹងមកដល់ក្នុងពេលឆាប់ៗ ដូចគ្នានឹងការបំផ្លិចបំផ្លាញក្រុងយេរូសាឡិមនៅឆ្នាំ ៥៨៦ មុនគ្រិស្តសករាជ និងឆ្នាំ ៧០ គ្រិស្តសករាជដែរ។ រយៈពេលពីរឆ្នាំនៃការប្រយុទ្ធនៅប៉ានីយ៉ូម និងការឡោមព័ទ្ធក្រុងស៊ីដូន នាំខ្សែបន្ទាត់នីមួយៗទាំងនេះចូលទៅក្នុងប្រវត្តិសាស្ត្រដែលលាក់កំបាំងនៃដានីយ៉ែលជំពូកទីដប់មួយ ខទីសែសិប។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ទីសម្គាល់មួយ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គោលសម្គាល់ដំបូងតាមពាក្យទំនាយ ក្នុងការឡោមព័ទ្ធក្រុងយេរូសាឡិមនៅពេលក្រុងនេះត្រូវបានបំផ្លិចបំផ្លាញទាំងពីរលើក តំណាងឱ្យទីសម្គាល់មួយ; សេស្ទីយុសនៅឆ្នាំ ៦៦ និងការស្លាប់របស់ភរិយាលោកអេសេគាល សុទ្ធតែជាទីសម្គាល់អាល់ហ្វា។ លោកឡាមេកក៏ជាគោលសម្គាល់ដំបូងដែរ ហើយដូច្នេះ ដោយផ្អែកលើសក្ខីភាពរបស់សាក្សីពីរ លោកឡាមេកក៏ជាទីសម្គាល់មួយដែរ។ អាយុ ៧៧៧ ឆ្នាំរបស់លោក តំណាងឱ្យទីសម្គាល់នៃពួកជំនុំដ៏មានជ័យជម្នះ ដែលផ្សំឡើងពីធាតុបី៖ ហោរាម្នាក់ បូជាចារ្យម្នាក់ និងព្រះមហាក្សត្រមួយអង្គ។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ម្យ៉ាងទៀត យើងក៏បានប្រទានថ្ងៃសប្ប័ទទាំងឡាយរបស់យើងដល់ពួកគេ ដើម្បីជាទីសម្គាល់រវាងយើង និងពួកគេ ប្រយោជន៍ឱ្យពួកគេដឹងថា យើងជាព្រះអម្ចាស់ដែលញែកពួកគេចេញជាបរិសុទ្ធ។ អេសេគាល ២០:១២។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៣០០ ឆ្នាំ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ហេណុក ដែលជាជំនាន់ទីប្រាំពីររាប់ពីអ័ដាម តាមខ្សែស្រឡាយរបស់សេត បានដើរជាមួយព្រះអស់រយៈពេល ៣០០ ឆ្នាំ ហើយត្រូវបាននាំឡើងទៅស្ថានសួគ៌។ ‘៣០០’ គឺជានិមិត្តរូបនៃផ្ទាំងគំនូសតាងឆ្នាំ ១៨៤៣ របស់អ្នកត្រួសត្រាយចំនួនបីរយផ្ទាំង នៃអ្នកអធិប្បាយក្នុងចលនាមីល្ល័រចំនួនបីរយនាក់ដែលត្រូវគ្នានឹងចំនួននោះ និងនៃកងទ័ពរបស់គេឌានដែលមានគ្នាបីរយនាក់ផងដែរ។ ហេណុក អ្នកអធិប្បាយក្នុងចលនាមីល្ល័រ និងមនុស្សបីរយនាក់របស់គេឌាន តំណាងឱ្យពួកមនុស្សមួយសែនបួនម៉ឺនបួនពាន់នាក់។ សាំសុនបានយកកញ្ជ្រោង ៣០០ ក្បាល ហើយចងវាភ្ជាប់គ្នាជាគូៗ ដោយហេតុនេះ បង្ហាញឱ្យឃើញចំនួន ១៥០ និងនិមិត្តរូបមួយដែលត្រូវបានចងភ្ជាប់គ្នា ហើយមានចំនួនសរុបបីរយ។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រួចសាំសុនក៏ទៅចាប់កញ្ជ្រោងបានបីរយក្បាល ហើយយកចន្លុះមក រួចបង្វែរកន្ទុយកញ្ជ្រោងទាំងនោះឱ្យទល់គ្នាជាគូៗ ហើយដាក់ចន្លុះមួយនៅចន្លោះកន្ទុយទាំងពីរ។ លុះគាត់បានអុជចន្លុះទាំងនោះហើយ គាត់ក៏លែងកញ្ជ្រោងទាំងនោះឱ្យចូលទៅក្នុងចម្ការធញ្ញជាតិដែលមិនទាន់ច្រូតរបស់ពួកភីលីស្ទីន បណ្ដាលឱ្យឆេះទាំងគំនរកណ្ដាប់ធញ្ញជាតិ ទាំងធញ្ញជាតិដែលមិនទាន់ច្រូត ព្រមទាំងចម្ការទំពាំងបាយជូរ និងដើមអូលីវផង។ ពួកចៅហ្វាយ ១៥:៤, ៥។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ទំនាយរយៈពេលប្រាំខែទាំងពីរអំពីសាសនាអ៊ីស្លាម ក្នុងជំពូកទី៩នៃកណ្ឌគម្ពីរវិវរណៈ ចង្អុលបង្ហាញថា «ភ្លើង» និង «កន្ទុយ» ជាលក្ខណៈសម្គាល់នៃសាសនាអ៊ីស្លាម។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ហើយក្នុងនិមិត្តនោះ ខ្ញុំបានឃើញសេះទាំងនោះ និងអស់អ្នកដែលជិះវាដូច្នេះ គឺពួកគេពាក់អាវក្រោះការពារទ្រូងពណ៌ភ្លើង ពណ៌ត្បូងយ៉ាស៊ីន និងពណ៌ស្ពាន់ធ័រ៖ ឯក្បាលសេះទាំងនោះដូចជាក្បាលសិង្ហ ហើយមានភ្លើង ផ្សែង និងស្ពាន់ធ័រចេញពីមាត់របស់វា។ មនុស្សមួយភាគបីត្រូវបានសម្លាប់ដោយរបស់ទាំងបីនេះ គឺដោយភ្លើង ដោយផ្សែង និងដោយស្ពាន់ធ័រ ដែលចេញពីមាត់របស់វា។ ដ្បិតអំណាចរបស់វាស្ថិតនៅក្នុងមាត់ និងក្នុងកន្ទុយរបស់វា៖ ព្រោះកន្ទុយរបស់វាដូចជាពស់ ហើយមានក្បាល ហើយវាបង្កគ្រោះថ្នាក់ដោយកន្ទុយទាំងនោះ។ វិវរណៈ ៩:១៧–១៩។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អំណាចនៃសាសនាឥស្លាមស្ថិតនៅទាំងក្នុងមាត់របស់ពួកគេ និងក្នុងកន្ទុយរបស់ពួកគេ។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ហើយពួកវាមានកន្ទុយដូចកន្ទុយខ្យាដំរី ហើយមានទ្រនិចនៅកន្ទុយរបស់ពួកវា ហើយពួកវាមានអំណាចធ្វើទុក្ខមនុស្សអស់រយៈពេលប្រាំខែ។ ហើយពួកវាមានស្ដេចមួយអង្គគ្រប់គ្រងលើពួកវា គឺជាទេវតានៃជង្ហុកឥតបាត ដែលមានឈ្មោះជាភាសាហេព្រើរថា អាបាដូន ប៉ុន្តែជាភាសាក្រិកមានឈ្មោះថា អាប៉ូលីយ៉ូន។ វិវរណៈ ៩:១០, ១១។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អំណាចរបស់សាសនាឥស្លាមក្នុងការធ្វើឱ្យរងទុក្ខវេទនា និងសម្លាប់ ស្ថិតនៅទាំងក្នុងមាត់ និងក្នុងកន្ទុយរបស់ពួកវា ដែលចេញមកពីមាត់ និងកន្ទុយរបស់ពួកវា។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ហេតុនេះ ព្រះអម្ចាស់នឹងកាត់ផ្ដាច់ពីអ៊ីស្រាអែល ទាំងក្បាល និងកន្ទុយ ទាំងមែកឈើ និងដើមកក់ ក្នុងថ្ងៃតែមួយ។ អ្នកចាស់ទុំ និងអ្នកមានកិត្តិយស គឺជាក្បាល ហើយហោរាដែលបង្រៀនសេចក្ដីកុហក គឺជាកន្ទុយ។ ដ្បិតពួកអ្នកដឹកនាំប្រជាជននេះធ្វើឱ្យពួកគេវង្វេង ហើយអស់អ្នកដែលត្រូវពួកគេដឹកនាំ ក៏ត្រូវបំផ្លាញដែរ។ អេសាយ ៩:១៤–១៦។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សាសនាឥស្លាម និងអ៊ីស្រាអែលមានទំនាក់ទំនងនឹងគ្នាតាមន័យទំនាយ ដ្បិតទាំងពីរសុទ្ធតែជាកូនចៅរបស់អ័ប្រាហាំ ហើយនៅក្នុងខ្សែនីមួយៗ “ក្បាល” គឺជា “អ្នកចាស់ទុំ និងអ្នកមានកិត្តិយស” ហើយ “កន្ទុយ” គឺជា “ព្យាការីដែលបង្រៀនសេចក្ដីកុហក”។ សម្រាប់សាសនាឥស្លាម ព្យាការីពីបុរាណដែលបានបង្រៀនសេចក្ដីកុហក គឺមូហាំម៉ាត់។ គម្ពីរកូរ៉ានតំណាងឱ្យសេចក្ដីកុហកដែលជំរុញពួកកណ្ដូបនៃសាសនាឥស្លាម ហើយអ្នកចាស់ទុំ និងអ្នកមានកិត្តិយស គឺជាថ្នាក់ដឹកនាំនយោបាយរបស់ពួកគេ។ សាសនាឥស្លាមត្រូវបានដឹកនាំដោយសិល្បៈនៃការគ្រប់គ្រងរដ្ឋ (មាត់) ដែលត្រូវបានជំរុញដោយសេចក្ដីកុហកនៃគម្ពីរកូរ៉ាន (កន្ទុយ)។ សត្វកញ្ជ្រោងទាំងបីរយក្បាលរបស់សាំសុនត្រូវបានបែងចែកជាពីរក្រុម ដោយក្រុមនីមួយៗមានរយៈពេលប្រាំខែ ហើយនឹងធ្វើទុក្ខវេទនា និងសម្លាប់តាមរយៈភ្លើង ផ្សែង និងស្ពាន់ធ័រ។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ភ្លើង ផ្សែង និងស្ពាន់ធ័រ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ភ្លើង ផ្សែង និងស្ពាន់ធ័រ មានលក្ខណៈបែបព្យាករណ៍របស់ទេវតាទាំងបី។ ធាតុទីមួយ និងធាតុចុងក្រោយ សុទ្ធតែជាប្រភេទភ្លើង។ ឫសពាក្យ «ស្ពាន់ធ័រ» តំណាងឱ្យការជះពន្លឺពីព្រះ។ ភ្លើងជានិមិត្តរូបនៃសារ ផ្សែងជាផលនៃសារនោះ ហើយស្ពាន់ធ័រសម្គាល់ថា សារនោះជាសារសាសនា។ ទាំងបីនេះសុទ្ធតែជារូបក្លែងក្លាយនៃសារពិតរបស់ទេវតាទាំងបីក្នុងគម្ពីរវិវរណៈ ជំពូកដប់បួន។ ប្រដាប់បាំងទ្រូងដែកត្រូវបានបង្ហាញជាភ្លើង ត្បូងយ៉ាស៊ីន និងស្ពាន់ធ័រ។ វាក្លែងត្រាប់តាមប្រដាប់បាំងទ្រូងរបស់សម្ដេចសង្ឃ។ ប្រដាប់បាំងទ្រូងរបស់សម្ដេចសង្ឃតំណាងឱ្យមនុស្សមួយសែនបួនម៉ឺនបួនពាន់នាក់ ក្នុងរូបភាពជាត្បូងមនុស្សទាំងដប់ពីរ ដែលរួមផ្សំជាមួយទេវភាព ដែលតំណាងដោយអ៊ូរីម និងធូមីម។ ត្បូងយ៉ាស៊ីននៅសម័យបុរាណមានពណ៌ខៀវខ្មៅចាស់ ឬពណ៌ស្វាយស្រអាប់។ ត្បូងយ៉ាស៊ីននៃប្រដាប់បាំងទ្រូងរបស់សាសនាអ៊ីស្លាម ត្រូវគ្នានឹងផ្សែងដែលចេញពីមាត់ (រដ្ឋ) និងកន្ទុយ (សាសនាចក្រ) របស់សាសនាអ៊ីស្លាម។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ការដែលហេណុកត្រូវបានយកទៅស្ថានសួគ៌ បន្ទាប់ពីបានដើរជាមួយព្រះអស់រយៈពេល ៣០០ ឆ្នាំ ផ្សារភ្ជាប់លេខ ៣០០ ទៅនឹងសាររបស់ទេវតាទីមួយ ដែលបានមកដល់នៅឆ្នាំ ១៧៩៨។ សាររបស់ទេវតាទីមួយនោះបានទទួលអំណាចនៅថ្ងៃទី១១ ខែសីហា ឆ្នាំ១៨៤០ ជាមួយនឹងការសម្រេចតាមទំនាយអំពីរយៈពេលប្រាំខែនៅក្នុងវិវរណៈ ជំពូកទីប្រាំបួន។ រយៈពេលប្រាំខែទាំងពីរនៅក្នុងជំពូកនោះ ត្រូវបានចងភ្ជាប់គ្នាតាមលំនាំមួយបន្ទាត់លើមួយបន្ទាត់។ ការយល់ដឹងថា រយៈពេលប្រាំខែនៅក្នុងខទីប្រាំ និងខទីដប់ គឺជារយៈពេលពីរដាច់ដោយឡែកពីគ្នា ដែលរយៈពេលនីមួយៗមានមួយរយហាសិបឆ្នាំ ទើបតែត្រូវបានទទួលស្គាល់នាពេលថ្មីៗនេះប៉ុណ្ណោះ។ នៅពេលសេចក្ដីពិតនោះត្រូវបានទទួលស្គាល់ សាំសុនបានចងសត្វកញ្ជ្រោងទាំងនោះភ្ជាប់គ្នាជាគូៗ ចំនួនមួយរយហាសិបគូ។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នៅក្នុងប្រវត្តិសាស្ត្របែបទំនាយរបស់សាំសុន (ដែលមានន័យថា «ព្រះអាទិត្យ») «ផ្សែង» ដែលបានហុយចេញពីរណ្ដៅ នៅពេលដែលកូនសោត្រូវបានតំណាងដោយសមរភូមិនីនីវេ បានបិទបាំងព្រះអាទិត្យដោយភាពងងឹត។ ក្រុមអ្នកដើរតាមលោកមីល្លើរបានសម្គាល់យ៉ាងត្រឹមត្រូវថា ការដែលផ្សែងពីរណ្ដៅនៃសាសនាអ៊ីស្លាមបានបិទបាំងព្រះអាទិត្យ គឺជាការបិទបាំងដំណឹងល្អរបស់ព្រះគ្រីស្ទ ដែលតំណាងដោយព្រះអាទិត្យ (សាំសុន)។ ក៏មានទំនាក់ទំនងមួយចំនួនទៀតរវាងសក្ខីភាពរបស់សាំសុន និងសាសនាអ៊ីស្លាមក្នុងកណ្ឌវិវរណៈ ជំពូកទី៩ ដល់ទី១១។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លេខបីលេចឡើងក្នុងប្រវត្តិរបស់សាំសុន ដោយភ្ញៀវក្នុងពិធីមង្គលការត្រូវដោះប្រស្នាឱ្យបានក្នុងរយៈពេលបីថ្ងៃ។ សាំសុនមានទំនាក់ទំនងជាមួយស្ត្រីបីនាក់៖ ភរិយារបស់គាត់មកពីទីមណា ស្ត្រីពេស្យា និងនាងដេលីឡា។ ព្រះវិញ្ញាណនៃព្រះអម្ចាស់យាងមកសណ្ឋិតលើសាំសុនបីដង៖ នៅពេលជួបនឹងសិង្ហ នៅអាសកាឡូន និងនៅលេហ៊ី។ សាំសុនផ្ដល់ចម្លើយមិនពិតចំនួនបីដល់នាងដេលីឡា មុននឹងប្រាប់ការពិត។ លេខបីតំណាងឱ្យព្រះត្រៃឯក ព្រមទាំងព្រះត្រៃឯកក្លែងក្លាយដែលមាននាគ សត្វសាហាវ និងហោរាក្លែងក្លាយ ហើយក៏តំណាងឱ្យសមាសភាពបីផ្នែកនៃពួកជំនុំដែលមានជ័យជម្នះផងដែរ។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ចំនួនសាមសិបគឺជាចំនួនតំណាងឱ្យបូជាចារ្យ ហើយមានអ្នកកំដរសាមសិបនាក់ដែលត្រូវបាននាំមកចូលរួមពិធីជប់លៀងមង្គលការរបស់សាំសុន។ បន្ទាប់មក សាំសុនបានភ្នាល់ថានឹងឱ្យសំពត់ទេសឯកសាមសិបផ្ទាំង និងសម្លៀកបំពាក់សាមសិបឈុត ប្រសិនបើភ្ញៀវទាំងនោះអាចស្រាយប្រស្នាបាន។ នៅពេលចម្លើយនៃប្រស្នារបស់គាត់ត្រូវបានបង្ហើបដោយអំពើក្បត់ សាំសុនបានសម្លាប់បុរសសាមសិបនាក់នៅក្រុងអាសកាឡូន ដើម្បីទូទាត់ការភ្នាល់។ ចំនួនសាមសិបគឺជាតង្វាយមួយភាគដប់តាមន័យទំនាយនៃចំនួន ៣០០ ហើយដោយស្របគ្នានឹងការដែលហេណុកបានដើរជាមួយព្រះអស់រយៈពេលបីរយឆ្នាំ សត្វកញ្ជ្រោងបីរយក្បាលដែលសាំសុនចាប់បាន ហើយចងផ្គុំគ្នាជាមួយរយហាសិបគូ មានទំនាក់ទំនងនឹងទំនាយពីរអំពីរយៈពេលប្រាំខែក្នុងគម្ពីរវិវរណៈ ជំពូកប្រាំបួន ដែលត្រូវបានភ្ជាប់គ្នាដោយប្រើវិធីសាស្ត្របន្ទាត់ត្រួតលើបន្ទាត់។ ចំនួនបីរយគឺជាតង្វាយមួយភាគដប់តាមន័យទំនាយនៃចំនួនបីពាន់ ហើយចំនួនបីពាន់តំណាងឱ្យក្រុមអ្នកសេសសល់មួយក្រុម ទោះជាក្រុមអ្នកសេសសល់ដ៏សុចរិត ដែលតំណាងដោយអស់អ្នកដែលបានប្រែចិត្តជឿនៅថ្ងៃបុណ្យទីហាសិប ឬជាក្រុមអ្នកសេសសល់ដែលមិនសុចរិត ដែលតំណាងដោយអស់អ្នកដែលត្រូវពួកលេវីសម្លាប់នៅពេលនៃការបះបោរពាក់ព័ន្ធនឹងរូបកូនគោមាសក៏ដោយ។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ការបះបោរក្នុងហេតុការណ៍កូនគោមាស និងអ្នកដែលបានប្រែចិត្តជឿនៅថ្ងៃបុណ្យទីហាសិប ទាំងពីរនេះស្របគ្នាក្នុងន័យទំនាយនៅចំណុចនៃច្បាប់ថ្ងៃអាទិត្យដែលនឹងមកដល់ក្នុងពេលឆាប់ៗនេះ។ ក្រុមអ្នកសំណល់មួយតំណាងឱ្យអ្នកសំណល់មួយក្រុមពីចំណោមរាស្ត្រនៃសេចក្ដីសញ្ញារបស់ព្រះ និងអ្នកសំណល់មួយក្រុមពីចំណោមអ្នកដែលនៅក្រៅហ្វូងរាស្ត្រនៃសេចក្ដីសញ្ញារបស់ព្រះ។ ការលើកឡើងអំពីមនុស្សបីពាន់នាក់ជាលើកទីមួយនៅក្នុងទីបន្ទាល់របស់សាំសុន សំដៅទៅលើជនជាតិយូដាដែលបានចាប់សាំសុនធ្វើជាឈ្លើយ ដើម្បីផ្គាប់ចិត្តពួកភីលីស្ទីន ហើយការលើកឡើងជាលើកទីពីរសំដៅទៅលើពួកភីលីស្ទីន។ ការជំនុំជម្រះចាប់ផ្ដើមពីដំណាក់របស់ព្រះ ហើយបន្ទាប់មកបន្តទៅលើពួកកម្មករនៅម៉ោងទីដប់មួយ ដែលនៅតែស្ថិតក្នុងបាប៊ីឡូន។ ទីបន្ទាល់របស់សាំសុនគាំទ្រទាំងនិមិត្តសញ្ញានៃចំនួនបីពាន់ដែលតំណាងឱ្យក្រុមអ្នកសំណល់ ហើយក៏គាំទ្រលំដាប់លំដោយនៃដំណើរការជំនុំជម្រះផងដែរ។ ហេណុកបានដើរជាមួយព្រះអស់រយៈពេលបីរយឆ្នាំ ដូច្នេះ លោកតំណាងឱ្យក្រុមអ្នកសំណល់ពីចំណោមរាស្ត្រនៃសេចក្ដីសញ្ញារបស់ព្រះ ដែលមិនភ្លក់សេចក្ដីស្លាប់។ ក្រុមអ្នកសំណល់នោះគឺជាមនុស្សមួយសែនបួនម៉ឺនបួនពាន់នាក់ ដែលនៅក្នុងជំពូកទីប្រាំពីរនៃកណ្ឌគម្ពីរវិវរណៈ ត្រូវបានប្រៀបផ្ទឹមនឹងហ្វូងមនុស្សដ៏ច្រើន ដើម្បីបង្ហាញពីភាពខុសគ្នា។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តង្វាយមួយភាគដប់នៃចំនួន ៣០០ គឺ ៣០ ដែលជានិមិត្តរូបនៃសង្ឃម្នាក់ ហើយលើសពីនេះ លេខបី ដែលជាតង្វាយមួយភាគដប់នៃសាមសិប តំណាងឱ្យព្រះត្រៃឯក ក៏ដូចជាព្រះត្រៃឯកក្លែងក្លាយរបស់នាគ សត្វសាហាវ និងហោរាក្លែងក្លាយផងដែរ។ លេខបីក៏តំណាងឱ្យការបែងចែកជាបីផ្នែកនៃក្រុមជំនុំដែលទទួលជ័យជម្នះ ដែលតំណាងដោយព្រះបាទដាវីឌ ដែលបានចាប់ផ្ដើមសោយរាជ្យនៅពេលព្រះអង្គមានព្រះជន្មសាមសិបព្រះវស្សា សង្ឃយ៉ូសែប ដែលបានចាប់ផ្ដើមបម្រើនៅពេលគាត់មានអាយុសាមសិបឆ្នាំ និងអេសេគាល ដែលជាហោរាផង និងជាសង្ឃផង ហើយដែលបានចាប់ផ្ដើមកិច្ចបម្រើរយៈពេលម្ភៃពីរឆ្នាំរបស់គាត់ នៅឆ្នាំទីសាមសិបនៃវដ្ដឆ្នាំមហោឡារិកទីដប់ប្រាំពីរ។ ក្នុងឋានៈជាសង្ឃ គាត់គួរតែមានអាយុសាមសិបឆ្នាំ។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តួអង្គជានិមិត្តរូបនីមួយៗក្នុងចំណោមតួអង្គទាំងបី ដែលត្រូវបានបង្ហាញជាព្យាការី បូជាចារ្យ និងស្តេច ទទួលត្រាថ្ងៃសប្ប័ទទីប្រាំពីររបស់ព្រះជាម្ចាស់ នៅត្រង់ចំណុចសម្គាល់ដែលបើកឆាកនៃការឡោមព័ទ្ធ។ សាក្សីពីរនៃសេចក្ដីស្លាប់ រួមជាមួយនឹងសាក្សីបន្ទាប់បន្សំនៃការបំផ្លិចបំផ្លាញក្រុងយេរូសាឡិមនៅឆ្នាំ ៦៦ រួមគ្នាជាសាក្សីបីដែលបញ្ជាក់ថា ចំណុចសម្គាល់នៃការឡោមព័ទ្ធគឺជា ‘សញ្ញា’។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សញ្ញាសម្គាល់ផ្លូវនៃការផ្លាស់ប្តូរ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នៅពេលការឡោមព័ទ្ធចាប់ផ្ដើម ក្រុមជំនុំជ័យជម្នះរបស់ព្រះដែលមានបីផ្នែក ត្រូវបានបោះត្រា ដោយមានឡាមេកជាតំណាង។ ការស្លាប់របស់ភរិយាអេសេគាលបង្ហាញថា នៅត្រង់គោលសម្គាល់ដដែលនោះ ប្រជារាស្ត្រនៃសេចក្ដីសញ្ញាពីមុនត្រូវបានរំលងចោលទាំងស្រុង។ គោលសម្គាល់នេះបង្ហាញពីការផ្លាស់ប្ដូរពីឡៅឌីសេទៅភីឡាដិលភា ដែលក៏ត្រូវបានបង្ហាញជារូបភាពនៃការផ្លាស់ប្ដូរពីក្រុមជំនុំដែលកំពុងតស៊ូប្រយុទ្ធទៅជាក្រុមជំនុំជ័យជម្នះផងដែរ ហើយដោយហេតុនេះ ក៏ក្លាយជាក្រុមជំនុំទីប្រាំបី ដែលជាមួយក្នុងចំណោមក្រុមជំនុំទាំងប្រាំពីរ។ គោលសម្គាល់នោះ នៅក្នុងប្រវត្តិសាស្ត្រនៃទេវតាទីបីក្នុងចលនាអ្នកដើរតាមមីល្ល័រ ដែលលាតសន្ធឹងចាប់ពីថ្ងៃទី២២ ខែតុលា ឆ្នាំ១៨៤៤ រហូតដល់ការបះបោរនៅឆ្នាំ១៨៦៣ បានតំណាងឱ្យអំឡុងពេលនៃឆ្នាំ១៨៥៦ នៅពេលដែលទាំងជេមស៍ និងអេលែន វ៉ាយ បានចាប់ផ្ដើមសម្គាល់ចលនានេះថាជាចលនាបែបឡៅឌីសេ។ នៅឆ្នាំ១៨៥៦ ចលនាអ្នកដើរតាមមីល្ល័របែបភីឡាដិលភាបានផ្លាស់ប្ដូរទៅជាចលនាអ្នកដើរតាមមីល្ល័របែបឡៅឌីសេ។ ប្រាំពីរឆ្នាំក្រោយមក ចលនាអ្នកដើរតាមមីល្ល័របែបឡៅឌីសេបានបញ្ចប់ នៅពេលដែលចលនានេះបានក្លាយជាក្រុមជំនុំសេវេនដេយអាត់វេនទីស្ទបែបឡៅឌីសេ។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ចំណុចសម្គាល់តាមផ្លូវនោះក៏មានគំរូតំណាងនៅក្នុងឆ្នាំ ៣១៣ ផងដែរ ជាឆ្នាំដែលពួកជំនុំស្មឺណាបានបញ្ចប់ ហើយពួកជំនុំពើកាម៉ុសបានចាប់ផ្ដើម។ ជារួម ការផ្លាស់ប្ដូរនៅឆ្នាំ ១៨៥៦ ពីភីឡាដិលភាដ៏សុចរិតទៅកាន់ឡៅឌីសេដែលមិនសុចរិត ស្របគ្នានឹងការផ្លាស់ប្ដូរពីស្មឺណាដ៏សុចរិតទៅកាន់ពើកាម៉ុសដែលមិនសុចរិតនៅឆ្នាំ ៣១៣ ហើយចំណុចផ្លាស់ប្ដូរនោះក៏បញ្ជាក់ថា ចំណុចសម្គាល់តាមផ្លូវនោះជាទីសម្គាល់មួយផងដែរ។ ការឡោមព័ទ្ធចាប់ផ្ដើមដោយមានទីសម្គាល់មួយ ដោយផ្អែកលើសក្ខីកម្មរបស់សាក្សីជាច្រើន។ នៅពេលដែលចលនារបស់ទេវតាទីបី ដែលមានសមាសភាពជាមនុស្សមួយសែនបួនម៉ឺនបួនពាន់នាក់ ត្រូវបានបោះត្រានៅពេលមរណភាពរបស់ឡាមេក នោះពួកគេត្រូវបានបោះត្រា ហើយរួបរួមគ្នាយ៉ាងពេញលេញ ខណៈដែលពួកគេត្រូវបានលើកឡើងជាទង់សម្គាល់ ដ្បិតចំណុចសម្គាល់តាមផ្លូវដំបូងនៃរចនាសម្ព័ន្ធទំនាយអំពីការឡោមព័ទ្ធ គឺជាទីសម្គាល់មួយ។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មរណភាពរបស់យ៉ូហាន ប៉ាឡៃអូឡូហ្គោស ចង្អុលបង្ហាញពីសញ្ញាសម្គាល់តាមផ្លូវនៃឥស្លាម គឺនៅពេលដែលរ៉ូមខាងកើតត្រូវបានឥស្លាមបង្ខំឱ្យចុះចូល។ ការឡោមព័ទ្ធ និងការបំផ្លាញក្រុងយេរូសាឡិម ផ្ដល់នូវសាក្សីពីរអំពីបាប៊ីឡូន និងរ៉ូម។ រយៈពេលមួយឆ្នាំកន្លះរបស់អេសេគាល តំណាងឱ្យពួកអ្នកឡៅឌីសេ ដែលបានបដិសេធមិនព្រមមើលឃើញ និងស្ដាប់ឮសារព្រមានអំពីការត្រូវនាំទៅជាឈ្លើយរបស់ស្ដេចខាងជើង។ សញ្ញាសម្គាល់របស់សេស្ទីយុស តំណាងឱ្យពួកអ្នកភីឡាដិលភាដែលគេចផុតពីស្ដេចខាងជើង។ សញ្ញាសម្គាល់ទាំងពីរនោះទាក់ទងនឹងសារទំនាយផ្ទៃក្នុង ដូចគ្នានឹងលេខ 777 របស់ឡាមេកដែរ។ បន្ទាត់លើបន្ទាត់ មនុស្សមួយក្រុមត្រូវបាននាំទៅជាឈ្លើយនៅពេលមានការឡោមព័ទ្ធ រីឯមនុស្សមួយក្រុមទៀតគេចផុតពីកណ្ដាប់ដៃរបស់ស្ដេចខាងជើង។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មរណភាពរបស់យ៉ូហាន ប៉ាឡៃអូឡូហ្គោស តំណាងឱ្យសារទំនាយខាងក្រៅ ដោយកំណត់ឱ្យឃើញតួនាទីរបស់សាសនាឥស្លាមនៅត្រង់បង្គោលសម្គាល់ផ្លូវ ដែលអ្នកទាំងឡាយដែលឡាមេកតំណាងឱ្យ ត្រូវបានបោះត្រា។ អ្នកដែលរួចខ្លួន និងអ្នកដែលត្រូវចាប់ខ្លួនក្នុងការឡោមព័ទ្ធ និងការបំផ្លិចបំផ្លាញក្រុងយេរូសាឡិម គូសបញ្ជាក់ថា គឺនៅត្រង់បង្គោលសម្គាល់ផ្លូវអាល់ហ្វានៃអំឡុងពេលទំនាយនៃការឡោមព័ទ្ធនោះហើយ ដែលចរិតលក្ខណៈត្រូវបានបង្ហាញឱ្យឃើញ។ ក្រុមមនុស្សទាំងពីរនោះត្រូវបានតំណាងដោយឡាមេកទាំងពីរនាក់។ ក្រុមមួយផ្ដល់ការព្រមានដល់ទីក្រុងណាសវីល រីឯក្រុមមួយទៀតបដិសេធ។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ហើយព្រះអម្ចាស់មានព្រះបន្ទូលទៅគាត់ថា ដូច្នេះ អ្នកណាដែលសម្លាប់កាអ៊ីន អ្នកនោះនឹងត្រូវទទួលទោសសងសឹកប្រាំពីរដង។ ហើយព្រះអម្ចាស់បានដាក់សញ្ញាសម្គាល់មួយលើកាអ៊ីន ដើម្បីកុំឱ្យអ្នកណាដែលជួបគាត់សម្លាប់គាត់ឡើយ។ លោកុប្បត្តិ ៤:១៥។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សញ្ញានៃការបះបោរ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កាអ៊ីនបានទទួលសញ្ញាសម្គាល់នៃការបះបោររបស់ខ្លួន។ សញ្ញាសម្គាល់នៃការបះបោររបស់គាត់ត្រូវបានយល់ថាជាការព្រមានដល់មនុស្សជាតិថា ប្រសិនបើពួកគេសម្លាប់កាអ៊ីន នោះពួកគេនឹងទទួលការជំនុំជម្រះប្រាំពីរដងពីព្រះ។ ក្នុងន័យមួយ សញ្ញាសម្គាល់នោះអាចយល់បានថាជាការដែលព្រះប្រទានការការពារដល់កាអ៊ីន ប៉ុន្តែតាមន័យទំនាយ សញ្ញានោះស្របនឹងសញ្ញាសម្គាល់ព្រមាននៃការបះបោរនៅក្នុងគម្ពីរចុងក្រោយនៃព្រះគម្ពីរ។ សញ្ញាសម្គាល់របស់សត្វសាហាវនៅក្នុងគម្ពីរវិវរណៈ ដែលជាគម្ពីរអូមេហ្គា ត្រូវបានបង្ហាញជាគំរូទុកជាមុនតាមរយៈសញ្ញាសម្គាល់នៃការបះបោររបស់កាអ៊ីននៅក្នុងគម្ពីរលោកុប្បត្តិ ដែលជាគម្ពីរអាល់ហ្វា។ ការព្រមានដែលបង្កប់នៅក្នុងសញ្ញាសម្គាល់របស់កាអ៊ីន គឺថា អ្នកណាដែលបង្ហាញចរិតលក្ខណៈដូចកាអ៊ីន ក៏នឹងត្រូវព្រះបដិសេធ និងជំនុំជម្រះដែរ។ សញ្ញាសម្គាល់នៅលើកាអ៊ីនស្របនឹងសញ្ញាសម្គាល់របស់សត្វសាហាវ ហើយការព្រមាននោះសង្កត់ធ្ងន់លើបទបញ្ជាមិនឱ្យយកតម្រាប់តាមការបះបោររបស់កាអ៊ីនក្នុងការសម្លាប់ប្អូនប្រុសរបស់ខ្លួន ជាការបះបោរដែលនៅក្នុងគម្ពីរវិវរណៈ ត្រូវបានតំណាងដោយរូបតំណាងរបស់សត្វសាហាវ។ ការយកតម្រាប់តាមទង្វើរបស់កាអ៊ីន គឺជាការបង្កើតរូបតំណាងរបស់កាអ៊ីន។ កាអ៊ីនបានទទួលការជំនុំជម្រះបែបអនុវត្តទោសប្រាំពីរដង ហើយនៅជំនាន់ទីប្រាំមួយរាប់ពីកាអ៊ីន ឡាមេកបានទទួលស្គាល់ថា ខ្លួនបានប្រព្រឹត្តអំពើបាបដដែលដូចឪពុករបស់ខ្លួន ប៉ុន្តែការជំនុំជម្រះរបស់ខ្លួននឹងមានកម្រិតប្រាំពីរគុណនឹងចិតសិបដង។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ហើយលេម៉ិចបាននិយាយទៅកាន់ប្រពន្ធទាំងពីររបស់ខ្លួនថា៖ «អ័ដា និងស៊ីឡាអើយ ចូរស្តាប់សំឡេងខ្ញុំ! ឱប្រពន្ធទាំងពីររបស់លេម៉ិចអើយ ចូរផ្ទៀងស្តាប់ពាក្យសម្ដីខ្ញុំចុះ ដ្បិតខ្ញុំបានសម្លាប់បុរសម្នាក់ ព្រោះគេបានធ្វើឱ្យខ្ញុំរងរបួស ហើយបានសម្លាប់យុវជនម្នាក់ ព្រោះគេបានធ្វើឱ្យខ្ញុំឈឺចាប់។ បើគេនឹងសងសឹកឱ្យកាអ៊ីនប្រាំពីរដង នោះគេប្រាកដជានឹងសងសឹកឱ្យលេម៉ិចចិតសិបប្រាំពីរដង»។ លោកុប្បត្តិ ៤:២៣, ២៤។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ខគម្ពីរមុននេះ ជាករណីទីមួយក្នុងចំណោមករណីតែបីប៉ុណ្ណោះ ដែលចំនួននៅក្នុងព្រះបន្ទូលរបស់ព្រះត្រូវបានបង្ហាញក្នុងទម្រង់នៃការគុណ។ ករណីចុងក្រោយក៏ដូចជាករណីទីមួយដែរ។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ពេលនោះ ពេត្រុសចូលទៅគាល់ព្រះអង្គ ហើយទូលថា ព្រះអម្ចាស់អើយ តើបងប្អូនរបស់ទូលបង្គំនឹងប្រព្រឹត្តបាបទាស់នឹងទូលបង្គំប៉ុន្មានដង ហើយទូលបង្គំត្រូវអត់ទោសឱ្យគាត់? រហូតដល់ប្រាំពីរដងឬ? ព្រះយេស៊ូវមានព្រះបន្ទូលទៅគាត់ថា ខ្ញុំមិនប្រាប់អ្នកថា រហូតដល់ប្រាំពីរដងនោះទេ ប៉ុន្តែរហូតដល់ចិតសិបគុណនឹងប្រាំពីរដង។ ម៉ាថាយ ១៨:២១, ២២។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ចិតសិបគុណនឹងប្រាំពីរស្មើនឹងបួនរយកៅសិប ហើយនៅក្នុងប្រវត្តិសាស្ត្រដ៏ពិសិដ្ឋ មានរយៈពេលបួនរយកៅសិបឆ្នាំចំនួនបី ដែលរយៈពេលនីមួយៗតំណាងឱ្យរយៈពេលនៃការសាកល្បងមួយ។ មានរយៈពេលបួនរយកៅសិបឆ្នាំដែលត្រូវបានបង្ហាញសម្រាប់ទីបរិសុទ្ធ សម្រាប់ពួកស្តេច និងសម្រាប់ពលបរិវារ។ រយៈពេលសម្រាប់ពួកស្តេចបានចាប់ផ្តើមពីការចាក់ប្រេងអភិសេកសូលនៅឆ្នាំ ១០៩៧ មុនគ្រិស្តសករាជ ហើយបានបន្តរហូតដល់ការឡោមព័ទ្ធលើកទីមួយរបស់នេប៊ូក្នេសា នៅពេលដែលដានីយ៉ែលត្រូវបានចាប់ជាឈ្លើយក្នុងឆ្នាំ ៦០៧ មុនគ្រិស្តសករាជ។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រយៈពេលសាកល្បងចំនួនបួនរយកៅសិបឆ្នាំ ដែលបានកំណត់ទុកសម្រាប់ទីបរិសុទ្ធ បានចាប់ផ្តើមពីការឧទ្ទិសថ្វាយព្រះវិហាររបស់ព្រះបាទសាឡូម៉ូន នៅឆ្នាំ ១០០៦ មុនគ្រិស្តសករាជ ហើយបានបន្តរហូតដល់ការឧទ្ទិសថ្វាយព្រះវិហារក្រោយសម័យនិរទេស នៅឆ្នាំ ៥១៦ មុនគ្រិស្តសករាជ។ សម្រាប់ពួកពល រយៈពេលបួនរយកៅសិបឆ្នាំនោះ គឺចាប់ពីឆ្នាំ ៤៥៧ មុនគ្រិស្តសករាជ រហូតដល់ឆ្នាំ ៣៤ នៃគ្រិស្តសករាជ។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ចាប់ពីសារព្រមានអំពីការជំនុំជម្រះប្រាំពីរដង និងសញ្ញាសម្គាល់របស់កាអ៊ីន រហូតដល់ចិតសិបគុណនឹងប្រាំពីរដងរបស់ឡាមេក គឺតំណាងជានិមិត្តរូបឱ្យរយៈពេលសាកល្បងចំនួនបួនរយកៅសិបឆ្នាំ។ ការបះបោរដែលសញ្ញាសម្គាល់របស់កាអ៊ីនតំណាងឱ្យ ត្រូវបានបង្ហាញថាកាន់តែខ្លាំងឡើងជាលំដាប់ ស្របនឹងមូលហេតុដែលជំរុញឱ្យព្រះជាម្ចាស់បញ្ជូនទឹកជំនន់មក។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ហើយព្រះជាម្ចាស់ទ្រង់ទតឃើញថា អំពើទុច្ចរិតរបស់មនុស្សនៅលើផែនដីមានច្រើនក្រៃលែង ហើយគ្រប់ទាំងគំនិតដែលចិត្តរបស់គេប៉ងគិត សុទ្ធតែអាក្រក់ជានិច្ច។ ព្រះអម្ចាស់ទ្រង់សោកស្តាយដែលទ្រង់បានបង្កើតមនុស្សនៅលើផែនដី ហើយទ្រង់ព្រួយព្រះហឫទ័យ។ ព្រះអម្ចាស់មានព្រះបន្ទូលថា យើងនឹងបំផ្លាញមនុស្សដែលយើងបានបង្កើត ឱ្យវិនាសបាត់ពីផ្ទៃផែនដី ទាំងមនុស្ស ទាំងសត្វ ទាំងសត្វលូនវារ និងសត្វស្លាបនៅលើអាកាស ដ្បិតយើងសោកស្តាយដែលយើងបានបង្កើតពួកវាមក។ លោកុប្បត្តិ 6:5–7។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លេមេកនៃជំនាន់ទីប្រាំមួយក្នុងពូជពង្សកាអ៊ីន ត្រូវបានលើកមកបង្ហាញជាតំណាងឱ្យក្រុមអ្នកបះបោរដែលមានសញ្ញាសម្គាល់ ផ្ទុយពីលេមេកនៃពូជពង្សសេត។ ទីបន្ទាល់របស់លេមេកទាំងពីរបង្ហាញពីការបញ្ចប់រយៈពេលនៃការសាកល្បង៖ ម្នាក់តាមរយៈការបង្ហាញចំនួន 490 ហើយម្នាក់ទៀតតាមរយៈមរណភាពរបស់ខ្លួន។ ទាំងពីរសុទ្ធតែមាននិមិត្តរូបជាតួលេខ ដែលពាក់ព័ន្ធដោយផ្ទាល់នឹងសមាសភាពបីផ្នែកនៃពួកជំនុំដ៏មានជ័យជម្នះ។ លេមេកនៃពូជពង្សកាអ៊ីនស្របគ្នានឹងរយៈពេលចំនួនបី ដែលរយៈពេលនីមួយៗមាន 490 ឆ្នាំ សម្រាប់ស្តេចទាំងឡាយ ទីបរិសុទ្ធ និងពួកពលបរិវារ ហើយលេមេកនៃពូជពង្សសេតមានត្រានៃលេខប្រាំពីរសម្រាប់ហោរា បូជាចារ្យ និងស្តេច។ លេមេកនៃពូជពង្សសេតគឺជាទេវតាទីពីរក្នុងចំណោមទេវតាទាំងបីនៃគម្ពីរវិវរណៈ ជំពូកដប់បួន ហើយលេមេកនៃពូជពង្សកាអ៊ីនគឺជាទេវតាទីបី ដែលប្រកាសការព្រមានអំពីសត្វសាហាវ រូបរបស់វា សញ្ញាសម្គាល់ និងលេខនៃឈ្មោះរបស់វា។ គម្ពីរវិវរណៈ ជំពូកដប់បួន ខ 9/11 បញ្ជាក់ថានរណាខ្លះជាអ្នកដែលទទួលបណ្ដាសារបស់កាអ៊ីន។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ហើយទេវតាទីបីក៏មកតាមពួកគេ ដោយបន្លឺសំឡេងខ្លាំងថា បើអ្នកណាថ្វាយបង្គំសត្វសាហាវ និងរូបតំណាងរបស់វា ហើយទទួលសញ្ញាសម្គាល់របស់វានៅលើថ្ងាស ឬនៅលើដៃរបស់ខ្លួន អ្នកនោះក៏នឹងត្រូវផឹកស្រានៃព្រះពិរោធរបស់ព្រះ ដែលត្រូវបានចាក់សុទ្ធឥតលាយទៅក្នុងពែងនៃសេចក្ដីក្រោធរបស់ព្រះអង្គ ហើយអ្នកនោះនឹងត្រូវរងទុក្ខទារុណដោយភ្លើង និងស្ពាន់ធ័រ នៅចំពោះមុខពួកទេវតាបរិសុទ្ធ និងនៅចំពោះមុខព្រះកូនចៀម។ ហើយផ្សែងនៃទុក្ខទារុណរបស់ពួកគេក៏ហុយឡើងអស់កល្បជានិច្ចតរៀងទៅ ហើយពួកគេគ្មានការសម្រាកឡើយ ទាំងថ្ងៃទាំងយប់ គឺអស់អ្នកដែលថ្វាយបង្គំសត្វសាហាវ និងរូបតំណាងរបស់វា ព្រមទាំងអ្នកណាដែលទទួលសញ្ញាសម្គាល់នៃឈ្មោះរបស់វា។ វិវរណៈ ១៤:៩–១១។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វិវរណៈ ១៥:២ បញ្ជាក់អត្តសញ្ញាណរបស់អស់អ្នកដែលឡាមេកក្នុងពូជពង្សរបស់សេតតំណាងឱ្យ៖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ខ្ញុំក៏បានឃើញដូចជាសមុទ្រកែវលាយនឹងភ្លើង ហើយបានឃើញអស់អ្នកដែលបានទទួលជ័យជម្នះលើសត្វសាហាវ លើរូបរបស់វា លើសញ្ញាសម្គាល់របស់វា និងលើលេខនៃឈ្មោះរបស់វា កំពុងឈរនៅលើសមុទ្រកែវ ទាំងកាន់ពិណរបស់ព្រះ។ វិវរណៈ ១៥:២។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ឡាមេកនៃពូជពង្សសេត សម្គាល់ការបិទទ្វារតាមរយៈការស្លាប់របស់គាត់។ ឡាមេកនៃពូជពង្សកាអ៊ីន សម្គាល់ការបិទទ្វារនៃរយៈពេលសាកល្បងបួនរយកៅសិបឆ្នាំ។ សញ្ញាសម្គាល់របស់កាអ៊ីន ត្រូវឱ្យគេយល់ថាជាការព្រមានឱ្យប្រយ័ត្នចំពោះអត្តចរិតមួយ ដែលបានសម្ដែងចេញនូវលក្ខណៈបែបទំនាយសំខាន់ៗបីយ៉ាង។ គាត់បានបដិសេធមិនព្រមចូលថ្វាយបង្គំព្រះតាមសេចក្ដីណែនាំរបស់ព្រះឡើយ; គាត់បានសម្ដែងចេញនូវកំហឹងដ៏ពុះកញ្ជ្រោលដោយការច្រណែន ហើយបានសម្លាប់ប្អូនប្រុសរបស់ខ្លួន ហើយទីបី គាត់បានបដិសេធមិនព្រមប្រែចិត្ត។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កាអ៊ីនបានបំពានលើព្រះបញ្ញត្តិនៅលើបន្ទះទីមួយនៃព្រះបញ្ញត្តិទាំងដប់ប្រការ ដែលកំណត់អំពីទំនាក់ទំនងរបស់មនុស្សជាតិជាមួយព្រះ ហើយបន្ទះទីពីរកំណត់អំពីទំនាក់ទំនងរវាងមនុស្សជាតិនឹងមនុស្សជាតិ។ សញ្ញានៃការបះបោររបស់គាត់បានសម្គាល់ថា គាត់ជាអ្នករំលងក្រឹត្យវិន័យ ដោយគ្មានការប្រែចិត្តឡើយ។ កាអ៊ីន និងឡាមេក សម្គាល់ឱ្យឃើញទ្វារដែលត្រូវបានបិទរបស់ទេវតាទីបី នៅគ្រាដែលច្បាប់ថ្ងៃអាទិត្យនឹងមកដល់នាពេលឆាប់ៗខាងមុខ។ ហេណុក មធូសាឡា ឡាមេក និងណូអេ តំណាងឱ្យប្រវត្តិសាស្ត្រដែលចាប់ផ្ដើមដោយការមកដល់របស់ទេវតាទីមួយ ដែលតំណាងដោយហេណុក បន្តដោយការមកដល់របស់ឡាមេកក្នុងនាមជាទេវតាទីពីរ ការមកដល់របស់មធូសាឡាក្នុងនាមជាសម្រែកនៅកណ្ដាលអធ្រាត្រ ដែលផ្ដល់អំណាចដល់សាររបស់ឡាមេក ដែលជាទេវតាទីពីរ ហើយបន្ទាប់មក ណូអេ ក្នុងនាមជាទេវតាទីបី សម្គាល់ឱ្យឃើញទ្វារដែលត្រូវបានបិទនៅគ្រាទឹកជំនន់។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លេមេកបានស្លាប់ប្រាំឆ្នាំមុនទឹកជំនន់ ហើយការស្លាប់នេះកំណត់សម្គាល់រយៈពេលប្រាំឆ្នាំជានិមិត្តរូបមុនពេលទ្វារបិទ នៅគ្រានៃច្បាប់ថ្ងៃអាទិត្យដែលនឹងមកដល់ក្នុងពេលឆាប់ៗនេះ។ គឺនៅពេលលេមេកស្លាប់ក្នុងអាយុ 777 ឆ្នាំនោះហើយ ដែលការបោះត្រាលើក្រុមជំនុំដែលមានជ័យជម្នះត្រូវបានសម្រេចរួចរាល់។ បន្ទាប់មក ប្រាំពីរថ្ងៃមុនពេលទ្វារទូកធំត្រូវបានបិទដោយអំណាចអធិធម្មជាតិ សត្វទាំងឡាយបានចាប់ផ្តើមចូលទៅក្នុងទូកធំ។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ថ្ងៃដែលមធូសាឡាស្លាប់ គឺជាថ្ងៃទីមួយក្នុងចំណោមប្រាំពីរថ្ងៃនោះ។ ការព្រមានចុងក្រោយមុនពេលទ្វារបិទ គឺជាសារដែលមានពីរផ្នែក គឺការបង្ហាញសត្វឱ្យឃើញនឹងភ្នែក អមដោយការសម្រេចនៃសេចក្ដីទំនាយមួយ ដែលត្រូវបានប្រកាសពេញមួយជីវិតរបស់បុរសដែលមានអាយុវែងបំផុតក្នុងចំណោមមនុស្សទាំងអស់ដែលធ្លាប់ស្លាប់។ សេចក្ដីទំនាយនោះមានបង្កប់នៅក្នុងឈ្មោះមធូសាឡា ដែលមានន័យថា ‘នៅពេលគាត់ស្លាប់ វានឹងមកដល់’។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តាមសេចក្ដីតម្រូវនៃទំនាយ សារព្រមានចុងក្រោយសម្រាប់មនុស្សជាតិត្រូវតែជាសារដែលមានពីរផ្នែក ដូចដែលបានបង្ហាញជានិមិត្តរូបដោយរយៈពេលប្រាំពីរថ្ងៃនៃការធ្វើចំណាកស្រុករបស់សត្វ ដែលបានចាប់ផ្ដើមជាមួយនឹងការស្លាប់របស់លោកមធូសាឡា ជាការសម្រេចតាមទំនាយរបស់លោកហេណុក ដែលត្រូវបានប្រកាសតាមរយៈឈ្មោះកូនប្រុសរបស់លោក។ រយៈពេលប្រាំពីរថ្ងៃនៃការធ្វើចំណាកស្រុករបស់សត្វបញ្ជាក់ថា សារដែលមានពីរផ្នែក គឺការស្លាប់របស់លោកមធូសាឡា និងសត្វដែលធ្វើចំណាកស្រុក គឺជាសារនៃការបោះត្រារបស់ទេវតាទីបី។ ព្រះយេស៊ូវតែងតែបង្ហាញអំពីគ្រាចុងបញ្ចប់ដោយយកគ្រាដើមដំបូងមកធ្វើជារូបភាពប្រៀបធៀប ហើយនៅក្នុងកណ្ឌវិវរណៈ សំឡេងទីពីរនៅខទី៤ចូលរួមជាមួយទេវតាទីបីនៃវិវរណៈ ជំពូកទី១៨ ដូចដែលសម្រែកនៅពាក់កណ្ដាលអធ្រាត្របានចូលរួមជាមួយសាររបស់ទេវតាទីពីរដែរ។ សារព្រមានចុងក្រោយតែងតែត្រូវបានបង្ហាញជាសារខាងក្នុង និងសារខាងក្រៅ ដូចដែលបានបង្ហាញជានិមិត្តរូបដោយទំនាក់ទំនងខាងទំនាយរវាងក្រុមជំនុំ និងត្រាទាំងឡាយនៅក្នុងកណ្ឌវិវរណៈ។ សារព្រមានចុងក្រោយនៅក្នុងដានីយ៉ែល ជំពូកទី១១ គឺជាសារនៃទិសខាងជើង និងទិសខាងកើត។ លោកមធូសាឡា និងសត្វដែលធ្វើចំណាកស្រុក គឺជាសារព្រមានចុងក្រោយដែលមានពីរផ្នែកនៅសម័យលោកណូអេ។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មរណភាពរបស់ឡាមេក ដែលមានលេខ ៧៧៧ ជាសញ្ញាសម្គាល់ ស្របគ្នានឹងការចាប់ផ្ដើមនៃការឡោមព័ទ្ធ នៅពេលដែលភរិយារបស់អេសេគាលបានទទួលមរណភាព។ គឺនៅត្រង់នោះហើយដែលពួកអ្នកស្មោះត្រង់ ដែលមានពូជពង្សរបស់សេតជាតំណាង ទទួលការបោះត្រា ហើយក៏នៅត្រង់នោះដែរដែលពួកអ្នកដែលមានពូជពង្សរបស់កាអ៊ីនជាតំណាង ទទួលសញ្ញាសម្គាល់។ ហេណុកជាអ្នកទីប្រាំពីររាប់ពីអ័ដាម ហើយគាត់តំណាងឱ្យគោលសម្គាល់អាល់ហ្វា នៅក្នុងសម័យកាលមួយដែលបញ្ចប់ដោយជំនាន់ចុងក្រោយ និងជំនាន់ដំបូង ដែលជំនាន់ទាំងពីរនេះត្រូវបានតំណាងដោយលេខប្រាំបី។ ឡាមេកទាំងពីររូបចង្អុលបង្ហាញពីការបិទបញ្ចប់រយៈពេលសាកល្បង ហើយមរណភាពរបស់ឡាមេកតំណាងឱ្យទ្វារដែលបានបិទនៃរយៈពេលសាកល្បង នៅពេលចាប់ផ្ដើមការឡោមព័ទ្ធ។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ហេណុកគឺជាអាល់ហ្វានៃប្រវត្តិសាស្ត្រទំនាយ ហើយដោយសារភាពចាំបាច់ខាងទំនាយ លោកត្រូវតែចង្អុលបង្ហាញអូមេហ្គាមួយនៃប្រវត្តិសាស្ត្រទំនាយ។ អូមេហ្គានោះត្រូវបានតំណាងដោយមនុស្សទាំងប្រាំបីនាក់ ដែលបានចាកចេញពីពិភពលោកចាស់ទៅកាន់ពិភពលោកថ្មី ដោយមិនបានភ្លក់រសជាតិនៃសេចក្ដីស្លាប់។ ហេណុក និងមនុស្សទាំងប្រាំបីនាក់នោះមិនបានឃើញសេចក្ដីស្លាប់ឡើយ មុនពេលពួកគេបានទៅដល់ផែនដីថ្មី។ ពិភពលោកចាស់បានបញ្ចប់ក្នុងអំឡុងប្រាំពីរថ្ងៃនៃការផ្លាស់ទីលំនៅរបស់សត្វ ហើយពិភពលោកថ្មីបានចាប់ផ្ដើមដោយមានរយៈពេលប្រាំពីរថ្ងៃដែលគ្មានភ្លៀង។ បន្ទាប់មក ចាប់ពីថ្ងៃទី១៧មក មានតែភ្លៀងប៉ុណ្ណោះអស់រយៈពេលប្រាំខែ រហូតដល់ព្រះជាម្ចាស់បានឃាត់ភ្លៀងនៅចុងរយៈពេលប្រាំខែនោះ គឺនៅថ្ងៃទីដប់ប្រាំពីរ។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ប្រាំខែ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នៅក្នុងគម្ពីរវិវរណៈ ជំពូកទីប្រាំបួន មានសាក្សីពីរដែលបញ្ជាក់អំពីរយៈពេលប្រាំខែ ហើយនៅក្នុងជំពូកនេះ មានសេចក្ដីទំនាយអំពីពេលវេលាដាច់ដោយឡែកពីគ្នាចំនួនបី។ រយៈពេលប្រាំខែទីមួយត្រូវបានចែងនៅក្នុងខទីប្រាំ រយៈពេលប្រាំខែទីពីរនៅក្នុងខទីដប់ ហើយរយៈពេលបីរយកៅសិបមួយឆ្នាំ និងដប់ប្រាំថ្ងៃនៅក្នុងខទីដប់ប្រាំ។ ខ 5, 10 និង 15 បញ្ជាក់អំពីសេចក្ដីទំនាយអំពីពេលវេលារបស់សាសនាឥស្លាម ដោយមានសាក្សីពីរអំពីរយៈពេលប្រាំខែ នៅដើមរយៈពេលនៃសេចក្ដីទំនាយ។ ខ 5 និង 10 សុទ្ធតែបញ្ជាក់អំពីរយៈពេលប្រាំខែ ដូច្នេះ តាមវិធីបន្ទាត់ត្រួតលើបន្ទាត់ ខទីប្រាំ និងខទីដប់ បូកគ្នាបានដប់ប្រាំ។ ដូច្នេះ រយៈពេលប្រាំខែទីមួយគឺ 15 ហើយរយៈពេលបីរយកៅសិបមួយឆ្នាំ និងដប់ប្រាំថ្ងៃ ត្រូវបានចែងនៅក្នុងខ 15។ លំដាប់ និងរចនាសម្ព័ន្ធនៃខ 5, 10 និង 15 បង្ហាញឱ្យឃើញលេខដប់ប្រាំចំនួនពីរ ហើយនៅក្នុងខពីរដំបូង ដែលបូកគ្នាបានដប់ប្រាំនោះ មានសេចក្ដីទំនាយអំពីពេលវេលាចំនួនពីរ ដែលមួយៗមានរយៈពេលមួយរយហាសិបឆ្នាំ។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ខទីដប់ប្រាំបង្ហាញពីទំនាយអំពីរយៈពេលបីរយកៅសិបមួយឆ្នាំ និងដប់ប្រាំថ្ងៃ។ ព្រះគ្រីស្ទបានត្បាញបញ្ចូលលេខដប់ប្រាំទៅក្នុងខចំនួនបី ហើយដោយប្រើរយៈពេលតាមទំនាយដែលបានបង្ហាញនៅក្នុងខទាំងនោះដដែល ព្រះអង្គបានញែកលេខ ១៥ ដែលតំណាងដោយការបូកខទីប្រាំនឹងខទីដប់ ឱ្យដាច់ដោយឡែក ដើម្បីឱ្យលេខដប់ប្រាំលេចឡើងពីរដង នៅពេលដាក់ផ្គូផ្គងនឹងខទីដប់ប្រាំ។ បន្ទាប់មក ព្រះគ្រីស្ទបានបញ្ចប់ទំនាយទាំងបីដែលមានទំនាក់ទំនងគ្នា ដោយរយៈពេលដប់ប្រាំថ្ងៃ។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គន្លឹះនៃជំពូកនេះគឺសមរភូមិនីនីវេនៅឆ្នាំ៦២៧ ហើយប្រាំឆ្នាំក្រោយមក គឺនៅឆ្នាំ៦៣២ មូហាំម៉ាត់បានទទួលមរណភាព ដែលជាការចាប់ផ្តើមនៃបទទំនាយរយៈពេលប្រាំខែទីមួយ។ ដប់ឆ្នាំក្រោយមរណភាពរបស់មូហាំម៉ាត់ កងទ័ពពែរ្សត្រូវបានកម្ទេច ស្របតាមការព្យាករណ៍របស់មូហាំម៉ាត់ថា អំណាចទាំងពីរ គឺពែរ្ស និងរ៉ូម នឹងត្រូវកម្ចាត់ទាំងពីរ។ ដូច្នេះ គម្ពីរវិវរណៈជំពូកទីប្រាំបួនចាប់ផ្តើមដោយខ្សែប្រវត្តិសាស្ត្រមួយ ចាប់ពីសមរភូមិនីនីវេរវាងពែរ្សនិងរ៉ូម។ បន្ទាប់មក ប្រាំឆ្នាំក្រោយ មូហាំម៉ាត់បានទទួលមរណភាព ហើយនោះជាការចាប់ផ្តើមនៃរយៈពេលមួយរយហាសិបឆ្នាំក្នុងខទីប្រាំ។ ដប់ឆ្នាំក្រោយមក ពែរ្សបានចាញ់នៅសមរភូមិណាហាវ៉ាន់ ក្នុងឆ្នាំ៦៤២។ សាសនាអ៊ីស្លាមបានហៅសមរភូមិណាហាវ៉ាន់ថា «ជ័យជម្នះនៃជ័យជម្នះទាំងឡាយ»។ ដប់ប្រាំឆ្នាំដំបូងនៃគម្ពីរវិវរណៈជំពូកទីប្រាំបួន តំណាងឱ្យរយៈពេលប្រាំឆ្នាំ ហើយបន្ទាប់មកដប់ឆ្នាំ។ បទទំនាយចុងក្រោយស្តីពីរយៈពេលបានឈានដល់ទីបញ្ចប់នៅថ្ងៃទី១១ ខែសីហា ឆ្នាំ១៨៤០។ ដប់ថ្ងៃមុនព្រឹត្តិការណ៍នោះ ចូសាយ៉ា លីច បានបោះពុម្ពផ្សាយការព្យាករណ៍ដែលលោកបានធ្វើបច្ចុប្បន្នភាព អំពីការបញ្ចប់អំណាចត្រួតត្រារបស់អូតូម៉ង់។ ដប់ប្រាំថ្ងៃចុងក្រោយនៃអ៊ីស្លាមក្នុងគម្ពីរវិវរណៈជំពូកទីប្រាំបួន ត្រូវបានបែងចែកតាមរយៈកិច្ចការរបស់ចូសាយ៉ា លីច ជាប្រាំថ្ងៃ ហើយបន្ទាប់មកដប់ថ្ងៃ ព្រោះព្រះយេស៊ូវតែងតែបង្ហាញអំពីចុងបញ្ចប់ ដោយយកដើមដំបូងមកធ្វើជាឧទាហរណ៍។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យើងនឹងបន្តពិភាក្សាអំពីសេចក្ដីទាំងនេះនៅក្នុងអត្ថបទបន្ទាប់។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Leelawadee UI" w:hAnsi="Leelawadee UI" w:eastAsia="Leelawadee UI" w:cs="Leelawadee U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Leelawadee UI" w:hAnsi="Leelawadee UI" w:eastAsia="Leelawadee UI" w:cs="Leelawadee UI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Leelawadee UI" w:hAnsi="Leelawadee UI" w:eastAsia="Leelawadee UI" w:cs="Leelawadee UI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Leelawadee UI" w:hAnsi="Leelawadee UI" w:eastAsia="Leelawadee UI" w:cs="Leelawadee UI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Leelawadee UI" w:hAnsi="Leelawadee UI" w:eastAsia="Leelawadee UI" w:cs="Leelawadee UI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Leelawadee UI" w:hAnsi="Leelawadee UI" w:eastAsia="Leelawadee UI" w:cs="Leelawadee UI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Leelawadee UI" w:hAnsi="Leelawadee UI" w:eastAsia="Leelawadee UI" w:cs="Leelawadee UI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Leelawadee UI" w:hAnsi="Leelawadee UI" w:eastAsia="Leelawadee UI" w:cs="Leelawadee UI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Leelawadee UI" w:hAnsi="Leelawadee UI" w:eastAsia="Leelawadee UI" w:cs="Leelawadee UI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Leelawadee UI" w:hAnsi="Leelawadee UI" w:eastAsia="Leelawadee UI" w:cs="Leelawadee UI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ប្រវត្តិសាស្ត្រដ៏លាក់កំបាំងនៃខទីសែសិប - លេខសាមសិបបី</dc:title>
  <dc:subject>អេសេគាល លេខ ១៤</dc:subject>
  <dc:creator>Jeff Pippenger</dc:creator>
  <cp:keywords/>
  <dc:description>Generated by ArticleDigger from hidden_history\33_hidden_history.json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