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ನಲವತ್ತನೆಯ ವಚನದ ಗುಪ್ತ ಇತಿಹಾಸ - ಇಪ್ಪತ್ತನೆಯ ಸಂಖ್ಯೆ</w:t>
      </w:r>
    </w:p>
    <w:p>
      <w:pPr>
        <w:pStyle w:val="ArticleSubtitle"/>
        <w:jc w:val="left"/>
      </w:pPr>
      <w:r>
        <w:rPr>
          <w:rFonts w:ascii="Nirmala UI" w:hAnsi="Nirmala UI" w:eastAsia="Nirmala UI" w:cs="Nirmala UI"/>
        </w:rPr>
        <w:t>ಎರಡನೇ ಶೋಕ — ಭಾಗ ಏಳು — ಎಝೆಕಿಯೇಲನು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ಪ್ರವಾದಿ ಎಜಕಿಯೇಲನು ತನ್ನ ಪ್ರಾರಂಭಿಕ ವಚನಗಳಲ್ಲಿ ಮೂವತ್ತು ವರ್ಷದವನಾಗಿದ್ದನೆಂದು ಗುರುತಿಸುವುದು ಅಂಗೀಕಾರಾರ್ಹವಾದ ಬೈಬಲೀಯ ಗ್ರಹಿಕೆಯಾಗಿದೆ.</w:t>
      </w:r>
    </w:p>
    <w:p>
      <w:pPr>
        <w:pStyle w:val="ArticleScripture"/>
        <w:jc w:val="left"/>
      </w:pPr>
      <w:r>
        <w:rPr>
          <w:rFonts w:ascii="Nirmala UI" w:hAnsi="Nirmala UI" w:eastAsia="Nirmala UI" w:cs="Nirmala UI"/>
        </w:rPr>
        <w:t>ಇದೀಗ ಮுப்பತ್ತನೇ ವರ್ಷದಲ್ಲಿ, ನಾಲ್ಕನೇ ತಿಂಗಳ ಐದನೇ ದಿನದಲ್ಲಿ, ನಾನು ಕೆಬಾರ್ ನದಿಯ ಬಳಿಯಲ್ಲಿ ಬಂಧಿಗಳ ಮಧ್ಯೆ ಇದ್ದಾಗ, ಆಕಾಶವು ತೆರೆಯಲ್ಪಟ್ಟಿತು, ಮತ್ತು ನಾನು ದೇವರ ದರ್ಶನಗಳನ್ನು ಕಂಡೆನು. ತಿಂಗಳ ಐದನೇ ದಿನದಲ್ಲಿ, ಅಂದರೆ ಅರಸನಾದ ಯೆಹೋಯಾಕೀನನ ಬಂಧನದ ಐದನೇ ವರ್ಷದಲ್ಲಿ, ಯೆಹೋವನ ವಾಕ್ಯವು ಬುಜಿಯ ಮಗನಾದ ಯಾಜಕ ಯೆಹೆಜ್ಕೇಲನಿಗೆ, ಕಸ್ದೀಯರ ದೇಶದಲ್ಲಿ ಕೆಬಾರ್ ನದಿಯ ಬಳಿಯಲ್ಲಿ, ಸ್ಪಷ್ಟವಾಗಿ ಬಂದಿತು; ಮತ್ತು ಅಲ್ಲಿ ಯೆಹೋವನ ಹಸ್ತವು ಅವನ ಮೇಲೆ ಇತ್ತು. ಯೆಹೆಜ್ಕೇಲ 1:1–3.</w:t>
      </w:r>
    </w:p>
    <w:p>
      <w:pPr>
        <w:pStyle w:val="ArticleBody"/>
        <w:jc w:val="left"/>
      </w:pPr>
      <w:r>
        <w:rPr>
          <w:rFonts w:ascii="Nirmala UI" w:hAnsi="Nirmala UI" w:eastAsia="Nirmala UI" w:cs="Nirmala UI"/>
        </w:rPr>
        <w:t>ಕೆಲವರು “ಮೂವತ್ತನೆಯ ವರ್ಷ”ವು ಒಂದು ನಿರ್ದಿಷ್ಟ ಯೂಬಿಲಿ ಚಕ್ರವನ್ನು ಆಧರಿಸಿದೆ ಎಂದು ನಂಬುತ್ತಾರೆ; ಅದು ಅರಸನಾದ ಯೋಶೀಯನಿಂದ ಆರಂಭವಾಗಿ ನಲವತ್ತನೇ ಅಧ್ಯಾಯದ ಮೊದಲನೇ ವಚನದಲ್ಲಿ ಅಂತ್ಯಗೊಂಡಿತು.</w:t>
      </w:r>
    </w:p>
    <w:p>
      <w:pPr>
        <w:pStyle w:val="ArticleScripture"/>
        <w:jc w:val="left"/>
      </w:pPr>
      <w:r>
        <w:rPr>
          <w:rFonts w:ascii="Nirmala UI" w:hAnsi="Nirmala UI" w:eastAsia="Nirmala UI" w:cs="Nirmala UI"/>
        </w:rPr>
        <w:t>ನಮ್ಮ ಬಂಧನದ ಇಪ್ಪತ್ತೈದನೆಯ ವರ್ಷದಲ್ಲಿ, ವರ್ಷದ ಆರಂಭದಲ್ಲಿ, ತಿಂಗಳ ಹತ್ತನೇ ದಿನದಲ್ಲಿ, ಪಟ್ಟಣವು ಹೊಡೆದಿಹಾಕಲ್ಪಟ್ಟ ನಂತರದ ಹದಿನಾಲ್ಕನೇ ವರ್ಷದಲ್ಲಿ, ಅದೇ ದಿನದಲ್ಲಿ ಯೆಹೋವನ ಕೈ ನನ್ನ ಮೇಲೆ ಬಂದು, ನನ್ನನ್ನು ಅಲ್ಲಿ ಕೊಂಡೊಯ್ದಿತು. ಯೆಹೆಜ್ಕೇಲ 40:1.</w:t>
      </w:r>
    </w:p>
    <w:p>
      <w:pPr>
        <w:pStyle w:val="ArticleBody"/>
        <w:jc w:val="left"/>
      </w:pPr>
      <w:r>
        <w:rPr>
          <w:rFonts w:ascii="Nirmala UI" w:hAnsi="Nirmala UI" w:eastAsia="Nirmala UI" w:cs="Nirmala UI"/>
        </w:rPr>
        <w:t>ಬೈಬಲಿನ ಕಾಲಗಣನಾಶಾಸ್ತ್ರಜ್ಞರು ನಲವತ್ತನೇ ಅಧ್ಯಾಯದ ಮೊದಲನೆಯ ವಚನದ ದಿನಾಂಕವನ್ನು ಕ್ರಿ.ಪೂ. 573ರ ಏಪ್ರಿಲ್ 28 ಅಥವಾ ಅಕ್ಟೋಬರ್ 22 ಎಂದು ನಿರ್ಧರಿಸುತ್ತಾರೆ. ಎಲ್ಲಾ ಪ್ರವಾದಿಗಳೂ ಅಂತ್ಯಕಾಲದ ದಿನಗಳನ್ನು ಗುರುತಿಸುವುದರಿಂದ, ಕ್ರಿ.ಪೂ. 573ರ ಅಕ್ಟೋಬರ್ 22 ಎಂಬ ಶರತ್ಕಾಲದ ದಿನಾಂಕವು, ಐವತ್ತು ವರ್ಷಗಳ ಮುಂಚೆ ಕ್ರಿ.ಪೂ. 622ರ ಮೇ 5ರಂದು “ಯೋಶಿಯನ ಮಹಾ ಪಾಸ್ಕಾ” ಎಂದು ಕರೆಯಲ್ಪಡುವ ಘಟನೆಯಲ್ಲಿ ಆರಂಭವಾದ ಒಂದು ರೇಖೆಯ ಓಮೆಗಾ ದಿನಾಂಕವಾಗಿದೆ.</w:t>
      </w:r>
    </w:p>
    <w:p>
      <w:pPr>
        <w:pStyle w:val="ArticleBody"/>
        <w:jc w:val="left"/>
      </w:pPr>
      <w:r>
        <w:rPr>
          <w:rFonts w:ascii="Nirmala UI" w:hAnsi="Nirmala UI" w:eastAsia="Nirmala UI" w:cs="Nirmala UI"/>
        </w:rPr>
        <w:t>ಮೂವತ್ತು ಎಂಬ ಸಂಖ್ಯೆ, ಸೇವೆಯನ್ನು ಆರಂಭಿಸುವಾಗ ಮೂವತ್ತು ವರ್ಷದವರಾಗಿರಬೇಕಾಗಿದ್ದ ಯಾಜಕರ ಸಂಕೇತವಾಗಿದೆ. ಯೆಹೆಜ್ಕೇಲ 1ರ 1ರಿಂದ 3ನೇ ವಚನಗಳು ಯೆಹೆಜ್ಕೇಲನ ವಯಸ್ಸನ್ನು ಮೂವತ್ತು ಎಂದು ಸೂಚಿಸುತ್ತಿವೆಯೋ, ಅಥವಾ ಕೇವಲ ಒಬ್ಬ ಯಾಜಕನ ಸಂಕೇತವಾಗಿ ಅವನನ್ನೂ ಮೂವತ್ತು ವರ್ಷದವನಾಗಿ ಪ್ರತಿನಿಧಿಸುತ್ತಿವೆಯೋ, ಯಾವದಾದರೂ ಆಗಿರಲಿ, ಅರ್ಥ ಅದೇ ಆಗಿರುತ್ತದೆ. ಮೊದಲನೆಯ ವಚನದಲ್ಲಿರುವ ಆ ಮೂವತ್ತು ವರ್ಷಗಳು, ಇತರರು ನಂಬುವಂತೆ, ಕ್ರಿ.ಪೂ. 622ರಲ್ಲಿ ಯೋಷೀಯನ ಮಹಾ ಪಾಸ್ಕದ ನಂತರದ ಮுப்பತ್ತನೇ ವರ್ಷವನ್ನು ಸೂಚಿಸುತ್ತಿದ್ದರೆ, ಪ್ರವಾದನಾತ್ಮಕ ಅರ್ಥಸೂಚನೆಗಳು ಇನ್ನೂ ಅದೇ ಆಗಿವೆ.</w:t>
      </w:r>
    </w:p>
    <w:p>
      <w:pPr>
        <w:pStyle w:val="ArticleBody"/>
        <w:jc w:val="left"/>
      </w:pPr>
      <w:r>
        <w:rPr>
          <w:rFonts w:ascii="Nirmala UI" w:hAnsi="Nirmala UI" w:eastAsia="Nirmala UI" w:cs="Nirmala UI"/>
        </w:rPr>
        <w:t>ಯೋಶಿಯನು ಎಂಬ ಹೆಸರಿನ ಅರ್ಥ “ಅಡಿಪಾಯ,” ಮತ್ತು ಅವನ ಮಹಾ ಪಾಸ್ಕಾ ಕ್ರಿ.ಪೂ. 573ರಲ್ಲಿ ಪ್ರಾಯಶ್ಚಿತ್ತದ ದಿನವಾದ ಅಕ್ಟೋಬರ್ 22ರಂದು ಅಂತ್ಯಗೊಂಡ ಒಂದು ಯೂಬಿಲಿ ಅವಧಿಯನ್ನು ಆರಂಭಿಸಿತು. ಯೋಶಿಯನಿಂದ ಅಕ್ಟೋಬರ್ 22ರವರೆಗೆ ಇರುವ “ಯೂಬಿಲಿ ರೇಖೆ” 1840ರಿಂದ 1844ರವರೆಗಿನ ಇತಿಹಾಸದೊಂದಿಗೆ ಹೊಂದಿಕೆಯಾಗುತ್ತದೆ. 1840ರ ಅಡಿಪಾಯಗಳನ್ನು ರಾಜ ಯೋಶಿಯನೂ, ಹಾಗೆಯೇ ಯೋಶಿಯ ಲಿಚ್‌ನೂ ಪ್ರತಿನಿಧಿಸಿದರು. ಅಕ್ಟೋಬರ್ 22ನ್ನು ಯೂಬಿಲಿಯ ತುತ್ತೂರಿಯ ಕೊಂಬು ಪ್ರಾಯಶ್ಚಿತ್ತದ ದಿನದ ಕೊಂಬಿನೊಂದಿಗೆ ಒಟ್ಟಿಗೆ ಊದಲ್ಪಡುವುದರಿಂದ ಪ್ರತಿನಿಧಿಸಲಾಯಿತು.</w:t>
      </w:r>
    </w:p>
    <w:p>
      <w:pPr>
        <w:pStyle w:val="ArticleScripture"/>
        <w:jc w:val="left"/>
      </w:pPr>
      <w:r>
        <w:rPr>
          <w:rFonts w:ascii="Nirmala UI" w:hAnsi="Nirmala UI" w:eastAsia="Nirmala UI" w:cs="Nirmala UI"/>
        </w:rPr>
        <w:t>ನೀನು ನಿನಗಾಗಿ ವರ್ಷಗಳ ಏಳು ಶಬ್ತಗಳನ್ನು ಎಣಿಸಬೇಕು, ಏಳು ಬಾರಿ ಏಳು ವರ್ಷಗಳನ್ನು; ಮತ್ತು ವರ್ಷಗಳ ಆ ಏಳು ಶಬ್ತಗಳ ಅವಧಿಯು ನಿನಗೆ ನಲವತ್ತೊಂಬತ್ತು ವರ್ಷಗಳಾಗುವುದು. ಆಗ ಏಳನೆಯ ತಿಂಗಳ ದಶಮ ದಿನದಲ್ಲಿ, ಪ್ರಾಯಶ್ಚಿತ್ತದ ದಿನದಲ್ಲಿ, ನೀವು ಜೂಬಿಲಿಯ ಕಹಳೆಯನ್ನು ಧ್ವನಿಸಿಸಬೇಕು; ನಿಮ್ಮ ದೇಶದ ಎಲ್ಲೆಡೆ ಕಹಳೆಯ ಧ್ವನಿಯನ್ನು ಮಾಡಿಸಬೇಕು. ಲೇವಿಕಾಂಡ 25:8, 9.</w:t>
      </w:r>
    </w:p>
    <w:p>
      <w:pPr>
        <w:pStyle w:val="ArticleBody"/>
        <w:jc w:val="left"/>
      </w:pPr>
      <w:r>
        <w:rPr>
          <w:rFonts w:ascii="Nirmala UI" w:hAnsi="Nirmala UI" w:eastAsia="Nirmala UI" w:cs="Nirmala UI"/>
        </w:rPr>
        <w:t>ಯೆಹೆಜ್ಕೇಲನು ರಾಜ ಯೋಶಿಯನಿಂದ ಅಕ್ಟೋಬರ್ 22ರವರೆಗೆ ಇರುವ ಜೂಬಿಲಿ ರೇಖೆಯೊಳಗೆ ಸ್ಥಾಪಿಸಲ್ಪಟ್ಟಿದ್ದಾನೆ; ಈ ರೇಖೆಯು 1840ರಿಂದ 1844ರವರೆಗೆ ಪ್ರಕಟಣೆ ಹತ್ತನೆಯ ಅಧ್ಯಾಯದ ಮೊದಲನೆಯ ಮತ್ತು ಎರಡನೆಯ ದೂತರನ್ನು ಪ್ರತಿನಿಧಿಸುತ್ತದೆ. ಯೆಹೆಜ್ಕೇಲನು ಮೊದಲನೆಯ ಮತ್ತು ಎರಡನೆಯ ದೂತರ ಮಿಲ್ಲೆರೈಟ್‌ಗಳನ್ನು ಹಾಗೂ ಮೂರನೆಯ ದೂತನ ಒಂದು ಲಕ್ಷ ನಲವತ್ತ್ನಾಲ್ಕು ಸಾವಿರರನ್ನು ಪ್ರತಿನಿಧಿಸುತ್ತಾನೆ. ಯೆಹೆಜ್ಕೇಲನು ಒಂದು ಲಕ್ಷ ನಲವತ್ತ್ನಾಲ್ಕು ಸಾವಿರರ ಯಾಜಕತ್ವವನ್ನು ಪ್ರತಿನಿಧಿಸುತ್ತಾನೆ; ಆದರೆ ಅವನ ಮುಖ್ಯ ಪ್ರವಾದಿಕ ಲಕ್ಷಣವೆಂದರೆ ಅವನು ಒಬ್ಬ ಪ್ರವಾದಿಯಾಗಿರುವುದು.</w:t>
      </w:r>
    </w:p>
    <w:p>
      <w:pPr>
        <w:pStyle w:val="ArticleHeading"/>
        <w:jc w:val="left"/>
      </w:pPr>
      <w:r>
        <w:rPr>
          <w:rFonts w:ascii="Nirmala UI" w:hAnsi="Nirmala UI" w:eastAsia="Nirmala UI" w:cs="Nirmala UI"/>
        </w:rPr>
        <w:t>ಪ್ರವಾದಿ, ಯಾಜಕ ಮತ್ತು ರಾಜನು</w:t>
      </w:r>
    </w:p>
    <w:p>
      <w:pPr>
        <w:pStyle w:val="ArticleBody"/>
        <w:jc w:val="left"/>
      </w:pPr>
      <w:r>
        <w:rPr>
          <w:rFonts w:ascii="Nirmala UI" w:hAnsi="Nirmala UI" w:eastAsia="Nirmala UI" w:cs="Nirmala UI"/>
        </w:rPr>
        <w:t>ಮೂವತ್ತು ವರ್ಷದ ವಯಸ್ಸಿನಲ್ಲಿ ಸೇವೆಯನ್ನು ಆರಂಭಿಸಿದ ಮೂರು ಬೈಬಲ್ ವ್ಯಕ್ತಿಗಳು ಇದ್ದಾರೆ. ಎಜೆಕಿಯೇಲನೊಂದಿಗೆ ದಾವೀದ ಮತ್ತು ಯೋಸೇಫರೂ ಇದ್ದರು. ಅವರು ಎಲ್ಲರೂ ಮೂವತ್ತು ವರ್ಷದ ವಯಸ್ಸಿನಲ್ಲಿ ಸೇವೆಯನ್ನು ಆರಂಭಿಸಿದ ಕಾರಣ, ಅವರು ಎಲ್ಲರೂ ಯಾಜಕರು. ಪ್ರವಾದಿ, ಯಾಜಕ ಮತ್ತು ರಾಜನನ್ನೊಳಗೊಂಡ ಮಹಿಮೆಯ ತ್ರಿವಿಧ ರಾಜ್ಯದಲ್ಲಿ ದಾವೀದನು ರಾಜನ ಸಂಕೇತ, ಯೋಸೇಫನು ಯಾಜಕನು, ಮತ್ತು ಎಜೆಕಿಯೇಲನು ಪ್ರವಾದಿ.</w:t>
      </w:r>
    </w:p>
    <w:p>
      <w:pPr>
        <w:pStyle w:val="ArticleBody"/>
        <w:jc w:val="left"/>
      </w:pPr>
      <w:r>
        <w:rPr>
          <w:rFonts w:ascii="Nirmala UI" w:hAnsi="Nirmala UI" w:eastAsia="Nirmala UI" w:cs="Nirmala UI"/>
        </w:rPr>
        <w:t>ಆದಾಗ್ಯೂ ಪ್ರವಾದಿ ಯೆಹೆಜ್ಕೇಲನನ್ನು ನಾವು ಒಂದು ಸಂಕೇತವಾಗಿ ಅನ್ವಯಿಸಬಹುದಾದರೂ, ಅವನು ಯಾಜಕನಾಗಿದ್ದಾನೆ; ಮತ್ತು ಯೋಷೀಯನ ಕಾಲದಿಂದ ಅಕ್ಟೋಬರ್ 22ರವರೆಗೆ ಇರುವ ಯೂಬಿಲಿ ರೇಖೆಯಲ್ಲಿ ಅನ್ವಯಿಸಲ್ಪಟ್ಟಾಗ, ಯೆಹೆಜ್ಕೇಲನು ಕ್ರಿ.ಪೂ. 573ರ ಅಕ್ಟೋಬರ್ 22ರವರೆಗೆ ರಾಜ ಯೋಷೀಯನ ಇತಿಹಾಸದಿಂದಲೂ ಮತ್ತು 1840ರಿಂದ 1844ರವರೆಗಿನ ಇತಿಹಾಸದಿಂದಲೂ ಪ್ರತಿರೂಪಿತವಾಗಿರುವ ನೂರ ನಲವತ್ತನಾಲ್ಕು ಸಾವಿರರ ಮುದ್ರಣಕಾಲದಲ್ಲಿ ಒಬ್ಬ ಯಾಜಕನನ್ನು ಪ್ರತಿನಿಧಿಸುವ ಯಾಜಕನಾಗಿದ್ದಾನೆ.</w:t>
      </w:r>
    </w:p>
    <w:p>
      <w:pPr>
        <w:pStyle w:val="ArticleHeading"/>
        <w:jc w:val="left"/>
      </w:pPr>
      <w:r>
        <w:rPr>
          <w:rFonts w:ascii="Nirmala UI" w:hAnsi="Nirmala UI" w:eastAsia="Nirmala UI" w:cs="Nirmala UI"/>
        </w:rPr>
        <w:t>ಇಪ್ಪತ್ತೆರಡು</w:t>
      </w:r>
    </w:p>
    <w:p>
      <w:pPr>
        <w:pStyle w:val="ArticleBody"/>
        <w:jc w:val="left"/>
      </w:pPr>
      <w:r>
        <w:rPr>
          <w:rFonts w:ascii="Nirmala UI" w:hAnsi="Nirmala UI" w:eastAsia="Nirmala UI" w:cs="Nirmala UI"/>
        </w:rPr>
        <w:t>ಯೆಹೆಜ್ಕೇಲನು ಇಪ್ಪತ್ತೆರಡು ವರ್ಷಗಳ ಕಾಲ ಸೇವೆ ಮಾಡಿದನು ಎಂಬುದನ್ನು ಬೈಬಲ್ ಸ್ಪಷ್ಟವಾಗಿ ತಿಳಿಸುತ್ತದೆ. “ಇಪ್ಪತ್ತೆರಡು” ಎಂಬುದು ದೈವತ್ವ ಮತ್ತು ಮಾನವತ್ವಗಳ ಸಂಯೋಗದ ಧ್ವಜವಾಗಿರುವ ಒಂದು ಲಕ್ಷ ನಲವತ್ತಿನಾಲ್ಕು ಸಾವಿರರನ್ನು ಸೂಚಿಸುವ ಒಂದು ಸಂಕೇತವಾಗಿದೆ. ಯೋಶೀಯನ ಪಾಸ್ಕದಿಂದ ಆರಂಭಿಸಿ ನಲವತ್ತನೇ ಅಧ್ಯಾಯದಲ್ಲಿನ ಅಕ್ಟೋಬರ್ 22ರ ಯೂಬಿಲಿ ಆಚರಣೆಯವರೆಗಿನ ಇತಿಹಾಸದಲ್ಲಿ, ಯೋಶೀಯನ ಪಾಸ್ಕವು 1838 ಮತ್ತು 1840ರಲ್ಲಿ ಜೋಸಿಯಾ ಲಿಚ್‌ನ ಕಾರ್ಯವನ್ನು ಪ್ರತಿರೂಪಿಸಿತು. ಆ ಕಾರ್ಯವೆಂದರೆ ಮೊದಲನೆಯದು ಮತ್ತು ಎರಡನೆಯದು ಎಂಬ ಶಾಪಗಳ ಕಾಲಪ್ರವಚನಗಳನ್ನು ಮುಂದಿಟ್ಟುಕೊಡುವುದಾಗಿತ್ತು. ಈಗ ಮೊದಲನೆಯದು ಮತ್ತು ಎರಡನೆಯದು ಎಂಬ ಶಾಪಗಳ ಕುರಿತಿರುವ ಪ್ರವಾದನೆ, ಮುಂಚೂಣಿಗಾರರು ಗ್ರಹಿಸಿದ್ದಕ್ಕಿಂತ ಬಹಳ ವಿಶಾಲವಾಗಿದೆ ಎಂಬುದು ಗೋಚರಿಸುತ್ತದೆ.</w:t>
      </w:r>
    </w:p>
    <w:p>
      <w:pPr>
        <w:pStyle w:val="ArticleBody"/>
        <w:jc w:val="left"/>
      </w:pPr>
      <w:r>
        <w:rPr>
          <w:rFonts w:ascii="Nirmala UI" w:hAnsi="Nirmala UI" w:eastAsia="Nirmala UI" w:cs="Nirmala UI"/>
        </w:rPr>
        <w:t>ಬೈಬಲಿನ ಪ್ರವಾದಿಯಾದ ಏಜೆಕಿಯೇಲನು ತನ್ನ ಬರಹಗಳಲ್ಲಿ ಇತರ ಯಾವ ಬೈಬಲಿನ ಲೇಖಕರಿಗಿಂತಲೂ ಹೆಚ್ಚು ನಿರ್ದಿಷ್ಟ ದಿನಾಂಕಗಳನ್ನು ಸೂಚಿಸುತ್ತಾನೆ.</w:t>
      </w:r>
    </w:p>
    <w:p>
      <w:pPr>
        <w:pStyle w:val="ArticleBody"/>
        <w:jc w:val="left"/>
      </w:pPr>
      <w:r>
        <w:rPr>
          <w:rFonts w:ascii="Nirmala UI" w:hAnsi="Nirmala UI" w:eastAsia="Nirmala UI" w:cs="Nirmala UI"/>
        </w:rPr>
        <w:t>ಯೆಹೆಜ್ಕೇಲನು ಬೈಬಲಿನ ಪ್ರವಾದನೆಯಲ್ಲಿ ಒಂದು ದಿನವು ಒಂದು ವರ್ಷಕ್ಕೆ ಸಮನಾಗುವ ತತ್ತ್ವದ ಓಮೇಗಾ ಆಗಿದ್ದಾನೆ. ಸಂಖ್ಯಾಪುಸ್ತಕದಲ್ಲಿ, ದಿನ-ವರ್ಷ ತತ್ತ್ವದ ಆಲ್ಫಾ ಉಲ್ಲೇಖವು ಕಾದೇಶಿನಲ್ಲಿದ್ದ ಮೊದಲ ದಂಗೆಯ ಸಂದರ್ಭದಲ್ಲಿ ಪ್ರತಿನಿಧಿಸಲ್ಪಟ್ಟಿದೆ; ಅದರಿಂದ ಅರಣ್ಯದಲ್ಲಿ ನಲವತ್ತು ವರ್ಷಗಳ ಅಲೆಮಾರಿ ಸಂಭವಿಸಿತು. ಅಂತಿಮವಾದ, ಅಂದರೆ ಓಮೇಗಾ ದಂಗೆಯನ್ನು, ಯೆರೂಸಲೇಮು ನಾಶವಾಗುವಂತೆ, ನಾಲ್ಕನೇ ಅಧ್ಯಾಯದಲ್ಲಿ ಯೆಹೆಜ್ಕೇಲನು ಪ್ರತಿನಿಧಿಸುತ್ತಾನೆ.</w:t>
      </w:r>
    </w:p>
    <w:p>
      <w:pPr>
        <w:pStyle w:val="ArticleHeading"/>
        <w:jc w:val="left"/>
      </w:pPr>
      <w:r>
        <w:rPr>
          <w:rFonts w:ascii="Nirmala UI" w:hAnsi="Nirmala UI" w:eastAsia="Nirmala UI" w:cs="Nirmala UI"/>
        </w:rPr>
        <w:t>ಆಲ್ಫಾ</w:t>
      </w:r>
    </w:p>
    <w:p>
      <w:pPr>
        <w:pStyle w:val="ArticleScripture"/>
        <w:jc w:val="left"/>
      </w:pPr>
      <w:r>
        <w:rPr>
          <w:rFonts w:ascii="Nirmala UI" w:hAnsi="Nirmala UI" w:eastAsia="Nirmala UI" w:cs="Nirmala UI"/>
        </w:rPr>
        <w:t>ನೀವು ದೇಶವನ್ನು ಶೋಧಿಸಿದ ದಿನಗಳ ಸಂಖ್ಯೆಗೆ ತಕ್ಕಂತೆ, ಅಂದರೆ ನಲವತ್ತು ದಿನಗಳಿಗೆ, ಪ್ರತಿದಿನಕ್ಕೂ ಒಂದು ವರ್ಷದಂತೆ, ನೀವು ನಿಮ್ಮ ದೋಷಗಳನ್ನು ಹೊರುವಿರಿ, ಅಂದರೆ ನಲವತ್ತು ವರ್ಷಗಳ ಕಾಲ; ಆಗ ನೀವು ನನ್ನ ವಾಗ್ದಾನದ ಭಂಗವನ್ನು ತಿಳಿದುಕೊಳ್ಳುವಿರಿ. ನಾನು ಯೆಹೋವನು ಮಾತಾಡಿದ್ದೇನೆ; ನನ್ನ ವಿರೋಧವಾಗಿ ಕೂಡಿಕೊಂಡಿರುವ ಈ ದುಷ್ಟ ಸಮೂಹವೆಲ್ಲರ ಮೇಲೆಯೂ ನಾನು ನಿಶ್ಚಯವಾಗಿ ಹೀಗೆ ಮಾಡುವೆನು: ಈ ಅರಣ್ಯದಲ್ಲಿಯೇ ಅವರು ನಾಶವಾಗುವರು, ಅಲ್ಲಿಯೇ ಸಾಯುವರು. ಅಂಕೆಗಳು 14:34, 35.</w:t>
      </w:r>
    </w:p>
    <w:p>
      <w:pPr>
        <w:pStyle w:val="ArticleHeading"/>
        <w:jc w:val="left"/>
      </w:pPr>
      <w:r>
        <w:rPr>
          <w:rFonts w:ascii="Nirmala UI" w:hAnsi="Nirmala UI" w:eastAsia="Nirmala UI" w:cs="Nirmala UI"/>
        </w:rPr>
        <w:t>ಓಮೆಗಾ</w:t>
      </w:r>
    </w:p>
    <w:p>
      <w:pPr>
        <w:pStyle w:val="ArticleScripture"/>
        <w:jc w:val="left"/>
      </w:pPr>
      <w:r>
        <w:rPr>
          <w:rFonts w:ascii="Nirmala UI" w:hAnsi="Nirmala UI" w:eastAsia="Nirmala UI" w:cs="Nirmala UI"/>
        </w:rPr>
        <w:t>ನೀನು ಸಹ ನಿನ್ನ ಎಡಬದಿಯ ಮೇಲೆ ಮಲಗಿ, ಇಸ್ರಾಯೇಲಿನ ಮನೆಯ ಅಕ್ರಮವನ್ನು ಅದರ ಮೇಲೆ ಇಡು; ನೀನು ಅದರ ಮೇಲೆ ಮಲಗಿರುವ ದಿನಗಳ ಸಂಖ್ಯೆಗೆ ತಕ್ಕಂತೆ ಅವರ ಅಕ್ರಮವನ್ನು ಹೊರುವೆ. ಏಕೆಂದರೆ ಅವರ ಅಕ್ರಮದ ವರ್ಷಗಳನ್ನು ದಿನಗಳ ಸಂಖ್ಯೆಗೆ ಅನುಸಾರವಾಗಿ ನಾನು ನಿನಗೆ ನೇಮಿಸಿದ್ದೇನೆ—ಮೂರು ನೂರು ತೊಂಬತ್ತು ದಿನಗಳು; ಹೀಗೆ ನೀನು ಇಸ್ರಾಯೇಲಿನ ಮನೆಯ ಅಕ್ರಮವನ್ನು ಹೊರುವೆ. ಮತ್ತು ನೀನು ಅವನ್ನು ಪೂರ್ಣಗೊಳಿಸಿದ ನಂತರ, ಮತ್ತೆ ನಿನ್ನ ಬಲಬದಿಯ ಮೇಲೆ ಮಲಗು; ಆಗ ನೀನು ಯೆಹೂದದ ಮನೆಯ ಅಕ್ರಮವನ್ನು ನಲವತ್ತು ದಿನಗಳು ಹೊರುವೆ; ಪ್ರತಿದಿನವನ್ನು ಒಂದು ವರ್ಷಕ್ಕೆ ಸಮನಾಗಿ ನಾನು ನಿನಗೆ ನೇಮಿಸಿದ್ದೇನೆ. ಆದಕಾರಣ ನೀನು ಯೆರೂಸಲೇಮಿನ ಮುತ್ತಿಗೆಯ ಕಡೆಗೆ ನಿನ್ನ ಮುಖವನ್ನು ನೆಟ್ಟಗಿಟ್ಟು, ನಿನ್ನ ಭುಜವನ್ನು ಬಿಚ್ಚಿಟ್ಟುಕೊಂಡು, ಅದರ ವಿರುದ್ಧವಾಗಿ ಪ್ರವಾದಿಸು. ಯೆಹೆಜ್ಕೇಲನು 4:4–7.</w:t>
      </w:r>
    </w:p>
    <w:p>
      <w:pPr>
        <w:pStyle w:val="ArticleBody"/>
        <w:jc w:val="left"/>
      </w:pPr>
      <w:r>
        <w:rPr>
          <w:rFonts w:ascii="Nirmala UI" w:hAnsi="Nirmala UI" w:eastAsia="Nirmala UI" w:cs="Nirmala UI"/>
        </w:rPr>
        <w:t>ಕಾದೇಶ್ ಮತ್ತು ಯೆರೂಸಲೇಮಿನ ನಾಶವು, ಒಂದು ದಿನಕ್ಕೆ ಒಂದು ವರ್ಷದ ತತ್ತ್ವವನ್ನು ಪ್ರತಿನಿಧಿಸುವ ಆಲ್ಫಾ ಮತ್ತು ಓಮೆಗಾ ದಂಗೆಗಳನ್ನು ಸೂಚಿಸುತ್ತದೆ. “ಒಂದು ದಿನಕ್ಕೆ ಒಂದು ವರ್ಷದ ತತ್ತ್ವ”ವು ಮಿಲ್ಲರೈಟ್‌ಗಳ ಪ್ರಮುಖ ನಿಯಮವಾಗಿತ್ತು; ಮತ್ತು 1840ರಿಂದ 1844ರವರೆಗಿನ ಇತಿಹಾಸದಲ್ಲಿ, ರಾಜ ಯೋಶೀಯನ ಜೂಬಿಲಿ ರೇಖೆಯಿಂದ ಅಕ್ಟೋಬರ್ 22ರವರೆಗೆ ಅದರ ಮಾದರಿ ಕಾಣುತ್ತದೆ. ಎಝೆಕಿಯೇಲನು ಇತರ ಯಾವ ಪ್ರವಾದಿಗಿಂತಲೂ ಹೆಚ್ಚಿನ ದಿನಾಂಕಗಳನ್ನು ಮುಂದಿಡುತ್ತಾನೆ. ಎಝೆಕಿಯೇಲನ ದಿನಾಂಕೀಕರಣದ ಒಳಗೆ, ಜೂಬಿಲಿಯ ರೇಖೆ ಗುರುತಿಸಲ್ಪಟ್ಟಿದೆ; ಇದರಿಂದ ಎಝೆಕಿಯೇಲನ ಸಾಕ್ಷಿಯು ಪ್ರಥಮ ಮತ್ತು ದ್ವಿತೀಯ ದೂತರ ಇತಿಹಾಸಕ್ಕೆ ನೇರವಾಗಿ ಸಂಯೋಜಿತವಾಗುತ್ತದೆ, ಮತ್ತು ಅದರ ನಂತರ ತೃತೀಯ ದೂತನ ಇತಿಹಾಸಕ್ಕೂ ಕೂಡ.</w:t>
      </w:r>
    </w:p>
    <w:p>
      <w:pPr>
        <w:pStyle w:val="ArticleBody"/>
        <w:jc w:val="left"/>
      </w:pPr>
      <w:r>
        <w:rPr>
          <w:rFonts w:ascii="Nirmala UI" w:hAnsi="Nirmala UI" w:eastAsia="Nirmala UI" w:cs="Nirmala UI"/>
        </w:rPr>
        <w:t>“ಜೂಬಿಲಿ ರೇಖೆ”ಯೊಡನೆ, ಎಜಿಕಿಯೇಲನು ಮೂರು ನೂರು ತೊಂಬತ್ತು ದಿನಗಳು ತನ್ನ ಒಂದು ಪಾರ್ಶ್ವದ ಮೇಲೆ ಮಲಗಿದ್ದನು; ನಂತರ ನಾಲ್ವತ್ತು ದಿನಗಳು ತನ್ನ ಮತ್ತೊಂದು ಪಾರ್ಶ್ವದ ಮೇಲೆ ಮಲಗಿದ್ದನು. “ನಾಲ್ಕು ನೂರು ಮೂವತ್ತು” ಎಂಬುದು ಹಳೆಯ ಮತ್ತು ಹೊಸ ಒಡಂಬಡಿಕೆಗಳ ಸಂಕೇತವಾಗಿದೆ; ಯಾಕಂದರೆ ಐಗುಪ್ತದಲ್ಲಿ ನಾಲ್ಕು ನೂರು ವರ್ಷಗಳ ಬಂಧನದ ಕುರಿತು ಅಬ್ರಾಮನ ಒಡಂಬಡಿಕೆಯ ವಾಗ್ದಾನಕ್ಕೆ ಅಪೋಸ್ತಲ ಪೌಲನ ಮೂಲಕ ಮೂವತ್ತು ವರ್ಷಗಳ ಎರಡನೆಯ ಸಾಕ್ಷಿಯು ದೊರೆಯಿತು. ಹೀಗೆ ‘ಹಳೆಯದಾದ’ ಅಬ್ರಾಮನು (ನಂತರ ಅಬ್ರಹಾಮ) ಮತ್ತು ‘ಹೊಸದಾದ’ ಸೌಲನು (ನಂತರ ಪೌಲ) ತಮ್ಮ ಸಾಕ್ಷಿಗಳನ್ನು ಒಂದಾಗಿ ಸೇರಿಸಿ, ನಾಲ್ಕು ನೂರು ಮೂವತ್ತು ವರ್ಷಗಳನ್ನು ನಿತ್ಯ ಒಡಂಬಡಿಕೆಯ ಸಂಕೇತವಾಗಿ ಸ್ಥಾಪಿಸಿದರು. “ಮೂರು ನೂರು ತೊಂಬತ್ತು ದಿನಗಳು” “ನೀನು ಇಸ್ರಾಯೇಲಿನ ಮನೆಯ ಅಕ್ರಮವನ್ನು ಹೊತ್ತುಕೊಳ್ಳಬೇಕು.” “ಮತ್ತೂ” “ನೀನು ಯೆಹೂದದ ಮನೆಯ ಅಕ್ರಮವನ್ನು ನಾಲ್ವತ್ತು ದಿನಗಳು ಹೊತ್ತುಕೊಳ್ಳಬೇಕು.” ಒಟ್ಟಾಗಿ ಬಲ ಪಾರ್ಶ್ವವೂ ಎಡ ಪಾರ್ಶ್ವವೂ ಅಬ್ರಾಮ ಮತ್ತು ಪೌಲರಿಗೆ ಸಮಾನವಾಗಿವೆ.</w:t>
      </w:r>
    </w:p>
    <w:p>
      <w:pPr>
        <w:pStyle w:val="ArticleBody"/>
        <w:jc w:val="left"/>
      </w:pPr>
      <w:r>
        <w:rPr>
          <w:rFonts w:ascii="Nirmala UI" w:hAnsi="Nirmala UI" w:eastAsia="Nirmala UI" w:cs="Nirmala UI"/>
        </w:rPr>
        <w:t>ಒಡಂಬಡಿಕೆ ಸದಾ ವಿಧೇಯತೆ ಅಥವಾ ಅವಿಧೇಯತೆ—ಜೀವನ ಅಥವಾ ಮರಣ—ಇವಗಳ ಮೇಲೆ ಆಧಾರಿತವಾಗಿತ್ತು. ಮಿಲ್ಲರೈಟ್ ಇತಿಹಾಸದಲ್ಲಿ ವರ್ಷ-ದಿನ ತತ್ತ್ವವು ಜೀವನ ಅಥವಾ ಮರಣದ ವಿಷಯವಾಗಿತ್ತು, ಮತ್ತು ಆ ಇತಿಹಾಸವನ್ನು ಮೊದಲನೆಯ ದೂತನು ನಿತ್ಯ ಸುವಾರ್ತೆಯಾಗಿ ಪ್ರಕಟಿಸಿದನು. “ಸುವಾರ್ತೆ” ಜೀವನ ಅಥವಾ ಮರಣದ ವಿಷಯವಾಗಿದೆ, ಮತ್ತು ಮಿಲ್ಲರೈಟ್ ಇತಿಹಾಸದಲ್ಲಿನ ಜೀವನ ಅಥವಾ ಮರಣವನ್ನು ಪರೀಕ್ಷಿಸುವ ವಿಷಯವು ಒಂದು ದಿನವು ಒಂದು ವರ್ಷಕ್ಕೆ ಸಮನಾಗುತ್ತದೆ ಎಂಬ ತತ್ತ್ವದ ಸಂದರ್ಭದೊಳಗೆ ಸ್ಥಾಪಿಸಲ್ಪಟ್ಟಿತ್ತು. ಮೊದಲನೆಯ ದೂತನ ಸಂದೇಶಕ್ಕೆ ಶಕ್ತಿಯನ್ನು ನೀಡಿದ ಮುನ್ಸೂಚನೆಯು ಎರಡನೆಯ ಶಾಪಕ್ಕೆ ಸಂಬಂಧಿಸಿದ ಮೂರು ನೂರು ತೊಂಬತ್ತೊಂದು ವರ್ಷಗಳ ಹಾಗೂ ಹದಿನೈದು ದಿನಗಳ ಪ್ರವಾದನೆಯಾಗಿತ್ತು. ಯೆಹೆಜ್ಕೇಲನು ತನ್ನ ಎಡ ಬದಿಯಲ್ಲಿ ಮಲಗಿದ್ದ ಮೂರು ನೂರು ತೊಂಬತ್ತು ದಿನಗಳೊಳಗೆ, ಎರಡನೆಯ ಶಾಪದ ಮೂರು ನೂರು ತೊಂಬತ್ತೊಂದು ವರ್ಷಗಳು ಮತ್ತು ಹದಿನೈದು ದಿನಗಳ ಕಾಲಪ್ರವಾದನೆಯ ಒಂದು ದೃಷ್ಟಾಂತವು ಅಡಕವಾಗಿದೆ. ಪ್ರವಾದನೆಯನ್ನು ಸರಿಯಾಗಿ ವಿಭಾಗಿಸಲು ಪ್ರವಾದನಾತ್ಮಕ ವಿವೇಕವು ಅಗತ್ಯವಿದೆ; ಆದರೆ ಅದು ಯೆಹೂದ ಕುಲದ ಸಿಂಹವು ಮಧ್ಯರಾತ್ರಿ ಕೂಗಿನ ಸಂದೇಶದ ಮುದ್ರೆಯನ್ನು ತೆಗೆಯುತ್ತಿರುವ ನಿರಂತರ ಕಾರ್ಯಕ್ಕಿಂತ ಕಡಿಮೆಯಾದದ್ದೇ ಅಲ್ಲ.</w:t>
      </w:r>
    </w:p>
    <w:p>
      <w:pPr>
        <w:pStyle w:val="ArticleBody"/>
        <w:jc w:val="left"/>
      </w:pPr>
      <w:r>
        <w:rPr>
          <w:rFonts w:ascii="Nirmala UI" w:hAnsi="Nirmala UI" w:eastAsia="Nirmala UI" w:cs="Nirmala UI"/>
        </w:rPr>
        <w:t>ನಾನು ವಾದಿಸುವದೇನೆಂದರೆ, ಏಜೆಕಿಯೇಲನ್ನು ಒಂದು ಲಕ್ಷ ನಲವತ್ತುನಾಲ್ಕು ಸಾವಿರರ ಸಂಕೇತವಾಗಿ ಪರಿಗಣಿಸಬೇಕಾಗಿದೆ; ಆದರೆ ಮುಖ್ಯವಾಗಿ, ಅವನನ್ನು ಪ್ರವಾದನೆಯ ಆತ್ಮದ ವರದ ಸಂಕೇತವಾಗಿ ಪರಿಗಣಿಸಬೇಕಾಗಿದೆ—ಅದು ಅಂತ್ಯಕಾಲದ ಪ್ರವಾದಿಯೊಬ್ಬನ ಪ್ರಕಟನೆವಾಗಿ ಪ್ರತಿನಿಧಿಸಲ್ಪಟ್ಟಿರಲಿ, ಅಥವಾ ಸಾಲಿನ ಮೇಲೆ ಸಾಲು ಎಂಬ ವಿಧಾನಶಾಸ್ತ್ರದ ತತ್ತ್ವವನ್ನು ಅರ್ಥಮಾಡಿಕೊಳ್ಳುವ ಒಡಂಬಡಿಕೆಯ ಜನರ ಪ್ರಕಟನೆವಾಗಿ ಪ್ರತಿನಿಧಿಸಲ್ಪಟ್ಟಿರಲಿ.</w:t>
      </w:r>
    </w:p>
    <w:p>
      <w:pPr>
        <w:pStyle w:val="ArticleBody"/>
        <w:jc w:val="left"/>
      </w:pPr>
      <w:r>
        <w:rPr>
          <w:rFonts w:ascii="Nirmala UI" w:hAnsi="Nirmala UI" w:eastAsia="Nirmala UI" w:cs="Nirmala UI"/>
        </w:rPr>
        <w:t>ಮೂರು ನೂರು ತೊಂಬತ್ತೊಂದು ವರ್ಷಗಳು ಮತ್ತು ಹದಿನೈದು ದಿನಗಳ ಪ್ರವಾದನೆಯ ಕುರಿತು ಎಜೆಕಿಯೇಲನ ಬೆಳಕು, ಮಣ್ಣಿನ ಕುಂಚ ಹಿಡಿದ ಮನುಷ್ಯನು ಆಭರಣಗಳನ್ನು ದೊಡ್ಡ ಪೆಟ್ಟಿಗೆಯೊಳಗೆ ಎಸೆಯುವ ಸಂಗತಿಗೆ ಹೊಂದಿಕೆಯಾಗುತ್ತದೆ ಎಂದು ನಾನು ವಾದಿಸುತ್ತೇನೆ.</w:t>
      </w:r>
    </w:p>
    <w:p>
      <w:pPr>
        <w:pStyle w:val="ArticleBody"/>
        <w:jc w:val="left"/>
      </w:pPr>
      <w:r>
        <w:rPr>
          <w:rFonts w:ascii="Nirmala UI" w:hAnsi="Nirmala UI" w:eastAsia="Nirmala UI" w:cs="Nirmala UI"/>
        </w:rPr>
        <w:t>ದೇವಾಲಯವು ಪೂರ್ಣಗೊಂಡಾಗ, ಯೆಹೆಜ್ಕೇಲನಿಂದ ಬಂದ ಬೆಳಕು ಶಿಖರಶಿಲೆಯ ಸಂದೇಶದ ಅವಿಭಾಜ್ಯ ಅಂಶವಾಗಿದೆ ಎಂದು ನಾನು ವಾದಿಸುತ್ತೇನೆ.</w:t>
      </w:r>
    </w:p>
    <w:p>
      <w:pPr>
        <w:pStyle w:val="ArticleBody"/>
        <w:jc w:val="left"/>
      </w:pPr>
      <w:r>
        <w:rPr>
          <w:rFonts w:ascii="Nirmala UI" w:hAnsi="Nirmala UI" w:eastAsia="Nirmala UI" w:cs="Nirmala UI"/>
        </w:rPr>
        <w:t>ಯೆಹೆಜ್ಕೇಲನು ನಲವತ್ತನೆಯ ಅಧ್ಯಾಯದ ಮೊದಲನೆಯ ವಚನದಲ್ಲಿ ಅಕ್ಟೋಬರ್ 22ರಂದು ಇರುವನು; ಮತ್ತು ಅಲ್ಲಿಯೇ ಭವಿಷ್ಯದ ದೇವಾಲಯದ ದರ್ಶನವು ಯೆಹೆಜ್ಕೇಲನಿಗೆ ನೀಡಲ್ಪಟ್ಟಿದೆ. ಆ ದೇವಾಲಯವು ಒಂದು ಲಕ್ಷ ನಲವತ್ತನಾಲ್ಕು ಸಾವಿರರ ದೇವಾಲಯವಾಗಿದೆ; ಆ ಸಂಖ್ಯೆಗೆ ಯೆಹೆಜ್ಕೇಲನು ಒಂದು ಸಂಕೇತವಾಗಿದ್ದಾನೆ. ಆ ಗುಂಪು ಮೂರನೆಯ ಹಾಗೂ ನಿರ್ಣಾಯಕ ಪರೀಕ್ಷೆಯನ್ನು ತಲುಪುವ ಮೊದಲು ಎರಡು ಪರೀಕ್ಷೆಗಳನ್ನು ದಾಟಿರುವುದು. ಯೆಹೆಜ್ಕೇಲನು ದೇವಾಲಯದಲ್ಲಿ ತನ್ನ ಬೆಳಕನ್ನು ಹೊಂದಿಕೊಳ್ಳುವವನಾಗಿ ಚಿತ್ರಿಸಲ್ಪಟ್ಟಿದ್ದಾನೆ; ಆದ್ದರಿಂದ ಅವನು ಉಂಟುಮಾಡುವ ಬೆಳಕು, ಒಂದು ಸಂಕೇತವಾಗಿ, ದಾನಿಯೇಲನ ಅಧ್ಯಾಯ 10ಕ್ಕೆ ಅನುಸಾರವಾಗಿ ದೇವರ ಜನರು ಮಹಾಪವಿತ್ರಸ್ಥಳಕ್ಕೆ ಪ್ರವೇಶಿಸುವಾಗ ಬರುವ ಬೆಳಕನ್ನು ಪ್ರತಿನಿಧಿಸುತ್ತದೆ.</w:t>
      </w:r>
    </w:p>
    <w:p>
      <w:pPr>
        <w:pStyle w:val="ArticleBody"/>
        <w:jc w:val="left"/>
      </w:pPr>
      <w:r>
        <w:rPr>
          <w:rFonts w:ascii="Nirmala UI" w:hAnsi="Nirmala UI" w:eastAsia="Nirmala UI" w:cs="Nirmala UI"/>
        </w:rPr>
        <w:t>ಮುದ್ರೆ ತೆಗೆಯಲ್ಪಟ್ಟಿರುವ ಯೇಸು ಕ್ರಿಸ್ತನ ಪ್ರಕಟಣೆಯ ಬೆಳಕು, ಕೃಪಾಕಾಲ ಮುಕ್ತಾಯಗೊಳ್ಳುವ ಮೊದಲುಲೇ ತೆರೆದುಕೊಳ್ಳುತ್ತದೆ.</w:t>
      </w:r>
    </w:p>
    <w:p>
      <w:pPr>
        <w:pStyle w:val="ArticleScripture"/>
        <w:jc w:val="left"/>
      </w:pPr>
      <w:r>
        <w:rPr>
          <w:rFonts w:ascii="Nirmala UI" w:hAnsi="Nirmala UI" w:eastAsia="Nirmala UI" w:cs="Nirmala UI"/>
        </w:rPr>
        <w:t>ಆತನು ನನಗೆ ಹೇಳಿದನು: ಈ ಗ್ರಂಥದ ಪ್ರವಾದನೆಯ ವಾಕ್ಯಗಳನ್ನು ಮುದ್ರಿಸಬೇಡ; ಯಾಕಂದರೆ ಕಾಲವು ಸಮೀಪದಲ್ಲಿದೆ. ಅನ್ಯಾಯಿಯಾದವನು ಇನ್ನೂ ಅನ್ಯಾಯಿಯೇ ಆಗಿರಲಿ; ಅಶುದ್ಧನಾದವನು ಇನ್ನೂ ಅಶುದ್ಧನೇ ಆಗಿರಲಿ; ನೀತಿವಂತನಾದವನು ಇನ್ನೂ ನೀತಿವಂತನೇ ಆಗಿರಲಿ; ಪರಿಶುದ್ಧನಾದವನು ಇನ್ನೂ ಪರಿಶುದ್ಧನೇ ಆಗಿರಲಿ. ಪ್ರಕಟಣೆ 22:10, 11.</w:t>
      </w:r>
    </w:p>
    <w:p>
      <w:pPr>
        <w:pStyle w:val="ArticleBody"/>
        <w:jc w:val="left"/>
      </w:pPr>
      <w:r>
        <w:rPr>
          <w:rFonts w:ascii="Nirmala UI" w:hAnsi="Nirmala UI" w:eastAsia="Nirmala UI" w:cs="Nirmala UI"/>
        </w:rPr>
        <w:t>ಹನ್ನೊಂದನೇ ವಚನದಲ್ಲಿ ಕೃಪಾಕಾಲವು ಮುಕ್ತಾಯಗೊಳ್ಳುವದಕ್ಕಿಂತ ತಕ್ಷಣ ಮುಂಚೆಯೇ “ಕಾಲವು ಸಮೀಪಿಸಿದೆ”; ಆದದರಿಂದ, “ಕಾಲವು ಸಮೀಪಿಸಿದೆ” ಎಂಬ ಕಾರಣದಿಂದ ಆ ಸಮಯದಲ್ಲಿ ಯೇಸು ಕ್ರಿಸ್ತನ ಪ್ರಕಟಣೆ ಮುಚ್ಚಳವಿಲ್ಲದಂತಾಗಿರುತ್ತದೆ.</w:t>
      </w:r>
    </w:p>
    <w:p>
      <w:pPr>
        <w:pStyle w:val="ArticleScripture"/>
        <w:jc w:val="left"/>
      </w:pPr>
      <w:r>
        <w:rPr>
          <w:rFonts w:ascii="Nirmala UI" w:hAnsi="Nirmala UI" w:eastAsia="Nirmala UI" w:cs="Nirmala UI"/>
        </w:rPr>
        <w:t>ಯೇಸು ಕ್ರಿಸ್ತನ ಪ್ರಕಟಣೆ; ಶೀಘ್ರದಲ್ಲೇ ಸಂಭವಿಸಬೇಕಾದ ಸಂಗತಿಗಳನ್ನು ತನ್ನ ದಾಸರಿಗೆ ತೋರಿಸುವಂತೆ ದೇವರು ಅದನ್ನು ಅವನಿಗೆ ಕೊಟ್ಟನು; ಮತ್ತು ಅವನು ಅದನ್ನು ತನ್ನ ದೂತನ ಮೂಲಕ ತನ್ನ ದಾಸನಾದ ಯೋಹಾನನಿಗೆ ಕಳುಹಿಸಿ ಸೂಚಿಸಿದನು. ಅವನು ದೇವರ ವಾಕ್ಯಕ್ಕೂ ಯೇಸು ಕ್ರಿಸ್ತನ ಸಾಕ್ಷಿಗೂ ತಾನು ಕಂಡ ಎಲ್ಲಾ ಸಂಗತಿಗಳಿಗೂ ಸಾಕ್ಷಿ ನೀಡಿದನು. ಈ ಪ್ರವಾದನೆಯ ವಾಕ್ಯಗಳನ್ನು ಓದುವವನು ಧನ್ಯನು; ಅವನ್ನು ಕೇಳುವವರೂ ಅದರಲ್ಲಿ ಬರೆಯಲ್ಪಟ್ಟಿರುವ ಸಂಗತಿಗಳನ್ನು ಪಾಲಿಸುವವರೂ ಧನ್ಯರು; ಏಕೆಂದರೆ ಕಾಲವು ಸಮೀಪದಲ್ಲಿದೆ. ಪ್ರಕಟಣೆ 1:1–3.</w:t>
      </w:r>
    </w:p>
    <w:p>
      <w:pPr>
        <w:pStyle w:val="ArticleBody"/>
        <w:jc w:val="left"/>
      </w:pPr>
      <w:r>
        <w:rPr>
          <w:rFonts w:ascii="Nirmala UI" w:hAnsi="Nirmala UI" w:eastAsia="Nirmala UI" w:cs="Nirmala UI"/>
        </w:rPr>
        <w:t>ಭಾನುವಾರದ ಕಾನೂನು ಜಾರಿಯಾದಾಗ ಲವೋದಿಕೀಯನ ಸೆವೆಂತ್-ಡೆ ಅಡ್ವೆಂಟಿಸಂಗೆ ಕೃಪಾಕಾಲ ಮುಕ್ತಾಯಗೊಳ್ಳುತ್ತದೆ; ಮತ್ತು ಅಡ್ವೆಂಟಿಸಂ ಎಜೆಕಿಯೇಲನ ಒಂಬತ್ತನೇ ಅಧ್ಯಾಯದಲ್ಲಿ ಯೆರೂಸಲೇಮಿನ ರೂಪದಲ್ಲಿ ಪ್ರತಿನಿಧಿಸಲ್ಪಟ್ಟಿದೆ. ಅಲ್ಲಿ ದೇಶದಲ್ಲಿಯೂ ಸಭೆಯಲ್ಲಿಯೂ ನಡೆಯುವ ಅಸಹ್ಯಕೃತ್ಯಗಳ ನಿಮಿತ್ತ ನಿಟ್ಟುಸಿರು ಬಿಡುವವರೂ ಅಳುವವರೂ ಮುದ್ರೆಯನ್ನು ಸ್ವೀಕರಿಸುತ್ತಾರೆ. ಮುದ್ರಾಕರಣವು ಇಸ್ಲಾಂನ ಪೂರ್ವಗಾಳಿಗಳು ಜನಾಂಗಗಳನ್ನು ಕೆರಳಿಸುತ್ತಿರುವಾಗ, ಕೃಪಾಕಾಲ ಮುಕ್ತಾಯಗೊಳ್ಳುವದಕ್ಕಿಂತ ತಕ್ಷಣ ಮುಂಚೆಯೇ ಸಂಭವಿಸುತ್ತದೆ. ಎಜೆಕಿಯೇಲನ ಎಂಟನೇ ಅಧ್ಯಾಯದಲ್ಲಿ ಅಡ್ವೆಂಟಿಸಂನ ನಾಲ್ಕು ತಲೆಮಾರುಗಳು ಅಂತ್ಯಗೊಳ್ಳುತ್ತವೆ; ಮತ್ತು ನಾಲ್ಕನೇ ತಲೆಮಾರನ್ನು ಸೂರ್ಯನಿಗೆ ನಮಸ್ಕರಿಸುತ್ತಿದ್ದ ಇಪ್ಪತ್ತೈದು ನಾಯಕರು ಪ್ರತೀಕೀಕರಿಸುತ್ತಾರೆ.</w:t>
      </w:r>
    </w:p>
    <w:p>
      <w:pPr>
        <w:pStyle w:val="ArticleBody"/>
        <w:jc w:val="left"/>
      </w:pPr>
      <w:r>
        <w:rPr>
          <w:rFonts w:ascii="Nirmala UI" w:hAnsi="Nirmala UI" w:eastAsia="Nirmala UI" w:cs="Nirmala UI"/>
        </w:rPr>
        <w:t>ಆ ದರ್ಶನವು ಸಂಕೇತಾತ್ಮಕವಾಗಿ ಭಾನುವಾರ ಕಾಯ್ದೆಯೊಂದೇ ದಿನ ಮೊದಲು, ಅಂದರೆ ಆರು, ಆರು, ಆರುಗಳಿಂದ ಸೂಚಿಸಲ್ಪಟ್ಟ ಕೃಪಾಕಾಲದ ಅಂತ್ಯದ ತಕ್ಷಣ ಮೊದಲು, ನೀಡಲ್ಪಟ್ಟಿತು.</w:t>
      </w:r>
    </w:p>
    <w:p>
      <w:pPr>
        <w:pStyle w:val="ArticleScripture"/>
        <w:jc w:val="left"/>
      </w:pPr>
      <w:r>
        <w:rPr>
          <w:rFonts w:ascii="Nirmala UI" w:hAnsi="Nirmala UI" w:eastAsia="Nirmala UI" w:cs="Nirmala UI"/>
        </w:rPr>
        <w:t>ಆರನೆಯ ವರ್ಷದಲ್ಲಿ, ಆರನೆಯ ತಿಂಗಳಲ್ಲಿ, ತಿಂಗಳ ಐದನೆಯ ದಿನದಲ್ಲಿ, ನಾನು ನನ್ನ ಮನೆಯಲ್ಲಿ ಕೂತಿದ್ದಾಗ ಮತ್ತು ಯೆಹೂದದ ಹಿರಿಯರು ನನ್ನ ಮುಂದೆ ಕೂತಿದ್ದಾಗ, ಅಲ್ಲಿ ಕರ್ತನಾದ ಯೆಹೋವನ ಕೈ ನನ್ನ ಮೇಲೆ ಬಂತು. ಆಗ ನಾನು ನೋಡಿದೆನು; ಇದೋ, ಬೆಂಕಿಯ ಸ್ವರೂಪದಂತಿರುವ ಒಂದು ರೂಪವು ಕಾಣಿಸಿತು: ಅವನ ಕಟಿಭಾಗದಿಂದ ಕೆಳಗೆ ಬೆಂಕಿ; ಅವನ ಕಟಿಭಾಗದಿಂದ ಮೇಲಕ್ಕೆ ಪ್ರಕಾಶದ ರೂಪ, ಅಂಬರ್‌ನ ಬಣ್ಣದಂತಿತ್ತು. ಆಗ ಅವನು ಕೈಯ ಆಕಾರದಂತಿದ್ದೊಂದನ್ನು ಚಾಚಿ, ನನ್ನ ತಲೆಯ ಕೂದಲಿನ ಒಂದು ಗುಚ್ಛವನ್ನು ಹಿಡಿದನು; ಆತ್ಮವು ನನ್ನನ್ನು ಭೂಮಿಯ ಮತ್ತು ಆಕಾಶದ ಮಧ್ಯೆ ಎತ್ತಿಕೊಂಡು, ದೇವರ ದರ್ಶನಗಳಲ್ಲಿ ನನ್ನನ್ನು ಯೆರೂಸಲೇಮಿಗೆ, ಉತ್ತರದ ಕಡೆಗೆ ಮುಖಮಾಡಿದ ಒಳಗಿನ ಬಾಗಿಲಿನ ದ್ವಾರಕ್ಕೆ ತಂದಿತು; ಅಲ್ಲಿ ಅಸೂಯೆಗೊಳಿಸುವ, ಅಸೂಯೆಯನ್ನು ಪ್ರಚೋದಿಸುವ ವಿಗ್ರಹದ ಆಸನವು ಇತ್ತು. ಮತ್ತು ಇದೋ, ಸಮತಟ್ಟಿನ ಪ್ರದೇಶದಲ್ಲಿ ನಾನು ಕಂಡ ದರ್ಶನದ ಪ್ರಕಾರ, ಅಲ್ಲಿ ಇಸ್ರಾಯೇಲಿನ ದೇವರ ಮಹಿಮೆ ಇತ್ತು. ಯೆಹೆಜ್ಕೇಲ 8:1–4.</w:t>
      </w:r>
    </w:p>
    <w:p>
      <w:pPr>
        <w:pStyle w:val="ArticleBody"/>
        <w:jc w:val="left"/>
      </w:pPr>
      <w:r>
        <w:rPr>
          <w:rFonts w:ascii="Nirmala UI" w:hAnsi="Nirmala UI" w:eastAsia="Nirmala UI" w:cs="Nirmala UI"/>
        </w:rPr>
        <w:t>ಆರನೇ ವರ್ಷದ, ಆರನೇ ತಿಂಗಳ ಮತ್ತು ಐದನೇ ದಿನದ ದರ್ಶನವು ‘666’ ಕ್ಕೆ, ಅಂದರೆ ಭಾನುವಾರದ ಕಾನೂನಿನ ಸಂಕೇತಕ್ಕೆ, ತಕ್ಷಣ ಮುಂಚೆಯೇ ಬಂತು; ಆಗ ಲಾವೊದಿಕೀಯ ಅದ್ವೆಂಟಿಸಂಗೆ ಅನುಗ್ರಹಕಾಲವು ಮುಚ್ಚಿಕೊಳ್ಳುತ್ತದೆ. ಆ ದರ್ಶನವು ಎಝೆಕಿಯೇಲು “ಸಮತಟ್ಟಿನಲ್ಲಿ” ಕಂಡ “ದರ್ಶನದ ಪ್ರಕಾರ” ಇತ್ತು. ಅವನು ಸಮತಟ್ಟಿನಲ್ಲಿ ಕಂಡ ದರ್ಶನವು ಮುಂಚೆಯೇ, ಮೂರನೇ ಅಧ್ಯಾಯದಲ್ಲಿ, ಕಾಣಸಿಗುತ್ತದೆ.</w:t>
      </w:r>
    </w:p>
    <w:p>
      <w:pPr>
        <w:pStyle w:val="ArticleScripture"/>
        <w:jc w:val="left"/>
      </w:pPr>
      <w:r>
        <w:rPr>
          <w:rFonts w:ascii="Nirmala UI" w:hAnsi="Nirmala UI" w:eastAsia="Nirmala UI" w:cs="Nirmala UI"/>
        </w:rPr>
        <w:t>ಆಗ ನಾನು ಎದ್ದು ಸಮತಟ್ಟಿನ ಪ್ರದೇಶಕ್ಕೆ ಹೊರಟು ಹೋದೆನು; ಮತ್ತು, ಇಗೋ, ಕೆಬಾರ್ ನದಿಯ ಬಳಿಯಲ್ಲಿ ನಾನು ಕಂಡ ಮಹಿಮೆಯಂತೆಯೇ ಕರ್ತನ ಮಹಿಮೆ ಅಲ್ಲಿ ನಿಂತಿತ್ತು; ಆಗ ನಾನು ಮುಖಕೆಳಗಾಗಿ ಬಿದ್ದೆನು. ಯೆಹೆಜ್ಕೇಲನು 3:23.</w:t>
      </w:r>
    </w:p>
    <w:p>
      <w:pPr>
        <w:pStyle w:val="ArticleBody"/>
        <w:jc w:val="left"/>
      </w:pPr>
      <w:r>
        <w:rPr>
          <w:rFonts w:ascii="Nirmala UI" w:hAnsi="Nirmala UI" w:eastAsia="Nirmala UI" w:cs="Nirmala UI"/>
        </w:rPr>
        <w:t>“ಸಮತಟ್ಟಿನ” ದರ್ಶನವು, ಅಂದರೆ ಆರನೆಯ ವರ್ಷದ ಆರನೆಯ ತಿಂಗಳ ಐದನೆಯ ದಿನದ ದರ್ಶನವು, ಯೆಹೆಜ್ಕೇಲನು ಇದಕ್ಕೂ ಮೊದಲು ಕೆಬಾರ್ ನದಿಯ ಬಳಿಯಲ್ಲಿ ಕಂಡಿದ್ದ ದರ್ಶನವೇ ಆಗಿತ್ತು.</w:t>
      </w:r>
    </w:p>
    <w:p>
      <w:pPr>
        <w:pStyle w:val="ArticleScripture"/>
        <w:jc w:val="left"/>
      </w:pPr>
      <w:r>
        <w:rPr>
          <w:rFonts w:ascii="Nirmala UI" w:hAnsi="Nirmala UI" w:eastAsia="Nirmala UI" w:cs="Nirmala UI"/>
        </w:rPr>
        <w:t>ಮுப்பತ್ತನೆಯ ವರ್ಷದಲ್ಲಿ, ನಾಲ್ಕನೆಯ ತಿಂಗಳಲ್ಲಿ, ತಿಂಗಳ ಐದನೆಯ ದಿನದಲ್ಲಿ, ನಾನು ಕೆಬಾರ್ ನದಿಯ ಬಳಿಯಲ್ಲಿ ಬಂಧಿತರ ಮಧ್ಯದಲ್ಲಿದ್ದಾಗ, ಆಕಾಶವು ತೆರೆಯಲ್ಪಟ್ಟಿತು; ಆಗ ನಾನು ದೇವರ ದರ್ಶನಗಳನ್ನು ಕಂಡೆನು. ಯೆಹೆಜ್ಕೇಲ 1:1.</w:t>
      </w:r>
    </w:p>
    <w:p>
      <w:pPr>
        <w:pStyle w:val="ArticleBody"/>
        <w:jc w:val="left"/>
      </w:pPr>
      <w:r>
        <w:rPr>
          <w:rFonts w:ascii="Nirmala UI" w:hAnsi="Nirmala UI" w:eastAsia="Nirmala UI" w:cs="Nirmala UI"/>
        </w:rPr>
        <w:t>ಕೇಬಾರ್ ನದಿಯ ಬಳಿಯಲ್ಲಿ ಏಜೆಕಿಯೇಲನು “ಕಂಡ” ಆ “ದೇವರ ದರ್ಶನಗಳು” ಸಮತಟ್ಟಿನ ದರ್ಶನವಾಗಿತ್ತು; ಅದೇ ಏಜೆಕಿಯೇಲ 8ರಿಂದ 11ನೇ ಅಧ್ಯಾಯಗಳ ದರ್ಶನವೂ ಆಗಿತ್ತು. ಆ ದರ್ಶನಗಳು ಏಜೆಕಿಯೇಲನು ಪರಿಶುದ್ಧಾಲಯದೊಳಗೆ ನೋಡುತ್ತಿರುವ ಸಂದರ್ಭದಲ್ಲಿಯೇ ಪ್ರದರ್ಶಿಸಲ್ಪಟ್ಟವು; ಅಲ್ಲಿ 10ನೇ ಅಧ್ಯಾಯದ “ಮರಾ” ನೋಡುವ ಕನ್ನಡಿಯ ದರ್ಶನವು ನೆರವೇರುತ್ತದೆ. ಏಜೆಕಿಯೇಲನು, ಪರಿಶುದ್ಧ ಪರಿಶುದ್ಧಸ್ಥಳದಿಂದ ಪ್ರಕಾಶಿಸುವ ಪ್ರವಾದ್ಯಾತ್ಮಕ ಬೆಳಕಿನಲ್ಲಿ ಪಾಲುಗೊಳ್ಳುವವರನ್ನು ಪ್ರತಿನಿಧಿಸುತ್ತಾನೆ; ಪರೀಕ್ಷಾಕಾಲದ ಮುಕ್ತಾಯಕ್ಕಿಂತ ಸ್ವಲ್ಪ ಮುಂಚೆ ಯೇಸು ಕ್ರಿಸ್ತನ ಪ್ರಕಟನೆಯು ಹೊರತರುವ ಸಂದರ್ಭದಲ್ಲೇ ಇದು ಸಂಭವಿಸುತ್ತದೆ.</w:t>
      </w:r>
    </w:p>
    <w:p>
      <w:pPr>
        <w:pStyle w:val="ArticleBody"/>
        <w:jc w:val="left"/>
      </w:pPr>
      <w:r>
        <w:rPr>
          <w:rFonts w:ascii="Nirmala UI" w:hAnsi="Nirmala UI" w:eastAsia="Nirmala UI" w:cs="Nirmala UI"/>
        </w:rPr>
        <w:t>ಪಾಸ್ಕದಿಂದ ಆರಂಭವಾಗಿ ಅಕ್ಟೋಬರ್ 22ರಂದು ಅಂತ್ಯಗೊಳ್ಳುವ ರಾಜ ಯೋಶೀಯನ ಜೂಬಿಲಿ ರೇಖೆಯನ್ನು ನಾವು ಗುರುತಿಸುವಾಗ, ಲೇವ್ಯಕಾಂಡ ಇಪ್ಪತ್ತಮೂರರಲ್ಲಿ ನಿರೂಪಿಸಲ್ಪಟ್ಟಿರುವ ವಸಂತಕಾಲದ ಹಬ್ಬಗಳೂ ಶರತ್ಕಾಲದ ಹಬ್ಬಗಳೂ ಆದ ಸಂಕೇತವನ್ನು ನಾವು ಗುರುತಿಸುತ್ತಿದ್ದೇವೆ. ಅಲ್ಲಿ ವಸಂತಕಾಲದ ಮತ್ತು ಶರತ್ಕಾಲದ ಹಬ್ಬಗಳು ತಲಾ ಇಪ್ಪತ್ತೆರಡು ವಚನಗಳೊಂದಿಗೆ ನಿರೂಪಿಸಲ್ಪಟ್ಟಿವೆ; ಇದೇ ರೀತಿಯಾಗಿ ಎಝೆಕಿಯೇಲನ ಸೇವೆಯೂ ಇಪ್ಪತ್ತೆರಡು ವರ್ಷಗಳಾಗಿತ್ತು. ಜೂಬಿಲಿ ರೇಖೆಯ ಮೂವತ್ತನೇ ವರ್ಷದಲ್ಲಿ ಎಝೆಕಿಯೇಲನನ್ನು ಹೊಂದಿಸುವುದು, ಎಝೆಕಿಯೇಲನ ಜನನವು ಯೋಶೀಯನ ಪುನರುಜ್ಜೀವನದೊಂದಿಗೆ ಹೊಂದಿಕೆಯಾಗಲು ಅವಕಾಶ ಮಾಡಿಕೊಡುತ್ತದೆ. ಅವನು ಜೂಬಿಲಿ ಚಕ್ರದ ಮೂವತ್ತನೇ ವರ್ಷದಲ್ಲಿ ಮೂವತ್ತು ವರ್ಷದವನಾಗಿದ್ದರೆ, ಎಝೆಕಿಯೇಲನು ಯೋಶೀಯನ ಧಾರ್ಮಿಕ ಸುಧಾರಣೆಯ ಸಮಯದಲ್ಲಿ ಜನಿಸಿದ್ದವನಾಗಿರುತ್ತಾನೆ.</w:t>
      </w:r>
    </w:p>
    <w:p>
      <w:pPr>
        <w:pStyle w:val="ArticleBody"/>
        <w:jc w:val="left"/>
      </w:pPr>
      <w:r>
        <w:rPr>
          <w:rFonts w:ascii="Nirmala UI" w:hAnsi="Nirmala UI" w:eastAsia="Nirmala UI" w:cs="Nirmala UI"/>
        </w:rPr>
        <w:t>ವಿಶ್ವಾಸದ ಮೂಲಕ ಅತಿ ಪರಿಶುದ್ಧ ಸ್ಥಳಕ್ಕೆ ಪ್ರವೇಶಿಸುವವರ ಪ್ರತೀಕನು ಏಜೆಕಿಯೇಲನಾಗಿದ್ದಾನೆ. ಅಲ್ಲಿ ಪ್ರವೇಶಿಸಿದ ನಂತರ, ಮಾನವ ಪರಸ್ಪರ ಸಂಬಂಧಗಳ ಸಂಕೀರ್ಣ ಚಲನವಲನವನ್ನು ಪ್ರತಿನಿಧಿಸುವ ಚಕ್ರಗಳೊಳಗಿನ ಚಕ್ರಗಳನ್ನು ಅವರು ಕಾಣುತ್ತಾರೆ. ಪ್ರಕಟನೆ ಅಧ್ಯಾಯ ಹತ್ತರಲ್ಲಿ ಯೋಹಾನನ ವಿಷಯದಲ್ಲಿರುವಂತೆಯೇ, ಏಜೆಕಿಯೇಲನು ಮಿಲ್ಲರೈಟರನ್ನು ಪ್ರತಿನಿಧಿಸುತ್ತಾನೆ; ಆದರೆ ಇನ್ನೂ ನೇರವಾಗಿ, ಅವನು ಒಂದು ಲಕ್ಷ ನಲವತ್ತನಾಲ್ಕು ಸಾವಿರರನ್ನು ಪ್ರತಿನಿಧಿಸುತ್ತಾನೆ. ಅವನ ಸಮಾನಾಂತರ ಮೂರು ನೂರು ತೊಂಬತ್ತೊಂದು ವರ್ಷಗಳು ಮತ್ತು ಹದಿನೈದು ದಿನಗಳ ಕಾಲಪ್ರವಾದನೆಯು, ಯೆರೂಸಲೇಮಿನ ನಾಶದೊಂದಿಗೆ ಲವೋದಿಕೀಯ ಆದ್ವೆಂಟಿಸಂನ ಅಂತಿಮ ತೀರ್ಪನ್ನು ಚಿತ್ರಿಸುತ್ತದೆ; ಹಾಗೆಯೇ ಅದು ಮೂವತ್ತೆಂಟು ಮತ್ತು ನಲವತ್ತು ಎಂಬ ಗೂಢಾರ್ಥವನ್ನೂ ಒಳಗೊಂಡಿದೆ.</w:t>
      </w:r>
    </w:p>
    <w:p>
      <w:pPr>
        <w:pStyle w:val="ArticleBody"/>
        <w:jc w:val="left"/>
      </w:pPr>
      <w:r>
        <w:rPr>
          <w:rFonts w:ascii="Nirmala UI" w:hAnsi="Nirmala UI" w:eastAsia="Nirmala UI" w:cs="Nirmala UI"/>
        </w:rPr>
        <w:t>ಇದರಲ್ಲಿ ನಾಲ್ಕು ನೂರು ಮೂವತ್ತು ವರ್ಷಗಳ ಸಂಕೇತಾರ್ಥವೂ ಒಳಗೊಂಡಿದೆ.</w:t>
      </w:r>
    </w:p>
    <w:p>
      <w:pPr>
        <w:pStyle w:val="ArticleBody"/>
        <w:jc w:val="left"/>
      </w:pPr>
      <w:r>
        <w:rPr>
          <w:rFonts w:ascii="Nirmala UI" w:hAnsi="Nirmala UI" w:eastAsia="Nirmala UI" w:cs="Nirmala UI"/>
        </w:rPr>
        <w:t>ಇದು 1333ರಿಂದ 1337ರವರೆಗೆ, 1449ರಿಂದ 1453ರವರೆಗೆ ಮತ್ತು 1840ರಿಂದ 1844ರವರೆಗೆ ಎಂಬ ಅವಧಿಗಳಿಂದ ಪ್ರತಿನಿಧಿಸಲ್ಪಟ್ಟ ನಾಲ್ಕು ವರ್ಷದ ಅವಧಿಯನ್ನು ಒಳಗೊಂಡಿದೆ.</w:t>
      </w:r>
    </w:p>
    <w:p>
      <w:pPr>
        <w:pStyle w:val="ArticleBody"/>
        <w:jc w:val="left"/>
      </w:pPr>
      <w:r>
        <w:rPr>
          <w:rFonts w:ascii="Nirmala UI" w:hAnsi="Nirmala UI" w:eastAsia="Nirmala UI" w:cs="Nirmala UI"/>
        </w:rPr>
        <w:t>ಈ ಅತಿ ಮಹತ್ವದ ವಿಷಯದ ಕುರಿತು ನಮ್ಮ ಪರಿಗಣನೆಗಳನ್ನು ಮುಂದಿನ ಲೇಖನದಲ್ಲಿ ಆರಂಭಿಸುತ್ತೇವೆ.</w:t>
      </w:r>
    </w:p>
    <w:p>
      <w:pPr>
        <w:pStyle w:val="ArticleScripture"/>
        <w:jc w:val="left"/>
      </w:pPr>
      <w:r>
        <w:rPr>
          <w:rFonts w:ascii="Nirmala UI" w:hAnsi="Nirmala UI" w:eastAsia="Nirmala UI" w:cs="Nirmala UI"/>
        </w:rPr>
        <w:t>“ಯೆಶಾಯನಿಗೆ, ಯೆಹೆಜ್ಕೇಲನಿಗೆ, ಮತ್ತು ಯೋಹಾನನಿಗೆ ನೀಡಲ್ಪಟ್ಟ ದರ್ಶನಗಳಲ್ಲಿ, ಪರಲೋಕವು ಭೂಮಿಯ ಮೇಲೆ ನಡೆಯುತ್ತಿರುವ ಘಟನೆಗಳೊಂದಿಗೆ ಎಷ್ಟು ಆಪ್ತವಾಗಿ ಸಂಪರ್ಕಗೊಂಡಿದೆ ಎಂಬುದನ್ನೂ, ತನಗೆ ನಿಷ್ಠರಾಗಿರುವವರಿಗಾಗಿ ದೇವರ ಕಾಳಜಿ ಎಷ್ಟು ಮಹತ್ತಾಗಿದೆ ಎಂಬುದನ್ನೂ ನಾವು ನೋಡುತ್ತೇವೆ.” ಟೆಸ್ಟಿಮೊನೀಸ್, ಸಂಪುಟ 5, 753.</w:t>
      </w:r>
    </w:p>
    <w:p>
      <w:pPr>
        <w:pStyle w:val="ArticleScripture"/>
        <w:jc w:val="left"/>
      </w:pPr>
      <w:r>
        <w:rPr>
          <w:rFonts w:ascii="Nirmala UI" w:hAnsi="Nirmala UI" w:eastAsia="Nirmala UI" w:cs="Nirmala UI"/>
        </w:rPr>
        <w:t>“ಕ್ರಿಸ್ತನೇ ದೇವಾಲಯದ ಕರ್ತನಾಗಿದ್ದನು. ಆತನು ಅದನ್ನು ಬಿಟ್ಟುಕೊಂಡು ಹೊರಟಾಗ, ಅದರ ಮಹಿಮೆಯು ತೊಲಗಿಹೋಗುತ್ತಿತ್ತು—ಆ ಮಹಿಮೆ, ಒಮ್ಮೆ ಕರುಣಾಸನದ ಮೇಲಿರುವ ಪರಮಪವಿತ್ರಸ್ಥಳದಲ್ಲಿ ಗೋಚರಿಸುತ್ತಿದ್ದದು; ಅಲ್ಲಿ ಮಹಾಯಾಜಕನು ವರ್ಷಕ್ಕೊಮ್ಮೆ ಮಾತ್ರ, ಮಹಾ ಪ್ರಾಯಶ್ಚಿತ್ತದ ದಿನದಲ್ಲಿ, ಹತ್ಯೆಯಾದ ಬಲಿಯ ರಕ್ತವನ್ನು ತೆಗೆದುಕೊಂಡು ಪ್ರವೇಶಿಸುತ್ತಿದ್ದನು (ಇದು ಲೋಕದ ಪಾಪಗಳಿಗಾಗಿ ಸುರಿಸಲ್ಪಟ್ಟ ದೇವರ ಕುಮಾರನ ರಕ್ತಕ್ಕೆ ಸಂಕೇತವಾಗಿತ್ತು), ಮತ್ತು ಅದನ್ನು ಬಲಿಪೀಠದ ಮೇಲೆ ಚಿಮುಕಿಸುತ್ತಿದ್ದನು. ಇದೇ ಶೆಕೀನಾಹ, ಯೆಹೋವನ ದೃಶ್ಯಮಯ ನಿವಾಸವಾಗಿತ್ತು.</w:t>
      </w:r>
    </w:p>
    <w:p>
      <w:pPr>
        <w:pStyle w:val="ArticleScripture"/>
        <w:jc w:val="left"/>
      </w:pPr>
      <w:r>
        <w:rPr>
          <w:rFonts w:ascii="Nirmala UI" w:hAnsi="Nirmala UI" w:eastAsia="Nirmala UI" w:cs="Nirmala UI"/>
        </w:rPr>
        <w:t>“ರಾಜ ಉಜ್ಜಿಯನು ಸತ್ತ ವರ್ಷದಲ್ಲಿ ನಾನು ಕರ್ತನನ್ನು ಸಿಂಹಾಸನದ ಮೇಲೆ ಕೂತಿರುವದಾಗಿ ಕಂಡೆನು; ಅದು ಉನ್ನತವಾಗಿಯೂ ಎತ್ತಲ್ಪಟ್ಟದ್ದಾಗಿಯೂ ಇತ್ತು, ಮತ್ತು ಆತನ ವಸ್ತ್ರದ ಅಂಚುಗಳು ದೇವಾಲಯವನ್ನು ತುಂಬಿದ್ದವು” [ಯೆಶಾಯ 6:1–8 ಉಲ್ಲೇಖಿತ] ಎಂದು ಯೆಶಾಯನು ಹೇಳುವಾಗ ಅವನಿಗೆ ಪ್ರಕಟಿಸಲ್ಪಟ್ಟದ್ದು ಇದೇ ಮಹಿಮೆಯಾಗಿತ್ತು.” The Seventh-day Adventist Bible Commentary, ಸಂಪುಟ 4, 1139.</w:t>
      </w:r>
    </w:p>
    <w:p>
      <w:pPr>
        <w:pStyle w:val="ArticleScripture"/>
        <w:jc w:val="left"/>
      </w:pPr>
      <w:r>
        <w:rPr>
          <w:rFonts w:ascii="Nirmala UI" w:hAnsi="Nirmala UI" w:eastAsia="Nirmala UI" w:cs="Nirmala UI"/>
        </w:rPr>
        <w:t>ಯೆಶಾಯನಿಗೆ ನೀಡಲ್ಪಟ್ಟ ದರ್ಶನವು ಅಂತ್ಯಕಾಲದಲ್ಲಿರುವ ದೇವಜನರ ಸ್ಥಿತಿಯನ್ನು ಪ್ರತಿನಿಧಿಸುತ್ತದೆ. ಪರಲೋಕದ ಪರಿಶುದ್ಧಾಲಯದಲ್ಲಿ ಮುಂದುವರಿಯುತ್ತಿರುವ ಕಾರ್ಯವನ್ನು ಅವರು ನಂಬಿಕೆಯಿಂದ ನೋಡುವ ವಿಶೇಷಾಧಿಕಾರವನ್ನು ಹೊಂದಿದ್ದಾರೆ. “ಆಗ ಪರಲೋಕದಲ್ಲಿರುವ ದೇವರ ಆಲಯವು ತೆರೆಯಲ್ಪಟ್ಟಿತು; ಆತನ ಆಲಯದಲ್ಲಿ ಆತನ ಒಡಂಬಡಿಕೆಯ ಮಂಜೂಷವು ಕಾಣಿಸಿತು.” ಅವರು ನಂಬಿಕೆಯಿಂದ ಮಹಾಪರಿಶುದ್ಧಸ್ಥಳದೊಳಗೆ ನೋಡುತ್ತಾ, ಪರಲೋಕದ ಪರಿಶುದ್ಧಾಲಯದಲ್ಲಿರುವ ಕ್ರಿಸ್ತನ ಕಾರ್ಯವನ್ನು ಕಂಡಾಗ, ತಾವು ಅಶುದ್ಧ ತುಟಿಗಳ ಜನರೆಂದು—ಅಂದರೆ, ತಮ್ಮ ತುಟಿಗಳು ಅನೇಕ ಬಾರಿ ವ್ಯರ್ಥವಾದ ಮಾತುಗಳನ್ನು ಆಡಿರುವ ಜನರೆಂದು, ಮತ್ತು ತಮ್ಮ ಪ್ರತಿಭೆಗಳು ದೇವರ ಮಹಿಮೆಗೆ ಪರಿಶುದ್ಧಗೊಳಿಸಲ್ಪಟ್ಟು ಬಳಸಲ್ಪಟ್ಟಿಲ್ಲವೆಂದು—ಅವರು ಗ್ರಹಿಸುತ್ತಾರೆ. ಕ್ರಿಸ್ತನ ಮಹಿಮಾಮಯ ಸ್ವಭಾವದ ಪರಿಶುದ್ಧತೆ ಮತ್ತು ಮನೋಹರತೆಯೊಂದಿಗೆ ತಮ್ಮ ಸ್ವಂತ ಬಲಹೀನತೆ ಮತ್ತು ಅಯೋಗ್ಯತೆಯನ್ನು ಹೋಲಿಸಿದಾಗ ಅವರು ನಿರಾಶರಾಗುವುದು ಸಮಂಜಸವೇ ಸರಿ. ಆದರೆ ಅವರು ಯೆಶಾಯನಂತೆಯೇ, ಕರ್ತನು ಹೃದಯದ ಮೇಲೆ ಮುದ್ರಿಸಬೇಕೆಂದು ಉದ್ದೇಶಿಸಿರುವ ಆ ಭಾವಮುದ್ರೆಯನ್ನು ಸ್ವೀಕರಿಸುವವರಾದರೆ, ತಮ್ಮ ಆತ್ಮಗಳನ್ನು ದೇವರ ಮುಂದೆ ತಗ್ಗಿಸುವವರಾದರೆ, ಅವರಿಗೆ ನಿರೀಕ್ಷೆಯಿದೆ. ವಾಗ್ದಾನದ ಬಿಲ್ಲು ಸಿಂಹಾಸನದ ಮೇಲಿರುವುದು, ಮತ್ತು ಯೆಶಾಯನಿಗಾಗಿ ನಡೆದ ಕಾರ್ಯವೇ ಅವರಲ್ಲಿಯೂ ನೆರವೇರಿಸಲಾಗುವುದು. ಪಶ್ಚಾತ್ತಾಪಪೂರ್ಣ ಹೃದಯದಿಂದ ಏರುವ ವಿನಂತಿಗಳಿಗೆ ದೇವರು ಪ್ರತಿಕ್ರಿಯಿಸುವನು.</w:t>
      </w:r>
    </w:p>
    <w:p>
      <w:pPr>
        <w:pStyle w:val="ArticleScripture"/>
        <w:jc w:val="left"/>
      </w:pPr>
      <w:r>
        <w:rPr>
          <w:rFonts w:ascii="Nirmala UI" w:hAnsi="Nirmala UI" w:eastAsia="Nirmala UI" w:cs="Nirmala UI"/>
        </w:rPr>
        <w:t>“ದೇವರ ಈ ಮಹತ್ತರವಾದ ಮತ್ತು ಗಂಭೀರವಾದ ಕಾರ್ಯದ ಉದ್ದೇಶವು ಪರಲೋಕದ ಕೊಠಾರಕ್ಕಾಗಿ ಕೊಯ್ಲಿನ ಕಟ್ಟುಗಳನ್ನು ಒಟ್ಟುಗೂಡಿಸುವುದಾಗಿದೆ; ಏಕೆಂದರೆ ಭೂಮಿಯು ಕರ್ತನ ಮಹಿಮೆಯಿಂದ ತುಂಬಲ್ಪಡಬೇಕಾಗಿದೆ. ಆದದರಿಂದ, ವ್ಯಾಪಕವಾಗಿರುವ ದುಷ್ಟತೆಯನ್ನು ಅವರು ನೋಡುವಾಗಲೂ, ಅಶುದ್ಧ ತುಟಿಗಳಿಂದ ಹೊರಡುವ ಭಾಷೆಯನ್ನು ಕೇಳುವಾಗಲೂ, ಯಾರೂ ಧೈರ್ಯ ಕಳೆದುಕೊಳ್ಳಬಾರದು. ಅಂಧಕಾರದ ಶಕ್ತಿಗಳು ದೇವಜನರ ವಿರುದ್ಧ ಸಾಲುಗಟ್ಟಿ ನಿಲ್ಲುವಾಗ; ಸೈತಾನನು ಅಂತಿಮ ಮಹಾ ಸಂಘರ್ಷಕ್ಕಾಗಿ ತನ್ನ ಪಡೆಗಳನ್ನು ಒಗ್ಗೂಡಿಸುವಾಗ, ಮತ್ತು ಅವನ ಶಕ್ತಿಯು ಮಹತ್ತಾಗಿ, ಬಹುತೇಕ ಅತಿಮೀರಿದಂತೆಯೂ ಕಾಣುವಾಗ, ದೈವೀ ಮಹಿಮೆಯ ಸ್ಪಷ್ಟ ದರ್ಶನವು, ಎತ್ತರದಲ್ಲಿಯೂ ಉನ್ನತವಾಗಿಯೂ ಇರುವ ಸಿಂಹಾಸನವು, ವಾಗ್ದಾನದ ಧನುಸ್ಸಿನಿಂದ ಕಮಾನುಬದ್ಧವಾಗಿ ಆವರಿಸಲ್ಪಟ್ಟಿರುವುದು, ಸಾಂತ್ವನ, ದೃಢಭರವಸೆ, ಮತ್ತು ಸಮಾಧಾನವನ್ನು ನೀಡುವುದು.” Review and Herald, December 22, 1896.</w:t>
      </w:r>
    </w:p>
    <w:p>
      <w:pPr>
        <w:pStyle w:val="ArticleScripture"/>
        <w:jc w:val="left"/>
      </w:pPr>
      <w:r>
        <w:rPr>
          <w:rFonts w:ascii="Nirmala UI" w:hAnsi="Nirmala UI" w:eastAsia="Nirmala UI" w:cs="Nirmala UI"/>
        </w:rPr>
        <w:t>“ಖೆಬಾರ್ ನದಿಯ ತೀರಗಳ ಬಳಿಯಲ್ಲಿ, ಯೆಹೆಜ್ಕೇಲನು ಉತ್ತರ ದಿಕ್ಕಿನಿಂದ ಬರುತ್ತಿರುವಂತೆ ಕಾಣಿಸಿದ ಒಂದು ಸುಂಟರಗಾಳಿಯನ್ನು ಕಂಡನು, ‘ಒಂದು ದೊಡ್ಡ ಮೇಘವನ್ನೂ, ತನ್ನೊಳಗೆ ತಾನೇ ಸುತ್ತಿಕೊಳ್ಳುತ್ತಿದ್ದ ಅಗ್ನಿಯನ್ನೂ, ಅದರ ಸುತ್ತಲೂ ಒಂದು ಪ್ರಕಾಶವನ್ನೂ, ಅದರ ಮಧ್ಯದಿಂದ ಅಂಬರ್‌ನ ಬಣ್ಣದಂತಿರುವ ಪ್ರಕಾಶವನ್ನೂ.’ ಒಂದರೊಂದನ್ನು ಛೇದಿಸುತ್ತಿರುವ ಅನೇಕ ಚಕ್ರಗಳು ನಾಲ್ಕು ಜೀವಿಗಳಿಂದ ಚಲಿಸಲ್ಪಡುತ್ತಿದವು. ಇವೆಲ್ಲಕ್ಕಿಂತ ಬಹಳ ಮೇಲಾಗಿ ‘ಒಂದು ಸಿಂಹಾಸನದ ಪ್ರತಿರೂಪವು, ನೀಲಮಣಿಕಲ್ಲಿನ ರೂಪದಂತೆಯೂ; ಆ ಸಿಂಹಾಸನದ ಪ್ರತಿರೂಪದ ಮೇಲೆ ಅದರ ಮೇಲ್ಭಾಗದಲ್ಲಿ ಒಬ್ಬ ಮನುಷ್ಯನ ಸ್ವರೂಪದಂತಿರುವ ಪ್ರತಿರೂಪವೂ ಇತ್ತು.’ ‘ಮತ್ತು ಕೆರೂಬರೊಳಗೆ ಅವರ ರೆಕ್ಕೆಗಳ ಕೆಳಗೆ ಮನುಷ್ಯನ ಕೈಯ ಸ್ವರೂಪವು ಕಾಣಿಸಿತು.’ ಯೆಹೆಜ್ಕೇಲ 1:4, 26; 10:8. ಆ ಚಕ್ರಗಳ ವಿನ್ಯಾಸವು ಅಷ್ಟು ಸಂಕೀರ್ಣವಾಗಿತ್ತು; ಮೊದಲ ದೃಷ್ಟಿಗೆ ಅವು ಗೊಂದಲದಲ್ಲಿರುವಂತೆ ಕಾಣಿಸುತ್ತಿದ್ದವು; ಆದರೆ ಅವು ಸಂಪೂರ್ಣ ಸಮನ್ವಯದಲ್ಲಿ ಚಲಿಸುತ್ತಿದ್ದವು. ಕೆರೂಬರ ರೆಕ್ಕೆಗಳ ಕೆಳಗಿದ್ದ ಕೈಯಿಂದ ಧಾರಿತರೂ ಮಾರ್ಗದರ್ಶಿತರೂ ಆಗಿದ್ದ ಪರಲೋಕದ ಜೀವಿಗಳು ಆ ಚಕ್ರಗಳನ್ನು ಚಲನೆಗೊಳಿಸುತ್ತಿದ್ದರು; ಅವುಗಳ ಮೇಲಾಗಿ, ನೀಲಮಣಿಯ ಸಿಂಹಾಸನದ ಮೇಲೆ, ನಿತ್ಯನಾದ ಒಬ್ಬನು ವಿರಾಜಮಾನನಾಗಿದ್ದನು; ಮತ್ತು ಸಿಂಹಾಸನದ ಸುತ್ತಲೂ ದೈವಿಕ ಕರುಣೆಯ ಸಂಕೇತವಾದ ಒಂದು ಮಳೆಬಿಲ್ಲು ಇತ್ತು.”</w:t>
      </w:r>
    </w:p>
    <w:p>
      <w:pPr>
        <w:pStyle w:val="ArticleScripture"/>
        <w:jc w:val="left"/>
      </w:pPr>
      <w:r>
        <w:rPr>
          <w:rFonts w:ascii="Nirmala UI" w:hAnsi="Nirmala UI" w:eastAsia="Nirmala UI" w:cs="Nirmala UI"/>
        </w:rPr>
        <w:t>“ಚಕ್ರದಂತಿದ್ದ ಸಂಕೀರ್ಣ ವ್ಯವಸ್ಥೆಗಳು ಕೆರೂಬಿಯರ ರೆಕ್ಕೆಗಳ ಕೆಳಗಿನ ಕೈಯ ಮಾರ್ಗದರ್ಶನದ ಅಧೀನದಲ್ಲಿದ್ದಂತೆಯೇ, ಮಾನವ ಘಟನೆಗಳ ಸಂಕೀರ್ಣ ಚಲನವಲನವು ಸಹ ದೈವಿಕ ನಿಯಂತ್ರಣದ ಅಧೀನದಲ್ಲಿದೆ. ಜನಾಂಗಗಳ ಕಲಹ ಮತ್ತು ಗದ್ದಲಗಳ ಮಧ್ಯೆಯೂ, ಕೆರೂಬಿಯರ ಮೇಲಾಗಿ ಆಸೀನನಾಗಿರುವಾತನು ಇನ್ನೂ ಭೂಮಿಯ ವ್ಯವಹಾರಗಳನ್ನು ನಡೆಸುತ್ತಾನೆ.</w:t>
      </w:r>
    </w:p>
    <w:p>
      <w:pPr>
        <w:pStyle w:val="ArticleScripture"/>
        <w:jc w:val="left"/>
      </w:pPr>
      <w:r>
        <w:rPr>
          <w:rFonts w:ascii="Nirmala UI" w:hAnsi="Nirmala UI" w:eastAsia="Nirmala UI" w:cs="Nirmala UI"/>
        </w:rPr>
        <w:t>ತಮತಮಕ್ಕೆ ನೇಮಿಸಲ್ಪಟ್ಟ ಕಾಲವನ್ನೂ ಸ್ಥಳವನ್ನೂ ಕ್ರಮವಾಗಿ ಅಲಂಕರಿಸಿಕೊಂಡು, ತಾವೇ ಅದರ ಅರ್ಥವನ್ನು ಅರಿಯದೇ ಇದ್ದರೂ ಆ ಸತ್ಯಕ್ಕೆ ಅಜ್ಞಾತವಾಗಿಯೇ ಸಾಕ್ಷಿಯಾದ ಜನಾಂಗಗಳ ಇತಿಹಾಸವು ನಮ್ಮೊಡನೆ ಮಾತನಾಡುತ್ತದೆ. ಇಂದಿನ ಪ್ರತಿಯೊಂದು ಜನಾಂಗಕ್ಕೂ ಪ್ರತಿಯೊಂದು ವ್ಯಕ್ತಿಗೂ ದೇವರು ತನ್ನ ಮಹಾ ಯೋಜನೆಯಲ್ಲಿ ಒಂದು ಸ್ಥಾನವನ್ನು ನಿಯೋಜಿಸಿದ್ದಾನೆ. ಇಂದಿನ ದಿನದಲ್ಲಿ, ತಪ್ಪಿಲ್ಲದವನಾದ ಆತನ ಕೈಯಲ್ಲಿರುವ ಲಂಬಸೂತ್ರದ ಮೂಲಕ ಮನುಷ್ಯರೂ ಜನಾಂಗಗಳೂ ಅಳೆಯಲ್ಪಡುತ್ತಿದ್ದಾರೆ. ಎಲ್ಲರೂ ತಮ್ಮದೇ ಆಯ್ಕೆಯ ಮೂಲಕ ತಮ್ಮ ವಿಧಿಯನ್ನು ನಿರ್ಧರಿಸುತ್ತಿದ್ದಾರೆ; ಮತ್ತು ದೇವರು ತನ್ನ ಉದ್ದೇಶಗಳ ನೆರವೇರಿಕೆಗೆ ಎಲ್ಲವನ್ನೂ ತನ್ನ ಅಧೀನ ನಿಯಂತ್ರಣದಲ್ಲಿ ನಡೆಸುತ್ತಿದ್ದಾನೆ.</w:t>
      </w:r>
    </w:p>
    <w:p>
      <w:pPr>
        <w:pStyle w:val="ArticleScripture"/>
        <w:jc w:val="left"/>
      </w:pPr>
      <w:r>
        <w:rPr>
          <w:rFonts w:ascii="Nirmala UI" w:hAnsi="Nirmala UI" w:eastAsia="Nirmala UI" w:cs="Nirmala UI"/>
        </w:rPr>
        <w:t>“ಮಹಾನ್ ‘ನಾನೇ ಇದ್ದವನು’ ತನ್ನ ವಾಕ್ಯದಲ್ಲಿ ಗುರುತಿಸಿ ನಿಗದಿಪಡಿಸಿರುವ ಇತಿಹಾಸವು, ಪ್ರವಾದನಾ ಸರಪಳಿಯಲ್ಲಿ ಕೊಂಡಿಯ ನಂತರ ಕೊಂಡಿಯನ್ನು ಜೋಡಿಸುತ್ತಾ, ಭೂತಕಾಲದ ನಿತ್ಯತೆಯಿಂದ ಭವಿಷ್ಯದ ನಿತ್ಯತೆಯವರೆಗೆ ವಿಸ್ತರಿಸಿ, ಯುಗಗಳ ಮೆರವಣಿಗೆಯಲ್ಲಿ ನಾವು ಇಂದು ಎಲ್ಲಿ ನಿಂತಿದ್ದೇವೆಂಬುದನ್ನೂ, ಬರಲಿರುವ ಕಾಲದಲ್ಲಿ ಏನನ್ನು ನಿರೀಕ್ಷಿಸಬಹುದೆಂಬುದನ್ನೂ ನಮಗೆ ತಿಳಿಸುತ್ತದೆ. ಪ್ರಸ್ತುತ ಕಾಲದವರೆಗೆ ಸಂಭವಿಸಲಿದೆಂದು ಪ್ರವಾದನೆಯು ಮುಂತಿಳಿಸಿದ್ದೆಲ್ಲವೂ ಇತಿಹಾಸದ ಪುಟಗಳಲ್ಲಿ ಗುರುತಿಸಲ್ಪಟ್ಟಿದೆ; ಇನ್ನೂ ಬರುವುದಾಗಿ ಇರುವ ಸಮಸ್ತವೂ ತನ್ನ ಕ್ರಮದಲ್ಲಿ ನೆರವೇರಲಿದೆ ಎಂಬುದರಲ್ಲಿ ನಾವು ನಿಶ್ಚಿತರಾಗಿರಬಹುದು.”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ನಲವತ್ತನೆಯ ವಚನದ ಗುಪ್ತ ಇತಿಹಾಸ - ಇಪ್ಪತ್ತನೆಯ ಸಂಖ್ಯೆ</dc:title>
  <dc:subject>ಎರಡನೇ ಶೋಕ — ಭಾಗ ಏಳು — ಎಝೆಕಿಯೇಲನು</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