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ನಲವತ್ತನೇ ವಚನದ ಗುಪ್ತ ಇತಿಹಾಸ - ಇಪ್ಪತ್ತೆರಡನೇ ಸಂಖ್ಯೆ</w:t>
      </w:r>
    </w:p>
    <w:p>
      <w:pPr>
        <w:pStyle w:val="ArticleSubtitle"/>
        <w:jc w:val="left"/>
      </w:pPr>
      <w:r>
        <w:rPr>
          <w:rFonts w:ascii="Nirmala UI" w:hAnsi="Nirmala UI" w:eastAsia="Nirmala UI" w:cs="Nirmala UI"/>
        </w:rPr>
        <w:t>ಯೆಹೆಜ್ಕೇಲನು ಸಂಖ್ಯೆ ಮೂರು</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2026-08-08</w:t>
      </w:r>
    </w:p>
    <w:p>
      <w:pPr>
        <w:pStyle w:val="ArticleBody"/>
        <w:jc w:val="left"/>
      </w:pPr>
      <w:r>
        <w:rPr>
          <w:rFonts w:ascii="Nirmala UI" w:hAnsi="Nirmala UI" w:eastAsia="Nirmala UI" w:cs="Nirmala UI"/>
        </w:rPr>
        <w:t>ಒಂದು ಲಕ್ಷ ನಲವತ್ತ್ನಾಲ್ಕು ಸಾವಿರರ ಮುದ್ರಣದ ಅವಧಿಯಲ್ಲಿ ಯೆಹೆಜ್ಕೇಲನು ಯಾಜകനಾಗಿದ್ದಾನೆ. ಮೊದಲ ಅಧ್ಯಾಯದಲ್ಲಿ ಯೆಹೆಜ್ಕೇಲನನ್ನು ಪರಿಶುದ್ಧಾಲಯದೊಳಗೆ ಕೊಂಡೊಯ್ಯಲ್ಪಡುತ್ತಾನೆ.</w:t>
      </w:r>
    </w:p>
    <w:p>
      <w:pPr>
        <w:pStyle w:val="ArticleScripture"/>
        <w:jc w:val="left"/>
      </w:pPr>
      <w:r>
        <w:rPr>
          <w:rFonts w:ascii="Nirmala UI" w:hAnsi="Nirmala UI" w:eastAsia="Nirmala UI" w:cs="Nirmala UI"/>
        </w:rPr>
        <w:t>ಮೂವತ್ತನೆಯ ವರ್ಷದಲ್ಲಿ, ನಾಲ್ಕನೆಯ ತಿಂಗಳಲ್ಲಿ, ತಿಂಗಳ ಐದನೆಯ ದಿನದಲ್ಲಿ, ನಾನು ಕೆಬಾರ್ ನದಿಯ ಬಳಿಯಲ್ಲಿ ಬಂಧಿಗಳ ಮಧ್ಯದಲ್ಲಿದ್ದಾಗ, ಆಕಾಶವು ತೆರೆಯಲ್ಪಟ್ಟಿತು, ಮತ್ತು ನಾನು ದೇವರ ದರ್ಶನಗಳನ್ನು ಕಂಡೆನು. ತಿಂಗಳ ಐದನೆಯ ದಿನದಲ್ಲಿ, ಅದು ಅರಸನಾದ ಯೆಹೋಯಾಖೀನನ ಬಂಧನವಿನ ಐದನೆಯ ವರ್ಷವಾಗಿತ್ತು, ಯೆಹೋವನ ವಾಕ್ಯವು ಬೂಜಿಯ ಮಗನಾದ ಯಾಜಕ ಯೆಹೆಜ್ಕೇಲನಿಗೆ ಕಳ್ದಾಯರ ದೇಶದಲ್ಲಿ ಕೆಬಾರ್ ನದಿಯ ಬಳಿಯಲ್ಲಿ ಸ್ಪಷ್ಟವಾಗಿ ಬಂದಿತು; ಮತ್ತು ಅಲ್ಲಿ ಯೆಹೋವನ ಕರವು ಅವನ ಮೇಲೆ ಇತ್ತು.</w:t>
      </w:r>
    </w:p>
    <w:p>
      <w:pPr>
        <w:pStyle w:val="ArticleScripture"/>
        <w:jc w:val="left"/>
      </w:pPr>
      <w:r>
        <w:rPr>
          <w:rFonts w:ascii="Nirmala UI" w:hAnsi="Nirmala UI" w:eastAsia="Nirmala UI" w:cs="Nirmala UI"/>
        </w:rPr>
        <w:t>ನಾನು ನೋಡಿದಾಗ, ಇಗೋ, ಉತ್ತರ ದಿಕ್ಕಿನಿಂದ ಒಂದು ಸುಂಟರಗಾಳಿ, ಒಂದು ಮಹಾ ಮೇಘ, ತನ್ನೊಳಗೆ ತಾನೇ ಸುತ್ತಿಕೊಂಡು ಉರಿಯುತ್ತಿದ್ದ ಅಗ್ನಿ, ಅದರ ಸುತ್ತಲೂ ಪ್ರಕಾಶ, ಮತ್ತು ಅದರ ಮಧ್ಯದಿಂದ, ಅಂದರೆ ಆ ಅಗ್ನಿಯ ಮಧ್ಯದಿಂದ, ಅಂಬರ್‌ನ ಬಣ್ಣದಂತಿರುವ ಒಂದು ಕಂಠಿಮಯ ದರ್ಶನವು ಹೊರಬಂತು. ಅದರ ಮಧ್ಯದಿಂದಲೇ ನಾಲ್ಕು ಜೀವಿಗಳ ಸ್ವರೂಪದಂತೆ ಒಂದು ದರ್ಶನವು ಹೊರಬಂತು. ಅವರ ರೂಪವು ಹೀಗಿತ್ತು: ಅವರಿಗೆ ಮನುಷ್ಯನ ಸ್ವರೂಪವಿತ್ತು. ಅವರಲ್ಲಿ ಪ್ರತಿಯೊಬ್ಬನಿಗೂ ನಾಲ್ಕು ಮುಖಗಳು ಇದ್ದವು, ಮತ್ತು ಪ್ರತಿಯೊಬ್ಬನಿಗೂ ನಾಲ್ಕು ರೆಕ್ಕೆಗಳು ಇದ್ದವು. ಅವರ ಕಾಲುಗಳು ನೇರವಾದ ಕಾಲುಗಳು; ಅವರ ಪಾದಗಳ ಅಡಿಭಾಗವು ಕರುದ ಪಾದದ ಅಡಿಭಾಗದಂತಿತ್ತು; ಮತ್ತು ಅವರು ಮೆರುಗು ಕೊಡಿಸಿದ ಪಿತ್ತಳದ ಬಣ್ಣದಂತೆ ಕಂಗೊಳಿಸುತ್ತಿದ್ದರು. ಅವರ ನಾಲ್ಕು ಬದಿಗಳಲ್ಲಿಯೂ ಅವರ ರೆಕ್ಕೆಗಳ ಕೆಳಗೆ ಮನುಷ್ಯನ ಕೈಗಳು ಇದ್ದವು; ಮತ್ತು ಅವರ ನಾಲ್ವರಿಗೆ ತಮ್ಮ ತಮ್ಮ ಮುಖಗಳೂ ತಮ್ಮ ತಮ್ಮ ರೆಕ್ಕೆಗಳೂ ಇದ್ದವು. ಅವರ ರೆಕ್ಕೆಗಳು ಒಂದಕ್ಕೊಂದು ಸೇರಿದವು; ಅವರು ಸಾಗುವಾಗ ತಿರುಗಲಿಲ್ಲ; ಪ್ರತಿಯೊಬ್ಬನು ನೇರವಾಗಿ ಮುಂದಕ್ಕೆ ನಡೆದನು. ಅವರ ಮುಖಗಳ ಸ್ವರೂಪವೆಂದರೆ, ಅವರ ನಾಲ್ವರಿಗೆ ಮನುಷ್ಯನ ಮುಖವಿತ್ತು; ಬಲಭಾಗದಲ್ಲಿ ಸಿಂಹದ ಮುಖವಿತ್ತು; ಅವರ ನಾಲ್ವರಿಗೆ ಎಡಭಾಗದಲ್ಲಿ ಎತ್ತಿನ ಮುಖವಿತ್ತು; ಅವರ ನಾಲ್ವರಿಗೆ ಗರುಡನ ಮುಖವೂ ಇತ್ತು. ಅವರ ಮುಖಗಳು ಹೀಗಿದ್ದವು; ಮತ್ತು ಅವರ ರೆಕ್ಕೆಗಳು ಮೇಲಕ್ಕೆ ಚಾಚಲ್ಪಟ್ಟಿದ್ದವು; ಪ್ರತಿಯೊಬ್ಬನ ಎರಡು ರೆಕ್ಕೆಗಳು ಒಂದಕ್ಕೊಂದು ಸೇರಿದ್ದವು, ಇನ್ನೂ ಎರಡು ಅವರ ದೇಹಗಳನ್ನು ಮುಚ್ಚಿದ್ದವು.</w:t>
      </w:r>
    </w:p>
    <w:p>
      <w:pPr>
        <w:pStyle w:val="ArticleScripture"/>
        <w:jc w:val="left"/>
      </w:pPr>
      <w:r>
        <w:rPr>
          <w:rFonts w:ascii="Nirmala UI" w:hAnsi="Nirmala UI" w:eastAsia="Nirmala UI" w:cs="Nirmala UI"/>
        </w:rPr>
        <w:t>ಅವರು ಪ್ರತಿಯೊಬ್ಬರೂ ತಮ್ಮ ಮುಂದೆಯೇ ನೇರವಾಗಿ ಹೋಗುತ್ತಿದ್ದರು; ಆತ್ಮವು ಎಲ್ಲಿಗೆ ಹೋಗಬೇಕೆಂದಿತ್ತೋ ಅಲ್ಲಿಗೆ ಅವರು ಹೋಗುತ್ತಿದ್ದರು; ಹೋಗುವಾಗ ಅವರು ತಿರುಗುತ್ತಿರಲಿಲ್ಲ. ಜೀವಿಗಳ ಸ್ವರೂಪದ ವಿಷಯವಾಗಿ ಹೇಳುವುದಾದರೆ, ಅವರ ಕಾಣಿಕೆಯು ಉರಿಯುವ ಅಗ್ನಿಕಲ್ಲುಗಳಂತೆಯೂ ದೀಪಗಳ ಕಾಣಿಕೆಯಂತೆಯೂ ಇತ್ತು; ಅದು ಜೀವಿಗಳ ಮಧ್ಯದಲ್ಲಿ ಮೇಲೂ ಕೆಳಗೂ ಸಂಚರಿಸುತ್ತಿತ್ತು; ಆ ಅಗ್ನಿಯು ಪ್ರಕಾಶಮಾನವಾಗಿತ್ತು, ಮತ್ತು ಆ ಅಗ್ನಿಯಿಂದ ಮಿಂಚು ಹೊರಟು ಬರುತ್ತಿತ್ತು. ಆ ಜೀವಿಗಳು ಮಿಂಚಿನ ಝಳಕದಂತೆಯೇ ಓಡಿಹೋಗಿ ಹಿಂದಿರುಗುತ್ತಿದ್ದರು. ನಾನು ಆ ಜೀವಿಗಳನ್ನು ನೋಡುತ್ತಿದ್ದಾಗ, ಇಗೋ, ಆ ಜೀವಿಗಳ ಬಳಿಯಲ್ಲಿ ಭೂಮಿಯ ಮೇಲೊಂದು ಚಕ್ರವು ಇತ್ತು, ಅವರ ನಾಲ್ಕು ಮುಖಗಳಿಗೆ ಅನುಗುಣವಾಗಿ. ಆ ಚಕ್ರಗಳ ಕಾಣಿಕೆಯೂ ಅವುಗಳ ನಿರ್ಮಾಣವೂ ಬೆರಿಲ್ ರತ್ನದ ವರ್ಣದಂತಿತ್ತು; ಅವು ನಾಲ್ಕಕ್ಕೂ ಒಂದೇ ರೂಪ ಇತ್ತು; ಅವುಗಳ ಕಾಣಿಕೆಯೂ ಅವುಗಳ ನಿರ್ಮಾಣವೂ ಚಕ್ರದ ಮಧ್ಯದಲ್ಲಿ ಮತ್ತೊಂದು ಚಕ್ರವಿರುವಂತಿತ್ತು. ಅವುಗಳು ಹೋಗುವಾಗ ತಮ್ಮ ನಾಲ್ಕು ಬದಿಗಳ ದಿಕ್ಕಿನಲ್ಲಿಯೇ ಹೋಗುತ್ತಿದವು; ಹೋಗುವಾಗ ಅವು ತಿರುಗುತ್ತಿರಲಿಲ್ಲ. ಅವುಗಳ ವಲಯಗಳ ವಿಷಯವಾಗಿ ಹೇಳುವುದಾದರೆ, ಅವು ಬಹಳ ಎತ್ತರವಾಗಿದ್ದವು, ಆದ್ದರಿಂದ ಭಯಂಕರವಾಗಿದ್ದವು; ಮತ್ತು ಆ ನಾಲ್ಕು ಚಕ್ರಗಳ ವಲಯಗಳು ಸುತ್ತಮುತ್ತಲೂ ಕಣ್ಣುಗಳಿಂದ ತುಂಬಿದ್ದವು. ಜೀವಿಗಳು ಹೋಗುವಾಗ ಚಕ್ರಗಳೂ ಅವುಗಳ ಪಕ್ಕದಲ್ಲಿಯೇ ಹೋಗುತ್ತಿದವು; ಜೀವಿಗಳು ಭೂಮಿಯಿಂದ ಮೇಲಕ್ಕೆತ್ತಲ್ಪಟ್ಟಾಗ ಚಕ್ರಗಳೂ ಮೇಲಕ್ಕೆತ್ತಲ್ಪಡುತ್ತಿದ್ದವು. ಆತ್ಮವು ಎಲ್ಲಿಗೆ ಹೋಗಬೇಕೆಂದಿತ್ತೋ ಅಲ್ಲಿಗೆ ಅವು ಹೋಗುತ್ತಿದವು; ಅವರ ಆತ್ಮವು ಅಲ್ಲಿಗೆ ಹೋಗುವುದಕ್ಕಾಗಿಯೇ ಇತ್ತು; ಮತ್ತು ಚಕ್ರಗಳು ಅವುಗಳ ಎದುರು ಮೇಲಕ್ಕೆತ್ತಲ್ಪಡುತ್ತಿದ್ದವು; ಯಾಕಂದರೆ ಆ ಜೀವಿಗಳ ಆತ್ಮವು ಚಕ್ರಗಳಲ್ಲಿ ಇತ್ತು.</w:t>
      </w:r>
    </w:p>
    <w:p>
      <w:pPr>
        <w:pStyle w:val="ArticleScripture"/>
        <w:jc w:val="left"/>
      </w:pPr>
      <w:r>
        <w:rPr>
          <w:rFonts w:ascii="Nirmala UI" w:hAnsi="Nirmala UI" w:eastAsia="Nirmala UI" w:cs="Nirmala UI"/>
        </w:rPr>
        <w:t>ಅವುಗಳು ಹೋಗುವಾಗ ಇವುಗಳೂ ಹೋಗುತ್ತಿದ್ದವು; ಅವುಗಳು ನಿಂತಾಗ ಇವುಗಳೂ ನಿಂತಿದ್ದವು; ಅವುಗಳು ಭೂಮಿಯಿಂದ ಮೇಲಕ್ಕೆ ಎತ್ತಲ್ಪಟ್ಟಾಗ ಚಕ್ರಗಳೂ ಅವುಗಳಿಗೆ ಎದುರಾಗಿ ಮೇಲಕ್ಕೆ ಎತ್ತಲ್ಪಟ್ಟವು; ಯಾಕಂದರೆ ಜೀವಿಗಳ ಆತ್ಮವು ಚಕ್ರಗಳಲ್ಲಿ ಇತ್ತು. ಜೀವಿಗಳ ತಲೆಗಳ ಮೇಲಿದ್ದ ಆಕಾಶವಿಸ್ತಾರದ ರೂಪವು ಭಯಂಕರವಾದ ಸ್ಫಟಿಕದ ವರ್ಣದಂತಿದ್ದು, ಅವರ ತಲೆಗಳ ಮೇಲಾಗಿ ಚಾಚಲ್ಪಟ್ಟಿತ್ತು. ಆ ಆಕಾಶವಿಸ್ತಾರದ ಕೆಳಗೆ ಅವರ ರೆಕ್ಕೆಗಳು ನೇರವಾಗಿ ಒಂದಕ್ಕೊಂದು ಎದುರಾಗಿದ್ದವು; ಪ್ರತಿಯೊಬ್ಬನಿಗೂ ಈ ಬದಿಯಲ್ಲಿ ತನ್ನ ದೇಹವನ್ನು ಮುಚ್ಚುವ ಎರಡು ರೆಕ್ಕೆಗಳಿದ್ದವು, ಮತ್ತು ಆ ಬದಿಯಲ್ಲಿ ತನ್ನ ದೇಹವನ್ನು ಮುಚ್ಚುವ ಎರಡು ರೆಕ್ಕೆಗಳಿದ್ದವು. ಅವುಗಳು ಹೋಗುವಾಗ, ಅವರ ರೆಕ್ಕೆಗಳ ಶಬ್ದವನ್ನು ನಾನು ಕೇಳಿದೆನು; ಅದು ಮಹಾಜಲಗಳ ಗರ್ಜನೆಯ ಶಬ್ದದಂತಿತ್ತು, ಸರ್ವಶಕ್ತನ ಸ್ವರದಂತಿತ್ತು, ಮಾತಿನ ಧ್ವನಿಯಂತಿತ್ತು, ಸೇನೆಯ ಘೋಷದಂತಿತ್ತು; ಅವುಗಳು ನಿಂತಾಗ ತಮ್ಮ ರೆಕ್ಕೆಗಳನ್ನು ಇಳಿಸಿಬಿಟ್ಟವು. ಅವುಗಳ ತಲೆಗಳ ಮೇಲಿದ್ದ ಆ ಆಕಾಶವಿಸ್ತಾರದಿಂದ ಒಂದು ಸ್ವರ ಉಂಟಾಯಿತು; ಅವುಗಳು ನಿಂತು ತಮ್ಮ ರೆಕ್ಕೆಗಳನ್ನು ಇಳಿಸಿದಾಗ ಅದು ಕೇಳಿಸಿತು. ಅವುಗಳ ತಲೆಗಳ ಮೇಲಿದ್ದ ಆ ಆಕಾಶವಿಸ್ತಾರದ ಮೇಲಾಗಿ, ಸಿಂಹಾಸನದ ರೂಪವು ಕಾಣಿಸಿತು; ಅದು ನೀಲಮಣಿಯ ಕಲ್ಲಿನ ಸ್ವರೂಪದಂತಿತ್ತು; ಮತ್ತು ಆ ಸಿಂಹಾಸನದ ರೂಪದ ಮೇಲೆ, ಅದರ ಮೇಲಾಗಿ ಮಾನವನ ರೂಪದಂತೊಂದು ರೂಪವು ಕಾಣಿಸಿತು. ನಾನು ಅವನ ಕಟಿಭಾಗದ ರೂಪದಿಂದ ಮೇಲಕ್ಕೆ ನೋಡಿದಾಗ, ಅದರೊಳಗೆ ಸುತ್ತಲೂ ಅಗ್ನಿಯ ಸ್ವರೂಪವಿರುವಂತೆ, ಹಿರಿಮೆಯುಳ್ಳ ಅಂಬರ್ ವರ್ಣದಂತಿರುವುದನ್ನು ಕಂಡೆನು; ಮತ್ತು ಅವನ ಕಟಿಭಾಗದ ರೂಪದಿಂದ ಕೆಳಕ್ಕೆ ನೋಡಿದಾಗಲೂ, ಅಗ್ನಿಯ ಸ್ವರೂಪವಿರುವಂತೆ ಕಂಡೆನು; ಅದಕ್ಕೆ ಸುತ್ತಲೂ ಪ್ರಕಾಶವಿತ್ತು. ಮಳೆಯ ದಿನದಲ್ಲಿ ಮೇಘದಲ್ಲಿರುವ ಇಂದ್ರಧನುಸ್ಸಿನ ಕಾಣಿಕೆಯಾಗಿರುವ ಹಾಗೆ, ಸುತ್ತಲಿದ್ದ ಆ ಪ್ರಕಾಶದ ಕಾಣಿಕೆಯೂ ಹಾಗೆಯೇ ಇತ್ತು. ಇದೇ ಯೆಹೋವನ ಮಹಿಮೆಯ ಸಾದೃಶ್ಯದ ಕಾಣಿಕೆ ಆಗಿತ್ತು. ನಾನು ಅದನ್ನು ಕಂಡಾಗ ಮುಖಮೇಲೆ ಬಿದ್ದೆನು; ಆಗ ಮಾತನಾಡುವ ಒಬ್ಬನ ಸ್ವರವನ್ನು ಕೇಳಿದೆನು. ಯೆಹೆಜ್ಕೇಲನು 1:1–28.</w:t>
      </w:r>
    </w:p>
    <w:p>
      <w:pPr>
        <w:pStyle w:val="ArticleScripture"/>
        <w:jc w:val="left"/>
      </w:pPr>
      <w:r>
        <w:rPr>
          <w:rFonts w:ascii="Nirmala UI" w:hAnsi="Nirmala UI" w:eastAsia="Nirmala UI" w:cs="Nirmala UI"/>
        </w:rPr>
        <w:t>“ಶೋಕಪೂರ್ಣ ನಿರ್ವಾಸಿತ ಪ್ರವಾದಿಯಾದ ಯೆಹೆಜ್ಕೇಲನಿಗೆ, ಖಲ್ದಾಯರ ದೇಶದಲ್ಲಿ, ಇಸ್ರಾಯೇಲನ ಪರಾಕ್ರಮಿಯಾದ ದೇವರ ಮೇಲಿನ ವಿಶ್ವಾಸದ ಅದೇ ಪಾಠವನ್ನು ಬೋಧಿಸುವ ಒಂದು ದರ್ಶನ ನೀಡಲ್ಪಟ್ಟಿತು. ಅವನು ಕೆಬಾರ್ ನದಿಯ ತೀರಗಳ ಬಳಿಯಲ್ಲಿ ಇದ್ದಾಗ, ಉತ್ತರದ ದಿಕ್ಕಿನಿಂದ ಒಂದು ಸುಳಿಗಾಳಿ ಬರುತ್ತಿರುವಂತೆ ಕಾಣಿಸಿತು; ‘ಒಂದು ದೊಡ್ಡ ಮೇಘವೂ, ತಾನೇ ತನಗೆ ಸುತ್ತಿಕೊಳ್ಳುವ ಅಗ್ನಿಯೂ, ಅದರ ಸುತ್ತಲೂ ಪ್ರಕಾಶವೂ ಇದ್ದವು; ಅದರ ಮಧ್ಯದಿಂದ ಅಂಬರ್‌ನ ವರ್ಣದಂತಿರುವುದು ಹೊರಹೊಮ್ಮಿತು.’ ವಿಚಿತ್ರ ರೂಪದ ಅನೇಕ ಚಕ್ರಗಳು, ಒಂದೊಂದು ಮತ್ತೊಂದನ್ನು ಛೇದಿಸುವಂತೆ, ನಾಲ್ಕು ಜೀವಿಗಳಿಂದ ಚಲಿಸಲ್ಪಡುತ್ತಿದವು. ಇವೆಲ್ಲಕ್ಕಿಂತ ಬಹಳ ಮೇಲಾಗಿ ‘ಒಂದು ಸಿಂಹಾಸನದ ಸದೃಶ್ಯವು, ನೀಲಮಣಿ ಕಲ್ಲಿನ ಪ್ರತ್ಯಕ್ಷತೆಯಂತಿತ್ತು; ಮತ್ತು ಆ ಸಿಂಹಾಸನದ ಸದೃಶ್ಯದ ಮೇಲಾಗಿ ಅದರ ಮೇಲ್ಭಾಗದಲ್ಲಿ ಮನುಷ್ಯನ ಪ್ರತ್ಯಕ್ಷತೆಯಂತಿರುವ ಸದೃಶ್ಯವು ಇತ್ತು.’ ‘ಜೀವಿಗಳ ಸದೃಶ್ಯದ ವಿಷಯವಾಗಿ, ಅವರ ಪ್ರತ್ಯಕ್ಷತೆಯು ದಹಿಸುತ್ತಿರುವ ಅಗ್ನಿಕಣಗಳಂತೆಯೂ ದೀಪಗಳ ಪ್ರತ್ಯಕ್ಷತೆಯಂತೆಯೂ ಇತ್ತು; ಅದು ಜೀವಿಗಳ ನಡುವೆ ಮೇಲಕ್ಕೂ ಕೆಳಕ್ಕೂ ಸಂಚರಿಸುತ್ತಿತ್ತು; ಆ ಅಗ್ನಿಯು ಪ್ರಕಾಶಮಾನವಾಗಿತ್ತು, ಮತ್ತು ಆ ಅಗ್ನಿಯಿಂದ ಮಿಂಚು ಹೊರಟುಬರುತ್ತಿತ್ತು.’ ‘ಮತ್ತು ಕೆರೂಬಿಮರ ರೆಕ್ಕೆಗಳ ಕೆಳಗೆ ಮನುಷ್ಯನ ಕೈಯ ರೂಪವು ಕಾಣಿಸಿತು.’”</w:t>
      </w:r>
    </w:p>
    <w:p>
      <w:pPr>
        <w:pStyle w:val="ArticleScripture"/>
        <w:jc w:val="left"/>
      </w:pPr>
      <w:r>
        <w:rPr>
          <w:rFonts w:ascii="Nirmala UI" w:hAnsi="Nirmala UI" w:eastAsia="Nirmala UI" w:cs="Nirmala UI"/>
        </w:rPr>
        <w:t>“ಚಕ್ರಗಳೊಳಗೆ ಚಕ್ರಗಳು ಅಂಥ ಜಟಿಲವಾದ ವಿನ್ಯಾಸದಲ್ಲಿ ಇದ್ದವು; ಮೊದಲ ನೋಟಕ್ಕೆ ಅವು ಎಲ್ಲವೂ ಗೊಂದಲದಲ್ಲಿರುವಂತೆಯೇ ಎಜೆಕಿಯೇಲನಿಗೆ ತೋಚಿತು. ಆದರೆ ಅವು ಚಲಿಸಿದಾಗ, ಅದ್ಭುತವಾದ ನಿಖರತೆಯೊಡನೆ ಹಾಗೂ ಪರಿಪೂರ್ಣ ಸಮ್ಮಿಲನದಲ್ಲಿ ಚಲಿಸುತ್ತಿದ್ದವು. ಪರಲೋಕীয় ಜೀವಿಗಳು ಈ ಚಕ್ರಗಳನ್ನು ಚಲಾಯಿಸುತ್ತಿದ್ದರು; ಮತ್ತು ಎಲ್ಲಕ್ಕಿಂತ ಮೇಲಾಗಿ, ಮಹಿಮೆಯಿಂದ ಕಂಗೊಳಿಸುವ ನೀಲಮಣಿ ಸಿಂಹಾಸನದ ಮೇಲೆ ನಿತ್ಯನಿರುವವನು ಆಸೀನನಾಗಿದ್ದನು; ಸಿಂಹಾಸನದ ಸುತ್ತಲೂ ಕೃಪೆಯೂ ಪ್ರೀತಿಯೂ ಸೂಚಿಸುವ ಚಿಹ್ನೆಯಾಗಿರುವ ವಲಯಾಕಾರದ ಇಂದ್ರಧನುಸ್ಸು ಇತ್ತು. ಆ ದೃಶ್ಯದ ಭಯಂಕರ ಮಹಿಮೆಯಿಂದ ಸಂಪೂರ್ಣವಾಗಿ ಮಣಿದ ಎಜೆಕಿಯೇಲನು ತನ್ನ ಮುಖವನ್ನು ನೆಲಕ್ಕೆ ಬಾಗಿದನು; ಆಗ ಒಂದು ಧ್ವನಿಯು ಅವನಿಗೆ ಎದ್ದು ನಿಲ್ಲಿ ಯೆಹೋವನ ವಾಕ್ಯವನ್ನು ಕೇಳು ಎಂದು ಆಜ್ಞಾಪಿಸಿತು. ನಂತರ ಇಸ್ರಾಯೇಲಿಗೆ ಎಚ್ಚರಿಕೆಯ ಸಂದೇಶವು ಅವನಿಗೆ ನೀಡಲ್ಪಟ್ಟಿತು.” Testimonies, 751.</w:t>
      </w:r>
    </w:p>
    <w:p>
      <w:pPr>
        <w:pStyle w:val="ArticleScripture"/>
        <w:jc w:val="left"/>
      </w:pPr>
      <w:r>
        <w:rPr>
          <w:rFonts w:ascii="Nirmala UI" w:hAnsi="Nirmala UI" w:eastAsia="Nirmala UI" w:cs="Nirmala UI"/>
        </w:rPr>
        <w:t>ಉಜ್ಜೀಯ ರಾಜನು ಸತ್ತ ವರ್ಷದಲ್ಲಿ ನಾನು ಸಹ ಕರ್ತನನ್ನು ಸಿಂಹಾಸನದ ಮೇಲೆ ಕೂತಿರುವವನಾಗಿ ಕಂಡೆನು; ಆತನು ಉನ್ನತವಾಗಿಯೂ ಮಹಿಮೆಯಿಂದ ಎತ್ತಲ್ಪಟ್ಟವನಾಗಿಯೂ ಇದ್ದನು, ಮತ್ತು ಆತನ ವಸ್ತ್ರದ ಅಂಚುಗಳು ದೇವಾಲಯವನ್ನು ತುಂಬಿದ್ದವು. ಅದರ ಮೇಲ್ಭಾಗದಲ್ಲಿ ಸೆರಾಫಿಮರು ನಿಂತಿದ್ದರು; ಪ್ರತಿಯೊಬ್ಬನಿಗೂ ಆರು ರೆಕ್ಕೆಗಳಿದ್ದವು; ಎರಡರಿಂದ ತನ್ನ ಮುಖವನ್ನು ಮುಚ್ಚಿಕೊಳ್ಳುತ್ತಿದ್ದನು, ಎರಡರಿಂದ ತನ್ನ ಪಾದಗಳನ್ನು ಮುಚ್ಚಿಕೊಳ್ಳುತ್ತಿದ್ದನು, ಮತ್ತು ಎರಡರಿಂದ ಹಾರುತ್ತಿದ್ದನು. ಮತ್ತು ಒಬ್ಬನು ಮತ್ತೊಬ್ಬನಿಗೆ ಕೂಗಿ, “ಸೇನೆಗಳ ಕರ್ತನು ಪರಿಶುದ್ಧನು, ಪರಿಶುದ್ಧನು, ಪರಿಶುದ್ಧನು; ಸಮಸ್ತ ಭೂಮಿಯು ಆತನ ಮಹಿಮೆಯಿಂದ ತುಂಬಿದೆ” ಎಂದು ಹೇಳಿದನು. ಕೂಗಿದವನ ಧ್ವನಿಗೆ ಬಾಗಿಲಿನ ಕಂಬಗಳು ನಡುಗಿದವು, ಮತ್ತು ಗೃಹವು ಹೊಗೆಯಿಂದ ತುಂಬಿತು. ಆಗ ನಾನು, “ಅಯ್ಯೋ, ನನಗೆ ಅನರ್ಥ! ಯಾಕಂದರೆ ನಾನು ನಾಶನಾದವನು; ಏಕೆಂದರೆ ನಾನು ಅಶುದ್ಧ ತುಟಿಗಳವನಾಗಿದ್ದೇನೆ, ಮತ್ತು ಅಶುದ್ಧ ತುಟಿಗಳ ಜನರ ಮಧ್ಯದಲ್ಲಿ ವಾಸಿಸುತ್ತಿದ್ದೇನೆ; ಯಾಕಂದರೆ ನನ್ನ ಕಣ್ಣುಗಳು ಅರಸನಾದ ಸೇನೆಗಳ ಕರ್ತನನ್ನು ಕಂಡಿವೆ” ಎಂದು ಹೇಳಿದೆನು. ಆಗ ಸೆರಾಫಿಮರಲ್ಲಿ ಒಬ್ಬನು ವೇದಿಯ ಮೇಲಿನಿಂದ ಕೊಂಡಿಯಿಂದ ತೆಗೆದುಕೊಂಡಿದ್ದ ಉರಿಯುವ ಕೆಂಡವನ್ನು ತನ್ನ ಕೈಯಲ್ಲಿ ಹಿಡಿದು ನನ್ನ ಬಳಿಗೆ ಹಾರಿಬಂದನು. ಅವನು ಅದನ್ನು ನನ್ನ ಬಾಯಿಗೆ ತಾಗಿಸಿ, “ಇಗೋ, ಇದು ನಿನ್ನ ತುಟಿಗಳನ್ನು ತಟ್ಟಿದೆ; ನಿನ್ನ ಅಕ್ರಮವು ತೆಗೆದುಹಾಕಲ್ಪಟ್ಟಿದೆ, ಮತ್ತು ನಿನ್ನ ಪಾಪವು ಶುದ್ಧೀಕರಿಸಲ್ಪಟ್ಟಿದೆ” ಎಂದು ಹೇಳಿದನು. ಇದಲ್ಲದೆ, “ನಾನು ಯಾರನ್ನು ಕಳುಹಿಸಲಿ, ಮತ್ತು ನಮ್ಮಿಗಾಗಿ ಯಾರು ಹೋಗುವರು?” ಎಂದು ಹೇಳುವ ಕರ್ತನ ಸ್ವರವನ್ನು ಕೇಳಿದೆನು. ಆಗ ನಾನು, “ಇಗೋ, ನಾನು ಇಲ್ಲಿದ್ದೇನೆ; ನನ್ನನ್ನು ಕಳುಹಿಸು” ಎಂದು ಹೇಳಿದೆನು. ಯೆಶಾಯ 6:1–8.</w:t>
      </w:r>
    </w:p>
    <w:p>
      <w:pPr>
        <w:pStyle w:val="ArticleScripture"/>
        <w:jc w:val="left"/>
      </w:pPr>
      <w:r>
        <w:rPr>
          <w:rFonts w:ascii="Nirmala UI" w:hAnsi="Nirmala UI" w:eastAsia="Nirmala UI" w:cs="Nirmala UI"/>
        </w:rPr>
        <w:t>“ಈ ದರ್ಶನವು ಯೆಹೆಜ್ಕೇಲನಿಗೆ ನೀಡಲ್ಪಟ್ಟದ್ದು, ಅವನ ಮನಸ್ಸು ಕತ್ತಲೆಯ ಪೂರ್ವಾಶಂಕೆಗಳಿಂದ ತುಂಬಿಕೊಂಡಿದ್ದ ಸಮಯದಲ್ಲಿ. ಅವನು ತನ್ನ ಪಿತೃಗಳ ದೇಶವನ್ನು ನಿರ್ಜನವಾಗಿ ಬಿದ್ದಿರುವುದಾಗಿ ಕಂಡನು. ಒಮ್ಮೆ ಜನಸಂದಣಿಯಿಂದ ತುಂಬಿದ್ದ ಆ ಪಟ್ಟಣವು ಇನ್ನು ವಾಸಿಗಳಿಲ್ಲದಂತಾಗಿತ್ತು. ಉಲ್ಲಾಸದ ಧ್ವನಿಯೂ ಸ್ತುತಿಯ ಗೀತವೂ ಅವಳ ಗೋಡೆಗಳೊಳಗೆ ಇನ್ನು ಕೇಳಿಬರಲಿಲ್ಲ. ಪ್ರವಾದಿಯೇ ಸ್ವತಃ ಅನ್ಯ ದೇಶದಲ್ಲಿ ಪರದೇಶಿಯಾಗಿದ್ದನು; ಅಲ್ಲಿ ಮಿತಿಯಿಲ್ಲದ ಮಹತ್ವಾಕಾಂಕ್ಷೆಯೂ ಕ್ರೂರ ಹಿಂಸೆಯೂ ಪರಮಾಧಿಕಾರದಿಂದ ಆಳುತ್ತಿದ್ದವು. ಮಾನವೀಯ ದೌರ್ಜನ್ಯ ಮತ್ತು ಅನ್ಯಾಯದ ವಿಷಯವಾಗಿ ಅವನು ಕಂಡದ್ದೂ ಕೇಳಿದ್ದೂ ಅವನ ಆತ್ಮವನ್ನು ವ್ಯಥೆಗೊಳಿಸಿತು; ಅವನು ಹಗಲಿರುಳು ಕಹಿಯಾಗಿ ಶೋಕಿಸಿದನು. ಆದರೆ ಕೆಬಾರ್ ನದಿಯ ತೀರದಲ್ಲಿ ಅವನ ಮುಂದೆ ಪ್ರದರ್ಶಿಸಲ್ಪಟ್ಟ ಅದ್ಭುತ ಚಿಹ್ನೆಗಳು, ಭೌಮಿಕ ಆಳ್ವಿಕಾಧಿಪತಿಗಳ ಅಧಿಕಾರಕ್ಕಿಂತಲೂ ಬಲವಾದ, ಸರ್ವಾಧಿಕಾರಿಯಾಗಿ ನಿಯಂತ್ರಿಸುವ ಒಂದು ಶಕ್ತಿಯನ್ನು ಪ್ರಕಟಿಸಿತು. ಅಸ್ಸೂರ್ಯ ಮತ್ತು ಬಾಬಿಲೋನಿನ ಗರ್ವಿತ ಮತ್ತು ಕ್ರೂರ ರಾಜಾಧಿರಾಜರ ಮೇಲಾಗಿ ಕರುಣೆ ಮತ್ತು ಸತ್ಯದ ದೇವರು ಸಿಂಹಾಸನಾರೂಢನಾಗಿದ್ದನು.”</w:t>
      </w:r>
    </w:p>
    <w:p>
      <w:pPr>
        <w:pStyle w:val="ArticleScripture"/>
        <w:jc w:val="left"/>
      </w:pPr>
      <w:r>
        <w:rPr>
          <w:rFonts w:ascii="Nirmala UI" w:hAnsi="Nirmala UI" w:eastAsia="Nirmala UI" w:cs="Nirmala UI"/>
        </w:rPr>
        <w:t>ಪ್ರವಾದಿಗೆ ಇಷ್ಟು ಗೊಂದಲದಲ್ಲಿ ಒಳಗೊಂಡಿರುವಂತೆ ತೋರಿದ ಚಕ್ರಸಮಾನ ಸಂಕೀರ್ಣತೆಗಳು ಅನಂತ ಹಸ್ತದ ಮಾರ್ಗದರ್ಶನದ ಅಡಿಯಲ್ಲಿ ಇದ್ದವು. ಈ ಚಕ್ರಗಳನ್ನು ಚಲಿಸಿ ನಡೆಸುತ್ತಿರುವವನಾಗಿ ಅವನಿಗೆ ಪ್ರಕಟಗೊಂಡ ದೇವರ ಆತ್ಮನು ಗೊಂದಲದಿಂದ ಸೌಹಾರ್ದವನ್ನು ಉಂಟುಮಾಡಿದನು; ಹಾಗೆಯೇ ಸಮಸ್ತ ಲೋಕವು ಅವನ ಅಧೀನದಲ್ಲಿತ್ತು. ಮಹಿಮೀಕರಿಸಲ್ಪಟ್ಟ ಅಸಂಖ್ಯಾತ ಜೀವಿಗಳು ಅವನ ವಾಕ್ಯಕ್ಕೆ ಸಿದ್ಧರಾಗಿ, ದುಷ್ಟ ಮನುಷ್ಯರ ಶಕ್ತಿ ಮತ್ತು ನೀತಿಯನ್ನು ಮೀರಿ ಆಳುವದಕ್ಕೂ, ಅವನ ನಿಷ್ಠಾವಂತರಿಗೆ ಹಿತವನ್ನು ಉಂಟುಮಾಡುವದಕ್ಕೂ ಸಜ್ಜರಾಗಿದ್ದರು.</w:t>
      </w:r>
    </w:p>
    <w:p>
      <w:pPr>
        <w:pStyle w:val="ArticleScripture"/>
        <w:jc w:val="left"/>
      </w:pPr>
      <w:r>
        <w:rPr>
          <w:rFonts w:ascii="Nirmala UI" w:hAnsi="Nirmala UI" w:eastAsia="Nirmala UI" w:cs="Nirmala UI"/>
        </w:rPr>
        <w:t>“ಅದೇ ರೀತಿಯಲ್ಲಿ, ಮುಂದಿನ ಯುಗಗಳಿಗಾಗಿ ಸಭೆಯ ಇತಿಹಾಸವನ್ನು ಪ್ರಿಯನಾದ ಯೋಹಾನನಿಗೆ ತೆರೆಯಲು ದೇವರು ಉದ್ದೇಶಿಸಿದ್ದಾಗ, ದೀಪಸ್ತಂಭಗಳ ಮಧ್ಯದಲ್ಲಿ ನಡೆಯುತ್ತಿದ್ದ ‘ಮನುಷ್ಯಕುಮಾರನಿಗೆ ಸಮನಾದ ಒಬ್ಬನನ್ನು’ ಅವನಿಗೆ ಪ್ರಕಟಿಸುವ ಮೂಲಕ, ತನ್ನ ಜನರ ಮೇಲಿರುವ ರಕ್ಷಕನ ಆಸಕ್ತಿ ಮತ್ತು ಕಾಳಜಿಯ ಭರವಸೆಯನ್ನು ಅವನಿಗೆ ಕೊಟ್ಟನು; ಆ ದೀಪಸ್ತಂಭಗಳು ಏಳು ಸಭೆಗಳನ್ನು ಸಂಕೇತಿಸುತ್ತಿದ್ದವು. ಯೋಹಾನನಿಗೆ ಭೌಮಿಕ ಅಧಿಕಾರಗಳೊಂದಿಗೆ ಸಭೆಯ ಅಂತಿಮ ಮಹಾಸಂಘರ್ಷಗಳನ್ನು ತೋರಿಸಲ್ಪಟ್ಟಾಗ, ನಂಬಿಗಸ್ತರ ಅಂತಿಮ ಜಯವನ್ನೂ ಬಿಡುಗಡೆಗೊಳ್ಳುವಿಕೆಯನ್ನು ನೋಡುವ ಅನುಮತಿಯೂ ಅವನಿಗೆ ದೊರಕಿತು. ಅವನು ಸಭೆಯು ಮೃಗದೊಂದಿಗೂ ಅದರ ಪ್ರತಿಮೆಯೊಂದಿಗೂ ಪ್ರಾಣಾಂತಿಕ ಸಂಘರ್ಷಕ್ಕೆ ಒಳಗಾಗಿರುವುದನ್ನೂ, ಮತ್ತು ಆ ಮೃಗದ ಆರಾಧನೆಯನ್ನು ಮರಣದ ಬೆದರಿಕೆಯಡಿಯಲ್ಲಿ ಬಲಾತ್ಕಾರವಾಗಿ ಜಾರಿಗೊಳಿಸಲ್ಪಡುವುದನ್ನೂ ಕಂಡನು. ಆದರೆ ಯುದ್ಧದ ಹೊಗೆಗೂ ಗದ್ದಲಕ್ಕೂ ಆಚೆಗೆ ದೃಷ್ಟಿಸಿಟ್ಟಾಗ, ಅವನು ಕುರಿಯೊಂದಿಗೆ ಸಿಯೋನ್ ಪರ್ವತದ ಮೇಲೆ ನಿಂತಿದ್ದ ಒಂದು ಸಮೂಹವನ್ನು ಕಂಡನು; ಅವರ ನೆತ್ತಿಗಳ ಮೇಲೆ ಮೃಗದ ಗುರುತಿನ ಬದಲು ‘ತಂದೆಯ ಹೆಸರೇ ಬರೆಯಲ್ಪಟ್ಟಿತ್ತು.’ ಮತ್ತೊಮ್ಮೆ, ‘ಮೃಗದ ಮೇಲೆಯೂ, ಅದರ ಪ್ರತಿಮೆಯ ಮೇಲೆಯೂ, ಅದರ ಗುರುತಿನ ಮೇಲೆಯೂ, ಅದರ ಹೆಸರಿನ ಸಂಖ್ಯೆಯ ಮೇಲೆಯೂ ಜಯಹೊಂದಿದವರನ್ನು’ ಅವನು ಕಂಡನು; ಅವರು ‘ದೇವರ ವೀಣೆಗಳನ್ನು ಹಿಡಿದು ಗಾಜಿನ ಸಮುದ್ರದ ಮೇಲೆ ನಿಂತು,’ ಮೋಶೆಯ ಹಾಡನ್ನೂ ಕುರಿಯ ಹಾಡನ್ನೂ ಹಾಡುತ್ತಿದ್ದರು.”</w:t>
      </w:r>
    </w:p>
    <w:p>
      <w:pPr>
        <w:pStyle w:val="ArticleScripture"/>
        <w:jc w:val="left"/>
      </w:pPr>
      <w:r>
        <w:rPr>
          <w:rFonts w:ascii="Nirmala UI" w:hAnsi="Nirmala UI" w:eastAsia="Nirmala UI" w:cs="Nirmala UI"/>
        </w:rPr>
        <w:t>“ಈ ಪಾಠಗಳು ನಮ್ಮ ಪ್ರಯೋಜನಕ್ಕಾಗಿವೆ. ನಾವು ದೇವರ ಮೇಲೆಯೇ ನಮ್ಮ ನಂಬಿಕೆಯನ್ನು ಸ್ಥಿರಗೊಳಿಸಬೇಕಾಗಿದೆ, ಏಕೆಂದರೆ ನಮ್ಮ ಮುಂದೆಯೇ ಮನುಷ್ಯರ ಆತ್ಮಗಳನ್ನು ಪರೀಕ್ಷಿಸುವ ಕಾಲವೊಂದು ಇದೆ. ಕ್ರಿಸ್ತನು ಒಲೀವ ಬೆಟ್ಟದ ಮೇಲೆ, ತನ್ನ ದ್ವಿತೀಯಾಗಮನಕ್ಕಿಂತ ಮೊದಲು ಸಂಭವಿಸಬೇಕಾಗಿದ್ದ ಭಯಾನಕ ನ್ಯಾಯತೀರ್ಪುಗಳನ್ನು ವರ್ಣಿಸಿದನು: ‘ನೀವು ಯುದ್ಧಗಳನ್ನೂ ಯುದ್ಧಗಳ ಸುದ್ದಿಗಳನ್ನೂ ಕೇಳುವಿರಿ.’ ‘ಜನಾಂಗವು ಜನಾಂಗದ ವಿರುದ್ಧವಾಗಿಯೂ ರಾಜ್ಯವು ರಾಜ್ಯದ ವಿರುದ್ಧವಾಗಿಯೂ ಏಳುವುದು; ಮತ್ತು ವಿವಿಧ ಸ್ಥಳಗಳಲ್ಲಿ ಬರಗಳೂ, ಮಾರಿ ರೋಗಗಳೂ, ಭೂಕಂಪಗಳೂ ಉಂಟಾಗುವವು. ಇವೆಲ್ಲವೂ ವೇದನೆಗಳ ಆರಂಭ ಮಾತ್ರ.’ ಈ ಪ್ರವಾದನೆಗಳು ಯೆರೂಸಲೇಮಿನ ನಾಶದ ಸಮಯದಲ್ಲಿ ಭಾಗಶಃ ನೆರವೇರಿದ್ದರೂ, ಅವುಗಳಿಗೆ ಅಂತ್ಯಕಾಲದ ದಿನಗಳಿಗೆ ಇನ್ನೂ ಹೆಚ್ಚು ನೇರವಾದ ಅನ್ವಯವಿದೆ.”</w:t>
      </w:r>
    </w:p>
    <w:p>
      <w:pPr>
        <w:pStyle w:val="ArticleScripture"/>
        <w:jc w:val="left"/>
      </w:pPr>
      <w:r>
        <w:rPr>
          <w:rFonts w:ascii="Nirmala UI" w:hAnsi="Nirmala UI" w:eastAsia="Nirmala UI" w:cs="Nirmala UI"/>
        </w:rPr>
        <w:t>“ನಾವು ಮಹತ್ತರವಾದ ಮತ್ತು ಗಂಭೀರವಾದ ಘಟನೆಗಳ ಅಂಚಿನ ಮೇಲೆ ನಿಂತಿದ್ದೇವೆ. ಪ್ರವಾದನೆಯು ವೇಗವಾಗಿ ನೆರವೇರುತ್ತಿದೆ. ಕರ್ತನು ಬಾಗಿಲಲ್ಲಿದ್ದಾನೆ. ಶೀಘ್ರದಲ್ಲೇ ಸಕಲ ಜೀವಿಗಳಿಗೆ ಅಪಾರವಾದ ಆಸಕ್ತಿಯನ್ನು ಉಂಟುಮಾಡುವ ಒಂದು ಕಾಲಘಟ್ಟವು ನಮ್ಮ ಮುಂದೆ ತೆರೆದುಕೊಳ್ಳಲಿದೆ. ಭೂತಕಾಲದ ವಿವಾದಗಳು ಪುನರುಜ್ಜೀವಿತವಾಗುವವು; ಹೊಸ ವಿವಾದಗಳು ಉದಯಿಸುವವು. ನಮ್ಮ ಲೋಕದಲ್ಲಿ ನಡೆಯಲಿರುವ ದೃಶ್ಯಗಳು ಇನ್ನೂ ಕನಸಲ್ಲಿಯೂ ಊಹಿಸಲ್ಪಟ್ಟಿಲ್ಲ. ಸೈತಾನನು ಮಾನವೀಯ ಕಾರ್ಯಕರ್ತರ ಮೂಲಕ ಕಾರ್ಯನಿರ್ವಹಿಸುತ್ತಿದ್ದಾನೆ. ಸಂವಿಧಾನವನ್ನು ಬದಲಿಸಿ ಭಾನುವಾರದ ಆಚರಣೆಯನ್ನು ಬಲಾತ್ಕರಿಸುವ ಕಾನೂನನ್ನು ಭದ್ರಪಡಿಸಿಕೊಳ್ಳಲು ಪ್ರಯತ್ನಿಸುತ್ತಿರುವವರು ಅದರ ಪರಿಣಾಮ ಏನಾಗುವುದೋ ಎಂಬುದನ್ನು ಅಲ್ಪಮಟ್ಟಿಗೂ ಗ್ರಹಿಸಿರುವುದಿಲ್ಲ. ಒಂದು ಸಂಕಟವು ತಕ್ಷಣವೇ ನಮ್ಮ ಮೇಲೆ ಬರಲಿದೆ.”</w:t>
      </w:r>
    </w:p>
    <w:p>
      <w:pPr>
        <w:pStyle w:val="ArticleScripture"/>
        <w:jc w:val="left"/>
      </w:pPr>
      <w:r>
        <w:rPr>
          <w:rFonts w:ascii="Nirmala UI" w:hAnsi="Nirmala UI" w:eastAsia="Nirmala UI" w:cs="Nirmala UI"/>
        </w:rPr>
        <w:t>“ಆದರೆ ಈ ಮಹಾ ಸಂಕಟಕಾಲದಲ್ಲಿ ದೇವರ ಸೇವಕರು ತಮ್ಮ ಮೇಲೆಯೇ ಭರವಸೆ ಇಡಬಾರದು. ಯೆಶಾಯನಿಗೂ, ಯೆಹೆಜ್ಕೇಲನಿಗೂ, ಯೋಹಾನನಿಗೂ ನೀಡಲ್ಪಟ್ಟ ದರ್ಶನಗಳಲ್ಲಿ, ಭೂಮಿಯ ಮೇಲೆ ಸಂಭವಿಸುತ್ತಿರುವ ಘಟನೆಗಳೊಂದಿಗೆ ಪರಲೋಕವು ಎಷ್ಟು ನಿಕಟವಾಗಿ ಸಂಬಂಧ ಹೊಂದಿದೆಯೋ ಮತ್ತು ತನಗೆ ನಿಷ್ಠರಾಗಿರುವವರಿಗಾಗಿ ದೇವರ ಕಾಳಜಿ ಎಷ್ಟು ಮಹತ್ತಾದುದೋ ಎಂಬುದನ್ನು ನಾವು ಕಾಣುತ್ತೇವೆ. ಲೋಕವು ಆಳುವವನಿಲ್ಲದೆ ಇರುವುದಿಲ್ಲ. ಬರಲಿರುವ ಘಟನೆಗಳ ಯೋಜನೆ ಕರ್ತನ ಕೈಯಲ್ಲಿದೆ. ಪರಲೋಕದ ಮಹಿಮೆಸ್ವರೂಪನು ತನ್ನ ಸಭೆಯ ವಿಷಯಗಳನ್ನಷ್ಟೇ ಅಲ್ಲ, ಜನಾಂಗಗಳ ವಿಧಿಯನ್ನೂ ತನ್ನದೇ ವಹಿಸಿದ ಜವಾಬ್ದಾರಿಯಡಿಯಲ್ಲಿ ಇಟ್ಟುಕೊಂಡಿದ್ದಾನೆ.</w:t>
      </w:r>
    </w:p>
    <w:p>
      <w:pPr>
        <w:pStyle w:val="ArticleScripture"/>
        <w:jc w:val="left"/>
      </w:pPr>
      <w:r>
        <w:rPr>
          <w:rFonts w:ascii="Nirmala UI" w:hAnsi="Nirmala UI" w:eastAsia="Nirmala UI" w:cs="Nirmala UI"/>
        </w:rPr>
        <w:t>“ನಾವು ಕರ್ತನ ಕಾರ್ಯದಲ್ಲಿ ಕಾಳಜಿ, ತೊಂದರೆ, ಮತ್ತು ಗೊಂದಲವನ್ನು ಸಂಪೂರ್ಣವಾಗಿ ಅತಿಯಾಗಿ ಅನುಭವಿಸಿಕೊಳ್ಳಲು ನಮ್ಮನ್ನೇ ನಾವು ಅನುಮತಿಸುತ್ತೇವೆ. ಸೀಮಿತ ಮನುಷ್ಯರು ಹೊಣೆಗಾರಿಕೆಯ ಭಾರವನ್ನು ಹೊರುವವರಾಗಿ ಬಿಟ್ಟುಕೊಡಲ್ಪಟ್ಟಿಲ್ಲ. ನಾವು ದೇವರಲ್ಲಿ ಭರವಸೆಯಿಡಬೇಕು, ಆತನನ್ನು ನಂಬಬೇಕು, ಮತ್ತು ಮುಂದಕ್ಕೆ ಸಾಗಬೇಕು. ಪರಲೋಕದ ದೂತರ ಅಶ್ರಾಂತ ಜಾಗರೂಕತೆ, ಮತ್ತು ಭೂಲೋಕದ ಜೀವಿಗಳೊಂದಿಗೆ ಸಂಬಂಧಿಸಿದ ಅವರ ಸೇವೆಯಲ್ಲಿ ಅವರ ನಿರಂತರ ನಿಯೋಜನೆ, ಚಕ್ರದೊಳಗಿನ ಚಕ್ರವನ್ನು ದೇವರ ಕೈ ಹೇಗೆ ನಡೆಸುತ್ತಿದೆ ಎಂಬುದನ್ನು ನಮಗೆ ತೋರಿಸುತ್ತವೆ. ದೈವಿಕ ಬೋಧಕನು ತನ್ನ ಕಾರ್ಯದಲ್ಲಿರುವ ಪ್ರತಿಯೊಬ್ಬ ಕಾರ್ಯಕರ್ತನಿಗೂ, ಆತನು ಪುರಾತನದಲ್ಲಿ ಕೊರೇಶನಿಗೆ ಹೇಳಿದಂತೆಯೇ, ಹೀಗೆ ಹೇಳುತ್ತಿದ್ದಾನೆ: ‘ನೀನು ನನ್ನನ್ನು ಅರಿಯದೆ ಇದ್ದರೂ, ನಾನು ನಿನಗೆ ಕಟಿಬಂಧನ ಮಾಡಿದೆನು.’”</w:t>
      </w:r>
    </w:p>
    <w:p>
      <w:pPr>
        <w:pStyle w:val="ArticleScripture"/>
        <w:jc w:val="left"/>
      </w:pPr>
      <w:r>
        <w:rPr>
          <w:rFonts w:ascii="Nirmala UI" w:hAnsi="Nirmala UI" w:eastAsia="Nirmala UI" w:cs="Nirmala UI"/>
        </w:rPr>
        <w:t>“ಯೆಹೆಜ್ಕೇಲನ ದರ್ಶನದಲ್ಲಿ ದೇವರು ಕೆರೂಬರ ರೆಕ್ಕೆಗಳ ಕೆಳಗೆ ತನ್ನ ಕೈಯನ್ನು ಹೊಂದಿದ್ದನು. ಇದರ ಮೂಲಕ ತನ್ನ ಸೇವಕರಿಗೆ ಯಶಸ್ಸನ್ನು ನೀಡುವುದು ದೈವಿಕ ಶಕ್ತಿಯೇ ಎಂಬುದನ್ನು ಬೋಧಿಸಲಾಗುತ್ತದೆ. ಅವರು ಅಕ್ರಮವನ್ನು ದೂರಮಾಡಿ ಹೃದಯದಲ್ಲಿಯೂ ಜೀವನದಲ್ಲಿಯೂ ಶುದ್ಧರಾಗುವವರಾದರೆ, ಆತನು ಅವರೊಂದಿಗೆ ಕಾರ್ಯನಿರ್ವಹಿಸುವನು.</w:t>
      </w:r>
    </w:p>
    <w:p>
      <w:pPr>
        <w:pStyle w:val="ArticleScripture"/>
        <w:jc w:val="left"/>
      </w:pPr>
      <w:r>
        <w:rPr>
          <w:rFonts w:ascii="Nirmala UI" w:hAnsi="Nirmala UI" w:eastAsia="Nirmala UI" w:cs="Nirmala UI"/>
        </w:rPr>
        <w:t>“ಮಿಂಚಿನ ವೇಗದೊಡನೆ ಜೀವಿಗಳ ನಡುವೆ ಸಂಚರಿಸುವ ಪ್ರಕಾಶಮಾನವಾದ ಬೆಳಕು, ಈ ಕಾರ್ಯವು ಅಂತಿಮವಾಗಿ ಪೂರ್ಣತೆಗೆ ಮುನ್ನಡೆಯುವ ವೇಗವನ್ನು ಪ್ರತಿನಿಧಿಸುತ್ತದೆ. ನಿದ್ರಿಸದವನು, ತನ್ನ ಉದ್ದೇಶಗಳ ನೆರವೇರಿಕೆಗೆ ನಿರಂತರವಾಗಿ ಕಾರ್ಯನಿರತನು, ತನ್ನ ಮಹಾಕಾರ್ಯವನ್ನು ಸೌಹಾರ್ದಪೂರ್ವಕವಾಗಿ ಮುಂದುವರಿಸಬಲ್ಲನು. ಸೀಮಿತ ಮನಸ್ಸುಗಳಿಗೆ ಗೂಢವೂ ಸಂಕೀರ್ಣವೂ ಆಗಿ ತೋರುವುದನ್ನು ಕರ್ತನ ಕೈಯು ಸಂಪೂರ್ಣ ಕ್ರಮದಲ್ಲಿ ಕಾಪಾಡಬಲ್ಲದು. ದುಷ್ಟರ ಉದ್ದೇಶಗಳನ್ನು ಭಂಗಪಡಿಸಲು ಆತನು ಮಾರ್ಗಗಳನ್ನೂ ಉಪಾಯಗಳನ್ನೂ ರೂಪಿಸಬಲ್ಲನು; ತನ್ನ ಜನರ ವಿರುದ್ಧ ದುರುದ್ದೇಶವನ್ನು ಸಂಚು ಮಾಡುವವರ ಆಲೋಚನೆಗಳನ್ನು ಆತನು ಗೊಂದಲಕ್ಕೀಡುಮಾಡುವನು.”</w:t>
      </w:r>
    </w:p>
    <w:p>
      <w:pPr>
        <w:pStyle w:val="ArticleScripture"/>
        <w:jc w:val="left"/>
      </w:pPr>
      <w:r>
        <w:rPr>
          <w:rFonts w:ascii="Nirmala UI" w:hAnsi="Nirmala UI" w:eastAsia="Nirmala UI" w:cs="Nirmala UI"/>
        </w:rPr>
        <w:t>“ಸಹೋದರರೇ, ಇದು ಈಗ ಶೋಕವನ್ನೂ ನಿರಾಶೆಯನ್ನೂ ಹೊಂದುವ ಸಮಯವಲ್ಲ; ಸಂಶಯಕ್ಕೂ ಅವಿಶ್ವಾಸಕ್ಕೂ ಒಪ್ಪಿಕೊಳ್ಳುವ ಸಮಯವಲ್ಲ. ಕ್ರಿಸ್ತನು ಈಗ ಯೋಸೇಫನ ಹೊಸ ಸಮಾಧಿಯಲ್ಲಿ, ದೊಡ್ಡ ಕಲ್ಲಿನಿಂದ ಮುಚ್ಚಲ್ಪಟ್ಟು ರೋಮನ್ನರ ಮುದ್ರೆಯಿಂದ ಮುದ್ರಿತನಾಗಿರುವ ರಕ್ಷಕನಲ್ಲ; ನಮ್ಮಲ್ಲಿ ಪುನರುತ್ಥಾನಗೊಂಡ ರಕ್ಷಕನಿದ್ದಾನೆ. ಆತನೇ ರಾಜನು, ಸೈನ್ಯಗಳ ಕರ್ತನು; ಆತನು ಕೆರೂಬರ ಮಧ್ಯದಲ್ಲಿ ಆಸೀನನಾಗಿದ್ದಾನೆ; ಮತ್ತು ಜನಾಂಗಗಳ ಕಲಹ ಮತ್ತು ಗದ್ದಲಗಳ ಮಧ್ಯದಲ್ಲಿಯೂ ಆತನು ಇನ್ನೂ ತನ್ನ ಜನರನ್ನು ಕಾಪಾಡುತ್ತಾನೆ. ಆಕಾಶಗಳಲ್ಲಿ ಆಳುವವನೇ ನಮ್ಮ ರಕ್ಷಕನು. ಆತನು ಪ್ರತಿಯೊಂದು ಪರೀಕ್ಷೆಯನ್ನು ಅಳೆಯುತ್ತಾನೆ. ಪ್ರತಿಯೊಂದು ಆತ್ಮವನ್ನೂ ಪರೀಕ್ಷಿಸಬೇಕಾದ ಭಟ್ಟಿಯ ಅಗ್ನಿಯ ಮೇಲೆ ಆತನು ಕಣ್ಗಾವಲಿರುತ್ತಾನೆ. ರಾಜರ ದುರ್ಗಗಳು ಕೆಡವಲ್ಪಡುವಾಗ, ದೇವರ ಕೋಪದ ಬಾಣಗಳು ಆತನ ಶತ್ರುಗಳ ಹೃದಯಗಳನ್ನು ಛೇದಿಸುವಾಗ, ಆತನ ಜನರು ಆತನ ಕೈಗಳಲ್ಲಿ ಸುರಕ್ಷಿತರಾಗಿರುವರು.” Testimonies, volume 5, 752–754.</w:t>
      </w:r>
    </w:p>
    <w:p>
      <w:pPr>
        <w:pStyle w:val="ArticleBody"/>
        <w:jc w:val="left"/>
      </w:pPr>
      <w:r>
        <w:rPr>
          <w:rFonts w:ascii="Nirmala UI" w:hAnsi="Nirmala UI" w:eastAsia="Nirmala UI" w:cs="Nirmala UI"/>
        </w:rPr>
        <w:t>ಯೆಹೆಜ್ಕೇಲನು ನೂರ ನಲವತ್ತನಾಲ್ಕು ಸಾವಿರರಲ್ಲಿ ಸೇರಲು ಅಭ್ಯರ್ಥಿಗಳಾಗಿರುವವರನ್ನು ಪ್ರತಿನಿಧಿಸುತ್ತಾನೆ; ಮತ್ತು ಸಾಲಿನ ಮೇಲ್ಸಾಲಾಗಿ, ಪರಿಶುದ್ಧಾಲಯದಲ್ಲಿನ ಅವನ ಅನುಭವವು ಪರಿಶುದ್ಧಾಲಯದೊಳಗಿನ ಯೆಶಾಯನ ಹಾಗೂ ಯೋಹಾನನ ಅನುಭವಗಳೊಂದಿಗೆ ಹೊಂದಿಕೆಯಾಗುತ್ತದೆ. ನಾವು ಈಗ ದೇವಾಲಯದ ಪರೀಕ್ಷೆಯಲ್ಲಿ ಇದ್ದೇವೆ; ಇದು ನೂರ ನಲವತ್ತನಾಲ್ಕು ಸಾವಿರರನ್ನು ಮುದ್ರಿಸುವ ಮೂರು ಪರೀಕ್ಷೆಗಳಲ್ಲಿ ಎರಡನೆಯದು. ಆ ಅವಧಿಯೇ ಮಲಾಕಿ ಮೂರನೆಯ ಅಧ್ಯಾಯದ ನೆರವೇರಿಕೆಯಲ್ಲಿ ಒಡಂಬಡಿಕೆಯ ದೂತನಿಂದ ಸಾಧಿಸಲ್ಪಡುವ ಶುದ್ಧೀಕರಣವಾಗಿದೆ. ಮೂರು ಪರೀಕ್ಷೆಗಳ ಈ ಶುದ್ಧೀಕರಣ ಪ್ರಕ್ರಿಯೆಯೇ, “ಪ್ರತಿಯೊಬ್ಬ ಆತ್ಮವನ್ನೂ ಪರೀಕ್ಷಿಸಲೇಬೇಕಾದ” ಮಲಾಕಿಯ ಅಗ್ನಿಮಯ “ಕುಲುಮೆ” ಆಗಿದೆ. 1844ರ ಅಕ್ಟೋಬರ್ 22ರಂದು ಮೂರನೆಯ ದೂತನು ಬಂದಾಗ, ಒಡಂಬಡಿಕೆಯ ದೂತನು ಆಕಸ್ಮಿಕವಾಗಿ ತನ್ನ ದೇವಾಲಯಕ್ಕೆ ಬಂದು, ತನ್ನ ನಂಬಿಗಸ್ತರನ್ನು ಮುದ್ರಿಸುವುದಕ್ಕಾಗಿ ಆ ಇತಿಹಾಸದ ಜ್ಞಾನವಂತ ಕನ್ಯೆಯರನ್ನು ಮಹಾ ಪರಿಶುದ್ಧಸ್ಥಳದೊಳಗೆ ನಡೆಸಿಕೊಂಡು ಹೋದನು; ಆದರೆ ಆ ಇತಿಹಾಸದ ಕನ್ಯೆಯರು ದಂಗೆಯೆದ್ದು, 1856ರ ವೇಳೆಗೆ ಫಿಲಡೆಲ್ಫಿಯನ್ ಮಿಲ್ಲರೈಟ್ ಚಳವಳಿಯು ಲವೊದಿಕೀಯ ಮಿಲ್ಲರೈಟ್ ಚಳವಳಿಯಾಗಿ ಬದಲಾಗಿತ್ತು; ಮತ್ತು 1863ರಲ್ಲಿ ಅದು ಲವೊದಿಕೀಯ ಸೆವೆಂತ್-ಡೆ ಅಡ್ವೆಂಟಿಸ್ಟ್ ಸಭೆಯಾಗಿತು.</w:t>
      </w:r>
    </w:p>
    <w:p>
      <w:pPr>
        <w:pStyle w:val="ArticleBody"/>
        <w:jc w:val="left"/>
      </w:pPr>
      <w:r>
        <w:rPr>
          <w:rFonts w:ascii="Nirmala UI" w:hAnsi="Nirmala UI" w:eastAsia="Nirmala UI" w:cs="Nirmala UI"/>
        </w:rPr>
        <w:t>1844ರ ಅಕ್ಟೋಬರ್ 22ರಂದು ಅಕಸ್ಮಾತ್ತಾಗಿ ಆಗಮಿಸಿದ ಮೂರನೇ ದೂತನು 1863ರಲ್ಲಿ ತನ್ನ ಸನ್ನಿಧಿಯನ್ನು ಹಿಂತೆಗೆದುಕೊಂಡನು; ನಂತರ 2001ರ ಸೆಪ್ಟೆಂಬರ್ 11ರಂದು ಮತ್ತೆ ಹಿಂದಿರುಗಿದನು. ಇಪ್ಪತ್ತೈದು ವರ್ಷಗಳ ನಂತರ, 1844ರ ಅಕ್ಟೋಬರ್ 22ರಿಂದ ಪೂರ್ವಛಾಯಿತಗೊಂಡಿದ್ದ ದೇವಾಲಯದ ಪರೀಕ್ಷೆಯು ಈಗ ಪುನರಾವರ್ತಿತವಾಗುತ್ತಿದೆ. ಇಪ್ಪತ್ತೈದು ಎಂಬುದು ಪ್ರವಾದಿಕವಾಗಿ ಎರಡು ನೂರು ಐವತ್ತಿನ ದಶಮಾಂಶದ ಸಾಂಕೇತಿಕ ರೂಪವಾಗಿದೆ; ಮತ್ತು ಎರಡು ನೂರು ಐವತ್ತು ಎಂಬುದು ದಾನಿಯೇಲ 11ನೇ ಅಧ್ಯಾಯದ 11ರಿಂದ 15ನೇ ವಚನಗಳಲ್ಲಿ ಪ್ರತಿನಿಧಿಸಲ್ಪಟ್ಟಿರುವ ಇತಿಹಾಸದ ಸಂಕೇತವಾಗಿದೆ. ಎರಡು ನೂರು ಐವತ್ತು ಮತ್ತು ಇಪ್ಪತ್ತೈದು ಎಂಬವು ಯೆಹೆಜ್ಕೇಲನ ಪರಿಶುದ್ಧಾಲಯದ ದರ್ಶನದಲ್ಲಿರುವ ಚಕ್ರವಾಗಿದೆ. ಇಪ್ಪತ್ತೈದು ಎಂಬುದು ಒಡಂಬಡಿಕೆಯ ದೂತನಿಂದ ನೆರವೇರಿಸಲ್ಪಡುವ ಪರಿಶುದ್ಧೀಕರಣದ ಕಾರ್ಯದಲ್ಲಿ ಪ್ರತಿನಿಧಿಸಲ್ಪಟ್ಟಿರುವ ಮೂರು ಹಂತಗಳ ಪರೀಕ್ಷಾ ಪ್ರಕ್ರಿಯೆಯ ನೆರವೇರಿಕೆಯಲ್ಲಿ ಜ್ಞಾನಿಗಳ ಮತ್ತು ದುಷ್ಟರ ಪ್ರತ್ಯೇಕಿಕೆಯ ಸಂಕೇತವಾಗಿದೆ.</w:t>
      </w:r>
    </w:p>
    <w:p>
      <w:pPr>
        <w:pStyle w:val="ArticleBody"/>
        <w:jc w:val="left"/>
      </w:pPr>
      <w:r>
        <w:rPr>
          <w:rFonts w:ascii="Nirmala UI" w:hAnsi="Nirmala UI" w:eastAsia="Nirmala UI" w:cs="Nirmala UI"/>
        </w:rPr>
        <w:t>ಮತ್ತಾಯನ ಇಪ್ಪತ್ತೈದನೆಯ ಅಧ್ಯಾಯದಲ್ಲಿ ಮೂರು ದೃಷ್ಟಾಂತಗಳಿವೆ; ಮತ್ತು ಪ್ರತಿಯೊಂದು ದೃಷ್ಟಾಂತವೂ ಒಂದೆ ಲಕ್ಷ ನಲವತ್ತುನಾಲ್ಕು ಸಾವಿರರ ಮುದ್ರಿಸುವ ಕಾಲದಲ್ಲಿ ಜ್ಞಾನಿಗಳೂ ದುಷ್ಟರೂ ಪ್ರತ್ಯೇಕವಾಗುವಿಕೆಯನ್ನು ಗುರುತಿಸುತ್ತದೆ. ಆ ಅಧ್ಯಾಯದಲ್ಲಿ ಪ್ರತಿನಿಧಿಸಲ್ಪಟ್ಟಿರುವ ದೇವರ ಜನರ ನಿರೀಕ್ಷೆಯೇನೆಂದರೆ, ಅವರು ಮಧ್ಯರಾತ್ರಿಯ ಕೂಗುವಿಕೆಯ ಸಂದೇಶದ ಎಣ್ಣೆಯನ್ನು ಹೊಂದಿರುವ ಜ್ಞಾನಿಯಾದ ಕನ್ಯೆಯಾಗಿರಬಹುದೆಂಬುದು. ಅವರಿಗೆ ನೀಡಲ್ಪಟ್ಟ ವಿಶೇಷ ಪ್ರತಿಭೆಗಳನ್ನೇ ತಮ್ಮ ವೈಯಕ್ತಿಕ ಕೃಪಾಕಾಲದಲ್ಲಿ ನಿರ್ವಹಿಸುವ ಹೊಣೆಗಾರಿಕೆಯಲ್ಲಿ ಉಪಯೋಗಿಸಿದ ತಮ್ಮ ನಿರ್ವಹಣೆಯ ವಿಷಯದಲ್ಲಿ, ತಾವು ನಂಬಿಗಸ್ತ ಸೇವಕರಾಗಿ ತೀರ್ಪುಗೊಳ್ಳುವುದೇ ಅವರ ನಿರೀಕ್ಷೆ. ಅವರು ದೇವರ ಮೇಯ್ಸಲಿನ ಕುರಿಯಾಗಿ ತೀರ್ಪುಗೊಂಡು, ಆತನ ಬಲಭಾಗದಲ್ಲಿ ಕುಳ್ಳಿರಿಸಲ್ಪಡುವವರಾಗಿದ್ದು, ಆತನ ಎಡಭಾಗದಲ್ಲಿರುವ ಆಡು ಆಗದೆ ಇರುವುದೇ ಅವರ ನಿರೀಕ್ಷೆ. ಇಪ್ಪತ್ತೈದು ಎಂಬುದು ಒಂದೆ ಲಕ್ಷ ನಲವತ್ತುನಾಲ್ಕು ಸಾವಿರರ ಮುದ್ರಿಸುವ ಕಾಲದಲ್ಲಿ ಜ್ಞಾನಿಗಳೂ ದುಷ್ಟರೂ ಪ್ರತ್ಯೇಕವಾಗುವಿಕೆಯ ಒಂದು ಸಂಕೇತವಾಗಿದೆ. ಇಪ್ಪತ್ತೈದು ಎಂಬುದು ಯೆಹೆಜ್ಕೇಲನ ಚಕ್ರಗಳಲ್ಲಿ ಒಂದಾಗಿದೆ.</w:t>
      </w:r>
    </w:p>
    <w:p>
      <w:pPr>
        <w:pStyle w:val="ArticleScripture"/>
        <w:jc w:val="left"/>
      </w:pPr>
      <w:r>
        <w:rPr>
          <w:rFonts w:ascii="Nirmala UI" w:hAnsi="Nirmala UI" w:eastAsia="Nirmala UI" w:cs="Nirmala UI"/>
        </w:rPr>
        <w:t>ನಮ್ಮ ಬಂಧನದ ಇಪ್ಪತ್ತೈದನೆಯ ವರ್ಷದಲ್ಲಿ, ವರ್ಷದ ಆರಂಭದಲ್ಲಿ, ತಿಂಗಳ ಹತ್ತನೆಯ ದಿನದಲ್ಲಿ, ಪಟ್ಟಣವು ಹೊಡೆತಕ್ಕೊಳಗಾದ ನಂತರದ ಹದಿನಾಲ್ಕನೆಯ ವರ್ಷದಲ್ಲಿ, ಅಚ್ಚುಕಟ್ಟಾಗಿ ಅದೇ ದಿನ ಯೆಹೋವನ ಕೈ ನನ್ನ ಮೇಲೆ ಇತ್ತು, ಮತ್ತು ಆತನು ನನ್ನನ್ನು ಅಲ್ಲಿ ಕರೆದೊಯ್ದನು. ಯೆಹೆಜ್ಕೇಲನು 40:1.</w:t>
      </w:r>
    </w:p>
    <w:p>
      <w:pPr>
        <w:pStyle w:val="ArticleBody"/>
        <w:jc w:val="left"/>
      </w:pPr>
      <w:r>
        <w:rPr>
          <w:rFonts w:ascii="Nirmala UI" w:hAnsi="Nirmala UI" w:eastAsia="Nirmala UI" w:cs="Nirmala UI"/>
        </w:rPr>
        <w:t>ಬಂಧನದ ಇಪ್ಪತ್ತೈದನೇ ವರ್ಷವನ್ನು ಅಕ್ಟೋಬರ್ 22 ಪ್ರತಿನಿಧಿಸುತ್ತದೆ; ಅದು ಒಂದು ವ್ಯವಸ್ಥಾಕಾಲದ ಬಾಗಿಲು ಮುಚ್ಚಲ್ಪಡುವುದನ್ನು ಪ್ರತಿನಿಧಿಸುತ್ತದೆ. 1844ರ ಅಕ್ಟೋಬರ್ 22ರಂದು ಎರಡು ವರ್ಗಗಳು ಬೇರ್ಪಡಿಸಲ್ಪಟ್ಟಾಗ ಒಂದು ಬಾಗಿಲು ತೆರೆಯಲ್ಪಟ್ಟಿತು ಮತ್ತು ಒಂದು ಬಾಗಿಲು ಮುಚ್ಚಲ್ಪಟ್ಟಿತು.</w:t>
      </w:r>
    </w:p>
    <w:p>
      <w:pPr>
        <w:pStyle w:val="ArticleScripture"/>
        <w:jc w:val="left"/>
      </w:pPr>
      <w:r>
        <w:rPr>
          <w:rFonts w:ascii="Nirmala UI" w:hAnsi="Nirmala UI" w:eastAsia="Nirmala UI" w:cs="Nirmala UI"/>
        </w:rPr>
        <w:t>ಫಿಲಡೆಲ್ಫಿಯಾದ ಸಭೆಯ ದೂತನಿಗೆ ಬರೆಯಿರಿ: ಪರಿಶುದ್ಧನಾಗಿರುವವನು, ಸತ್ಯಸ್ವರೂಪನಾಗಿರುವವನು, ದಾವೀದನ ಕೀಲಿಯನ್ನು ಹೊಂದಿರುವವನು, ತೆರೆಯುವಾಗ ಯಾರೂ ಮುಚ್ಚಲಾರದವನು, ಮುಚ್ಚುವಾಗ ಯಾರೂ ತೆರೆಯಲಾರದವನು, ಇವುಗಳನ್ನು ಹೇಳುತ್ತಾನೆ; “ನಿನ್ನ ಕೃತ್ಯಗಳನ್ನು ನಾನು ತಿಳಿದಿದ್ದೇನೆ: ಇಗೋ, ನಾನು ನಿನ್ನ ಮುಂದೆಯೇ ತೆರೆದ ಬಾಗಿಲನ್ನು ಇಟ್ಟಿದ್ದೇನೆ; ಅದನ್ನು ಯಾರೂ ಮುಚ್ಚಲಾರರು; ಯಾಕಂದರೆ ನಿನಗೆ ಸ್ವಲ್ಪ ಬಲವಿದ್ದರೂ, ನೀನು ನನ್ನ ವಾಕ್ಯವನ್ನು ಕಾಪಾಡಿಕೊಂಡಿದ್ದೀ, ಮತ್ತು ನನ್ನ ನಾಮವನ್ನು ನಿರಾಕರಿಸಲಿಲ್ಲ.” ಪ್ರಕಟಣೆ 3:7, 8.</w:t>
      </w:r>
    </w:p>
    <w:p>
      <w:pPr>
        <w:pStyle w:val="ArticleBody"/>
        <w:jc w:val="left"/>
      </w:pPr>
      <w:r>
        <w:rPr>
          <w:rFonts w:ascii="Nirmala UI" w:hAnsi="Nirmala UI" w:eastAsia="Nirmala UI" w:cs="Nirmala UI"/>
        </w:rPr>
        <w:t>ಕ್ರಿಸ್ತನು ಫಿಲಡೆಲ್ಫಿಯಾದ ದೂತನಿಗೆ ತಾನು ಅವರ ಕಾರ್ಯವನ್ನು ತಿಳಿದಿರುವದಾಗಿ, ಮತ್ತು ಫಿಲಡೆಲ್ಫಿಯಾದ ಸಭೆಯ ಮುಂದೆ ತಾನು ತೆರೆದ ಬಾಗಿಲನ್ನು ಇಟ್ಟಿರುವದಾಗಿ ಹೇಳುತ್ತಾನೆ. ಆ ಬಾಗಿಲು “ದಾವೀದನ ಕೀಲಿಯಿಂದ” ತೆರೆಯಲ್ಪಟ್ಟಿದೆ; ಇದೇ ಕೀಲಿಯು ಎಲ್ಯಾಕೀಮನ ಮೇಲೆ ಇರಿಸಲ್ಪಟ್ಟ ಕೀಲಿಯಾಗಿದೆ.</w:t>
      </w:r>
    </w:p>
    <w:p>
      <w:pPr>
        <w:pStyle w:val="ArticleScripture"/>
        <w:jc w:val="left"/>
      </w:pPr>
      <w:r>
        <w:rPr>
          <w:rFonts w:ascii="Nirmala UI" w:hAnsi="Nirmala UI" w:eastAsia="Nirmala UI" w:cs="Nirmala UI"/>
        </w:rPr>
        <w:t>ಆ ದಿನದಲ್ಲಿ ಹೀಗಾಗುವುದು: ನಾನು ಹಿಲ್ಕೀಯನ ಮಗನಾದ ನನ್ನ ಸೇವಕ ಎಲ್ಯಾಕೀಮನನ್ನು ಕರೆಯುವೆನು. ನಿನ್ನ ವಸ್ತ್ರವನ್ನು ಅವನಿಗೆ ಹೊದಿಸಿ, ನಿನ್ನ ಕಚ್ಚೆಯಿಂದ ಅವನನ್ನು ಬಲಪಡಿಸುವೆನು; ನಿನ್ನ ಆಡಳಿತವನ್ನು ಅವನ ಕೈಗೆ ಒಪ್ಪಿಸುವೆನು; ಅವನು ಯೆರೂಸಲೇಮಿನ ನಿವಾಸಿಗಳಿಗೆ ಮತ್ತು ಯೆಹೂದದ ಮನೆತನಕ್ಕೆ ತಂದೆಯಾಗುವನು. ದಾವೀದನ ಮನೆತನದ ಕೀಲಿಯನ್ನು ಅವನ ಭುಜದ ಮೇಲೆ ಇಡುವೆನು; ಆಗ ಅವನು ತೆರೆದರೆ ಯಾರೂ ಮುಚ್ಚಲಾರರು; ಅವನು ಮುಚ್ಚಿದರೆ ಯಾರೂ ತೆರೆಲಾರರು. ಯೆಶಾಯ 22:20–22.</w:t>
      </w:r>
    </w:p>
    <w:p>
      <w:pPr>
        <w:pStyle w:val="ArticleBody"/>
        <w:jc w:val="left"/>
      </w:pPr>
      <w:r>
        <w:rPr>
          <w:rFonts w:ascii="Nirmala UI" w:hAnsi="Nirmala UI" w:eastAsia="Nirmala UI" w:cs="Nirmala UI"/>
        </w:rPr>
        <w:t>ಎಲ್ಯಾಕೀಮನು ಕರೆಯಲ್ಪಡುವ ದಿನದಲ್ಲಿ, ಅವನು ದುಷ್ಟನಾದ ಶೆಬ್ನನಿಂದ ಪ್ರತ್ಯೇಕಿಸಲ್ಪಡುತ್ತಾನೆ.</w:t>
      </w:r>
    </w:p>
    <w:p>
      <w:pPr>
        <w:pStyle w:val="ArticleScripture"/>
        <w:jc w:val="left"/>
      </w:pPr>
      <w:r>
        <w:rPr>
          <w:rFonts w:ascii="Nirmala UI" w:hAnsi="Nirmala UI" w:eastAsia="Nirmala UI" w:cs="Nirmala UI"/>
        </w:rPr>
        <w:t>ಸೈನ್ಯಗಳ ಕರ್ತನಾದ ಯೆಹೋವನು ಹೀಗೆ ಹೇಳುತ್ತಾನೆ: ಹೋಗು, ಗೃಹಕಾರ್ಯಗಳ ಮೇಲಿರುವ ಈ ಭಂಡಾರಾಧಿಕಾರಿಯಾದ ಶೆಬ್ನನ ಬಳಿಗೆ ಹೋಗಿ ಹೇಳು: ನಿನಗೆ ಇಲ್ಲಿ ಏನು ಇದೆ? ಇಲ್ಲಿ ನಿನಗೆ ಯಾರು ಇದ್ದಾರೆ? ನೀನು ಇಲ್ಲಿ ನಿನಗಾಗಿ ಉನ್ನತಸ್ಥಳದಲ್ಲಿ ಸಮಾಧಿಯನ್ನು ಕೊರೆಸಿಕೊಂಡಿರುವವನಂತೆ, ಬಂಡೆಯಲ್ಲಿ ತನಗಾಗಿ ವಾಸಸ್ಥಳವನ್ನು ಕೆತ್ತಿಸಿಕೊಂಡಿರುವವನಂತೆ ಸಮಾಧಿಯನ್ನು ಕೊರೆಸಿಕೊಂಡಿರುವುದೇನು? ಇಗೋ, ಯೆಹೋವನು ನಿನ್ನನ್ನು ಬಲವಾದ ಬಂಧನದಿಂದ ದೂರಕ್ಕೆ ಎಸೆದುಬಿಡುವನು; ನಿನ್ನನ್ನು ನಿಶ್ಚಯವಾಗಿ ಸುತ್ತುವರಿಯುವನು. ಆತನು ನಿನ್ನನ್ನು ನಿಶ್ಚಯವಾಗಿ ಬಲಾತ್ಕಾರವಾಗಿ ಗುಂಡಿನಂತೆ ದೊಡ್ಡ ದೇಶಕ್ಕೆ ತಿರುಗಿಸಿ ಎಸೆದುಬಿಡುವನು; ಅಲ್ಲಿ ನೀನು ಸಾಯುವೆ; ಅಲ್ಲಿ ನಿನ್ನ ಮಹಿಮೆಯ ರಥಗಳು ನಿನ್ನ ಯಜಮಾನನ ಮನೆಯ ನಾಚಿಕೆಯಾಗುವವು. ಯೆಶಾಯ 22:15–18.</w:t>
      </w:r>
    </w:p>
    <w:p>
      <w:pPr>
        <w:pStyle w:val="ArticleBody"/>
        <w:jc w:val="left"/>
      </w:pPr>
      <w:r>
        <w:rPr>
          <w:rFonts w:ascii="Nirmala UI" w:hAnsi="Nirmala UI" w:eastAsia="Nirmala UI" w:cs="Nirmala UI"/>
        </w:rPr>
        <w:t>ಶೆಬ್ನಾ ಮತ್ತು ಎಲ್ಯಾಕೀಮನ ಉದಾಹರಣೆಯನ್ನು ನೆರವೇರಿಸಿದ ಜ್ಞಾನಿಗಳಾದ ಕನ್ಯೆಯರು ಮತ್ತು ಮೂರ್ಖರಾದ ಕನ್ಯೆಯರ ವಿಭಜನೆ 1844ರ ಅಕ್ಟೋಬರ್ 22ರಂದು ನೆರವೇರಿತು; ಹಾಗೆಯೇ ಅದು ಯೆಹೋಯಾಕೀನನ ಬಂಧನದ ಇಪ್ಪತ್ತೈದನೆಯ ವರ್ಷವಾದ ಕ್ರಿ.ಪೂ. 573ರ ಅಕ್ಟೋಬರ್ 22ರಂದೂ ನೆರವೇರಿತು. ಯೆಹೆಜ್ಕೇಲ ಅಧ್ಯಾಯ ಎಂಟರಲ್ಲಿ, ಯೆರೂಸಲೇಮಿನಿಂದ ಪ್ರತಿನಿಧಿಸಲ್ಪಟ್ಟ ಅಡ್ವೆಂಟಿಸಂನೊಳಗಿನ ದುಷ್ಟರು, ಸೂರ್ಯನಿಗೆ ನಮಸ್ಕರಿಸುವ ಇಪ್ಪತ್ತೈದು ಮಂದಿ ಪುರುಷರಿಂದ ಪ್ರತಿನಿಧಿಸಲ್ಪಟ್ಟಿದ್ದಾರೆ. ಯೆರೂಸಲೇಮಿನ ನಾಶವು ಭಾನುವಾರದ ಕಾನೂನನ್ನು ಪ್ರತಿನಿಧಿಸುತ್ತದೆ; ಅದು ಒಂದೇ ವೇಳೆ ಒಂದು ಲಕ್ಷ ನಲವತ್ತನಾಲ್ಕು ಸಾವಿರರ ಮುದ್ರಣಕಾಲವನ್ನು ಅಂತ್ಯಗೊಳಿಸುವ ದಾರಿಚಿಹ್ನೆಯೂ ಆಗಿದೆ. ಆ ಮುದ್ರಣಕಾಲವು 2001ರ ಸೆಪ್ಟೆಂಬರ್ 11ರಂದು ಆರಂಭವಾಯಿತು; ಮತ್ತು ಯೇಸು ಆಲ್ಫಾ ಮತ್ತು ಓಮೆಗಾ ಎರಡೂ ಆಗಿರುವದರಿಂದ, ಮುದ್ರಣದ ಆರಂಭವಾಗಿರುವ 2001ರ ಸೆಪ್ಟೆಂಬರ್ 11 ಭಾನುವಾರದ ಕಾನೂನಿನಲ್ಲಿ ಸಂಭವಿಸುವ ಅಂತ್ಯವನ್ನೂ ದೃಷ್ಟಾಂತಗೊಳಿಸುತ್ತದೆ.</w:t>
      </w:r>
    </w:p>
    <w:p>
      <w:pPr>
        <w:pStyle w:val="ArticleBody"/>
        <w:jc w:val="left"/>
      </w:pPr>
      <w:r>
        <w:rPr>
          <w:rFonts w:ascii="Nirmala UI" w:hAnsi="Nirmala UI" w:eastAsia="Nirmala UI" w:cs="Nirmala UI"/>
        </w:rPr>
        <w:t>ಸೆಪ್ಟೆಂಬರ್ 11, 2001 ಅನ್ನು 1888ರ ಮಿನಿಯಾಪೊಲಿಸ್ ಸಭೆಗಳಿಂದ ಪೂರ್ವರೂಪಿತಗೊಂಡದ್ದಾಗಿ ತೋರಿಸಲಾಯಿತು; ಏಕೆಂದರೆ ಸಹೋದರಿ ವೈಟ್, 9/11ರಂದು ನ್ಯೂಯಾರ್ಕಿನ ಮಹಾ ಕಟ್ಟಡಗಳು ಕುಸಿದಾಗ ಪ್ರಕಟಣೆ 18:1–3 ನೆರವೇರಿತು ಎಂದು ಗುರುತಿಸುತ್ತಾರೆ. ಆ ಸಮಯದಲ್ಲಿ, 1888ರಲ್ಲಿ ಮಾಡಿದಂತೆ, ಪ್ರಕಟಣೆ ಹದಿನೆಂಟನೆಯ ದೂತನು ತನ್ನ ಮಹಿಮೆಯಿಂದ ಭೂಮಿಯನ್ನು ಪ್ರಕಾಶಮಾನಗೊಳಿಸಲು ಇಳಿದುಬಂದನು ಎಂದು ಅವರು ಗುರುತಿಸಿದರು. 1888ರ ದಂಗೆತನವನ್ನು ಅವರು ಕೊರಹ, ದಾತಾನ್ ಮತ್ತು ಅಬೀರಾಮರ ದಂಗೆತನದೊಂದಿಗೆ ಹೊಂದಿಸಿದರು; ಅವರ ಭ್ರಷ್ಟತೆಯಲ್ಲಿ ಖ್ಯಾತಿಯುಳ್ಳ ಇನ್ನೂರು ಐವತ್ತು ಮಂದಿ ಸಹ ಸೇರಿಕೊಂಡಿದ್ದರು. ಪ್ರಾಚೀನ ಇಸ್ರಾಯೇಲಿನ ಆರಂಭಿಕ ಇತಿಹಾಸದಲ್ಲಿದ್ದ ಕೊರಹನೂ ಅವನ ಸಂಗಡಿಗರೂ ಮಾಡಿದ ದಂಗೆತನದ ಇನ್ನೂರು ಐವತ್ತು ಬಂಡುಕೋರರು, ಪ್ರಾಚೀನ ಇಸ್ರಾಯೇಲಿನ ಅಂತ್ಯದ ಸಮಯದಲ್ಲಿ ಸೂರ್ಯನಿಗೆ ನಮಸ್ಕರಿಸುತ್ತಿದ್ದ ಇಪ್ಪತ್ತೈದು ಮಂದಿಯನ್ನು ಪೂರ್ವರೂಪಿಸಿದರು.</w:t>
      </w:r>
    </w:p>
    <w:p>
      <w:pPr>
        <w:pStyle w:val="ArticleBody"/>
        <w:jc w:val="left"/>
      </w:pPr>
      <w:r>
        <w:rPr>
          <w:rFonts w:ascii="Nirmala UI" w:hAnsi="Nirmala UI" w:eastAsia="Nirmala UI" w:cs="Nirmala UI"/>
        </w:rPr>
        <w:t>ಭಾನುವಾರದ ಕಾನೂನಿನ ಮುಂದೆ ವಂದಿಸುವ ಲಾವೊದಿಕೀಯ ಅಡ್ವೆಂಟಿಸಂನ ಇಪ್ಪತ್ತೈದು ನಾಯಕರು ಮತ್ತು 9/11ರಂದು ಇದ್ದ ಎರಡು ನೂರು ಐವತ್ತು ಮಂದಿ, ಜ್ಞಾನಿಗಳನ್ನೂ ದುಷ್ಟರನ್ನೂ ಪ್ರತ್ಯೇಕಿಸುವ ಸಂಕೇತವಾದ ಇಪ್ಪತ್ತೈದರ ಪ್ರತೀಕಶಾಸ್ತ್ರದ ಮೂಲಕ, ಮುದ್ರಣಕಾಲದ ಆರಂಭವನ್ನೂ ಅಂತ್ಯವನ್ನೂ ಗುರುತಿಸುವಂತೆ ಮುದ್ರಣಕಾಲವನ್ನು ಪ್ರತಿಪಾದಿಸುತ್ತವೆ. ಅದು ಮೋಶೆಯ ಕಾಲದಲ್ಲಿದ್ದ ಎರಡು ನೂರು ಐವತ್ತು ಮಂದಿ ಬಂಡುಕೋರರಾಗಿರಲಿ, ಅಥವಾ ಏಜೆಕಿಯೇಲ ಅಧ್ಯಾಯ ಎಂಟಿನ ಇಪ್ಪತ್ತೈದು ಮಂದಿಯಾಗಿರಲಿ, ಅಥವಾ ಮತ್ತಾಯ ಅಧ್ಯಾಯ ಇಪ್ಪತ್ತೈದರಲ್ಲಿರುವ ಪ್ರತ್ಯೇಕಿಕೆಯ ಮೂರು ಸಾಕ್ಷಿಗಳಾಗಿರಲಿ, ಅಥವಾ ಏಜೆಕಿಯೇಲ ನಲವತ್ತರಲ್ಲಿ ಇರುವ ಬಂಧನದ ಇಪ್ಪತ್ತೈದನೇ ವರ್ಷವಾಗಿರಲಿ; ಇಪ್ಪತ್ತೈದರ ಸಂಕೇತದ ಎಲ್ಲಾ ಅಭಿವ್ಯಕ್ತಿಗಳೂ ಕ್ರಮವಾಗಿ ಕ್ರಿ.ಪೂ. 207, 313 ಮತ್ತು 2026ರಲ್ಲಿ ತಮ್ಮ ಅಂತ್ಯಕ್ಕೇರಿದ ಮೂರು ಎರಡು ನೂರು ಐವತ್ತು ವರ್ಷದ ಅವಧಿಗಳೊಂದಿಗೆ ಸರಿಹೊಂದುತ್ತವೆ.</w:t>
      </w:r>
    </w:p>
    <w:p>
      <w:pPr>
        <w:pStyle w:val="ArticleBody"/>
        <w:jc w:val="left"/>
      </w:pPr>
      <w:r>
        <w:rPr>
          <w:rFonts w:ascii="Nirmala UI" w:hAnsi="Nirmala UI" w:eastAsia="Nirmala UI" w:cs="Nirmala UI"/>
        </w:rPr>
        <w:t>ಇಪ್ಪತ್ತೈದು ಎಂಬುದು, ಹೇಳುವುದಾದರೆ, ಇಪ್ಪತ್ತೈದುಗಳ ಎಲ್ಲಾ ರೇಖೆಗಳನ್ನು ಪರಿಪೂರ್ಣತೆಗೆ ತರುವ ಇಪ್ಪತ್ತೈದರ ಅಕ್ಷವಾಗಿದೆ. ಅದು ರಾಜ್ಯದ ಪ್ರವಾದಿಕ ಕೀಲಿಗಳಲ್ಲೊಂದಾಗಿ, ಪೇತ್ರನಿಗೆ ನೀಡಲ್ಪಟ್ಟದ್ದಾಗಿ, ನಲವತ್ತನೇ ವಚನದ ಗುಪ್ತ ಇತಿಹಾಸಕ್ಕೆ ಸ್ಪಷ್ಟತೆಯನ್ನು ತರಲು ಕಾರ್ಯನಿರ್ವಹಿಸುತ್ತದೆ. ದಾನಿಯೇಲ 11ರ ಹತ್ತುದಿಂದ ಹದಿನೈದು ವಚನಗಳು 1989ರಿಂದ ಭಾನುವಾರದ ಕಾಯಿದೆಯವರೆಗೆ ಇರುವ ಇತಿಹಾಸವನ್ನು ಆವರಿಸುವ ಒಂದು ರೇಖೆಯನ್ನು ಪ್ರತಿನಿಧಿಸುತ್ತವೆ ಎಂಬುದು—ಅದೇ ನಲವತ್ತನೇ ವಚನದ ಗುಪ್ತ ಇತಿಹಾಸವಾಗಿದೆ—ಮೂರು ಸಾಕ್ಷಿಗಳಿಗಿಂತ ಹೆಚ್ಚಾಗಿ, ಮರುಮರು ಸ್ಥಾಪಿತವಾಗಿದೆ. ಯೆಹೂದ ಗೋತ್ರದ ಸಿಂಹನು ಈಗ, ಅಂತ್ಯದ ದಿನಗಳ ಮಧ್ಯರಾತ್ರಿ ಕೂಗುವಿಕೆಯ ಸಂದೇಶವನ್ನು ಪರಿಪೂರ್ಣಗೊಳಿಸಲಿರುವ ಗುಪ್ತ ಇತಿಹಾಸವನ್ನು ತೆರೆಯುತ್ತಾ, ಯೆಹೆಜ್ಕೇಲನ ಚಕ್ರಗಳ ಮೇಲಿನ ಮುದ್ರೆಯನ್ನು ತೆಗೆಯುತ್ತಿರುವನು.</w:t>
      </w:r>
    </w:p>
    <w:p>
      <w:pPr>
        <w:pStyle w:val="ArticleBody"/>
        <w:jc w:val="left"/>
      </w:pPr>
      <w:r>
        <w:rPr>
          <w:rFonts w:ascii="Nirmala UI" w:hAnsi="Nirmala UI" w:eastAsia="Nirmala UI" w:cs="Nirmala UI"/>
        </w:rPr>
        <w:t>ಮುಂದಿನ ಲೇಖನಗಳಲ್ಲಿ ಅಂತ್ಯದ ದಿನಗಳಲ್ಲಿ ಮನುಷ್ಯರ ಸಂಕೀರ್ಣ ಪರಸ್ಪರ ಕ್ರಿಯೆಯನ್ನು ಪ್ರತಿನಿಧಿಸುವ ಯೆಹೆಜ್ಕೇಲನ ಚಕ್ರಗಳನ್ನು ನಾವು ಮುಂದುವರಿದು ಗುರುತಿಸುತ್ತೇವೆ. ಈ ಲೇಖನದ ಆರಂಭದಲ್ಲಿರುವ ಯೆಹೆಜ್ಕೇಲ ಅಧ್ಯಾಯ ಒಂದು ಮತ್ತು ಅದಕ್ಕೆ ಜೊತೆಯಾಗಿರುವ Testimonies, volume five ನಲ್ಲಿನ ಉಲ್ಲೇಖಿತ ಭಾಗವು, ನಾವು ಲೇಖನಗಳಲ್ಲಿ ಮುಂದುವರಿಯುವಾಗ ನಮ್ಮ ನಿರಂತರ ಉಲ್ಲೇಖಬಿಂದುವಾಗಿರುತ್ತದೆ. ಚಕ್ರಗಳನ್ನು ಅವುಗಳಿಗೆ ಯೋಗ್ಯವಾದ ಸ್ಥಾನದಲ್ಲಿ, ಮತ್ತು ಪ್ರವಾದನಾತ್ಮಕ ಇತಿಹಾಸದ ಇತರ ಚಕ್ರಗಳೊಂದಿಗೆ ಅವುಗಳ ಯೋಗ್ಯವಾದ ಅಂತರಸಂಬಂಧಗಳಲ್ಲಿ ಸ್ಥಾಪಿಸಿದಾಗ, 1840 ಆಗಸ್ಟ್ 11ರಂದು ಮೊದಲನೆಯ ದೂತನಿಗೆ ಶಕ್ತಿಯನ್ನು ನೀಡಿದ ಮುನ್ನೂರು ತೊಂಬತ್ತೊಂದು ವರ್ಷಗಳು ಮತ್ತು ಹದಿನೈದು ದಿನಗಳು, ಯೆರೂಸಲೇಮಿನ ಮುತ್ತಿಗೆಯ ಒಂದೂವರೆ ವರ್ಷಗಳಿಗೆ ಸಂಬಂಧಪಟ್ಟ ಮುನ್ನೂರು ತೊಂಬತ್ತು ವರ್ಷಗಳಾಗಿ ಯೆಹೆಜ್ಕೇಲನಿಂದಲೂ ಪ್ರತಿನಿಧಿಸಲ್ಪಟ್ಟಿವೆ ಎಂಬುದನ್ನು ನಾವು ತೋರಿಸುವೆವು; ಮತ್ತು ಈ ಪ್ರವಾದನಾತ್ಮಕ ಬೆಳಕಿನ ಆಗಮನವು ಒಂದು ಲಕ್ಷ ನಲವತ್ತುನಾಲ್ಕು ಸಾವಿರರ ಧ್ವಜವನ್ನು ಎತ್ತಿಹಿಡಿಯುವುದನ್ನು ಗುರುತಿಸುತ್ತದೆ.</w:t>
      </w:r>
    </w:p>
    <w:p>
      <w:pPr>
        <w:pStyle w:val="ArticleBody"/>
        <w:jc w:val="left"/>
      </w:pPr>
      <w:r>
        <w:rPr>
          <w:rFonts w:ascii="Nirmala UI" w:hAnsi="Nirmala UI" w:eastAsia="Nirmala UI" w:cs="Nirmala UI"/>
        </w:rPr>
        <w:t>ಪ್ರಕಟನೆ ಒಂಬತ್ತನೇ ಅಧ್ಯಾಯದ ಹತ್ತನೇ ವಚನದಲ್ಲಿರುವ ನೂರು ಐವತ್ತು ವರ್ಷಗಳ (ಐದು ತಿಂಗಳುಗಳ) ಆರಂಭದಲ್ಲಿ, 1299ರ ಜುಲೈ 27ರಿಂದ 1337ರವರೆಗೆ ಮೂವತ್ತೆಂಟು ವರ್ಷಗಳನ್ನು ಸೂಚಿಸುತ್ತದೆ. ಆ ನೂರು ಐವತ್ತು ವರ್ಷಗಳು ಹದಿನೈದನೇ ವಚನದಲ್ಲಿರುವ ಮುನ್ನೂರು ತೊಂಬತ್ತೊಂದು ವರ್ಷಗಳು ಮತ್ತು ಹದಿನೈದು ದಿನಗಳೊಂದಿಗೆ ಸಂಬಂಧ ಹೊಂದಿವೆ. ಆದಕಾರಣ, ಆ ಎರಡು ಅವಧಿಗಳ ಆರಂಭವು ಸೇರಿ ಒಂದು ಪ್ರವಾದನಾ ರೇಖೆಯನ್ನು ರೂಪಿಸುತ್ತದೆ; ಅದು ಜೋಸಾಯ ಲಿಚ್ ಅವರ 1838 ಮತ್ತು 1840ರ ಭವಿಷ್ಯವಾಣಿಯ ನೆರವೇರಿಕೆಯಲ್ಲಿ ಸಮಾಪ್ತಿಗೊಂಡಿತು ಮತ್ತು ಮಿಲ್ಲರೈಟ್ ಚಳವಳಿಯ ಉದಯವನ್ನೂ ಶಕ್ತೀಕರಣವನ್ನೂ ಗುರುತಿಸಿತು. ಅಡ್ವೆಂಟಿಸಂನ ಆರಂಭದಲ್ಲಿರುವ ಆ ಇತಿಹಾಸವು, ಭಾನುವಾರದ ಕಾನೂನಿಗೆ ಮುಂಚಿತವಾಗಿ ಒಂದು ಧ್ವಜಚಿಹ್ನೆಯಾಗಿ ಒಂದು ಲಕ್ಷ ನಲವತ್ತನಾಲ್ಕು ಸಾವಿರರ ಉದಯವನ್ನು ಗುರುತಿಸುತ್ತದೆ. ಹೀಗಾಗಿ, ಯೆಹೆಜ್ಕೇಲನ ಮುನ್ನೂರು ತೊಂಬತ್ತು ವರ್ಷಗಳು, ಮತ್ತು ಯೆರೂಸಲೇಮಿನ ಮುತ್ತಿಗೆಯ ಒಂದು ದಶಮಾಂಶ ಐದು ವರ್ಷಗಳು (1.5), 1299ರಲ್ಲಿ ಆರಂಭವಾದ ಆ ಪ್ರವಾದನಾ ರೇಖೆಯ ಅಂತ್ಯವನ್ನು ಗುರುತಿಸುತ್ತವೆ.</w:t>
      </w:r>
    </w:p>
    <w:p>
      <w:pPr>
        <w:pStyle w:val="ArticleBody"/>
        <w:jc w:val="left"/>
      </w:pPr>
      <w:r>
        <w:rPr>
          <w:rFonts w:ascii="Nirmala UI" w:hAnsi="Nirmala UI" w:eastAsia="Nirmala UI" w:cs="Nirmala UI"/>
        </w:rPr>
        <w:t>ಮುಂದಿನ ಲೇಖನಕ್ಕೆ ಮುಂಚಿತವಾಗಿ *Testimonies*, volume fiveನಲ್ಲಿರುವ ಈ ಭಾಗವನ್ನು ಪರಿಗಣಿಸುವುದು ಮೌಲ್ಯಯುಕ್ತವಾಗಿರುತ್ತದೆ.</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ನಲವತ್ತನೇ ವಚನದ ಗುಪ್ತ ಇತಿಹಾಸ - ಇಪ್ಪತ್ತೆರಡನೇ ಸಂಖ್ಯೆ</dc:title>
  <dc:subject>ಯೆಹೆಜ್ಕೇಲನು ಸಂಖ್ಯೆ ಮೂರು</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