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ನಲವತ್ತನೇ ವಚನದ ಗುಪ್ತ ಇತಿಹಾಸ - ಇಪ್ಪತ್ತ್ಮೂರುನೇ ಸಂಖ್ಯೆ</w:t>
      </w:r>
    </w:p>
    <w:p>
      <w:pPr>
        <w:pStyle w:val="ArticleSubtitle"/>
        <w:jc w:val="left"/>
      </w:pPr>
      <w:r>
        <w:rPr>
          <w:rFonts w:ascii="Nirmala UI" w:hAnsi="Nirmala UI" w:eastAsia="Nirmala UI" w:cs="Nirmala UI"/>
        </w:rPr>
        <w:t>ಯೆಹೆಜ್ಕೇಲನು — ಸಂಖ್ಯೆ ನಾಲ್ಕು</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2026-08-09</w:t>
      </w:r>
    </w:p>
    <w:p>
      <w:pPr>
        <w:pStyle w:val="ArticleBody"/>
        <w:jc w:val="left"/>
      </w:pPr>
      <w:r>
        <w:rPr>
          <w:rFonts w:ascii="Nirmala UI" w:hAnsi="Nirmala UI" w:eastAsia="Nirmala UI" w:cs="Nirmala UI"/>
        </w:rPr>
        <w:t>ಯೆಹೆಜ್ಕೇಲನನ್ನು “ಶೋಕಪಡುವ ಪ್ರವಾದಿ” ಎಂದು ಗುರುತಿಸಲಾಗುತ್ತದೆ; ಯಾಕಂದರೆ ಅವನು ತನ್ನ ಗ್ರಂಥದ ಒಂಬತ್ತನೇ ಅಧ್ಯಾಯದಲ್ಲಿ ದೇಶದಲ್ಲಿಯೂ ಸಭೆಯಲ್ಲಿಯೂ ನಡೆಯುವ ಅಸಹ್ಯಕರ ಕೃತ್ಯಗಳ ನಿಮಿತ್ತ ಶೋಕಿಸುತ್ತಿರುವ (ನಿಟ್ಟುಸಿರು ಬಿಡುತ್ತಾ ಅಳುತ್ತಿರುವ) ಒಂದು ಲಕ್ಷ ನಲವತ್ತನಾಲ್ಕು ಸಾವಿರರ ಪ್ರತೀಕನಾಗಿದ್ದಾನೆ. ಕಳೆದ ಲೇಖನದಲ್ಲಿ ನಾವು ಉಲ್ಲೇಖಿಸಿದ *Testimonies* ಗ್ರಂಥದ ಆ ಭಾಗದಲ್ಲಿ ಸಹೋದರಿ ವೈಟ್ ಹೀಗೆ ಬರೆದರು: “ಪ್ರವಾದಿಯು ತಾನೇ ಅನ್ಯ ದೇಶದಲ್ಲಿ ಪರದೇಶಿಯಾಗಿದ್ದನು; ಅಲ್ಲಿ ಅಸೀಮ ಮಹತ್ವಾಕಾಂಕ್ಷೆಯೂ ಕ್ರೂರ ದೌರ್ಜನ್ಯವೂ ಪರಮಾಧಿಕಾರದಿಂದ ಆಳುತ್ತಿದ್ದವು. ಮಾನವೀಯ ದಬ್ಬಾಳಿಕೆಯೂ ಅನ್ಯಾಯವೂ ಕುರಿತು ಅವನು ಕಂಡು ಕೇಳಿದ ಸಂಗತಿಗಳು ಅವನ ಆತ್ಮವನ್ನು ವ್ಯಥೆಗೊಳಿಸಿತು, ಮತ್ತು ಅವನು ಹಗಲಿರುಳು ಕಹಿಯಾಗಿ ಶೋಕಪಟ್ಟನು.”</w:t>
      </w:r>
    </w:p>
    <w:p>
      <w:pPr>
        <w:pStyle w:val="ArticleBody"/>
        <w:jc w:val="left"/>
      </w:pPr>
      <w:r>
        <w:rPr>
          <w:rFonts w:ascii="Nirmala UI" w:hAnsi="Nirmala UI" w:eastAsia="Nirmala UI" w:cs="Nirmala UI"/>
        </w:rPr>
        <w:t>ಒಂದು ಲಕ್ಷ ನಲವತ್ತಿನಾಲ್ಕು ಸಾವಿರರು “ಇಸ್ರಾಯೇಲನ ಹೊರದಬ್ಬಲ್ಪಟ್ಟವರು”; ಏಕೆಂದರೆ, ಎಜಕಿಯೇಲನು ಬಂಧನಕ್ಕೆ ತೆಗೆದುಕೊಂಡು ಹೋಗಲ್ಪಟ್ಟದ್ದು ಪ್ರತಿನಿಧಿಸುವಂತೆ, ಅವರು ಚದರಿಸಲ್ಪಟ್ಟಿದ್ದರು. ಎಜಕಿಯೇಲನು 9ರಲ್ಲಿ ಪ್ರತಿನಿಧಿಸಲ್ಪಟ್ಟಿರುವ ಮುದ್ರೆಯಿಡುವ ಪ್ರಕ್ರಿಯೆಯೇ ಪ್ರಕಟಣೆ 7ರಲ್ಲಿಯೂ ಇದೆ; ಮತ್ತು ಆ ಎರಡೂ ಅಧ್ಯಾಯಗಳು ಅಂತ್ಯದ ದಿನಗಳಲ್ಲಿ ಸಂಭವಿಸುವುದಾಗಿ ಪ್ರತಿನಿಧಿಸಲ್ಪಟ್ಟಿವೆ.</w:t>
      </w:r>
    </w:p>
    <w:p>
      <w:pPr>
        <w:pStyle w:val="ArticleScripture"/>
        <w:jc w:val="left"/>
      </w:pPr>
      <w:r>
        <w:rPr>
          <w:rFonts w:ascii="Nirmala UI" w:hAnsi="Nirmala UI" w:eastAsia="Nirmala UI" w:cs="Nirmala UI"/>
        </w:rPr>
        <w:t>“ದೇವರ ಸೇವಕರ ಈ ಮುದ್ರಣವು, ದರ್ಶನದಲ್ಲಿ ಯೆಹೆಜ್ಕೇಲನಿಗೆ ತೋರಿಸಲ್ಪಟ್ಟ ಅದೇ ಸಂಗತಿಯಾಗಿದೆ.” Testimonies to Ministers, 445.</w:t>
      </w:r>
    </w:p>
    <w:p>
      <w:pPr>
        <w:pStyle w:val="ArticleBody"/>
        <w:jc w:val="left"/>
      </w:pPr>
      <w:r>
        <w:rPr>
          <w:rFonts w:ascii="Nirmala UI" w:hAnsi="Nirmala UI" w:eastAsia="Nirmala UI" w:cs="Nirmala UI"/>
        </w:rPr>
        <w:t>ಸಿಂಹಾಸನದಿಂದ ದೇವರು ಕೆರೂಬಿಗಳನ್ನು ನಿರ್ದೇಶಿಸುತ್ತಾನೆ; ಅವರು ತದನಂತರ ಚಕ್ರಗಳನ್ನು ನಿಯಂತ್ರಿಸುತ್ತಾರೆ. ಎಲ್ಲವೂ ಗೊಂದಲದಲ್ಲಿರುವಂತೆ ತೋರುತ್ತಿದ್ದ ಕಾಲದಲ್ಲಿಯೂ ದೇವರೇ ನಿಯಂತ್ರಣದಲ್ಲಿ ಇದ್ದಾನೆ ಎಂಬುದನ್ನು ಯೆಹೆಜ್ಕೇಲನು ದರ್ಶನದಿಂದ ತಿಳಿದುಕೊಳ್ಳಬೇಕಾಗಿತ್ತು. ಕ್ರಿಸ್ತನು ಏಳು ಸಭೆಗಳ ಮಧ್ಯದಲ್ಲಿ ಸಂಚರಿಸುತ್ತಿದ್ದ ಪರಿಶುದ್ಧಾಲಯದಲ್ಲಿ ಯೋಹಾನನನ್ನು ಅವಳು ವರ್ಣಿಸುವಾಗ, ಭೂಮಿಯ ವ್ಯವಹಾರಗಳನ್ನು ನಿರ್ವಹಿಸುತ್ತಿದ್ದ ಕೆರೂಬಿಗಳನ್ನು ನಿರ್ದೇಶಿಸುವ ಸಿಂಹಾಸನಸ್ಥ ದೇವರ ವಿನ್ಯಾಸವನ್ನು ವಿವರಿಸಿದ ನಂತರ, ಸಿಸ್ಟರ್ ವೈಟ್ “ಅದೇ ರೀತಿಯಲ್ಲಿ” ಎಂದು ಹೇಳುತ್ತಾಳೆ. ಯೆಹೆಜ್ಕೇಲನು ಮತ್ತು ಯೋಹಾನನು, ಪ್ರೇರಿತ ವಚನವು ದಾಖಲಿಸಿದಂತೆ, “ನಮ್ಮ ಲೋಕದಲ್ಲಿ ನಡೆಯಲಿರುವ ದೃಶ್ಯಗಳು ಇನ್ನೂ ಕನಸಲ್ಲಿಯೂ ಕಾಣಲ್ಪಟ್ಟಿಲ್ಲ” ಎಂಬ ಆ ಒಂದು ಲಕ್ಷ ನಲವತ್ತನಾಲ್ಕು ಸಾವಿರರ ಮುದ್ರಣಕಾಲದಲ್ಲಿ ಜೀವಿಸುವವರ ಪ್ರತೀಕರಾಗಿದ್ದಾರೆ.</w:t>
      </w:r>
    </w:p>
    <w:p>
      <w:pPr>
        <w:pStyle w:val="ArticleBody"/>
        <w:jc w:val="left"/>
      </w:pPr>
      <w:r>
        <w:rPr>
          <w:rFonts w:ascii="Nirmala UI" w:hAnsi="Nirmala UI" w:eastAsia="Nirmala UI" w:cs="Nirmala UI"/>
        </w:rPr>
        <w:t>ನಿಶ್ಚಯವಾಗಿ, ಸಿಸ್ಟರ್ ವೈಟ್ ಅವರು ಆ ಮಾತುಗಳನ್ನು ಬರೆಯುವಾಗ ಅವು ಸತ್ಯವಾಗಿದ್ದವು; ಆದರೆ ಮುದ್ರಿಸುವ ಕಾಲದಲ್ಲಿ ಅವು ತಮ್ಮ ಪರಿಪೂರ್ಣ ನೆರವೇರಿಕೆಯನ್ನು ಕಂಡುಕೊಳ್ಳುತ್ತವೆ. ಇಪ್ಪತ್ತು ವರ್ಷಗಳ ಹಿಂದೆ ಅಥವಾ ಅದರ ಸುತ್ತಮುತ್ತ, ಈಗ ಲೋಕದಲ್ಲಿ ಸಂಭವಿಸುತ್ತಿರುವ ಸಂಗತಿಗಳನ್ನು—ಇಸ್ಲಾಂನ ಮಿಡತೆಗಳ ಗುಂಪುಗೂಡುವಿಕೆಗೆ ಸಂಬಂಧಿಸಿ—ನೀವು ಊಹಿಸಿದ್ದೀರಾ? ಪ್ರಕಟನೆಯ ಒಂಬತ್ತನೇ ಅಧ್ಯಾಯದಲ್ಲಿ ಇಸ್ಲಾಂನ ಚಿಹ್ನೆಯಾಗಿ ಮಿಡತೆಗಳನ್ನು ಉಲ್ಲೇಖಿಸುವುದು, ಪ್ರಕೃತಿಯಲ್ಲಿ ಉತ್ತರ ಆಫ್ರಿಕಾದ ಮಿಡತೆಗಳ ವಲಸೆಯನ್ನೂ ಒಳಗೊಂಡಿದೆ. ಆಫ್ರಿಕಾದ ಆ ಗುಂಪುಗೂಡುವ ಮಿಡತೆಗಳ ವಲಸೆಮಾರ್ಗವು ಇಸ್ಲಾಂ ವಶಪಡಿಸಿಕೊಂಡ ಭೂಗೋಳದೊಂದಿಗೆ ಹೊಂದಿಕೆಯಾಗುತ್ತದೆ. ಇಸ್ಲಾಂ ಇಶ್ಮಾಯೇಲನ ಸಂತತಿಯಾಗಿದೆ, ಮತ್ತು ಇಶ್ಮಾಯೇಲನ ತಾಯಿ ಹಾಗರಳಾಗಿದ್ದಳು. “ಹಾಗರ” ಎಂಬುದಕ್ಕೆ “ಹಾರಾಟ” ಅಥವಾ “ಓಡಿಹೋಗುವುದು” ಎಂಬ ಅರ್ಥವಿದೆ. ಅರಬಿಯಲ್ಲಿ ಆ ಹೆಸರನ್ನು ಸಾಮಾನ್ಯವಾಗಿ ಹಾಜರ್ (</w:t>
      </w:r>
      <w:r>
        <w:rPr>
          <w:rFonts w:ascii="Segoe UI" w:hAnsi="Segoe UI" w:eastAsia="Segoe UI" w:cs="Segoe UI"/>
        </w:rPr>
        <w:t>هاجر</w:t>
      </w:r>
      <w:r>
        <w:rPr>
          <w:rFonts w:ascii="Nirmala UI" w:hAnsi="Nirmala UI" w:eastAsia="Nirmala UI" w:cs="Nirmala UI"/>
        </w:rPr>
        <w:t>) ಎಂದು ರೂಪಾಂತರಿಸಲಾಗುತ್ತದೆ, ಮತ್ತು ಅದು ಹಿಜ್ರಾ (ಮುಹಮ್ಮದ್ ಅವರ ವಲಸೆ/ಹಾರಾಟ) ಎಂಬ ಪದವನ್ನು ನಮಗೆ ನೀಡುವ ಅದೇ ಮೂಲದೊಂದಿಗೆ ಸಂಬಂಧಿಸಿದೆ. ಇಸ್ಲಾಂನ ಬೇರುಗಳು ಕೇವಲ ಮಿಡತೆಗಳ ಗುಂಪುಗೂಡುವಿಕೆಗೆ ಮಾತ್ರ ಸಂಬಂಧಿಸಿದಿಲ್ಲ; ಆ ಬೇರುಗಳಲ್ಲಿ ವಲಸೆ ಎಂಬ ಅರ್ಥವೂ ಸೇರಿದೆ. ಅಕ್ರಮ ವಲಸೆಯು ಇಸ್ಲಾಂನ ಮಿಡತೆಗಳ ಒಂದು ಪ್ರತ್ಯಕ್ಷೀಕರಣವಾಗಿದೆ ಎಂದು ಯಾರಾದರೂ ಕನಸಿನಲ್ಲಾದರೂ ಭಾವಿಸಿದ್ದರಾ?</w:t>
      </w:r>
    </w:p>
    <w:p>
      <w:pPr>
        <w:pStyle w:val="ArticleBody"/>
        <w:jc w:val="left"/>
      </w:pPr>
      <w:r>
        <w:rPr>
          <w:rFonts w:ascii="Nirmala UI" w:hAnsi="Nirmala UI" w:eastAsia="Nirmala UI" w:cs="Nirmala UI"/>
        </w:rPr>
        <w:t>ಜಾಗತಿಕ ಕಮ್ಯೂನಿಸ್ಟರು ಇಸ್ಲಾಮೀಯ ಗುಂಪುಗಳೊಂದಿಗೆ ಒಕ್ಕೂಟವನ್ನು ರಚಿಸುವರೆಂದು ಯಾರಾದರೂ ಕನಸು ಕಂಡಿದ್ದರೇನು? ಇಸ್ಲಾಂ ಹಾಗೂ ಜಾಗತಿಕತಾವಾದಿಗಳ ಡ್ರಾಗನ್‌ಶಕ್ತಿ ಎರಡೂ ಪ್ರಕಟಣೆ 9/11ರಲ್ಲಿ ಕ್ರಮವಾಗಿ ಅಬಾಧಿತ ಗಹ್ವರದಿಂದ ಏರಿಬರುತ್ತವೆ; ಮತ್ತು ಆ ಅಬಾಧಿತ ಗಹ್ವರವು ಸಾತಾನಿಕ ಶಕ್ತಿಯ ಪ್ರಕಟನೆಗೆ ಪ್ರತಿನಿಧಿಯಾಗಿದೆ. ಈ ಪ್ರಸ್ತುತ ಮಿತ್ರರಲ್ಲಿರುವ ಎರಡೂ ಪಕ್ಷಗಳೂ ಸತ್ಯಶಾಸ್ತ್ರದ ಪ್ರಕಾರ ಸೈತಾನನ ಸಾಧನಗಳಾಗಿವೆ.</w:t>
      </w:r>
    </w:p>
    <w:p>
      <w:pPr>
        <w:pStyle w:val="ArticleScripture"/>
        <w:jc w:val="left"/>
      </w:pPr>
      <w:r>
        <w:rPr>
          <w:rFonts w:ascii="Nirmala UI" w:hAnsi="Nirmala UI" w:eastAsia="Nirmala UI" w:cs="Nirmala UI"/>
        </w:rPr>
        <w:t>“‘ಅವರು ತಮ್ಮ ಸಾಕ್ಷಿಯನ್ನು ಪೂರ್ಣಗೊಳಿಸಿದಾಗ [ಪೂರ್ಣಗೊಳಿಸುತ್ತಿರುವಾಗ].’ ಗೋಣಿತೊಟ್ಟಿಯಲ್ಲಿ ವಸ್ತ್ರಧರಿಸಿ ಇಬ್ಬರು ಸಾಕ್ಷಿಗಳು ಪ್ರವಾದನೆ ಮಾಡಬೇಕಾಗಿದ್ದ ಅವಧಿಯು 1798ರಲ್ಲಿ ಅಂತ್ಯವಾಯಿತು. ಅವರು ತಮ್ಮ ಕಾರ್ಯದ ಅಂತ್ಯದ ಸಮೀಪಕ್ಕೆ ಅಸ್ಪಷ್ಟತೆಯಲ್ಲೇ ಬರುತ್ತಿದ್ದಾಗ, ‘ಅಗಾಧಕೂಪದಿಂದ ಏರುವ ಮೃಗ’ವೆಂದು ಪ್ರತಿನಿಧಿಸಲ್ಪಟ್ಟ ಶಕ್ತಿಯಿಂದ ಅವರ ಮೇಲೆ ಯುದ್ಧ ಮಾಡಲ್ಪಡಬೇಕಾಗಿತ್ತು. ಯೂರೋಪಿನ ಅನೇಕ ರಾಷ್ಟ್ರಗಳಲ್ಲಿ ಸಭೆ ಮತ್ತು ರಾಜ್ಯದಲ್ಲಿ ಆಳಿದ ಅಧಿಕಾರಗಳು ಅನೇಕ ಶತಮಾನಗಳವರೆಗೆ ಪಾಪಾಸಿಯ ಮಧ್ಯಮದ ಮೂಲಕ ಸೈತಾನನಿಂದ ನಿಯಂತ್ರಿಸಲ್ಪಟ್ಟಿದ್ದವು. ಆದರೆ ಇಲ್ಲಿ ಸೈತಾನೀಯ ಶಕ್ತಿಯ ಒಂದು ಹೊಸ ಪ್ರತ್ಯಕ್ಷತೆ ದೃಷ್ಟಿಗೆ ತರಲ್ಪಡುತ್ತದೆ.” The Great Controversy, 268.</w:t>
      </w:r>
    </w:p>
    <w:p>
      <w:pPr>
        <w:pStyle w:val="ArticleBody"/>
        <w:jc w:val="left"/>
      </w:pPr>
      <w:r>
        <w:rPr>
          <w:rFonts w:ascii="Nirmala UI" w:hAnsi="Nirmala UI" w:eastAsia="Nirmala UI" w:cs="Nirmala UI"/>
        </w:rPr>
        <w:t>ಇಲ್ಲಿ ಸಿಸ್ಟರ್ ವೈಟ್ ಫ್ರೆಂಚ್ ಕ್ರಾಂತಿಯ ಅವಧಿಯಲ್ಲಿ ಸಮಾಜವಾದದ ಆಗಮನವನ್ನು ಗುರುತಿಸುತ್ತಾರೆ; ಇದೇ ಸಮಯದಲ್ಲಿ ಸೈತಾನನು ಪಾಪಸಂಬಂಧಿತ ಅಧಿಕಾರವನ್ನೂ ನಿಯಂತ್ರಿಸುತ್ತಾನೆ ಎಂಬುದನ್ನೂ ಸೂಚಿಸುತ್ತಾರೆ. ಪಾಪಸಂಬಂಧಿತ ಅಧಿಕಾರವೂ ಪ್ರಕಟಣೆ ಹದಿನೇಳನೇ ಅಧ್ಯಾಯದಲ್ಲಿ ಅತಳಗುಂಡಿಯಿಂದ ಹೊರಬರುತ್ತದೆ; ಮತ್ತು ಪ್ರಕಟಣೆ ಒಂಬತ್ತನೇ ಅಧ್ಯಾಯದಲ್ಲಿ ಇಸ್ಲಾಂ ಅತಳಗುಂಡಿಯಿಂದ ಏರಿದ ಹೊಗೆ ಆಗಿದೆ. ವಿಷಯವು ಇನ್ನೂ ಹಾಗೆಯೇ ಉಳಿದಿದೆ; ಪ್ರೇರಿತ ವಾಕ್ಯವು ನಿಜವಾಗಿಯೂ, “ನಮ್ಮ ಲೋಕದಲ್ಲಿ ನಡೆಯಲಿರುವ ದೃಶ್ಯಗಳನ್ನು ಇನ್ನೂ ಕನಸಲ್ಲಿಯೂ ಕಾಣಲಾಗಿಲ್ಲ” ಎಂದು ಉದ್ದೇಶಿಸಿದ್ದಿತೇ? ಈಗ ಇಸ್ಲಾಂ ಯೂರೋಪಿನಾದ್ಯಂತ ವ್ಯಾಪಿಸಿ, ಈಗ ಅಮೆರಿಕಗಳ ಮೇಲೆ ಇಳಿಯುತ್ತಿರುವುದನ್ನು ಯಾರು ಕನಸು ಕಂಡಿದ್ದರು? ವಿಶ್ವಸಂಸ್ಥೆ, ಯೂರೋಪಿಯನ್ ಯೂನಿಯನ್ ಮತ್ತು ಯುನೈಟೆಡ್ ಸ್ಟೇಟ್ಸ್‌ನ ಡೆಮಾಕ್ರಟಿಕ್ ಪಕ್ಷದ ಜಾಗತಿಕವಾದಿಗಳಿಂದ ಮಿಡತೆಗಳು ಜಗತ್ತಿನಾದ್ಯಂತ ಹರಡಿಸಲ್ಪಡುವುದೆಂದು ನೀವು ಕನಸು ಕಂಡಿದ್ದೀರಾ?</w:t>
      </w:r>
    </w:p>
    <w:p>
      <w:pPr>
        <w:pStyle w:val="ArticleBody"/>
        <w:jc w:val="left"/>
      </w:pPr>
      <w:r>
        <w:rPr>
          <w:rFonts w:ascii="Nirmala UI" w:hAnsi="Nirmala UI" w:eastAsia="Nirmala UI" w:cs="Nirmala UI"/>
        </w:rPr>
        <w:t>ಶೈಕ್ಷಣಿಕ ಸಂಸ್ಥೆಗಳು, ಆ ತೆರಿಗೆ ಹಣವನ್ನು ಒದಗಿಸುವ ರಾಷ್ಟ್ರವನ್ನೇ ನಾಶಮಾಡಲು ತಮ್ಮ ತೆರಿಗೆ ಹಣವನ್ನು ಬಳಸಲಾಗುತ್ತದೆ ಎಂಬ ಉದ್ದೇಶವೇ ಎಂದಿಗೂ ಇರದ ನಾಗರಿಕರ ತೆರಿಗೆ ಹಣದಿಂದ ಈಗ ಪೋಷಿಸಲ್ಪಡುತ್ತಿರುವ ಕಾಮ್ಯುನಿಸ್ಟ್ ಮತ್ತು ಇಸ್ಲಾಮಿಕ್ ಮೈತ್ರಿಯಿಂದ ಆಕ್ರಮಿಸಲ್ಪಡುವುವೆಂದು ಯಾರು ಕನಸು ಕಂಡಿದ್ದರು?</w:t>
      </w:r>
    </w:p>
    <w:p>
      <w:pPr>
        <w:pStyle w:val="ArticleBody"/>
        <w:jc w:val="left"/>
      </w:pPr>
      <w:r>
        <w:rPr>
          <w:rFonts w:ascii="Nirmala UI" w:hAnsi="Nirmala UI" w:eastAsia="Nirmala UI" w:cs="Nirmala UI"/>
        </w:rPr>
        <w:t>ಇಸ್ಲಾಂನ ಕೈಯಿಂದ ಶ್ವೇತ ವರ್ಣದ ಹುಡುಗಿಯರು ಗುಂಪಾಗಿ ಅತ್ಯಾಚಾರಕ್ಕೊಳಗಾಗಿ, ಅಪಹರಣಕ್ಕೊಳಗಾಗಿ, ಬಂಧನಕ್ಕೊಳಗಾಗಿ, ಹತ್ಯೆಯಾದುದನ್ನು ಮಹಾ ಬ್ರಿಟನ್ ಪ್ರೋತ್ಸಾಹಿಸಿ ಸಮರ್ಥಿಸಿಕೊಳ್ಳುತ್ತದೆ ಎಂದು ಯಾರು ಕನಸಿನಲ್ಲಾದರೂ ಭಾವಿಸಿದ್ದರು? ಮಾನವ ಇತಿಹಾಸದಲ್ಲಿ ಇದುವರೆಗೆ ಎಲ್ಲಿಯೇ ನೆಲೆಗೊಂಡಿರುವ ಪ್ರತಿಯೊಂದು ಕಮ್ಯುನಿಸ್ಟ್ ವ್ಯವಸ್ಥೆಯೂ ಸಂಪೂರ್ಣ ವಿಫಲವಾಗಿದೆ ಎಂಬ ಸಂಗತಿಯನ್ನು ಅನೇಕರೂ ಸೂಚಿಸುತ್ತಾರೆ; ಆದರೆ ಬ್ರಿಟನ್‌ನ ಸಮಾಜವಾದದ ಫಲವು, ಆ ವ್ಯವಸ್ಥೆಯ ಆರ್ಥಿಕ ಹಾಗೂ ರಾಜಕೀಯ ತತ್ತ್ವಗಳ ವೈಫಲ್ಯದಂತೆಯೇ, ಸಮಾಜವಾದದ ಮೇಲೆ ಹೊರಿಸಲ್ಪಡುವ ದಂಡನೆಯಾಗಿದೆ.</w:t>
      </w:r>
    </w:p>
    <w:p>
      <w:pPr>
        <w:pStyle w:val="ArticleBody"/>
        <w:jc w:val="left"/>
      </w:pPr>
      <w:r>
        <w:rPr>
          <w:rFonts w:ascii="Nirmala UI" w:hAnsi="Nirmala UI" w:eastAsia="Nirmala UI" w:cs="Nirmala UI"/>
        </w:rPr>
        <w:t>ಭೂಮಿಯ ವ್ಯಾಪಾರಿಗಳಿಗೆ ಹದಿನೇಳು ಮಿಲಿಯನ್‌ಗಿಂತಲೂ ಹೆಚ್ಚಿನ ಜನರ ಸಾಮೂಹಿಕ ಹತ್ಯೆಯನ್ನು ಸಾಧಿಸಲು ವಿಷಗಳನ್ನು ಪರಿಚಯಿಸಲು ಅನುಮತಿ ದೊರೆಯುತ್ತದೆ ಎಂದು ಯಾರು ಕನಸಲ್ಲಾದರೂ ಊಹಿಸಿದ್ದರೇನು?</w:t>
      </w:r>
    </w:p>
    <w:p>
      <w:pPr>
        <w:pStyle w:val="ArticleBody"/>
        <w:jc w:val="left"/>
      </w:pPr>
      <w:r>
        <w:rPr>
          <w:rFonts w:ascii="Nirmala UI" w:hAnsi="Nirmala UI" w:eastAsia="Nirmala UI" w:cs="Nirmala UI"/>
        </w:rPr>
        <w:t>ಜಾರ್ಜ್ ಸೊರೋಸ್, ಬಿಲ್ ಗೇಟ್ಸ್ ಮತ್ತು ಆಂಥನಿ ಫೌಚಿ ಮೊದಲಾದವರು ತಮ್ಮ ಪಿಶಾಚೀಯ ದುಷ್ಕೃತ್ಯಗಳನ್ನು ಯಾವುದೇ ಪರಿಣಾಮವೂ ಅನುಭವಿಸದೆ ನೆರವೇರಿಸಲು ಅವಕಾಶ ಪಡೆಯುತ್ತಾರೆ ಎಂದು ಯಾರು ಕಲ್ಪಿಸಿದ್ದರು?</w:t>
      </w:r>
    </w:p>
    <w:p>
      <w:pPr>
        <w:pStyle w:val="ArticleBody"/>
        <w:jc w:val="left"/>
      </w:pPr>
      <w:r>
        <w:rPr>
          <w:rFonts w:ascii="Nirmala UI" w:hAnsi="Nirmala UI" w:eastAsia="Nirmala UI" w:cs="Nirmala UI"/>
        </w:rPr>
        <w:t>ಸಿಸ್ಟರ್ ವೈಟ್ ಅವರು ನಡೆಯಲಿರುವ ದೃಶ್ಯಗಳು ಕನಸಿನಲ್ಲಿಯೂ ಊಹಿಸಲ್ಪಡದಂತಿವೆ ಎಂದು ಹೇಳಿದಾಗ, ಅವರು ಅದನ್ನು ಒಂದು ಲಕ್ಷ ನಾಲ್ವತ್ತನಾಲ್ಕು ಸಾವಿರರ ಮುದ್ರಣಕಾಲದ ಸಂದರ್ಭದಲ್ಲಿಯೇ ಹೇಳಿದರು. ಅವರು ಮತ್ತಾಯ ಇಪ್ಪತ್ತನಾಲ್ಕರಲ್ಲಿ ಕ್ರಿಸ್ತನು ನೀಡಿದ ಎಚ್ಚರಿಕೆಯ ಕುರಿತು ತಮ್ಮ ಟಿಪ್ಪಣಿಗಳನ್ನು ಮುಂದುವರಿಸುತ್ತಾ ಹೀಗೆ ದಾಖಲಿಸಿದರು: “ಈ ಪಾಠಗಳು ನಮ್ಮ ಹಿತಕ್ಕಾಗಿ ಆಗಿವೆ. ನಾವು ದೇವರ ಮೇಲೆಯೇ ನಮ್ಮ ನಂಬಿಕೆಯನ್ನು ಸ್ಥಿರಪಡಿಸಬೇಕಾಗಿದೆ, ಏಕೆಂದರೆ ನಮ್ಮ ಮುಂದೆಯೇ ಮನುಷ್ಯರ ಆತ್ಮಗಳನ್ನು ಪರೀಕ್ಷಿಸುವ ಒಂದು ಕಾಲವು ನಿಂತಿದೆ. ಒಲೀವ ಬೆಟ್ಟದ ಮೇಲೆ ಕ್ರಿಸ್ತನು ತನ್ನ ಎರಡನೆಯ ಆಗಮನಕ್ಕೆ ಮುಂಚೆ ಸಂಭವಿಸಬೇಕಾಗಿದ್ದ ಭಯಾನಕ ನ್ಯಾಯತೀರ್ಪುಗಳನ್ನು ವಿವರಿಸಿದನು.”</w:t>
      </w:r>
    </w:p>
    <w:p>
      <w:pPr>
        <w:pStyle w:val="ArticleBody"/>
        <w:jc w:val="left"/>
      </w:pPr>
      <w:r>
        <w:rPr>
          <w:rFonts w:ascii="Nirmala UI" w:hAnsi="Nirmala UI" w:eastAsia="Nirmala UI" w:cs="Nirmala UI"/>
        </w:rPr>
        <w:t>ಅವಳು ಇತ್ತೀಚೆಗೆ ಉಲ್ಲೇಖಿಸಿದ್ದ ಪಾಠಗಳು, ಪರಿಶುದ್ಧಾಲಯದಲ್ಲಿ ಇರುವ ಯೆಹೆಜ್ಕೇಲನು ಮತ್ತು ಯೋಹಾನನು ದೇವರು ಎಲ್ಲಾ ವಿಷಯಗಳ ಮೇಲೂ ಅಧಿಪತ್ಯ ಹೊಂದಿದ್ದಾನೆಂಬುದನ್ನು ಗ್ರಹಿಸಲು ಕಲಿಯುತ್ತಿರುವುದಕ್ಕೆ ಸಂಬಂಧಿಸಿದ ದೃಷ್ಟಾಂತಗಳಾಗಿದ್ದವು. ಈಗ ನಡೆಯುತ್ತಿರುವ ಗೊಂದಲ ಮತ್ತು ಬಂಡಾಯದಲ್ಲಿ—ಇತಿಹಾಸ ಮುಂದಕ್ಕೆ ಸಾಗುವಂತೆ ಅದು ಇನ್ನಷ್ಟು ತೀವ್ರಗೊಳ್ಳಲಿರುವ ಗೊಂದಲ ಮತ್ತು ಬಂಡಾಯದಲ್ಲಿ—ದೇವರ ದೂತರಾದವರು, ದೇವಾಲಯದಲ್ಲಿ ಇರುವ ಯೆಹೆಜ್ಕೇಲನು ಮತ್ತು ಯೋಹಾನನು ಮಾತ್ರವಲ್ಲ, ಯೆಶಾಯನವೂ ಪ್ರತಿನಿಧಿಸುವಂತೆ, ನಾವು ಕನಸಿನಲ್ಲಿಯೂ ಊಹಿಸದಿರುವ ವಿಷಯಗಳೂ ಸಹ ದೇವರ ಅಧೀನದಲ್ಲಿಯೇ ಇವೆಂಬುದನ್ನು ಅರಿತುಕೊಂಡರೆ ಮಾತ್ರ, ಕರ್ತನಿಗೆ ಮಹಿಮೆಯನ್ನು ತರುವ ರೀತಿಯಲ್ಲಿ ಇತಿಹಾಸದ ಮಧ್ಯೆ ತಮ್ಮ ಮಾರ್ಗವನ್ನು ಕಂಡುಕೊಳ್ಳುವರು.</w:t>
      </w:r>
    </w:p>
    <w:p>
      <w:pPr>
        <w:pStyle w:val="ArticleBody"/>
        <w:jc w:val="left"/>
      </w:pPr>
      <w:r>
        <w:rPr>
          <w:rFonts w:ascii="Nirmala UI" w:hAnsi="Nirmala UI" w:eastAsia="Nirmala UI" w:cs="Nirmala UI"/>
        </w:rPr>
        <w:t>ಇತರ ಚಕ್ರಗಳನ್ನು ಅಡ್ಡವಾಗಿ ದಾಟುತ್ತಿರುವ ಆ ಚಕ್ರಗಳಲ್ಲಿ ಎಂದಿಗೂ ಕನಸಿನಲ್ಲಿಯೂ ಕಲ್ಪಿಸಲ್ಪಡದ ಘಟನೆಗಳು ಸೇರಿವೆ; ಮತ್ತು ಅವು 9/11ರಂದು ಆರಂಭವಾದ ಮುದ್ರಣದ ಸಮಯದಲ್ಲಿ ಸಂಭವಿಸುವ ಘಟನೆಗಳಾಗಿವೆ. ಕಲಿಯಬೇಕಾದ ಪಾಠಗಳನ್ನು ಕೇವಲ ಅವರು ಮಾತ್ರ ಕಲಿಯುತ್ತಾರೆ—ನಂಬಿಕೆಯ ಮೂಲಕ ಅತಿ ಪರಿಶುದ್ಧ ಸ್ಥಳಕ್ಕೆ ಪ್ರವೇಶಿಸಿ, ಒಡಂಬಡಿಕೆಯ ಪೆಟ್ಟಿಗೆಯಿಂದ ಪ್ರಕಾಶಿಸುವ ಕ್ರಿಸ್ತನನ್ನೂ ಆತನ ಬೆಳಕನ್ನೂ ನೋಡುವವರು. ಅಧ್ಯಾಯ ಹತ್ತಿನಲ್ಲಿ ದಾನಿಯೇಲನ ಮೂಲಕ ಪ್ರತಿನಿಧಿಸಲ್ಪಟ್ಟಂತೆ ಆ ಮಹಿಮೆಯನ್ನು ನೋಡಿದಾಗ, ಆ ಬೆಳಕಿನಿಂದ ಪ್ರಯೋಜನ ಹೊಂದುವ ವರ್ಗವು ಆ ದರ್ಶನದಿಂದ ಓಡಿಹೋದವರಿಂದ ಪ್ರತ್ಯೇಕಿಸಲ್ಪಡುತ್ತದೆ.</w:t>
      </w:r>
    </w:p>
    <w:p>
      <w:pPr>
        <w:pStyle w:val="ArticleScripture"/>
        <w:jc w:val="left"/>
      </w:pPr>
      <w:r>
        <w:rPr>
          <w:rFonts w:ascii="Nirmala UI" w:hAnsi="Nirmala UI" w:eastAsia="Nirmala UI" w:cs="Nirmala UI"/>
        </w:rPr>
        <w:t>ನಾನು ದಾನಿಯೇಲನೇ ಆ ದರ್ಶನವನ್ನು ಕಂಡೆನು; ಯಾಕಂದರೆ ನನ್ನ ಸಂಗಡ ಇದ್ದ ಮನುಷ್ಯರು ಆ ದರ್ಶನವನ್ನು ಕಾಣಲಿಲ್ಲ; ಆದರೆ ಮಹಾ ನಡುಕವು ಅವರ ಮೇಲೆ ಬಿದ್ದದರಿಂದ ಅವರು ತಮ್ಮನ್ನು ಮರೆಮಾಡಿಕೊಳ್ಳಲು ಓಡಿಹೋದರು. ದಾನಿಯೇಲ 10:7.</w:t>
      </w:r>
    </w:p>
    <w:p>
      <w:pPr>
        <w:pStyle w:val="ArticleBody"/>
        <w:jc w:val="left"/>
      </w:pPr>
      <w:r>
        <w:rPr>
          <w:rFonts w:ascii="Nirmala UI" w:hAnsi="Nirmala UI" w:eastAsia="Nirmala UI" w:cs="Nirmala UI"/>
        </w:rPr>
        <w:t>ಹಿಂದಿನ ಲೇಖನದಲ್ಲಿದ್ದ ವಚನಭಾಗದಿಂದ ಪಡೆಯಬೇಕಾದದ್ದು ಇನ್ನೂ ಬಹಳವಿದೆ; ಆದರೆ ಈ ಲೇಖನವನ್ನು ಮುಕ್ತಾಯಗೊಳಿಸುವ ಸಂದರ್ಭದಲ್ಲಿ ನಾವು ಒಂದು ಚಕ್ರವನ್ನು ಕುರಿತು ಪರಿಗಣಿಸುವೆವು. ಕಳೆದ ಲೇಖನದಲ್ಲಿ ನಾವು ಇಪ್ಪತ್ತೈದು ಎಂಬ ಸಂಖ್ಯೆಯ ಸಂಕೇತಾರ್ಥವನ್ನು ಗಮನಿಸಿದ್ದೇವೆ; ಅದರ ಮೊದಲು ಮೂವತ್ತು ಎಂಬ ಸಂಖ್ಯೆಯ ಮೇಲೂ ಕೆಲವು ಕಾಲ ಕಳೆಯಿದ್ದೇವೆ. ಯೆಹೆಜ್ಕೇಲನ ಪುಸ್ತಕದಿಂದ ದೊರಕುವ ಬೆಳಕು ಕೇವಲ ಸಂಕೇತಾತ್ಮಕ ಸಂಖ್ಯೆಗಳಷ್ಟೇ ಅಲ್ಲ; ಆದಾಗ್ಯೂ, ಗೊಂದಲದಿಂದ ಸ್ವಲ್ಪ ಸ್ಪಷ್ಟತೆಯನ್ನು ಹೊರತೆಗೆದಿಡಲು ಆರಂಭಿಸುವುದಕ್ಕಿಂತ ಮುಂಚೆ, ಆ ಸಂಖ್ಯಾತ್ಮಕ ಸಂಕೇತಗಳಲ್ಲಿ ಕೆಲವು ವಿಷಯಗಳಿಗೆ ಮೊದಲು ಪರಿಚಿತರಾಗುವುದು ಮೌಲ್ಯಯುಕ್ತವಾಗಿದೆ.</w:t>
      </w:r>
    </w:p>
    <w:p>
      <w:pPr>
        <w:pStyle w:val="ArticleHeading"/>
        <w:jc w:val="left"/>
      </w:pPr>
      <w:r>
        <w:rPr>
          <w:rFonts w:ascii="Nirmala UI" w:hAnsi="Nirmala UI" w:eastAsia="Nirmala UI" w:cs="Nirmala UI"/>
        </w:rPr>
        <w:t>ಹದಿನೇಳು</w:t>
      </w:r>
    </w:p>
    <w:p>
      <w:pPr>
        <w:pStyle w:val="ArticleBody"/>
        <w:jc w:val="left"/>
      </w:pPr>
      <w:r>
        <w:rPr>
          <w:rFonts w:ascii="Nirmala UI" w:hAnsi="Nirmala UI" w:eastAsia="Nirmala UI" w:cs="Nirmala UI"/>
        </w:rPr>
        <w:t>ಎರಡು ನೂರು ಐವತ್ತು ವರ್ಷಗಳ ಮೂರು ಪ್ರವಾದನೆಗಳು ಸ್ಮಿರ್ನಾ ಸಭೆಯ ಇತಿಹಾಸದ ಅಂತ್ಯದಲ್ಲಿ ಆರಂಭವಾಗುವ ಹದಿನೇಳು ವರ್ಷದ ಅವಧಿಯನ್ನು ಗುರುತಿಸುತ್ತವೆ. ಕ್ರಿ.ಶ. 313ರಿಂದ 330ರವರೆಗೆ ಇರುವ ಹದಿನೇಳು ವರ್ಷಗಳು ಮೃಗದ ಪ್ರತಿಮೆಯನ್ನು ಸ್ಥಾಪಿಸುವುದನ್ನು ಪ್ರತಿರೂಪಿಸುತ್ತವೆ.</w:t>
      </w:r>
    </w:p>
    <w:p>
      <w:pPr>
        <w:pStyle w:val="ArticleBody"/>
        <w:jc w:val="left"/>
      </w:pPr>
      <w:r>
        <w:rPr>
          <w:rFonts w:ascii="Nirmala UI" w:hAnsi="Nirmala UI" w:eastAsia="Nirmala UI" w:cs="Nirmala UI"/>
        </w:rPr>
        <w:t>ಕ್ರಿ.ಪೂ. 457ರಲ್ಲಿ ಆರಂಭವಾದ ಆ ಎರಡು ನೂರು ಐವತ್ತು ವರ್ಷಗಳು ಕ್ರಿ.ಪೂ. 207ರಲ್ಲಿ ಅಂತ್ಯಗೊಂಡವು; ಅದು ರಾಫಿಯಾ ಯುದ್ಧದ ಏಳು ವರ್ಷಗಳ ನಂತರವೂ ಪೇನಿಯಮ್ ಯುದ್ಧದ ಹತ್ತು ವರ್ಷಗಳ ಮುಂಚೆಯೂ ಆಗಿತ್ತು. ರಾಫಿಯಾದಿಂದ ಪೇನಿಯಮ್ ತನಕ ಹದಿನೇಳು ವರ್ಷಗಳಿದ್ದವು; ಮತ್ತು ಅದು ದಾನಿಯೇಲನು ಹನ್ನೊಂದನೆಯ ಅಧ್ಯಾಯದ ಹನ್ನೊಂದರಿಂದ ಹದಿನೈದನೇ ವಚನಗಳಲ್ಲಿ ನಿರೂಪಿಸಲ್ಪಟ್ಟಂತೆ, ನಲವತ್ತನೆಯ ವಚನದ ಗುಪ್ತ ಇತಿಹಾಸವನ್ನು ಪ್ರತಿನಿಧಿಸುತ್ತದೆ.</w:t>
      </w:r>
    </w:p>
    <w:p>
      <w:pPr>
        <w:pStyle w:val="ArticleBody"/>
        <w:jc w:val="left"/>
      </w:pPr>
      <w:r>
        <w:rPr>
          <w:rFonts w:ascii="Nirmala UI" w:hAnsi="Nirmala UI" w:eastAsia="Nirmala UI" w:cs="Nirmala UI"/>
        </w:rPr>
        <w:t>ಪ್ಟೋಲೆಮಿ IV ಫಿಲೋಪೇಟರ್ (ಪ್ಟೋಲೆಮಿ IV ಎಂದೂ ಪರಿಚಿತನಾಗಿದ್ದನು) ಕ್ರಿ.ಪೂ. 217ರಲ್ಲಿ ನಡೆದ ರಾಫಿಯಾ ಸಮರದಲ್ಲಿ ಜಯಗಳಿಸಿದ ಆಳುವವನಾಗಿದ್ದನು. ಅವನು ಕ್ರಿ.ಪೂ. 221ರಿಂದ ಕ್ರಿ.ಪೂ. 204ರವರೆಗೆ ಪ್ಟೋಲೆಮೈಕ ಈಜಿಪ್ಟ್‌ನ ರಾಜನಾಗಿ (ಮತ್ತು ಫರೋನಾಗಿಯೂ) ಆಳಿದನು; ಹೀಗಾಗಿ ಅವನ ಆಳ್ವಿಕೆ ಹದಿನೇಳು ವರ್ಷಗಳವರೆಗೆ ಮುಂದುವರಿಯಿತು. ಅವನು ರಾಫಿಯಾ ಸಮರಕ್ಕಿಂತ ಮುಂಚೆಯೇ ತನ್ನ ಆಳ್ವಿಕೆಯನ್ನು ಆರಂಭಿಸಿದ್ದನು, ಆದರೆ ಪಾನಿಯಮ್ ಸಮರಕ್ಕಿಂತ ಮುಂಚೆಯೇ ಸತ್ತನು.</w:t>
      </w:r>
    </w:p>
    <w:p>
      <w:pPr>
        <w:pStyle w:val="ArticleBody"/>
        <w:jc w:val="left"/>
      </w:pPr>
      <w:r>
        <w:rPr>
          <w:rFonts w:ascii="Nirmala UI" w:hAnsi="Nirmala UI" w:eastAsia="Nirmala UI" w:cs="Nirmala UI"/>
        </w:rPr>
        <w:t>ಉಕ್ರೇನ್ ಯುದ್ಧವನ್ನು ಪ್ರತಿನಿಧಿಸುವ ರಾಫಿಯಾ ಯುದ್ಧವು 2014ರಲ್ಲಿ ಆರಂಭವಾಯಿತು; ಆ ವೇಳೆಯಲ್ಲಿ ಅಮೆರಿಕ ಸಂಯುಕ್ತ ಸಂಸ್ಥಾನವು ಉಕ್ರೇನ್‌ನಲ್ಲಿ ಒಂದು ಬಣ್ಣ ಕ್ರಾಂತಿಯನ್ನು ಉಂಟುಮಾಡಿತು. ದಕ್ಷಿಣದ ರಾಜನಾದ ಪ್ಟೋಲೆಮಿ IV ವ್ಲಾದಿಮಿರ್ ಪುಟಿನ್‌ನ ಪ್ರತಿರೂಪನಾಗಿದ್ದು, ಅವನು 2000ರಲ್ಲಿ ತನ್ನ ಆಳ್ವಿಕೆಯನ್ನು ಪ್ರಾರಂಭಿಸಿದನು; ಅದು 2001ರಲ್ಲಿ ಆರಂಭವಾದ ಒಂದು ಲಕ್ಷ ನಲವತ್ತನಾಲ್ಕು ಸಾವಿರರ ಮುದ್ರಣದ ಆರಂಭಕ್ಕಿಂತ ಮುಂಚಿನ ವರ್ಷವಾಗಿತ್ತು. ಪ್ಟೋಲೆಮಿಯ ವಿಷಯದಲ್ಲಿದ್ದಂತೆಯೇ, ರಾಫಿಯಾ ಯುದ್ಧದಿಂದ ಪ್ರತಿರೂಪಿತವಾಗಿರುವ ಉಕ್ರೇನ್ ಯುದ್ಧಕ್ಕಿಂತ ಮುಂಚೆಯೇ ಪುಟಿನ್ ಆಳಲು ಆರಂಭಿಸಿದನು; ಆ ಯುದ್ಧವು 2014ರಲ್ಲಿ ಆರಂಭವಾಯಿತು. ಪಾನಿಯಮ್‌ಗೆ ಮುನ್ನ, ಪ್ಟೋಲೆಮಿಯಿಂದ ಪ್ರತಿರೂಪಿತನಾದ ಪುಟಿನ್ ಅಧಿಕಾರದಿಂದ ತೆಗೆದುಹಾಕಲ್ಪಡುತ್ತಾನೆ. ಪುಟಿನ್ 2000ರಲ್ಲಿ ಆಳಲು ಆರಂಭಿಸಿದನು; ಆದ್ದರಿಂದ ಅದು ಮುಂದಿನ ವರ್ಷವಾದ 2001ರಲ್ಲಿ ಆರಂಭವಾದ ಮುದ್ರಣಕಾಲದ ಆರಂಭದೊಂದಿಗೆ ಹೊಂದಿಕೆಯಾಗುತ್ತದೆ. ಪ್ಟೋಲೆಮಿಯಿಂದ ಪ್ರತಿನಿಧಿಸಲ್ಪಟ್ಟ ಹದಿನೇಳು ಸಾಂಕೇತಿಕ ವರ್ಷಗಳು ಪುಟಿನ್ ಆಳುವ ಅವಧಿಯನ್ನು ಗುರುತಿಸುತ್ತವೆ; ಮತ್ತು ಅವನು ಆಳುವುದು ಮುದ್ರಣಕಾಲದಲ್ಲಿಯೇ ಆಗಿದೆ.</w:t>
      </w:r>
    </w:p>
    <w:p>
      <w:pPr>
        <w:pStyle w:val="ArticleBody"/>
        <w:jc w:val="left"/>
      </w:pPr>
      <w:r>
        <w:rPr>
          <w:rFonts w:ascii="Nirmala UI" w:hAnsi="Nirmala UI" w:eastAsia="Nirmala UI" w:cs="Nirmala UI"/>
        </w:rPr>
        <w:t>ಕ್ರಿ.ಪೂ. 457ರಲ್ಲಿ ಆರಂಭವಾದ ಎರಡು ನೂರು ಐವತ್ತು ವರ್ಷಗಳ ಸಮಾಪ್ತಿಯಿಂದ ಪ್ರತಿನಿಧಿಸಲ್ಪಡುವ ಟ್ರಂಪ್, ರಾಫಿಯಾ ಯುದ್ಧದಲ್ಲಿ ಆರಂಭಗೊಂಡು ಹದಿನೇಳು ವರ್ಷಗಳ ದೈರ್ಘ್ಯ ಹೊಂದಿರುವ ಅದೇ ಗುಪ್ತ ಇತಿಹಾಸದಲ್ಲಿ ಸ್ಥಿತನಾಗಿದ್ದಾನೆ. ಅಜಗರ್ (ಪುಟಿನ್) ಮತ್ತು ಸುಳ್ಳು ಪ್ರವಾದಿ (ಟ್ರಂಪ್) ಗುಪ್ತ ಇತಿಹಾಸದೊಳಗೆ ಸ್ಥಿತವಾಗಿದ್ದಾರೆ. ಆ ಇತಿಹಾಸದಲ್ಲಿ, ಪಾಪಸಾಮ್ರಾಜ್ಯದ ಶಕ್ತಿಯನ್ನು ಸಂಕೇತಿಸುವ “ನಿನ್ನ ಜನರ ದರೋಡೆಗಾರರು” ಎಂದು ಪ್ರತಿನಿಧಿಸಲ್ಪಡುವ ಮೃಗವು, ರಾಫಿಯಾದಿಂದ ಪೇನಿಯಂವರೆಗೆ ಇರುವ ಹದಿನೇಳು ವರ್ಷಗಳ ಅಂತ್ಯದಲ್ಲಿ ಸ್ಥಿತವಾಗಿದೆ.</w:t>
      </w:r>
    </w:p>
    <w:p>
      <w:pPr>
        <w:pStyle w:val="ArticleBody"/>
        <w:jc w:val="left"/>
      </w:pPr>
      <w:r>
        <w:rPr>
          <w:rFonts w:ascii="Nirmala UI" w:hAnsi="Nirmala UI" w:eastAsia="Nirmala UI" w:cs="Nirmala UI"/>
        </w:rPr>
        <w:t>321ನೇ ವರ್ಷವು ಸಂಯುಕ್ತ ಸಂಸ್ಥಾನಗಳಲ್ಲಿ ಭಾನುವಾರ ನಿಯಮವನ್ನು ಪ್ರತಿನಿಧಿಸುತ್ತದೆ; ಮತ್ತು 321 ಎಂಬುದು 313ರಲ್ಲಿ ಪ್ರಕಟಿಸಲ್ಪಟ್ಟ ಮಿಲಾನ್ ಆದೇಶದಿಂದ 330ರಲ್ಲಿ ಸಾಮ್ರಾಜ್ಯದ ವಿಭಾಗವಾಗುವವರೆಗೆ ಇರುವ ಹದಿನೇಳು ವರ್ಷದ ಅವಧಿಯೊಳಗೆ ಸ್ಥಿತವಾಗಿದೆ.</w:t>
      </w:r>
    </w:p>
    <w:p>
      <w:pPr>
        <w:pStyle w:val="ArticleBody"/>
        <w:jc w:val="left"/>
      </w:pPr>
      <w:r>
        <w:rPr>
          <w:rFonts w:ascii="Nirmala UI" w:hAnsi="Nirmala UI" w:eastAsia="Nirmala UI" w:cs="Nirmala UI"/>
        </w:rPr>
        <w:t>ಯೋಶೀಯನ ಮಹಾ ಪಾಸ್ಕಾ ಎಂದು ಕರೆಯಲ್ಪಡುವುದರಿಂದ ಪ್ರತಿನಿಧಿಸಲ್ಪಟ್ಟ ಇತಿಹಾಸವು ಯೆಹೂದ್ಯರ ಹದಿನೇಳನೆಯ ಯೂಬಿಲಿ ಚಕ್ರವನ್ನು ಆರಂಭಿಸುತ್ತದೆ. ಹಳೆಯ ಒಡಂಬಡಿಕೆಯಲ್ಲಿ ಅತಿ ಮಹತ್ತರವಾದ ಪುನರುಜ್ಜೀವನವಾದ ಯೋಶೀಯನ ಪಾಸ್ಕಾದಿಂದ ಅಕ್ಟೋಬರ್ 22ರವರೆಗೆ ಇರುವ ಈ ಇತಿಹಾಸವು ಆಗಸ್ಟ್ 11, 1840ರಿಂದ ಅಕ್ಟೋಬರ್ 22, 1844ರವರೆಗೆ ಇರುವ ಮಿಲ್ಲರೈಟ್ ಇತಿಹಾಸವನ್ನು ಪ್ರತಿನಿಧಿಸುತ್ತದೆ; ಆದರೆ ಇನ್ನೂ ಹೆಚ್ಚು ಮಹತ್ವವಾಗಿ ಇದು 9/11ರಿಂದ ಭಾನುವಾರ ಕಾನೂನುವರೆಗೆ ಇರುವ ಇತಿಹಾಸವನ್ನು ಪ್ರತಿನಿಧಿಸುತ್ತದೆ. ಒಂದು ಲಕ್ಷ ನಲವತ್ತ್ನಾಲ್ಕು ಸಾವಿರರ ಮುದ್ರೆಯಿಡುವ ಕಾಲವು ಯೋಶೀಯನಿಂದ ಅಕ್ಟೋಬರ್ 22ರವರೆಗೆ ಇರುವ ಹದಿನೇಳನೆಯ ಯೂಬಿಲಿ ಚಕ್ರದಿಂದ ಪ್ರತಿನಿಧಿಸಲ್ಪಟ್ಟಿದೆ. ಹದಿನೇಳು ಎಂಬುದು ಮುದ್ರೆಯಿಡುವ ಕಾಲದ ಪ್ರಮುಖ ಘಟನೆಗಳೊಂದಿಗೆ ಸಂಬಂಧಿಸಿದ ಒಂದು ಸಂಕೇತವಾಗಿದೆ, ಮತ್ತು ಹದಿನೇಳು ಎಂಬ ಸಂಖ್ಯೆ ಎಝೆಕಿಯೇಲನ ಚಕ್ರಗಳು ಪರಸ್ಪರ ಛೇದಿಸುವ ಒಂದು ಬಿಂದುವಾಗಿದೆ.</w:t>
      </w:r>
    </w:p>
    <w:p>
      <w:pPr>
        <w:pStyle w:val="ArticleBody"/>
        <w:jc w:val="left"/>
      </w:pPr>
      <w:r>
        <w:rPr>
          <w:rFonts w:ascii="Nirmala UI" w:hAnsi="Nirmala UI" w:eastAsia="Nirmala UI" w:cs="Nirmala UI"/>
        </w:rPr>
        <w:t>ದಾನಿಯೇಲನ ನಲವತ್ತನೇ ವಚನದ ಗುಪ್ತ ಇತಿಹಾಸದಲ್ಲಿ, ಅದೇ ಅಧ್ಯಾಯದ ಹತ್ತರಿಂದ ಹದಿನೈದನೇ ವಚನಗಳಲ್ಲಿ ಪ್ರತಿನಿಧಿಸಲ್ಪಟ್ಟಂತೆ, ಪ್ಟೋಲೆಮಿಯ ಆಳ್ವಿಕೆಯ ಮೂಲಕ ಅಜಗರವು “17” ಸಂಖ್ಯೆಯೊಂದಿಗೆ ಸಂಬಂಧಿಸಲ್ಪಟ್ಟಿದೆ. ಹನ್ನೊಂದನೇ ವಚನದಲ್ಲಿರುವ ರಾಫಿಯ ಯುದ್ಧದಿಂದ ಹದಿನೈದನೇ ವಚನದಲ್ಲಿರುವ ರಾಫಿಯ ಯುದ್ಧದವರೆಗಿನ ಇತಿಹಾಸವು “17” ವರ್ಷಗಳಾಗಿದೆ. ಆ ಇತಿಹಾಸವು ಆ ಎರಡು ಯುದ್ಧಗಳಿಂದ ಪ್ರತಿನಿಧಿಸಲ್ಪಟ್ಟ ಹದಿನೇಳು ವರ್ಷಗಳ ಮಧ್ಯದಲ್ಲಿ ಡೊನಾಲ್ಡ್ ಟ್ರಂಪ್‌ನನ್ನು ಸ್ಥಾಪಿಸುತ್ತದೆ. ಟ್ರಂಪ್ ಅಮೆರಿಕ ಸಂಯುಕ್ತ ಸಂಸ್ಥಾನದಲ್ಲಿ ನಿರ್ಮಿಸಿ ಸ್ಥಾಪಿಸುವ ಮೃಗದ ಪ್ರತಿಮೆಯು 313ರಿಂದ 330ರವರೆಗಿನ “17” ವರ್ಷಗಳಿಂದ ಪ್ರತಿನಿಧಿಸಲ್ಪಟ್ಟಿದೆ. ಮೊದಲ ಅಧ್ಯಾಯದ ಮೊದಲ ವಚನದಲ್ಲಿ ಯೆಹೆಜ್ಕೇಲನು “17ನೇ” ಯೂಬಿಲಿ ಚಕ್ರದ ಮೂವತ್ತನೇ ವರ್ಷದಲ್ಲಿ ಇದ್ದಾನೆ. ಹದಿನೇಳು ಎಂಬ ಸಂಖ್ಯೆಯು ಯೆಹೆಜ್ಕೇಲನು ಮಹಾಪವಿತ್ರಸ್ಥಳದಲ್ಲಿ ಕಂಡ ಚಕ್ರಗಳಲ್ಲಿ ಒಂದನ್ನು ಪ್ರತಿನಿಧಿಸುತ್ತದೆ ಎಂದು ನೀವು ಎಂದಾದರೂ ಕನಸು ಕಂಡಿದ್ದೀರಾ?</w:t>
      </w:r>
    </w:p>
    <w:p>
      <w:pPr>
        <w:pStyle w:val="ArticleBody"/>
        <w:jc w:val="left"/>
      </w:pPr>
      <w:r>
        <w:rPr>
          <w:rFonts w:ascii="Nirmala UI" w:hAnsi="Nirmala UI" w:eastAsia="Nirmala UI" w:cs="Nirmala UI"/>
        </w:rPr>
        <w:t>ಮುದ್ರಾಕಾಲದ ಸಮಯದಲ್ಲಿ ವಿಶ್ವಾಸದ ಮೂಲಕ ಅತಿ ಪರಿಶುದ್ಧ ಸ್ಥಳಕ್ಕೆ ಪ್ರವೇಶಿಸಿದವರ ಸಂಕೇತವೇ ಯೆಹೆಜ್ಕೇಲನು. ಅವರು ಪೇತ್ರನ ಯಾಜಕರು.</w:t>
      </w:r>
    </w:p>
    <w:p>
      <w:pPr>
        <w:pStyle w:val="ArticleScripture"/>
        <w:jc w:val="left"/>
      </w:pPr>
      <w:r>
        <w:rPr>
          <w:rFonts w:ascii="Nirmala UI" w:hAnsi="Nirmala UI" w:eastAsia="Nirmala UI" w:cs="Nirmala UI"/>
        </w:rPr>
        <w:t>ನೀವು ಸಹ ಜೀವಂತ ಕಲ್ಲುಗಳಾಗಿ ಆತ್ಮಿಕ ಮನೆಯಾಗಿಯೂ, ಪರಿಶುದ್ಧ ಯಾಜಕವರ್ಗವಾಗಿಯೂ ಕಟ್ಟಲ್ಪಡುತ್ತಿರುವಿರಿ; ಯೇಸು ಕ್ರಿಸ್ತನ ಮೂಲಕ ದೇವರಿಗೆ ಗ್ರಾಹ್ಯವಾಗುವ ಆತ್ಮಿಕ ಬಲಿಗಳನ್ನು ಅರ್ಪಿಸುವದಕ್ಕಾಗಿಯೇ. 1 ಪೇತ್ರ 2:5.</w:t>
      </w:r>
    </w:p>
    <w:p>
      <w:pPr>
        <w:pStyle w:val="ArticleBody"/>
        <w:jc w:val="left"/>
      </w:pPr>
      <w:r>
        <w:rPr>
          <w:rFonts w:ascii="Nirmala UI" w:hAnsi="Nirmala UI" w:eastAsia="Nirmala UI" w:cs="Nirmala UI"/>
        </w:rPr>
        <w:t>ಅವರಿಗೆ ಒಂದು ಸಂದೇಶವನ್ನು ದೇವರ ಹಿಂದಿನ ಒಡಂಬಡಿಕೆಯ ಜನರಿಗೆ ಪ್ರಕಟಿಸುವಂತೆ ನಿಯೋಜಿಸಲಾಯಿತು; ಆದರೆ ದೇವರ ಹಿಂದಿನ ಒಡಂಬಡಿಕೆಯ ಜನರು ಕಾಣುವುದಿಲ್ಲವೂ ಕೇಳುವುದಿಲ್ಲವೂ ಎಂಬುದನ್ನು ಮುಂಚಿತವಾಗಿಯೇ ಎಚ್ಚರಿಸಲ್ಪಟ್ಟಿದ್ದರೂ, ಆಗ ಅವರನ್ನು ಕಡೆಗಣಿಸಲಾಗುತ್ತಿದೆ.</w:t>
      </w:r>
    </w:p>
    <w:p>
      <w:pPr>
        <w:pStyle w:val="ArticleScripture"/>
        <w:jc w:val="left"/>
      </w:pPr>
      <w:r>
        <w:rPr>
          <w:rFonts w:ascii="Nirmala UI" w:hAnsi="Nirmala UI" w:eastAsia="Nirmala UI" w:cs="Nirmala UI"/>
        </w:rPr>
        <w:t>ಆಗ ಆತನು ನನಗೆ ಹೇಳಿದನು: “ಮನುಷ್ಯಕುಮಾರನೇ, ನಾನು ನಿನಗೆ ಕೊಡುವ ಈ ಸುರುಳಿಯನ್ನು ನಿನ್ನ ಹೊಟ್ಟೆಯಿಂದ ತಿನ್ನಿಸಿ, ನಿನ್ನ ಅಂತರಂಗವನ್ನು ಅದರಿಂದ ತುಂಬಿಸು.” ಆಗ ನಾನು ಅದನ್ನು ತಿಂದೆನು; ಅದು ನನ್ನ ಬಾಯಲ್ಲಿ ಸಿಹಿಗೆ ಜೇನಿನಂತಿತ್ತು. ಆತನು ನನಗೆ ಹೇಳಿದನು: “ಮನುಷ್ಯಕುಮಾರನೇ, ಇಸ್ರಾಯೇಲಿನ ಮನೆಯ ಬಳಿಗೆ ಹೋಗಿ, ನನ್ನ ಮಾತುಗಳನ್ನು ಅವರಿಗೆ ಹೇಳು. ಯಾಕಂದರೆ ನೀನು ವಿಚಿತ್ರ ಭಾಷೆಯೂ ಕಠಿಣ ನುಡಿಯೂಳ್ಳ ಜನರ ಬಳಿಗೆ ಕಳುಹಿಸಲ್ಪಟ್ಟವನಲ್ಲ, ಇಸ್ರಾಯೇಲಿನ ಮನೆಯ ಬಳಿಗೇ ಕಳುಹಿಸಲ್ಪಟ್ಟವನಾಗಿದ್ದೀಯ. ನೀನು ಅರ್ಥಮಾಡಿಕೊಳ್ಳಲಾರದ ಮಾತುಗಳಿರುವ ವಿಚಿತ್ರ ಭಾಷೆಯೂ ಕಠಿಣ ನುಡಿಯೂಳ್ಳ ಅನೇಕ ಜನರ ಬಳಿಗೆ ಅಲ್ಲ. ನಿಶ್ಚಯವಾಗಿ ನಾನು ನಿನ್ನನ್ನು ಅವರ ಬಳಿಗೆ ಕಳುಹಿಸಿದ್ದಿದ್ದರೆ, ಅವರು ನಿನಗೆ ಕಿವಿಗೊಡುತ್ತಿದ್ದರು. ಆದರೆ ಇಸ್ರಾಯೇಲಿನ ಮನೆತನವು ನಿನಗೆ ಕಿವಿಗೊಡುವುದಿಲ್ಲ; ಯಾಕಂದರೆ ಅವರು ನನಗೆ ಕಿವಿಗೊಡುವುದಿಲ್ಲ; ಇಸ್ರಾಯೇಲಿನ ಮನೆತನವೆಲ್ಲ ದಿಟ್ಟಮುಖರೂ ಕಠಿಣಹೃದಯರೂ ಆಗಿದ್ದಾರೆ. ಇಗೋ, ನಾನು ನಿನ್ನ ಮುಖವನ್ನು ಅವರ ಮುಖಗಳಿಗೆ ವಿರೋಧವಾಗಿ ದೃಢವಾಗಿಯೂ, ನಿನ್ನ ನೆತ್ತಿಯನ್ನು ಅವರ ನೆತ್ತಿಗಳಿಗೆ ವಿರೋಧವಾಗಿ ಬಲವಾಗಿಯೂ ಮಾಡಿದ್ದೇನೆ. ಬೆಂಕಿಕಲ್ಲಿಗಿಂತಲೂ ಕಠಿಣವಾದ ವಜ್ರದಂತೆ ನಿನ್ನ ನೆತ್ತಿಯನ್ನು ಮಾಡಿದ್ದೇನೆ; ಅವರು ದ್ರೋಹಿ ಮನೆತನವಾಗಿದ್ದರೂ ಅವರನ್ನು ಭಯಪಡಬೇಡ, ಅವರ ಮುಖಗಳನ್ನು ನೋಡಿ ಬೆದರಿಬೇಡ.” ಯೆಹೆಜ್ಕೇಲ 3:3–9.</w:t>
      </w:r>
    </w:p>
    <w:p>
      <w:pPr>
        <w:pStyle w:val="ArticleBody"/>
        <w:jc w:val="left"/>
      </w:pPr>
      <w:r>
        <w:rPr>
          <w:rFonts w:ascii="Nirmala UI" w:hAnsi="Nirmala UI" w:eastAsia="Nirmala UI" w:cs="Nirmala UI"/>
        </w:rPr>
        <w:t>ಎಜಿಕಿಯೇಲನಿಗೆ, ಮಿಲ್ಲರೈಟ್ ಇತಿಹಾಸದ ಪ್ರೊಟೆಸ್ಟೆಂಟ್‌ಗಳಲ್ಲಿಯೂ ಹಾಗೂ ಅಂತ್ಯಕಾಲದ ಲವೊದಿಕೀಯ ಏಳನೇ ದಿನದ ಅಡ್ವೆಂಟಿಸ್ಟ್ ಸಭೆಯಲ್ಲಿಯೂ ಪ್ರತಿನಿಧಿಸಲ್ಪಟ್ಟಿರುವ, ಹಿಂದಿನ ಒಡಂಬಡಿಕೆಯ ಜನರಿಗೆ ಒಂದು ಸಂದೇಶವನ್ನು ಘೋಷಿಸಲು ಆಜ್ಞಾಪಿಸಲಾಗಿದೆ. ಅವನು ಆ ಸಂದೇಶವನ್ನು ಘೋಷಿಸಲು ನಿರಾಕರಿಸಿದರೆ, ಎಚ್ಚರಿಸಲ್ಪಡದೆ ಉಳಿದವರ ರಕ್ತಪಾತದ ಹೊಣೆ ಅವನ ಮೇಲಿರುತ್ತದೆ.</w:t>
      </w:r>
    </w:p>
    <w:p>
      <w:pPr>
        <w:pStyle w:val="ArticleScripture"/>
        <w:jc w:val="left"/>
      </w:pPr>
      <w:r>
        <w:rPr>
          <w:rFonts w:ascii="Nirmala UI" w:hAnsi="Nirmala UI" w:eastAsia="Nirmala UI" w:cs="Nirmala UI"/>
        </w:rPr>
        <w:t>ಮನುಷ್ಯಕುಮಾರನೇ, ನಾನು ನಿನ್ನನ್ನು ಇಸ್ರಾಯೇಲಿನ ಮನೆಯವರಿಗೆ ಕಾವಲುಗಾರನನ್ನಾಗಿ ನೇಮಿಸಿದ್ದೇನೆ; ಆದದರಿಂದ ನೀನು ನನ್ನ ಬಾಯಿಂದ ಬರುವ ವಾಕ್ಯವನ್ನು ಕೇಳಿ, ನನ್ನಿಂದ ಅವರಿಗೆ ಎಚ್ಚರಿಕೆಯನ್ನು ನೀಡಬೇಕು. ನಾನು ದುಷ್ಟನಿಗೆ, “ನೀನು ನಿಶ್ಚಯವಾಗಿ ಸಾಯುವಿ” ಎಂದು ಹೇಳುವಾಗ, ನೀನು ಅವನಿಗೆ ಎಚ್ಚರಿಕೆ ನೀಡದಿದ್ದರೂ, ಅಥವಾ ಅವನ ಪ್ರಾಣವನ್ನು ಉಳಿಸಲು ಅವನ ದುಷ್ಟ ಮಾರ್ಗದಿಂದ ತಿರುಗುವಂತೆ ಅವನನ್ನು ಎಚ್ಚರಿಸಲು ಮಾತಾಡದಿದ್ದರೂ, ಆ ದುಷ್ಟನು ತನ್ನ ಅಕ್ರಮದಲ್ಲಿಯೇ ಸಾಯುವನು; ಆದರೆ ಅವನ ರಕ್ತವನ್ನು ನಾನು ನಿನ್ನ ಕೈಯಲ್ಲಿ ವಿಚಾರಿಸುವೆನು. ಆದರೆ ನೀನು ದುಷ್ಟನಿಗೆ ಎಚ್ಚರಿಕೆ ನೀಡಿದರೂ, ಅವನು ತನ್ನ ದುಷ್ಟತ್ವದಿಂದಲೂ ತನ್ನ ದುಷ್ಟ ಮಾರ್ಗದಿಂದಲೂ ತಿರುಗದಿದ್ದರೆ, ಅವನು ತನ್ನ ಅಕ್ರಮದಲ್ಲಿಯೇ ಸಾಯುವನು; ಆದರೆ ನೀನು ನಿನ್ನ ಪ್ರಾಣವನ್ನು ಬಿಡಿಸಿಕೊಂಡಿರುವೆ. ಮತ್ತೆ, ನೀತಿವಂತನು ತನ್ನ ನೀತಿಯಿಂದ ತಿರುಗಿ ಅಕ್ರಮವನ್ನು ಮಾಡಿದಾಗ, ಮತ್ತು ನಾನು ಅವನ ಮುಂದೆ ಅಡ್ಡಗಲ್ಲನ್ನು ಇಟ್ಟಾಗ, ಅವನು ಸಾಯುವನು; ನೀನು ಅವನಿಗೆ ಎಚ್ಚರಿಕೆ ನೀಡದಿದ್ದದರಿಂದ, ಅವನು ತನ್ನ ಪಾಪದಲ್ಲಿಯೇ ಸಾಯುವನು, ಮತ್ತು ಅವನು ಮಾಡಿದ ಅವನ ನೀತಿಯ ಕಾರ್ಯಗಳು ಸ್ಮರಣೆಗೆ ಬರುವುದಿಲ್ಲ; ಆದರೆ ಅವನ ರಕ್ತವನ್ನು ನಾನು ನಿನ್ನ ಕೈಯಲ್ಲಿ ವಿಚಾರಿಸುವೆನು. ಆದಾಗ್ಯೂ ನೀನು ನೀತಿವಂತನಿಗೆ, ನೀತಿವಂತನು ಪಾಪ ಮಾಡಬಾರದೆಂದು ಎಚ್ಚರಿಕೆ ನೀಡಿದರೆ, ಮತ್ತು ಅವನು ಪಾಪ ಮಾಡದಿದ್ದರೆ, ಅವನು ಎಚ್ಚರಿಸಲ್ಪಟ್ಟದ್ದರಿಂದ ನಿಶ್ಚಯವಾಗಿ ಬದುಕುವನು; ಹಾಗೆಯೇ ನೀನು ನಿನ್ನ ಪ್ರಾಣವನ್ನು ಬಿಡಿಸಿಕೊಂಡಿರುವೆ. ಯೆಹೆಜ್ಕೇಲನು 3:17–21.</w:t>
      </w:r>
    </w:p>
    <w:p>
      <w:pPr>
        <w:pStyle w:val="ArticleBody"/>
        <w:jc w:val="left"/>
      </w:pPr>
      <w:r>
        <w:rPr>
          <w:rFonts w:ascii="Nirmala UI" w:hAnsi="Nirmala UI" w:eastAsia="Nirmala UI" w:cs="Nirmala UI"/>
        </w:rPr>
        <w:t>ಯೆಹೆಜ್ಕೇಲನ ಮೊದಲ ‘ಹನ್ನೊಂದು’ ಅಧ್ಯಾಯಗಳಲ್ಲಿ, ಕೆಬಾರ್ ನದಿಯ ಬಳಿಯಲ್ಲಿ, ಸಮತಟ್ಟಿನಲ್ಲಿ ಮತ್ತು ಯೆರೂಸಲೇಮಿನಲ್ಲಿ ದೊರೆತ ದರ್ಶನಗಳ ಮೂಲಕ ಚಿತ್ರಿತವಾಗಿರುವ ಯೆರೂಸಲೇಮಿನ ನಾಶವು ಅವನಿಗೆ ತೋರಿಸಲ್ಪಡುತ್ತದೆ. ಯೆರೂಸಲೇಮಿನ ಮೇಲೆ ಸಮೀಪಿಸುತ್ತಿರುವ ನ್ಯಾಯತೀರ್ಪಿನ ಕುರಿತು ಎಚ್ಚರಿಕೆಯನ್ನು ಘೋಷಿಸಲು ಅವನಿಗೆ ನಿಯೋಗಿಸಲ್ಪಡುತ್ತದೆ. ಯೆರೂಸಲೇಮಿನ ಮೇಲೆ ಸಮೀಪಿಸುತ್ತಿರುವ ನ್ಯಾಯತೀರ್ಪಿನ ಕುರಿತು ಇರುವ ಈ ಎಚ್ಚರಿಕೆಯ ಸಂದೇಶವು ಮೊದಲಿಗೆ ಲವೊದಿಕ್ಯದ ಏಳನೇ ದಿನದ ಅಡ್ವೆಂಟಿಸ್ಟ್ ಸಭೆಗೆ ನೀಡಲ್ಪಟ್ಟ ಎಚ್ಚರಿಕೆಯಾಗಿದೆ. ಈ ಎಚ್ಚರಿಕೆ, ದೇವರ ಮುದ್ರೆಯನ್ನು ಹೊಂದಿರದ ಯೆರೂಸಲೇಮಿನಲ್ಲಿರುವ ದೇವಜನರ ನ್ಯಾಯತೀರ್ಪನ್ನೂ ತಿರಸ್ಕಾರವನ್ನೂ ಗುರುತಿಸುತ್ತದೆ. ಯೆಹೆಜ್ಕೇಲನ ಮೂಲಕ ಪೂರ್ವರೂಪಿತವಾದ ಈ ಎಚ್ಚರಿಕೆ, ಶೀಘ್ರದಲ್ಲೇ ಬರಲಿರುವ ಭಾನುವಾರದ ಕಾನೂನಿನ ಎಚ್ಚರಿಕೆಯಾಗಿದೆ.</w:t>
      </w:r>
    </w:p>
    <w:p>
      <w:pPr>
        <w:pStyle w:val="ArticleBody"/>
        <w:jc w:val="left"/>
      </w:pPr>
      <w:r>
        <w:rPr>
          <w:rFonts w:ascii="Nirmala UI" w:hAnsi="Nirmala UI" w:eastAsia="Nirmala UI" w:cs="Nirmala UI"/>
        </w:rPr>
        <w:t>ಈ ಸತ್ಯಗಳು ನಿರೂಪಿಸಲ್ಪಟ್ಟಿರುವ ಆ ಮೊದಲ ಹನ್ನೊಂದು ಅಧ್ಯಾಯಗಳಲ್ಲಿ, ಯೆಹೆಜ್ಕೇಲನನ್ನು ಮೂಕನನ್ನಾಗಿ ಮಾಡಲಾಯಿತು; ಆ ಬಳಿಕ ದೇವರು ವಿಶೇಷವಾಗಿ ಅವನ ಬಾಯಿಯನ್ನು ತೆರೆಯುವಾಗ ಮಾತ್ರ ಅವನು ಮಾತಾಡಿದನು; ಮತ್ತು ಇದು ಯೆರೂಸಲೇಮಿನ ನಾಶವಾಗುವ ತನಕ ಮುಂದುವರಿಯಿತು; ಆಗ ಅವನು ಮತ್ತೆ ಮಾತಾಡಬಲ್ಲವನಾದನು.</w:t>
      </w:r>
    </w:p>
    <w:p>
      <w:pPr>
        <w:pStyle w:val="ArticleScripture"/>
        <w:jc w:val="left"/>
      </w:pPr>
      <w:r>
        <w:rPr>
          <w:rFonts w:ascii="Nirmala UI" w:hAnsi="Nirmala UI" w:eastAsia="Nirmala UI" w:cs="Nirmala UI"/>
        </w:rPr>
        <w:t>ಆಮೇಲೆ ಆತ್ಮವು ನನ್ನೊಳಗೆ ಪ್ರವೇಶಿಸಿ, ನನ್ನನ್ನು ನನ್ನ ಕಾಲಿನ ಮೇಲೆ ನಿಲ್ಲಿಸಿತು; ಆತನು ನನ್ನೊಡನೆ ಮಾತನಾಡಿ ನನಗೆ ಹೀಗೆಂದನು: “ಹೋಗಿ, ನಿನ್ನ ಮನೆಯಲ್ಲಿ ನಿನ್ನನ್ನು ನೀನೇ ಒಳಗಡೆ ಮುಚ್ಚಿಕೊಂಡಿರು. ಆದರೆ ನೀನು, ಮನುಷ್ಯಕುಮಾರನೇ, ಇಗೋ, ಅವರು ನಿನಗೆ ಬಂಧನಗಳನ್ನು ಹಾಕಿ ಅವುಗಳಿಂದ ನಿನ್ನನ್ನು ಕಟ್ಟಿ ಹಾಕುವರು; ಮತ್ತು ನೀನು ಅವರ ಮಧ್ಯೆ ಹೊರಗೆ ಹೋಗಲಾರೆ. ನಾನು ನಿನ್ನ ನಾಲಿಗೆಯನ್ನು ನಿನ್ನ ಬಾಯಿಯ ಮೇಲ್ಚಾವಣಿಗೆ ಅಂಟುವಂತೆ ಮಾಡುವೆನು; ಆಗ ನೀನು ಮೂಕನಾಗಿರುವೆ, ಮತ್ತು ಅವರಿಗೆ ಗದರಿಸುವವನಾಗಿರುವುದಿಲ್ಲ; ಯಾಕಂದರೆ ಅವರು ದಂಗೆಗಾರರ ಮನೆತನವಾಗಿದ್ದಾರೆ. ಆದರೆ ನಾನು ನಿನ್ನೊಡನೆ ಮಾತಾಡುವಾಗ ನಿನ್ನ ಬಾಯಿಯನ್ನು ತೆರೆಯುವೆನು; ಆಗ ನೀನು ಅವರಿಗೆ ಹೀಗೆ ಹೇಳಬೇಕು: ‘ಕರ್ತನಾದ ದೇವರು ಹೀಗೆ ಹೇಳುತ್ತಾನೆ.’ ಕೇಳುವವನು ಕೇಳಲಿ; ಕೇಳದೆ ಇರುವವನು ಕೇಳದೆ ಇರಲಿ; ಯಾಕಂದರೆ ಅವರು ದಂಗೆಗಾರರ ಮನೆತನವಾಗಿದ್ದಾರೆ.” ಯೆಹೆಜ್ಕೇಲ 3:24–27.</w:t>
      </w:r>
    </w:p>
    <w:p>
      <w:pPr>
        <w:pStyle w:val="ArticleBody"/>
        <w:jc w:val="left"/>
      </w:pPr>
      <w:r>
        <w:rPr>
          <w:rFonts w:ascii="Nirmala UI" w:hAnsi="Nirmala UI" w:eastAsia="Nirmala UI" w:cs="Nirmala UI"/>
        </w:rPr>
        <w:t>ಯೆರೂಸಲೇಮು ಪತನಗೊಂಡಾಗ, ಯೆಹೆಜ್ಕೇಲನು ಮತ್ತೆ ಒಮ್ಮೆ ಮಾತನಾಡಬಹುದಾಯಿತು.</w:t>
      </w:r>
    </w:p>
    <w:p>
      <w:pPr>
        <w:pStyle w:val="ArticleScripture"/>
        <w:jc w:val="left"/>
      </w:pPr>
      <w:r>
        <w:rPr>
          <w:rFonts w:ascii="Nirmala UI" w:hAnsi="Nirmala UI" w:eastAsia="Nirmala UI" w:cs="Nirmala UI"/>
        </w:rPr>
        <w:t>ನಮ್ಮ ಬಂಧನದ ಹನ್ನೆರಡನೇ ವರ್ಷದಲ್ಲಿ, ದಶಮ ತಿಂಗಳ ಐದನೇ ದಿನದಲ್ಲಿ, ಯೆರೂಸಲೇಮಿನಿಂದ ತಪ್ಪಿಸಿಕೊಂಡ ಒಬ್ಬನು ನನ್ನ ಬಳಿಗೆ ಬಂದು, “ನಗರವು ಹೊಡೆದುರುಳಿಸಲ್ಪಟ್ಟಿದೆ” ಎಂದು ಹೇಳಿದನು. ತಪ್ಪಿಸಿಕೊಂಡವನು ಬರುವುದಕ್ಕಿಂತ ಮುಂಚೆ, ಸಾಯಂಕಾಲದಲ್ಲಿ ಕರ್ತನ ಕೈ ನನ್ನ ಮೇಲೆ ಇತ್ತು; ಅವನು ಬೆಳಿಗ್ಗೆ ನನ್ನ ಬಳಿಗೆ ಬರುವ ತನಕ ನನ್ನ ಬಾಯನ್ನು ತೆರೆಸಿದ್ದನು; ಹೀಗೆ ನನ್ನ ಬಾಯಿ ತೆರೆದಿತು, ನಾನು ಇನ್ನು ಮೂಕರಾಗಿರಲಿಲ್ಲ. ಯೆಹೆಜ್ಕೇಲನು 33:21, 22.</w:t>
      </w:r>
    </w:p>
    <w:p>
      <w:pPr>
        <w:pStyle w:val="ArticleBody"/>
        <w:jc w:val="left"/>
      </w:pPr>
      <w:r>
        <w:rPr>
          <w:rFonts w:ascii="Nirmala UI" w:hAnsi="Nirmala UI" w:eastAsia="Nirmala UI" w:cs="Nirmala UI"/>
        </w:rPr>
        <w:t>ಯೆರೂಸಲೇಮಿನ ಪತನವು ಅಂತ್ಯಕಾಲದಲ್ಲಿ ಲವೋದಿಕೀಯದ ಏಳನೇ ದಿನದ ಅಡ್ವೆಂಟಿಸ್ಟ್ ಸಭೆಯ ಪತನವನ್ನು ಪ್ರತಿನಿಧಿಸುತ್ತದೆ. ಆ ಪತನವು ಸಂಭವಿಸುವುದು, ಒಂಬತ್ತನೇ ಅಧ್ಯಾಯದಲ್ಲಿ ಯೆರೂಸಲೇಮಿನಲ್ಲಿ ಮುದ್ರಿಸಲ್ಪಟ್ಟವರು ನಂತರ ಜಯಶಾಲಿ ಸಭೆಯಾಗಿ ಉನ್ನತಿಗೇರಿಸಲ್ಪಡುವ ಸಮಯದಲ್ಲೇ. ಯೆರೂಸಲೇಮಿನೊಳಗಿನ ಲವೋದಿಕೀಯರು ಹೊರತೆಗೆದುಕೊಳ್ಳಲ್ಪಡುತ್ತಾರೆ; ಮತ್ತು ಮಹಿಮೆಯ ರಾಜ್ಯವು ಸ್ಥಾಪಿತವಾಗುವಾಗ ಆ ಒಂದು ಲಕ್ಷ ನಲವತ್ತುನಾಲ್ಕು ಸಾವಿರರು ಉನ್ನತಿಗೇರಿಸಲ್ಪಡುತ್ತಾರೆ. ಆ ಮಹಿಮೆಯ ರಾಜ್ಯವು ಶಿಲುಬೆಯ ಬಳಿಯಲ್ಲಿ ಕೃಪೆಯ ರಾಜ್ಯದ ಸ್ಥಾಪನೆಯ ಮೂಲಕ ಪ್ರತಿರೂಪಿತವಾಗಿತ್ತು. ಶಿಲುಬೆಯಲ್ಲಿನ ಕೃಪೆಯ ರಾಜ್ಯವು ಭಾನುವಾರದ ಕಾನೂನಿನ ಸಮಯದ ಮಹಿಮೆಯ ರಾಜ್ಯಕ್ಕೆ ಸಮಾನಾಂತರವಾಗಿದ್ದು, ಆ ಎರಡು ರಾಜ್ಯಗಳನ್ನು ಯೆಹೆಜ್ಕೇಲನ ಪುಸ್ತಕದಲ್ಲಿ ಕಂಡುಬರುವ ಪ್ರವಾದನಾತ್ಮಕ ಇತಿಹಾಸದ ಕ್ರಮದಲ್ಲಿ ಇರಿಸಲಾಗಿದೆ. ಮೊದಲ ಹನ್ನೊಂದು ಅಧ್ಯಾಯಗಳು, ಯೆಹೆಜ್ಕೇಲನನ್ನು ಪರಿಶುದ್ಧಾಲಯದ ಸಂದರ್ಭದೊಳಗೆ ಇರಿಸಿದಾಗ, ದೇವರ ಸಭೆಯ ಶುದ್ಧೀಕರಣದ ವಿಷಯವಾಗಿವೆ; ಅಲ್ಲಿ ಆತನ ಜನರು ಗೋಧಿ ಮತ್ತು ಕಾಳುಗಳ ಮಿಶ್ರಣದಿಂದ ಕೂಡಿದೆ ಎಂದು ವ್ಯಾಖ್ಯಾನಿಸಲ್ಪಡುವ ಹೋರಾಟಮಯ ಸಭೆಯಿಂದ, ಪೆಂತೆಕೋಸ್ತಿನ ಗೋಧಿಯ ಅರ್ಪಣೆಯಿಂದ ರೂಪುಗೊಂಡಿರುವ ಜಯಶಾಲಿ ಸಭೆಯಾಗಿ ಪರಿವರ್ತಿಸಲ್ಪಡುತ್ತಾರೆ.</w:t>
      </w:r>
    </w:p>
    <w:p>
      <w:pPr>
        <w:pStyle w:val="ArticleScripture"/>
        <w:jc w:val="left"/>
      </w:pPr>
      <w:r>
        <w:rPr>
          <w:rFonts w:ascii="Nirmala UI" w:hAnsi="Nirmala UI" w:eastAsia="Nirmala UI" w:cs="Nirmala UI"/>
        </w:rPr>
        <w:t>ಇಸ್ರಾಯೇಲನ ಅಪವಿತ್ರ ದುಷ್ಟ ಪ್ರಧಾನನೇ, ನಿನ್ನ ದಿನವು ಬಂದಿದೆ, ದೋಷಕ್ಕೆ ಅಂತ್ಯವಾಗುವ ಸಮಯವು ಬಂದಿದೆ. ಕರ್ತನಾದ ಯೆಹೋವನು ಹೀಗೆ ಹೇಳುತ್ತಾನೆ: ಪಾಗಡಿಯನ್ನು ತೆಗೆದುಹಾಕು, ಕಿರೀಟವನ್ನು ಇಳಿಸಿಬಿಡು; ಇದು ಹಿಂದಿನಂತಿರುವುದಿಲ್ಲ; ತಗ್ಗಿಸಲ್ಪಟ್ಟವನನ್ನು ಉನ್ನತಿಗೇರಿಸು, ಉನ್ನತನಾಗಿರುವವನನ್ನು ತಗ್ಗಿಸು. ನಾನು ಅದನ್ನು ಉರುಳಿಸುತ್ತೇನೆ, ಉರುಳಿಸುತ್ತೇನೆ, ಉರುಳಿಸುತ್ತೇನೆ; ಮತ್ತು ಯೋಗ್ಯ ಹಕ್ಕುಳ್ಳವನು ಬರುವ ತನಕ ಅದು ಇನ್ನು ಇರುವುದಿಲ್ಲ; ನಾನು ಅದನ್ನು ಅವನಿಗೆ ಕೊಡುವೆನು. ಯೆಹೆಜ್ಕೇಲನು 21:25–27.</w:t>
      </w:r>
    </w:p>
    <w:p>
      <w:pPr>
        <w:pStyle w:val="ArticleBody"/>
        <w:jc w:val="left"/>
      </w:pPr>
      <w:r>
        <w:rPr>
          <w:rFonts w:ascii="Nirmala UI" w:hAnsi="Nirmala UI" w:eastAsia="Nirmala UI" w:cs="Nirmala UI"/>
        </w:rPr>
        <w:t>ಜೆದೆಕಿಯನು ಯೆಹೂದದ ಅಂತಿಮ ರಾಜನಾಗಿದ್ದನು; ಮತ್ತು ವಚನಗಳಲ್ಲಿ ಉಲ್ಲೇಖಿಸಲ್ಪಟ್ಟಿರುವ “ಇಸ್ರಾಯೇಲನ ದುಷ್ಟ ಪ್ರಧಾನನು, ಯಾರ ದಿನವು ಬಂದಿರುವದೋ” ಅವನೇ ಆಗಿದ್ದಾನೆ. ನೆಬೂಕದ್ನೆಚ್ಚರನು ಯೆರೂಸಲೇಮನ್ನು ವಶಪಡಿಸಿಕೊಳ್ಳಲು ಹೊರಟಿದ್ದನು, ಮತ್ತು ಜೆದೆಕಿಯನ ಕಿರೀಟವು ಬಾಬಿಲೋನಿಂದ ತೆಗೆದುಹಾಕಲ್ಪಡಬೇಕಾಗಿತ್ತು; ಆ ಬಾಬಿಲೋನು ಮೇದ್ಯರ ಮತ್ತು ಪಾರಸ್ಯರ ಕೈಯಲ್ಲಿ ಉರುಳಿಸಲ್ಪಟ್ಟಿತು; ಅವರು ತದನಂತರ ಗ್ರೀಕರಿಂದ ಉರುಳಿಸಲ್ಪಟ್ಟರು; ಗ್ರೀಕರು ರೋಮರಿಂದ ಉರುಳಿಸಲ್ಪಟ್ಟರು. ಮೂರನೆಯ ಉರುಳಿಸುವಿಕೆ ರೋಮದಲ್ಲಿಯೇ ಸಂಭವಿಸುತ್ತದೆ; ಮತ್ತು ಅದೇ ಇತಿಹಾಸದಲ್ಲಿ “ಯಾರ ಹಕ್ಕುವೋ ಅವನಿಗೆ” ಅನುಗ್ರಹದ ರಾಜ್ಯದ ಕಿರೀಟವು, ಆ ರಾಜ್ಯವು ಶಿಲುಬೆಯ ಮೇಲೆ ಸ್ಥಾಪಿಸಲ್ಪಟ್ಟಾಗ, ದೊರಕುವುದು.</w:t>
      </w:r>
    </w:p>
    <w:p>
      <w:pPr>
        <w:pStyle w:val="ArticleScripture"/>
        <w:jc w:val="left"/>
      </w:pPr>
      <w:r>
        <w:rPr>
          <w:rFonts w:ascii="Nirmala UI" w:hAnsi="Nirmala UI" w:eastAsia="Nirmala UI" w:cs="Nirmala UI"/>
        </w:rPr>
        <w:t>‘ಅಪವಿತ್ರ ದುಷ್ಟ ಪ್ರಭುವಿಗೆ’ ಅಂತಿಮ ಲೆಕ್ಕಪರಿಶೋಧನೆಯ ದಿನವು ಬಂದಿದೆ. ‘ಮುಕುಟವನ್ನು ತೆಗೆದುಹಾಕು,’ ಎಂದು ಕರ್ತನು ಆದೇಶಿಸಿದನು, ‘ಕಿರೀಟವನ್ನು ಕಳಚಿಬಿಡು.’ ಕ್ರಿಸ್ತನೇ ಸ್ವತಃ ತನ್ನ ರಾಜ್ಯವನ್ನು ಸ್ಥಾಪಿಸುವ ತನಕ ಯೆಹೂದಕ್ಕೆ ಪುನಃ ಒಬ್ಬ ರಾಜನನ್ನು ಹೊಂದುವ ಅನುಮತಿ ದೊರಕಲಿಲ್ಲ. ದಾವೀದನ ವಂಶದ ಸಿಂಹಾಸನದ ವಿಷಯವಾಗಿ ದೈವಿಕ ಆಜ್ಞೆ ಹೀಗೆ ಇತ್ತು: ‘ನಾನು ಅದನ್ನು ಉರುಳಿಸುವೆನು, ಉರುಳಿಸುವೆನು, ಉರುಳಿಸುವೆನು;’ ‘ಮತ್ತು ಯಾರ ಹಕ್ಕೋ ಅವನು ಬರುವ ತನಕ ಅದು ಇನ್ನು ಇರುವುದಿಲ್ಲ; ಮತ್ತು ಅದನ್ನು ನಾನು ಅವನಿಗೆ ಕೊಡುವೆನು.’ ಯೆಹೆಜ್ಕೇಲ 21:25–27. ಪ್ರಾಫೆಟ್ಸ್ ಅಂಡ್ ಕಿಂಗ್ಸ್, 451.</w:t>
      </w:r>
    </w:p>
    <w:p>
      <w:pPr>
        <w:pStyle w:val="ArticleBody"/>
        <w:jc w:val="left"/>
      </w:pPr>
      <w:r>
        <w:rPr>
          <w:rFonts w:ascii="Nirmala UI" w:hAnsi="Nirmala UI" w:eastAsia="Nirmala UI" w:cs="Nirmala UI"/>
        </w:rPr>
        <w:t>ಸೆಪ್ಟೆಂಬರ್ 11ರಂದು ಜೀವಂತರ ನ್ಯಾಯತೀರ್ಪು ಪ್ರಾರಂಭವಾದಾಗ ಆರಂಭಗೊಂಡ ಉತ್ತರಮಳೆಯ ಕಾಲದಲ್ಲಿ, ಕ್ರಿಸ್ತನು ತನ್ನ ಮಹಿಮೆಯ ರಾಜ್ಯವನ್ನು ಸ್ಥಾಪಿಸುತ್ತಾನೆ.</w:t>
      </w:r>
    </w:p>
    <w:p>
      <w:pPr>
        <w:pStyle w:val="ArticleScripture"/>
        <w:jc w:val="left"/>
      </w:pPr>
      <w:r>
        <w:rPr>
          <w:rFonts w:ascii="Nirmala UI" w:hAnsi="Nirmala UI" w:eastAsia="Nirmala UI" w:cs="Nirmala UI"/>
        </w:rPr>
        <w:t>“ಆ ನಾಲ್ವರು ದೂತರು ಬಿಡುವಾಗ, ಕ್ರಿಸ್ತನು ತನ್ನ ರಾಜ್ಯವನ್ನು ಸ್ಥಾಪಿಸುವನು.” Spalding and Magan, 3.</w:t>
      </w:r>
    </w:p>
    <w:p>
      <w:pPr>
        <w:pStyle w:val="ArticleBody"/>
        <w:jc w:val="left"/>
      </w:pPr>
      <w:r>
        <w:rPr>
          <w:rFonts w:ascii="Nirmala UI" w:hAnsi="Nirmala UI" w:eastAsia="Nirmala UI" w:cs="Nirmala UI"/>
        </w:rPr>
        <w:t>ಸಿದ್ಧತೆಯ ಒಂದು ಅವಧಿ 9/11ರಲ್ಲಿ ಆರಂಭವಾಗುತ್ತದೆ; ಮತ್ತು ಭಾನುವಾರದ ಕಾನೂನು ಸಂದರ್ಭದಲ್ಲಿ ಮಹಿಮೆಯ ಪವಿತ್ರ ಪರ್ವತವು ಎಲ್ಲಾ ಗುಡ್ಡಗಳಿಗೂ ಪರ್ವತಗಳಿಗೂ ಮೇಲಾಗಿ ಎತ್ತಲ್ಪಡುತ್ತದೆ.</w:t>
      </w:r>
    </w:p>
    <w:p>
      <w:pPr>
        <w:pStyle w:val="ArticleScripture"/>
        <w:jc w:val="left"/>
      </w:pPr>
      <w:r>
        <w:rPr>
          <w:rFonts w:ascii="Nirmala UI" w:hAnsi="Nirmala UI" w:eastAsia="Nirmala UI" w:cs="Nirmala UI"/>
        </w:rPr>
        <w:t>ಆಮೋಚನ ಮಗನಾದ ಯೆಶಾಯನು ಯೆಹೂದ ಹಾಗೂ ಯೆರೂಸಲೇಮಿನ ವಿಷಯವಾಗಿ ಕಂಡ ವಾಕ್ಯವು ಇದೇ. ಅಂತ್ಯದ ದಿನಗಳಲ್ಲಿ ಯೆಹೋವನ ಮಂದಿರದ ಪರ್ವತವು ಪರ್ವತಗಳ ಶಿಖರದಲ್ಲಿ ಸ್ಥಾಪಿಸಲ್ಪಡುವದು, ಗುಡ್ಡಗಳಿಗಿಂತ ಮೇಲಾಗಿ ಎತ್ತಲ್ಪಡುವದು; ಮತ್ತು ಸಕಲ ಜನಾಂಗಗಳೂ ಅದರ ಕಡೆಗೆ ಹರಿದುಬರುವರು. ಅನೇಕ ಜನರು ಹೋಗಿ, “ಬನ್ನಿರಿ, ನಾವು ಯೆಹೋವನ ಪರ್ವತಕ್ಕೇ, ಯಾಕೋಬನ ದೇವರ ಮಂದಿರಕ್ಕೇ ಏರಿಹೋಗೋಣ; ಆತನು ತನ್ನ ಮಾರ್ಗಗಳನ್ನು ನಮಗೆ ಬೋಧಿಸುವನು, ನಾವು ಆತನ ಹಾದಿಗಳಲ್ಲಿ ನಡೆಯುವೆವು; ಯಾಕಂದರೆ ಸಿಯೋನಿನಿಂದ ಧರ್ಮಶಾಸ್ತ್ರವು ಹೊರಡುವದು, ಯೆರೂಸಲೇಮಿನಿಂದ ಯೆಹೋವನ ವಾಕ್ಯವು ಹೊರಡುವದು” ಎಂದು ಹೇಳುವರು. ಯೆಶಾಯ 2:1–3.</w:t>
      </w:r>
    </w:p>
    <w:p>
      <w:pPr>
        <w:pStyle w:val="ArticleBody"/>
        <w:jc w:val="left"/>
      </w:pPr>
      <w:r>
        <w:rPr>
          <w:rFonts w:ascii="Nirmala UI" w:hAnsi="Nirmala UI" w:eastAsia="Nirmala UI" w:cs="Nirmala UI"/>
        </w:rPr>
        <w:t>9/11ರಂದು ಗಾಳಿಗಳನ್ನು ಬಿಡುಗಡೆಮಾಡಿ ನಂತರ ತಡೆಯಲ್ಪಟ್ಟವು; ಹೀಗೆ, ಸಮಸ್ತ ಭೂಮಿಯನ್ನು ತುಂಬುವ ಪರ್ವತದಿಂದ ಕತ್ತರಿಸಲ್ಪಟ್ಟ ಕಲ್ಲಿನ ರೂಪದಲ್ಲಿ ಪ್ರತಿನಿಧಿಸಲ್ಪಟ್ಟಿರುವ ದಾನಿಯೇಲ ಎರಡನೆಯ ಅಧ್ಯಾಯದ ರಾಜ್ಯವನ್ನು ಸ್ಥಾಪಿಸುವ ಕಾರ್ಯದ ಆರಂಭವು ಗುರುತಿಸಲ್ಪಟ್ಟಿತು.</w:t>
      </w:r>
    </w:p>
    <w:p>
      <w:pPr>
        <w:pStyle w:val="ArticleScripture"/>
        <w:jc w:val="left"/>
      </w:pPr>
      <w:r>
        <w:rPr>
          <w:rFonts w:ascii="Nirmala UI" w:hAnsi="Nirmala UI" w:eastAsia="Nirmala UI" w:cs="Nirmala UI"/>
        </w:rPr>
        <w:t>“ಈ ದರ್ಶನವು 1847ರಲ್ಲಿ ನೀಡಲ್ಪಟ್ಟಿತು; ಅಂದಾಗ ಶಬ್ತವನ್ನು ಆಚರಿಸುತ್ತಿದ್ದ ಅಡ್ವೆಂಟ್ ಸಹೋದರರು ಬಹಳ ಅಲ್ಪ ಸಂಖ್ಯೆಯವರಾಗಿದ್ದರು, ಮತ್ತು ಅವರಲ್ಲಿಯೂ ಕೆಲವರೇ ಅದರ ಆಚರಣೆಯು ದೇವರ ಜನರು ಮತ್ತು ಅವಿಶ್ವಾಸಿಗಳ ನಡುವೆ ಒಂದು ರೇಖೆಯನ್ನು ಎಳೆಯುವಷ್ಟು ಮಹತ್ವವುಳ್ಳದ್ದೆಂದು ಭಾವಿಸುತ್ತಿದ್ದರು. ಈಗ ಆ ದರ್ಶನದ ನೆರವೇರಿಕೆಯು ಕಾಣಿಸಿಕೊಳ್ಳತೊಡಗಿದೆ. ಇಲ್ಲಿ ಉಲ್ಲೇಖಿಸಲ್ಪಟ್ಟಿರುವ ‘ಆ ಸಂಕಟಕಾಲದ ಆರಂಭ’ ಎಂಬುದು ಕೇಡುಗಳನ್ನು ಸುರಿಸಲ್ಪಡಲು ಆರಂಭವಾಗುವ ಕಾಲವನ್ನು ಸೂಚಿಸುವುದಿಲ್ಲ; ಬದಲಾಗಿ, ಅವು ಸುರಿಸಲ್ಪಡುವುದಕ್ಕಿಂತ ಸ್ವಲ್ಪ ಮುಂಚಿನ ಅವಧಿಯನ್ನು, ಕ್ರಿಸ್ತನು ಪರಿಶುದ್ಧಾಲಯದಲ್ಲಿರುವ ಸಮಯವನ್ನು, ಸೂಚಿಸುತ್ತದೆ. ಆ ಸಮಯದಲ್ಲಿ, ರಕ್ಷಣೆಯ ಕಾರ್ಯವು ಸಮಾಪ್ತಿಯತ್ತ ಸಾಗುತ್ತಿರುವಾಗ, ಭೂಮಿಯ ಮೇಲೆ ಸಂಕಟವು ಬರುವುದಾಗುವುದು; ರಾಷ್ಟ್ರಗಳು ಕೋಪಗೊಂಡಿರುವವು, ಆದಾಗ್ಯೂ ಮೂರನೆಯ ದೂತನ ಕಾರ್ಯವನ್ನು ಅಡ್ಡಿಪಡಿಸದಂತೆ ಅವು ನಿಯಂತ್ರಣದಲ್ಲಿರಿಸಲ್ಪಡುವವು. ಆ ಸಮಯದಲ್ಲಿ ‘ಹಿಂದಿನ ಮಳೆ,’ ಅಥವಾ ಕರ್ತನ ಸನ್ನಿಧಿಯಿಂದ ಬರುವ ಚೈತನ್ಯಕರ ತಾಜಾಗು, ಮೂರನೆಯ ದೂತನ ಘೋಷವಾದ ಸ್ವರಕ್ಕೆ ಶಕ್ತಿಯನ್ನು ನೀಡುವುದಕ್ಕೂ, ಮತ್ತು ಕೊನೆಯ ಏಳು ಕೇಡುಗಳು ಸುರಿಸಲ್ಪಡುವ ಕಾಲದಲ್ಲಿ ಪರಿಶುದ್ಧರು ಸ್ಥಿರವಾಗಿ ನಿಲ್ಲುವಂತೆ ಅವರನ್ನು ಸಿದ್ಧಗೊಳಿಸುವುದಕ್ಕೂ ಬರುವುದು.” Early Writings, 85.</w:t>
      </w:r>
    </w:p>
    <w:p>
      <w:pPr>
        <w:pStyle w:val="ArticleBody"/>
        <w:jc w:val="left"/>
      </w:pPr>
      <w:r>
        <w:rPr>
          <w:rFonts w:ascii="Nirmala UI" w:hAnsi="Nirmala UI" w:eastAsia="Nirmala UI" w:cs="Nirmala UI"/>
        </w:rPr>
        <w:t>ಕ್ರಿಸ್ತನು ತಡಮಳೆಯ ಸಮಯದಲ್ಲಿ ತನ್ನ ನಿತ್ಯರಾಜ್ಯವನ್ನು ಸ್ಥಾಪಿಸುತ್ತಾನೆ; ಮತ್ತು ಅವನ ರಾಜ್ಯವು ಶಿಲುಬೆಯ ಬಳಿಯಲ್ಲಿ ಸ್ಥಾಪಿಸಲ್ಪಟ್ಟ ಕೃಪೆಯ ರಾಜ್ಯವನ್ನೂ, ಹಾಗೆಯೇ ಭಾನುವಾರದ ಕಾನೂನಿನ ಸಮಯದಲ್ಲಿ ಸ್ಥಾಪಿಸಲ್ಪಡುವ ಅವನ ಮಹಿಮೆಯ ರಾಜ್ಯವನ್ನೂ ಒಳಗೊಂಡಿದೆ. ಚಿದ್ಕೀಯನಿಂದ ಬಾಬಿಲೋನಿಗೆ (1ನೇ ರಾಜ್ಯ), ಮೇದೋ-ಪಾರಸಿಗೆ (2ನೇ ರಾಜ್ಯ), ಗ್ರೀಸಿಗೆ (3ನೇ ರಾಜ್ಯ), ಮತ್ತು ಅಲ್ಲಿಂದ ಪೌರಾಣಿಕ ರೋಮಿಗೆ (4ನೇ ರಾಜ್ಯ) ಎಂಬ ಕ್ರಮವು ಕೃಪೆಯ ರಾಜ್ಯದತ್ತ ನಡೆಸುವ ಇತಿಹಾಸವನ್ನು ಗುರುತಿಸುತ್ತದೆ. ಆ ಇತಿಹಾಸವು ಪಾಪಲ್ ರೋಮಿನಿಂದ (ಆತ್ಮಿಕ ಬಾಬಿಲೋನ 5ನೇ ರಾಜ್ಯ), ಸಂಯುಕ್ತ ಸಂಸ್ಥಾನಗಳವರೆಗೆ (ಆತ್ಮಿಕ ಮೇದೋ-ಪಾರಸಿ 6ನೇ ರಾಜ್ಯ), ವಿಶ್ವಸಂಸ್ಥೆಯವರೆಗೆ (ಆತ್ಮಿಕ ಗ್ರೀಸ್ 7ನೇ ರಾಜ್ಯ), ಮತ್ತು ಅಲ್ಲಿಂದ ಡ್ರಾಗನ್, ಮೃಗ ಮತ್ತು ಸುಳ್ಳು ಪ್ರವಾದಿಯ ತ್ರಿವಿಧ ಐಕ್ಯತೆಯವರೆಗೆ ಸಾಗುವ ಸಮಾನಾಂತರ ಐತಿಹಾಸಿಕ ಕ್ರಮವನ್ನೂ ಗುರುತಿಸುತ್ತದೆ; ಇವುಗಳೆಲ್ಲ ಸೇರಿ ಆಧುನಿಕ ರೋಮನ್ನು ರೂಪಿಸುತ್ತವೆ (ಏಳರಲ್ಲೊಂದು ಆಗಿರುವ ಆತ್ಮಿಕ ರೋಮ 8ನೇ ರಾಜ್ಯ).</w:t>
      </w:r>
    </w:p>
    <w:p>
      <w:pPr>
        <w:pStyle w:val="ArticleBody"/>
        <w:jc w:val="left"/>
      </w:pPr>
      <w:r>
        <w:rPr>
          <w:rFonts w:ascii="Nirmala UI" w:hAnsi="Nirmala UI" w:eastAsia="Nirmala UI" w:cs="Nirmala UI"/>
        </w:rPr>
        <w:t>ದಾನಿಯೇಲನು ಎರಡನೇ ಅಧ್ಯಾಯದಲ್ಲಿ ಆ ರಾಜ್ಯದ ವಿಜಯವನ್ನು ಒಂದು ಶಿಲೆಯಿಂದ ಪ್ರತಿನಿಧಿಸಲಾಗಿದೆ, ಮತ್ತು ದೇವರಿಗೆ ನಿಷ್ಠರಾಗಿರುವವರು ದೇವಾಲಯದಲ್ಲಿನ ಕಲ್ಲುಗಳಾಗಿದ್ದಾರೆ.</w:t>
      </w:r>
    </w:p>
    <w:p>
      <w:pPr>
        <w:pStyle w:val="ArticleScripture"/>
        <w:jc w:val="left"/>
      </w:pPr>
      <w:r>
        <w:rPr>
          <w:rFonts w:ascii="Nirmala UI" w:hAnsi="Nirmala UI" w:eastAsia="Nirmala UI" w:cs="Nirmala UI"/>
        </w:rPr>
        <w:t>ನೀವು ಸಹ ಜೀವಂತ ಕಲ್ಲುಗಳಾಗಿ ಆತ್ಮಿಕ ಮನೆಯಾಗಿಯೂ, ಪವಿತ್ರ ಯಾಜಕವರ್ಗವಾಗಿಯೂ ಕಟ್ಟಲ್ಪಡುತ್ತಿದ್ದೀರಿ; ಯೇಸು ಕ್ರಿಸ್ತನ ಮೂಲಕ ದೇವರಿಗೆ ಸ್ವೀಕಾರಾರ್ಹವಾಗಿರುವ ಆತ್ಮಿಕ ಬಲಿಗಳನ್ನು ಅರ್ಪಿಸುವದಕ್ಕಾಗಿ. 1 ಪೇತ್ರ 2:5.</w:t>
      </w:r>
    </w:p>
    <w:p>
      <w:pPr>
        <w:pStyle w:val="ArticleBody"/>
        <w:jc w:val="left"/>
      </w:pPr>
      <w:r>
        <w:rPr>
          <w:rFonts w:ascii="Nirmala UI" w:hAnsi="Nirmala UI" w:eastAsia="Nirmala UI" w:cs="Nirmala UI"/>
        </w:rPr>
        <w:t>ಆ ಶಾಶ್ವತ ರಾಜ್ಯವು ಲೋಕದ ರಾಜ್ಯಗಳ ಮೇಲೆ ಜಯ ಸಾಧಿಸಿ ಸಮಸ್ತ ಲೋಕವನ್ನು ತುಂಬುತ್ತದೆ. ಏಜಿಕಿಯೇಲನು ತನ್ನ ಗ್ರಂಥದ ನಲವತ್ತನೇ ಅಧ್ಯಾಯದಿಂದ ಅಂತ್ಯದವರೆಗೆ ಅದೇ ರಾಜ್ಯವನ್ನು ಜೀವಜಲದಿಂದ ಲೋಕವನ್ನು ತುಂಬಿಸುವ ದೇವಾಲಯವಾಗಿ ಚಿತ್ರಿಸಿದ್ದಾನೆ.</w:t>
      </w:r>
    </w:p>
    <w:p>
      <w:pPr>
        <w:pStyle w:val="ArticleBody"/>
        <w:jc w:val="left"/>
      </w:pPr>
      <w:r>
        <w:rPr>
          <w:rFonts w:ascii="Nirmala UI" w:hAnsi="Nirmala UI" w:eastAsia="Nirmala UI" w:cs="Nirmala UI"/>
        </w:rPr>
        <w:t>ಈ ವಿಷಯಗಳನ್ನು ನಾವು ಮುಂದಿನ ಲೇಖನದಲ್ಲಿ ಮುಂದುವರಿಸುತ್ತೇವೆ.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ನಲವತ್ತನೇ ವಚನದ ಗುಪ್ತ ಇತಿಹಾಸ - ಇಪ್ಪತ್ತ್ಮೂರುನೇ ಸಂಖ್ಯೆ</dc:title>
  <dc:subject>ಯೆಹೆಜ್ಕೇಲನು — ಸಂಖ್ಯೆ ನಾಲ್ಕು</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