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ಅಡಗಿದ ಇತಿಹಾಸ - ಇಪ್ಪತ್ತೈದನೇ ಸಂಖ್ಯೆ</w:t>
      </w:r>
    </w:p>
    <w:p>
      <w:pPr>
        <w:pStyle w:val="ArticleSubtitle"/>
        <w:jc w:val="left"/>
      </w:pPr>
      <w:r>
        <w:rPr>
          <w:rFonts w:ascii="Nirmala UI" w:hAnsi="Nirmala UI" w:eastAsia="Nirmala UI" w:cs="Nirmala UI"/>
        </w:rPr>
        <w:t>ಯೆಹೆಜ್ಕೇಲನು ಸಂಖ್ಯೆ ಆರು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ಪವಿತ್ರಾಲಯದೊಳಗಿನ ಏಜೆಕಿಯೇಲ, ಯೆಶಾಯ ಮತ್ತು ಯೋಹಾನರ ಅನುಭವಕ್ಕೆ ಸಂಬಂಧಿಸಿದ ಸತ್ಯದ ವಿವಿಧ ಧಾರೆಗಳನ್ನು ಒದಗಿಸುವ Testimonies‌ನ ಒಂದು ಭಾಗದಿಂದ ನಾನು ತೆಗೆದುಕೊಂಡಿದ್ದೇನೆ. ಪ್ರಕಟನೆಯ ಮೊದಲ ಅಧ್ಯಾಯದಲ್ಲಿ ಯೋಹಾನನು ತನ್ನ ಹಿಂದೆ ಇದ್ದ ಧ್ವನಿಯನ್ನು ನೋಡುವದಕ್ಕಾಗಿ ತಿರುಗಿದನು.</w:t>
      </w:r>
    </w:p>
    <w:p>
      <w:pPr>
        <w:pStyle w:val="ArticleScripture"/>
        <w:jc w:val="left"/>
      </w:pPr>
      <w:r>
        <w:rPr>
          <w:rFonts w:ascii="Nirmala UI" w:hAnsi="Nirmala UI" w:eastAsia="Nirmala UI" w:cs="Nirmala UI"/>
        </w:rPr>
        <w:t>ನಾನು ಕರ್ತನ ದಿನದಲ್ಲಿ ಆತ್ಮದಲ್ಲಿ ಇದ್ದೆನು; ಆಗ ನನ್ನ ಹಿಂದೆ ತುತ್ತೂರಿಯ ನಾದದಂತಿರುವ ಒಂದು ಮಹಾ ಸ್ವರವನ್ನು ಕೇಳಿದೆನು; ಅದು ಹೀಗೆಂದಿತು: ನಾನು ಆಲ್ಫಾ ಮತ್ತು ಓಮೇಗಾ, ಮೊದಲನೆಯವನೂ ಕೊನೆಯವನೂ ಆಗಿದ್ದೇನೆ; ಮತ್ತು ನೀನು ನೋಡುವುದನ್ನು ಒಂದು ಪುಸ್ತಕದಲ್ಲಿ ಬರೆದು ಏಷ್ಯಾದಲ್ಲಿರುವ ಏಳು ಸಭೆಗಳಿಗೆ ಕಳುಹಿಸು; ಎಫೆಸಕ್ಕೆ, ಸ್ಮುರ್ನಕ್ಕೆ, ಪೆರ್ಗಮಕ್ಕೆ, ಥುವತೈರಕ್ಕೆ, ಸಾರ್ದಿಸಿಗೆ, ಫಿಲದೆಲ್ಫಿಯಕ್ಕೆ, ಮತ್ತು ಲವೊದಿಕೆಗೆ. ಆಗ ನನ್ನೊಡನೆ ಮಾತಾಡಿದ ಆ ಸ್ವರವನ್ನು ನೋಡುವುದಕ್ಕಾಗಿ ನಾನು ತಿರುಗಿದೆನು. ತಿರುಗಿದಾಗ ಏಳು ಬಂಗಾರದ ದೀಪಸ್ತಂಭಗಳನ್ನು ಕಂಡೆನು. ಪ್ರಕಟನೆ 1:10–12.</w:t>
      </w:r>
    </w:p>
    <w:p>
      <w:pPr>
        <w:pStyle w:val="ArticleBody"/>
        <w:jc w:val="left"/>
      </w:pPr>
      <w:r>
        <w:rPr>
          <w:rFonts w:ascii="Nirmala UI" w:hAnsi="Nirmala UI" w:eastAsia="Nirmala UI" w:cs="Nirmala UI"/>
        </w:rPr>
        <w:t>ಪಾತ್ಮೋಸ್ ದ್ವೀಪದಿಂದ ಆರಂಭಿಸಿ ನಂತರ ಸ್ವರ್ಗೀಯ ಪರಿಶುದ್ಧಾಲಯದೊಳಗೆ, ಅಲ್ಲಿ ಯೋಹಾನನು ಕ್ರಿಸ್ತನ ದರ್ಶನವನ್ನು ನೋಡುವನು; ಸಹೋದರಿ ವೈಟ್ ನಮಗೆ ತಿಳಿಸುವ ಪ್ರಕಾರ, ಅದು ದಾನಿಯೇಲನು ತನ್ನ ಪುಸ್ತಕದ ದಶಮ ಅಧ್ಯಾಯದಲ್ಲಿ ಕಂಡ ಅದೇ ದರ್ಶನವಾಗಿದೆ.</w:t>
      </w:r>
    </w:p>
    <w:p>
      <w:pPr>
        <w:pStyle w:val="ArticleScripture"/>
        <w:jc w:val="left"/>
      </w:pPr>
      <w:r>
        <w:rPr>
          <w:rFonts w:ascii="Nirmala UI" w:hAnsi="Nirmala UI" w:eastAsia="Nirmala UI" w:cs="Nirmala UI"/>
        </w:rPr>
        <w:t>“‘ಆ ದಿನಗಳಲ್ಲಿ ನಾನು ದಾನಿಯೇಲನು ಮೂರು ಪೂರ್ಣ ವಾರಗಳು ಶೋಕಿಸುತ್ತಿದ್ದೆನು. ರುಚಿಕರವಾದ ಅನ್ನವನ್ನು ನಾನು ತಿನ್ನಲಿಲ್ಲ; ಮಾಂಸವೂ ದ್ರಾಕ್ಷಾರಸವೂ ನನ್ನ ಬಾಯಿಗೆ ಪ್ರವೇಶಿಸಲಿಲ್ಲ; ನಾನು ಯಾವ ವಿಧವಾಗಿಯೂ ನನ್ನನ್ನು ಅಭಿಷೇಕಿಸಿಕೊಳ್ಳಲಿಲ್ಲ.... ಆಗ ನಾನು ನನ್ನ ಕಣ್ಣುಗಳನ್ನು ಮೇಲಕ್ಕೆತ್ತಿ ನೋಡಿದೆನು; ಆಗ ಇಗೋ, ನಾರುಬಟ್ಟೆ ಧರಿಸಿದ್ದ ಒಬ್ಬ ಪುರುಷನು ಕಾಣಿಸಿಕೊಂಡನು; ಅವನ ಸೊಂಟವು ಊಫಾಜಿನ ಶುದ್ಧ ಬಂಗಾರದ ಕಚ್ಚಿನಿಂದ ಕಟ್ಟಲ್ಪಟ್ಟಿತ್ತು. ಅವನ ದೇಹವು ಬೆರಿಲ್ ರತ್ನದಂತಿತ್ತು, ಅವನ ಮುಖವು ಮಿಂಚಿನ ಪ್ರಭೆಯಂತಿತ್ತು, ಅವನ ಕಣ್ಣುಗಳು ಅಗ್ನಿದೀಪಗಳಂತಿದ್ದವು, ಅವನ ಭುಜಗಳೂ ಅವನ ಪಾದಗಳೂ ಮೆರುಗುಗೊಳಿಸಿದ ಪಿತ್ತಳದ ವರ್ಣದಂತಿದ್ದವು, ಮತ್ತು ಅವನ ಮಾತಿನ ಧ್ವನಿಯು ಬಹುಜನರ ಧ್ವನಿಯಂತಿತ್ತು’ (ದಾನಿಯೇಲ 10:2–6).”</w:t>
      </w:r>
    </w:p>
    <w:p>
      <w:pPr>
        <w:pStyle w:val="ArticleScripture"/>
        <w:jc w:val="left"/>
      </w:pPr>
      <w:r>
        <w:rPr>
          <w:rFonts w:ascii="Nirmala UI" w:hAnsi="Nirmala UI" w:eastAsia="Nirmala UI" w:cs="Nirmala UI"/>
        </w:rPr>
        <w:t>“ಈ ವಿವರಣೆ, ಕ್ರಿಸ್ತನು ಪತ್ಮೋಸ್ ದ್ವೀಪದಲ್ಲಿ ಯೋಹಾನನಿಗೆ ಪ್ರಕಟವಾದಾಗ ಅವನು ನೀಡಿದ ವಿವರಣೆಗೆ ಸಮಾನವಾಗಿದೆ. ದೇವರ ಪುತ್ರನಿಗಿಂತ ಕಡಿಮೆಯಲ್ಲದ ವ್ಯಕ್ತಿತ್ವವು ದಾನಿಯೇಲನಿಗೆ ಪ್ರತ್ಯಕ್ಷವಾಯಿತು. ನಮ್ಮ ಕರ್ತನು, ಅಂತ್ಯಕಾಲದ ದಿನಗಳಲ್ಲಿ ಏನಾಗುವುದೋ ಅದನ್ನು ದಾನಿಯೇಲನಿಗೆ ಬೋಧಿಸಲು ಇನ್ನೊಬ್ಬ ಸ್ವರ್ಗೀಯ ದೂತನೊಂದಿಗೆ ಬರುತ್ತಾನೆ.” Sanctified Life, 49.</w:t>
      </w:r>
    </w:p>
    <w:p>
      <w:pPr>
        <w:pStyle w:val="ArticleBody"/>
        <w:jc w:val="left"/>
      </w:pPr>
      <w:r>
        <w:rPr>
          <w:rFonts w:ascii="Nirmala UI" w:hAnsi="Nirmala UI" w:eastAsia="Nirmala UI" w:cs="Nirmala UI"/>
        </w:rPr>
        <w:t>ಮೊದಲ ಒಂಬತ್ತು ವಚನಗಳು ಮಾನವನ ಕೃಪಾಕಾಲವು ಮುಗಿಯುವ ಮೊದಲು ಯೇಸು ಕ್ರಿಸ್ತನ ಪ್ರಕಟನೆಯು ಹೇಗೆ ಅನಾವರಣಗೊಳ್ಳುತ್ತದೆ ಎಂಬುದನ್ನು ಗುರುತಿಸುತ್ತವೆ. ಈ ಪ್ರಕಟಣೆಯನ್ನು ದೇವರು ಯೇಸುವಿಗೆ ಕೊಟ್ಟನು; ಯೇಸು ಅದನ್ನು ಗಬ್ರಿಯೇಲನಿಗೆ ಕೊಟ್ಟನು; ಗಬ್ರಿಯೇಲು ಅದನ್ನು ಯೋಹಾನನಿಗೆ ಕೊಟ್ಟು, ಯೋಹಾನನು ಆ ಸಂದೇಶವನ್ನು ಏಳು ಸಭೆಗಳಿಗೆ ಕಳುಹಿಸಬೇಕೆಂದು ಅವನಿಗೆ ಅಧಿಕಾರವನ್ನಿತ್ತನು. ಇದೇ ಕಾರ್ಯವನ್ನು ಮಾಡುವ ಅಧಿಕಾರವನ್ನು ಯೆಶಾಯನು ಆರನೆಯ ಅಧ್ಯಾಯದಲ್ಲಿ ಪಡೆದನು; ಹಾಗೆಯೇ ಯೆಹೆಜ್ಕೇಲನು ಎರಡನೆಯ ಮತ್ತು ಮೂರನೆಯ ಅಧ್ಯಾಯಗಳಲ್ಲಿ ಅದೇ ಆದೇಶವನ್ನು ಪಡೆದನು. ಯೋಹಾನನು ತನ್ನ ಅಧಿಕಾರವನ್ನು ಸ್ವೀಕರಿಸುವಾಗ ಕೈದಿಯಾಗಿದ್ದನು; ಯೆಹೆಜ್ಕೇಲನು ಮತ್ತು ದಾನಿಯೇಲನು ಬಾಬೆಲಿನಲ್ಲಿ ಬಂಧಿಗಳಾಗಿದ್ದರು; ಯೆಶಾಯನು ಯೆಹೂದದ ದುಷ್ಟರಾಜನಾದ ಆಹಾಜನ ಇತಿಹಾಸಕಾಲದಲ್ಲಿ ಬದುಕುತ್ತಿದ್ದನು.</w:t>
      </w:r>
    </w:p>
    <w:p>
      <w:pPr>
        <w:pStyle w:val="ArticleScripture"/>
        <w:jc w:val="left"/>
      </w:pPr>
      <w:r>
        <w:rPr>
          <w:rFonts w:ascii="Nirmala UI" w:hAnsi="Nirmala UI" w:eastAsia="Nirmala UI" w:cs="Nirmala UI"/>
        </w:rPr>
        <w:t>“ಒಂದರೊಳಗೆ ಮತ್ತೊಂದು ಚಕ್ರಗಳು ಇದ್ದವು; ಅವುಗಳ ವ್ಯವಸ್ಥೆ ಅಷ್ಟು ಸಂಕೀರ್ಣವಾಗಿದ್ದದರಿಂದ ಮೊದಲ ನೋಟಕ್ಕೆ ಅವೆಲ್ಲವೂ ಗೊಂದಲದಲ್ಲಿರುವಂತೆಯೇ ಯೆಹೆಜ್ಕೇಲನಿಗೆ ಕಾಣಿಸಿತು. ಆದರೆ ಅವು ಚಲಿಸಿದಾಗ, ಅದ್ಭುತವಾದ ನಿಖರತೆಯೊಂದಿಗೂ ಸಂಪೂರ್ಣ ಸಮ್ಮಿಲನದಲ್ಲಿಯೂ ಚಲಿಸುತ್ತಿದ್ದವು. ಪರಲೋಕದ ಜೀವಿಗಳು ಈ ಚಕ್ರಗಳನ್ನು ಚಲಿಸಲು ಪ್ರೇರೇಪಿಸುತ್ತಿದ್ದರು; ಮತ್ತು ಇವುಗಳನ್ನೆಲ್ಲ ಮೀರಿ, ಮಹಿಮೆಯುತ ನೀಲಮಣಿ ಸಿಂಹಾಸನದ ಮೇಲೆ ನಿತ್ಯನಾದವನು ಆಸೀನನಾಗಿದ್ದನು; ಸಿಂಹಾಸನದ ಸುತ್ತಲೂ ಕೃಪೆಯೂ ಪ್ರೀತಿಯೂ ಸಂಕೇತವಾದ ವಲಯಾಕಾರದ ಇಂದ್ರಧನುಸ್ಸು ಆವರಿಸಿತ್ತು. ಆ ದೃಶ್ಯದ ಭಯಂಕರ ಮಹಿಮೆಯಿಂದ ಮಣಿದು, ಯೆಹೆಜ್ಕೇಲನು ತನ್ನ ಮುಖವನ್ನು ನೆಲಕ್ಕೆ ಬಾಗಿದನು; ಆಗ ಒಂದು ಧ್ವನಿಯು ಅವನಿಗೆ ಎದ್ದುನಿಲ್ಲಿ ಕರ್ತನ ವಾಕ್ಯವನ್ನು ಕೇಳು ಎಂದು ಆಜ್ಞಾಪಿಸಿತು. ನಂತರ ಇಸ್ರಾಯೇಲಿಗೆ ಎಚ್ಚರಿಕೆಯ ಸಂದೇಶವು ಅವನಿಗೆ ನೀಡಲ್ಪಟ್ಟಿತು.” Testimonies, 751.</w:t>
      </w:r>
    </w:p>
    <w:p>
      <w:pPr>
        <w:pStyle w:val="ArticleScripture"/>
        <w:jc w:val="left"/>
      </w:pPr>
      <w:r>
        <w:rPr>
          <w:rFonts w:ascii="Nirmala UI" w:hAnsi="Nirmala UI" w:eastAsia="Nirmala UI" w:cs="Nirmala UI"/>
        </w:rPr>
        <w:t>ಆಗ ನಾನು ಕರ್ತನ ಧ್ವನಿಯನ್ನು ಕೇಳಿದೆನು: “ನಾನು ಯಾರನ್ನು ಕಳುಹಿಸಲಿ? ನಮ್ಮ ನಿಮಿತ್ತ ಯಾರು ಹೋಗುವರು?” ಆಗ ನಾನು ಹೇಳಿದೆನು: “ಇಗೋ, ನಾನು ಇಲ್ಲಿದ್ದೇನೆ; ನನ್ನನ್ನು ಕಳುಹಿಸು.” ಯೆಶಾಯ 6:8.</w:t>
      </w:r>
    </w:p>
    <w:p>
      <w:pPr>
        <w:pStyle w:val="ArticleScripture"/>
        <w:jc w:val="left"/>
      </w:pPr>
      <w:r>
        <w:rPr>
          <w:rFonts w:ascii="Nirmala UI" w:hAnsi="Nirmala UI" w:eastAsia="Nirmala UI" w:cs="Nirmala UI"/>
        </w:rPr>
        <w:t>“ಈ ದರ್ಶನವು ಎಜೆಕಿಯೇಲನಿಗೆ ಅವನ ಮನಸ್ಸು ಗಾಢವಾದ ಅಶುಭ ಪೂರ್ವಾನುಮಾನಗಳಿಂದ ತುಂಬಿದ್ದ ಸಮಯದಲ್ಲಿ ನೀಡಲ್ಪಟ್ಟಿತು. ಅವನು ತನ್ನ ಪಿತೃಗಳ ದೇಶವು ನಿರ್ಜನವಾಗಿ ಬಿದ್ದಿರುವುದನ್ನು ಕಂಡನು...”</w:t>
      </w:r>
    </w:p>
    <w:p>
      <w:pPr>
        <w:pStyle w:val="ArticleScripture"/>
        <w:jc w:val="left"/>
      </w:pPr>
      <w:r>
        <w:rPr>
          <w:rFonts w:ascii="Nirmala UI" w:hAnsi="Nirmala UI" w:eastAsia="Nirmala UI" w:cs="Nirmala UI"/>
        </w:rPr>
        <w:t>“ಅದೇ ರೀತಿಯಲ್ಲಿ, ದೇವರು ಭವಿಷ್ಯಕಾಲಗಳಿಗಾಗಿ ಸಭೆಯ ಇತಿಹಾಸವನ್ನು ಪ್ರಿಯನಾದ ಯೋಹಾನನಿಗೆ ಪ್ರಕಟಿಸಲು ಹೊರಟಿದ್ದಾಗ, ‘ಮನುಷ್ಯಕುಮಾರನಿಗೆ ಸಮನಾದ ಒಬ್ಬನನ್ನು’ ದೀಪಸ್ತಂಭಗಳ ಮಧ್ಯದಲ್ಲಿ ನಡೆಯುತ್ತಿರುವಂತೆ ಅವನಿಗೆ ತೋರಿಸುವ ಮೂಲಕ, ತನ್ನ ಜನರ ಮೇಲಿರುವ ರಕ್ಷಕನ ಆಸಕ್ತಿ ಮತ್ತು ಕಾಳಜಿಯ ಭರವಸೆಯನ್ನು ಅವನಿಗೆ ನೀಡಿದನು; ಆ ದೀಪಸ್ತಂಭಗಳು ಏಳು ಸಭೆಗಳನ್ನು ಸಂಕೇತಿಸುತ್ತಿದ್ದವು. …”</w:t>
      </w:r>
    </w:p>
    <w:p>
      <w:pPr>
        <w:pStyle w:val="ArticleScripture"/>
        <w:jc w:val="left"/>
      </w:pPr>
      <w:r>
        <w:rPr>
          <w:rFonts w:ascii="Nirmala UI" w:hAnsi="Nirmala UI" w:eastAsia="Nirmala UI" w:cs="Nirmala UI"/>
        </w:rPr>
        <w:t>“ಈ ಪಾಠಗಳು ನಮ್ಮ ಹಿತಾರ್ಥವಾಗಿವೆ. ನಾವು ನಮ್ಮ ವಿಶ್ವಾಸವನ್ನು ದೇವರ ಮೇಲೆಯೇ ಸ್ಥಿರಗೊಳಿಸಬೇಕಾಗಿದೆ; ಯಾಕಂದರೆ ನಮ್ಮ ಮುಂದೆಯೇ ಶೀಘ್ರದಲ್ಲೇ ಮನುಷ್ಯರ ಆತ್ಮಗಳನ್ನು ಪರೀಕ್ಷಿಸುವ ಕಾಲವು ಬಂದಿದೆ. …”</w:t>
      </w:r>
    </w:p>
    <w:p>
      <w:pPr>
        <w:pStyle w:val="ArticleScripture"/>
        <w:jc w:val="left"/>
      </w:pPr>
      <w:r>
        <w:rPr>
          <w:rFonts w:ascii="Nirmala UI" w:hAnsi="Nirmala UI" w:eastAsia="Nirmala UI" w:cs="Nirmala UI"/>
        </w:rPr>
        <w:t>“ನಾವು ಮಹತ್ತಾದ ಮತ್ತು ಗಂಭೀರ ಘಟನೆಗಳ ಅಂಚಿನ ಮೇಲೆ ನಿಂತಿದ್ದೇವೆ. ಪ್ರವಾದನೆ ವೇಗವಾಗಿ ನೆರವೇರುತ್ತಿದೆ. ಕರ್ತನು ಬಾಗಿಲಿನಲ್ಲಿದ್ದಾನೆ. ಶೀಘ್ರದಲ್ಲೇ ನಮ್ಮ ಮುಂದೆ ಜೀವಂತರಾದ ಎಲ್ಲರಿಗೂ ಅಪಾರ ಮಹತ್ವವುಳ್ಳ ಒಂದು ಕಾಲಘಟ್ಟವು ತೆರೆದುಕೊಳ್ಳಲಿದೆ. ಭೂತಕಾಲದ ವಿವಾದಗಳು ಪುನರುಜ್ಜೀವಿತಗೊಳ್ಳುವವು; ಹೊಸ ವಿವಾದಗಳು ಉದ್ಭವಿಸುವವು. ನಮ್ಮ ಲೋಕದಲ್ಲಿ ನಡೆಯಲಿರುವ ದೃಶ್ಯಗಳನ್ನು ಇನ್ನೂ ಕನಸಲ್ಲಿಯೂ ಊಹಿಸಲಿಲ್ಲ. ಸೈತಾನನು ಮಾನವ ಸಾಧನಗಳ ಮೂಲಕ ಕಾರ್ಯನಿರ್ವಹಿಸುತ್ತಿದ್ದಾನೆ. ಸಂವಿಧಾನವನ್ನು ಬದಲಿಸಿ, ಭಾನುವಾರ ಆಚರಣೆಯನ್ನು ಬಲಾತ್ಕರಿಸುವ ಕಾನೂನನ್ನು ಜಾರಿಗೊಳಿಸಲು ಪ್ರಯತ್ನಿಸುತ್ತಿರುವವರು ಅದರ ಫಲವೇನು ಆಗುವುದೆಂಬುದನ್ನು ಬಹಳ ಕಡಿಮೆಯಾಗಿಯೇ ಅರಿತಿದ್ದಾರೆ. ಸಂಕಟವು ಇಗೋ ನಮ್ಮ ಮೇಲೆಯೇ ಬಂದಿದೆ.”</w:t>
      </w:r>
    </w:p>
    <w:p>
      <w:pPr>
        <w:pStyle w:val="ArticleScripture"/>
        <w:jc w:val="left"/>
      </w:pPr>
      <w:r>
        <w:rPr>
          <w:rFonts w:ascii="Nirmala UI" w:hAnsi="Nirmala UI" w:eastAsia="Nirmala UI" w:cs="Nirmala UI"/>
        </w:rPr>
        <w:t>“ಆದರೆ ಈ ಮಹಾ ಸಂಕಟಕಾಲದಲ್ಲಿ ದೇವರ ಸೇವಕರು ತಮ್ಮ ಮೇಲೆಯೇ ಭರವಸೆ ಇಡಬಾರದು. ಯೆಶಾಯನಿಗೂ, ಯೆಹೆಜ್ಕೇಲನಿಗೂ, ಮತ್ತು ಯೋಹಾನನಿಗೂ ನೀಡಲ್ಪಟ್ಟ ದರ್ಶನಗಳಲ್ಲಿ, ಭೂಮಿಯ ಮೇಲೆ ನಡೆಯುತ್ತಿರುವ ಘಟನೆಗಳೊಂದಿಗೆ ಪರಲೋಕವು ಎಷ್ಟು ಆಪ್ತವಾಗಿ ಸಂಬಂಧಗೊಂಡಿದೆ ಎಂಬುದನ್ನೂ, ತನಗೆ ನಿಷ್ಠರಾಗಿರುವವರ ವಿಷಯದಲ್ಲಿ ದೇವರ ಕಾಳಜಿ ಎಷ್ಟು ಮಹತ್ತಾಗಿದೆ ಎಂಬುದನ್ನೂ ನಾವು ಕಾಣುತ್ತೇವೆ. ಈ ಲೋಕವು ಆಡಳಿತಗಾರನಿಲ್ಲದೆ ಇರುವುದಿಲ್ಲ. ಬರಲಿರುವ ಘಟನೆಗಳ ಕ್ರಮವು ಕರ್ತನ ಕೈಯಲ್ಲಿದೆ. ಪರಲೋಕದ ಮಹಿಮೆಯುಳ್ಳ ಅಧಿಪತಿಯಾದವನು ತನ್ನ ಸಭೆಯ ವಿಷಯಗಳನ್ನಷ್ಟೇ ಅಲ್ಲ, ಜನಾಂಗಗಳ ವಿಧಿಯನ್ನೂ ತನ್ನ ಸ್ವಂತ ಅಧಿಕಾರ ಮತ್ತು ಜವಾಬ್ದಾರಿಯ ಅಡಿಯಲ್ಲಿ ಹೊಂದಿದ್ದಾನೆ. …”</w:t>
      </w:r>
    </w:p>
    <w:p>
      <w:pPr>
        <w:pStyle w:val="ArticleScripture"/>
        <w:jc w:val="left"/>
      </w:pPr>
      <w:r>
        <w:rPr>
          <w:rFonts w:ascii="Nirmala UI" w:hAnsi="Nirmala UI" w:eastAsia="Nirmala UI" w:cs="Nirmala UI"/>
        </w:rPr>
        <w:t>“ಯೆಹೆಜ್ಕೇಲನ ದರ್ಶನದಲ್ಲಿ ದೇವರು ಕೆರೂಬರ ರೆಕ್ಕೆಗಳ ಕೆಳಗೆ ತನ್ನ ಕೈಯನ್ನು ಹೊಂದಿದ್ದನು. ಇದರ ಮೂಲಕ ತನ್ನ ಸೇವಕರಿಗೆ ಯಶಸ್ಸನ್ನು ಕೊಡುವುದು ದೈವಿಕ ಶಕ್ತಿಯೇ ಎಂಬುದನ್ನು ಬೋಧಿಸಲಾಗುತ್ತದೆ. ಅವರು ಅಧರ್ಮವನ್ನು ತೊರೆದು ಹೃದಯದಲ್ಲಿಯೂ ಜೀವನದಲ್ಲಿಯೂ ಶುದ್ಧರಾಗುವವರಾದರೆ, ಆತನು ಅವರೊಂದಿಗೆ ಕಾರ್ಯನಿರ್ವಹಿಸುವನು.</w:t>
      </w:r>
    </w:p>
    <w:p>
      <w:pPr>
        <w:pStyle w:val="ArticleScripture"/>
        <w:jc w:val="left"/>
      </w:pPr>
      <w:r>
        <w:rPr>
          <w:rFonts w:ascii="Nirmala UI" w:hAnsi="Nirmala UI" w:eastAsia="Nirmala UI" w:cs="Nirmala UI"/>
        </w:rPr>
        <w:t>“ಮಿಂಚಿನ ಚುರುಕಿನಿಂದ ಜೀವಿಗಳ ನಡುವೆ ಸಂಚರಿಸುವ ಪ್ರಕಾಶಮಯವಾದ ಬೆಳಕು, ಈ ಕಾರ್ಯವು ಅಂತಿಮವಾಗಿ ಪೂರ್ಣತೆಗೆ ಮುನ್ನಡೆಯುವ ವೇಗವನ್ನು ಸೂಚಿಸುತ್ತದೆ. …”</w:t>
      </w:r>
    </w:p>
    <w:p>
      <w:pPr>
        <w:pStyle w:val="ArticleScripture"/>
        <w:jc w:val="left"/>
      </w:pPr>
      <w:r>
        <w:rPr>
          <w:rFonts w:ascii="Nirmala UI" w:hAnsi="Nirmala UI" w:eastAsia="Nirmala UI" w:cs="Nirmala UI"/>
        </w:rPr>
        <w:t>“ಸಹೋದರರೇ, ಈಗ ಶೋಕಿಸಿ ನಿರಾಶೆಗೆ ಒಳಗಾಗುವ ಕಾಲವಲ್ಲ; ಸಂದೇಹಕ್ಕೂ ಅವಿಶ್ವಾಸಕ್ಕೂ ಮಣಿಯುವ ಕಾಲವಲ್ಲ. ಕ್ರಿಸ್ತನು ಈಗ ಯೋಸೇಫನ ಹೊಸ ಸಮಾಧಿಯಲ್ಲಿ, ದೊಡ್ಡ ಕಲ್ಲಿನಿಂದ ಮುಚ್ಚಲ್ಪಟ್ಟು ರೋಮದ ಮುದ್ರೆಯಿಂದ ಮುದ್ರಿಸಲ್ಪಟ್ಟಿರುವ ರಕ್ಷಕನಲ್ಲ; ನಮಗೆ ಪುನರುತ್ಥಾನಗೊಂಡ ರಕ್ಷಕನು ಇದ್ದಾನೆ. ಆತನೇ ರಾಜನು, ಸೇನಾಧೀಶನಾದ ಕರ್ತನು; ಆತನು ಕೆರೂಬಿಗಳ ನಡುವೆ ಆಸೀನನಾಗಿದ್ದಾನೆ; ಜನಾಂಗಗಳ ಕಲಹ ಮತ್ತು ಗದ್ದಲಗಳ ಮಧ್ಯೆಯೂ ಆತನು ಇನ್ನೂ ತನ್ನ ಜನರನ್ನು ಕಾಪಾಡುತ್ತಾನೆ. ಆಕಾಶಮಂಡಲಗಳಲ್ಲಿ ಆಳುವವನೇ ನಮ್ಮ ರಕ್ಷಕನು. ಆತನು ಪ್ರತಿಯೊಂದು ಪರೀಕ್ಷೆಯನ್ನೂ ಅಳೆಯುತ್ತಾನೆ. ಪ್ರತಿಯೊಂದು ಆತ್ಮವನ್ನೂ ಪರೀಕ್ಷಿಸಬೇಕಾದ ಭಟ್ಟಿಯ ಬೆಂಕಿಯನ್ನು ಆತನು ಕಣ್ಗಾವಲಿನಿಂದ ನೋಡುತ್ತಾನೆ. ರಾಜರ ದುರ್ಗಗಳು ಉರುಳಿಸಲ್ಪಡುವಾಗ, ದೇವರ ಕೋಪದ ಬಾಣಗಳು ಆತನ ಶತ್ರುಗಳ ಹೃದಯಗಳನ್ನು ಛೇದಿಸುವಾಗ, ಆತನ ಜನರು ಆತನ ಕೈಗಳಲ್ಲಿ ಸುರಕ್ಷಿತರಾಗಿರುವರು.” Testimonies, volume 5, 752–754.</w:t>
      </w:r>
    </w:p>
    <w:p>
      <w:pPr>
        <w:pStyle w:val="ArticleBody"/>
        <w:jc w:val="left"/>
      </w:pPr>
      <w:r>
        <w:rPr>
          <w:rFonts w:ascii="Nirmala UI" w:hAnsi="Nirmala UI" w:eastAsia="Nirmala UI" w:cs="Nirmala UI"/>
        </w:rPr>
        <w:t>ಈ ಪ್ರವಾದಿಯ ಅಭಯಾರಣ್ಯದ ಅನುಭವಗಳಿಂದ ಪ್ರತಿರೂಪಗೊಳ್ಳುವವರಿಗೆ ಯೇಸು ಕ್ರಿಸ್ತನ ಪ್ರಕಟನೆಯ ಸಂದೇಶವು ನೀಡಲ್ಪಡುತ್ತದೆ ಎಂಬ ಸಂಗತಿಗೆ ನಾಲ್ಕು ಬೈಬಲೀಯ ಸಾಕ್ಷಿಗಳು ಸಾಕ್ಷ್ಯವಾಗಿವೆ. ನಾವು ಸ್ವರ್ಗೀಯ ಅಭಯಾರಣ್ಯಕ್ಕೆ ಪ್ರವೇಶಿಸುವಾಗಲೇ, ನಾವು ಪ್ರಕಟಿಸಲು ನಿಯೋಜಿಸಲ್ಪಟ್ಟಿರುವ ಆ ಸಂದೇಶವು ನಮಗೆ ನೀಡಲ್ಪಡುತ್ತದೆ. “ಪ್ರತಿ ಆತ್ಮವನ್ನೂ” ಪರೀಕ್ಷಿಸುವ “ಕುಲುಮೆಯ ಬೆಂಕಿ” ಮಲಾಕಿ ಮೂರನೇ ಅಧ್ಯಾಯದಲ್ಲಿರುವ ಅದೇ ಕುಲುಮೆಯಾಗಿದೆ.</w:t>
      </w:r>
    </w:p>
    <w:p>
      <w:pPr>
        <w:pStyle w:val="ArticleScripture"/>
        <w:jc w:val="left"/>
      </w:pPr>
      <w:r>
        <w:rPr>
          <w:rFonts w:ascii="Nirmala UI" w:hAnsi="Nirmala UI" w:eastAsia="Nirmala UI" w:cs="Nirmala UI"/>
        </w:rPr>
        <w:t>ಆದರೆ ಅವನ ಬರುವ ದಿನವನ್ನು ಯಾರು ತಾಳಬಲ್ಲರು? ಮತ್ತು ಅವನು ಪ್ರಕಟನಾದಾಗ ಯಾರು ನಿಲ್ಲಬಲ್ಲರು? ಯಾಕಂದರೆ ಅವನು ಶೋಧಕರ ಅಗ್ನಿಯಂತೆಯೂ ಬಟ್ಟೆ ತೊಳೆಯುವವರ ಕ್ಷಾರದಂತೆಯೂ ಇರುವನು. ಅವನು ಬೆಳ್ಳಿಯನ್ನು ಶೋಧಿಸಿ ಶುದ್ಧಿಗೊಳಿಸುವವನಾಗಿ ಕುಳಿತುಕೊಳ್ಳುವನು; ಅವನು ಲೇವಿಯ ಮಕ್ಕಳನ್ನು ಶುದ್ಧಿಗೊಳಿಸಿ, ಅವರನ್ನು ಬಂಗಾರ ಮತ್ತು ಬೆಳ್ಳಿಯಂತೆ ಶೋಧಿಸುವನು; ಆಗ ಅವರು ಯೆಹೋವನಿಗೆ ನೀತಿಯಲ್ಲಿರುವ ಕಾಣಿಕೆಯನ್ನು ಅರ್ಪಿಸುವರು. ಆಗ ಯೆಹೂದ ಮತ್ತು ಯೆರೂಸಲೇಮಿನ ಕಾಣಿಕೆ ಯೆಹೋವನಿಗೆ ಪ್ರಿಯವಾಗಿರುವದು, ಪುರಾತನ ದಿನಗಳಲ್ಲಿ ಇದ್ದಂತೆ ಮತ್ತು ಪೂರ್ವಕಾಲದ ವರ್ಷಗಳಲ್ಲಿ ಇದ್ದಂತೆ. ಮಲಾಕಿ 3:2–4.</w:t>
      </w:r>
    </w:p>
    <w:p>
      <w:pPr>
        <w:pStyle w:val="ArticleBody"/>
        <w:jc w:val="left"/>
      </w:pPr>
      <w:r>
        <w:rPr>
          <w:rFonts w:ascii="Nirmala UI" w:hAnsi="Nirmala UI" w:eastAsia="Nirmala UI" w:cs="Nirmala UI"/>
        </w:rPr>
        <w:t>ಬೆಳ್ಳಿಯನ್ನು ಶುದ್ಧಿಗೊಳಿಸುವವನು, ಬೆಳ್ಳಿ ತನ್ನ ಮುಖವನ್ನು ಪ್ರತಿಬಿಂಬಿಸುವಷ್ಟು ಶುದ್ಧವಾಗಿರುವಾಗ ಅದು ಭಟ್ಟಿಯಲ್ಲಿ ಸರಿಯಾದ ಅವಧಿಯವರೆಗೆ ಇತ್ತು ಎಂಬುದನ್ನು ಅರಿಯುತ್ತಾನೆ. ಪ್ರಾಚೀನ ಕಾಲದಲ್ಲಿ ಬೆಳ್ಳಿಯನ್ನು ಹೇಗೆ ಶುದ್ಧಿಗೊಳಿಸಲಾಗುತ್ತಿತ್ತು ಎಂಬ ಈ ಸಂಗತಿ, ದಾನಿಯೇಲನಿಗೆ ಹತ್ತನೇ ಅಧ್ಯಾಯದಲ್ಲಿ ಕಂಡ “marah” ಎಂಬ ಕಾರಣಾರ್ಥಕ ಕ್ರಿಯಾಪದಕ್ಕೆ ಹೊಂದಿಕೆಯಾಗುತ್ತದೆ. ಈ ಅಂತಿಮ ದಿನಗಳಲ್ಲಿ ಕರ್ತನು ತನ್ನ ಜನರನ್ನು ಪರಿಶುದ್ಧಾಲಯದೊಳಗೆ ನಡೆಸಿಕೊಂಡು ಹೋಗಿ, ಒಂದು ಲಕ್ಷ ನಲವತ್ತುನಾಲ್ಕು ಸಾವಿರರ ಧ್ವಜಚಿಹ್ನೆಯ ಒಂದು ಭಾಗವಾಗುವ ಅಭ್ಯರ್ಥಿಗಳನ್ನು ಪರೀಕ್ಷಿಸಲು, ಶುದ್ಧಿಗೊಳಿಸಲು ಮತ್ತು ಶೋಧಿಸಿ ನಿವಾರಿಸಲು ಕಾರ್ಯನಿರ್ವಹಿಸುತ್ತಿದ್ದಾನೆ. ಈ ಅವಧಿಯಲ್ಲಿ, ನಾವು “ಅಧರ್ಮವನ್ನು ದೂರವಿಟ್ಟು ಹೃದಯದಲ್ಲಿಯೂ ಜೀವಿತದಲ್ಲಿಯೂ ಶುದ್ಧರಾಗುವದಾದರೆ,” ಆತನು ನಮ್ಮೊಂದಿಗೆ “ಕಾರ್ಯನಿರ್ವಹಿಸುವನು.” ದಾನಿಯೇಲ ಹತ್ತರಲ್ಲಿ ಕಂಡಂತೆ ಕೆಲವರು ಆ ಅನುಭವದಿಂದ ಓಡಿಹೋಗುತ್ತಾರೆ; ಆದರೆ ದಾನಿಯೇಲನಿಂದ ಪ್ರತೀಕೀಕೃತರಾದವರು ಯೇಸು ಕ್ರಿಸ್ತನ ಪ್ರಕಟನೆಯ ಆ ಮಹಾ ಕನ್ನಡಿದರ್ಶನವನ್ನು ನೋಡುವರು; ಮತ್ತು ಯೆಶಾಯನು ಚಿತ್ರಿಸುವಂತೆ ಅವರ ತುಟಿಗಳು ವೇದಿಕೆಯಿಂದ ತೆಗೆದ ಕೆಂಡದಿಂದ ಸ್ಪರ್ಶಿಸಲ್ಪಟ್ಟು, ಅವರು ಶುದ್ಧಿಗೊಳಿಸಲ್ಪಟ್ಟು, ಒಂದು ಭ್ರಷ್ಟವಾದ ಸಭೆಗೆ ಮತ್ತು ಬಳಿಕ ಲೋಕಕ್ಕೆ ಸಂದೇಶವನ್ನು ನೀಡಲು ಸಿದ್ಧಪಡಿಸಲ್ಪಡುವರು.</w:t>
      </w:r>
    </w:p>
    <w:p>
      <w:pPr>
        <w:pStyle w:val="ArticleBody"/>
        <w:jc w:val="left"/>
      </w:pPr>
      <w:r>
        <w:rPr>
          <w:rFonts w:ascii="Nirmala UI" w:hAnsi="Nirmala UI" w:eastAsia="Nirmala UI" w:cs="Nirmala UI"/>
        </w:rPr>
        <w:t>ಈ ಸಂದೇಶವು ಪರಿಶುದ್ಧಾಲಯದಲ್ಲಿರುವ ಆ ನಿಷ್ಠಾವಂತ ಆತ್ಮಗಳಿಗೆ ಸಮರ್ಪಿಸಲ್ಪಟ್ಟಿದೆ. ಲೇವ್ಯಕಾಂಡ ಇಪ್ಪತ್ತ್ಮೂರು ಅಧ್ಯಾಯವು ಪಂಚಾಶತ್ತಮ ದಿನದ ಕಾಲಘಟ್ಟದೊಂದಿಗೆ ಹೊಂದಿಕೊಳ್ಳುವಾಗ, ಪರಮಪವಿತ್ರಸ್ಥಳದಲ್ಲಿರುವ ಒಡಂಬಡಿಕೆಯ ಪೆಟ್ಟಿಗೆಯನ್ನು ಪ್ರತಿಬಿಂಬಿಸುವಂತೆ ವಿನ್ಯಾಸಗೊಳಿಸಲಾಗಿದೆ. ನಂಬಿಕೆಯಿಂದ, ಅಧ್ಯಾಯದ ಸಂದೇಶಗಳ ರಚನೆವು ಪರಿಶುದ್ಧ ಇತಿಹಾಸದೊಳಗಿನ ಮೂರು ಮಾರ್ಗಸೂಚಕ ಚಿಹ್ನೆಗಳನ್ನು ಗುರುತಿಸುತ್ತದೆ; ಅವುಗಳಲ್ಲಿ ಅಗ್ನಿಕುಂಡದ ಪರೀಕ್ಷೆ ಸಂಪನ್ನವಾಗುತ್ತದೆ. ದೈವಿಕವಾಗಿ ಗಂಭೀರವಾದ—ಇಪ್ಪತ್ತ್ಮೂರುನೇ ಅಧ್ಯಾಯದ ಪ್ರವಾದನಾತ್ಮಕ ರಚನೆಯು ಪ್ರವಾದನೆಯ ವಿದ್ಯಾರ್ಥಿಗೆ ಮೊದಲ ಅಧ್ಯಾಯದ ಮೊದಲ ವಚನದಲ್ಲಿ ಯೆಹೆಜ್ಕೇಲನನ್ನು ಸ್ಥಾನಗೊಳಿಸಲು ಅವಕಾಶ ನೀಡುತ್ತದೆ.</w:t>
      </w:r>
    </w:p>
    <w:p>
      <w:pPr>
        <w:pStyle w:val="ArticleScripture"/>
        <w:jc w:val="left"/>
      </w:pPr>
      <w:r>
        <w:rPr>
          <w:rFonts w:ascii="Nirmala UI" w:hAnsi="Nirmala UI" w:eastAsia="Nirmala UI" w:cs="Nirmala UI"/>
        </w:rPr>
        <w:t>ಮೂವತ್ತನೆಯ ವರ್ಷದಲ್ಲಿ, ನಾಲ್ಕನೆಯ ತಿಂಗಳ ಐದನೆಯ ದಿನದಲ್ಲಿ, ನಾನು ಕೆಬಾರ್ ನದಿಯ ಬಳಿಯಲ್ಲಿ ಬಂಧಿಗಳ ಮಧ್ಯದಲ್ಲಿದ್ದಾಗ, ಆಕಾಶವು ತೆರೆದು, ದೇವರ ದರ್ಶನಗಳನ್ನು ಕಂಡೆನು. ಅದು ತಿಂಗಳ ಐದನೆಯ ದಿನವಾಗಿದ್ದು, ಅರಸನಾದ ಯೆಹೋಯಾಕೀನನ ಬಂಧನದ ಐದನೆಯ ವರ್ಷವಾಗಿತ್ತು. ಯೆಹೆಜ್ಕೇಲ 1:1, 2.</w:t>
      </w:r>
    </w:p>
    <w:p>
      <w:pPr>
        <w:pStyle w:val="ArticleBody"/>
        <w:jc w:val="left"/>
      </w:pPr>
      <w:r>
        <w:rPr>
          <w:rFonts w:ascii="Nirmala UI" w:hAnsi="Nirmala UI" w:eastAsia="Nirmala UI" w:cs="Nirmala UI"/>
        </w:rPr>
        <w:t>ನೂರನಲವತ್ತಿನಾಲ್ಕು ಸಾವಿರರ ಮುದ್ರಣಕಾಲದಲ್ಲಿ ಒಬ್ಬ ಯಾಜകനಾಗಿ, ಕ್ರಿ.ಪೂ. 587ರಲ್ಲಿ ನೆಬೂಕದ್ನೆಚ್ಚರನು ಯೆರೂಸಲೇಮಿನ ಮೇಲೆ ನಡೆಸಿದ ಮೂರು ಮುತ್ತಿಗೆಗಳಲ್ಲಿನ ಮೂರನೆಯದಕ್ಕಿಂತ ಐದು ವರ್ಷಗಳ ಮೊದಲು, ಯೆಹೆಜ್ಕೇಲನು ಹದಿನೇಳನೆಯ ಯೂಬಿಲಿ ಚಕ್ರದ ಮೂವತ್ತನೇ ವರ್ಷದಲ್ಲಿ ಇದ್ದಾನೆ. ಆ ವಚನದಲ್ಲಿನ ಮೂವತ್ತನೇ ವರ್ಷವು ಹಳೆಯ ಒಡಂಬಡಿಕೆಯ ಇತಿಹಾಸದಲ್ಲಿನ ಅತಿ ಮಹತ್ತರ ಪುನರುಜ್ಜೀವನದ ಮೂವತ್ತು ವರ್ಷಗಳ ನಂತರದದ್ದು; ಮತ್ತು ಅದು ಐದನೇ ವರ್ಷದ ಐದನೇ ದಿನದಲ್ಲಿರುವುದರಿಂದ, ಯೆಹೆಜ್ಕೇಲನ ಸಾಕ್ಷ್ಯದ ಮೇಲೆ ಐದು ಎಂಬ ಸಂಖ್ಯೆಯನ್ನು ಸ್ಥಾಪಿಸುತ್ತದೆ. ಆರಂಭದ ಎರಡು ವಚನಗಳಲ್ಲಿ ನಾವು ಮೂವತ್ತನ್ನು ಒಮ್ಮೆ ಗುರುತಿಸಲ್ಪಟ್ಟದ್ದಾಗಿ ಕಾಣುತ್ತೇವೆ ಮತ್ತು ಐದು ಎಂಬ ಸಂಖ್ಯೆ ಮೂರుసಾರಿ ಉಲ್ಲೇಖಿಸಲ್ಪಟ್ಟಿರುವುದನ್ನು ಕಾಣುತ್ತೇವೆ. ಲೇವ್ಯಕಾಂಡ ಇಪ್ಪತ್ತಮೂರುರ ರಚನೆಯಲ್ಲಿ, ಪಂಚಾಶತ್ತಮೋತ್ಸವದ ಕಾಲದೊಂದಿಗೆ ಹೊಂದಿಕೊಂಡಿರುವಂತೆ, ಮೂವತ್ತರಿಂದ ಪ್ರತಿನಿಧಿಸಲ್ಪಟ್ಟ ಎರಡನೆಯ ಪರೀಕ್ಷೆಯು ಕಹಳೆಗಳ ಹಬ್ಬದವರೆಗೆ ತಲುಪುತ್ತದೆ; ಐದು ದಿನಗಳು ಕ್ರಿಸ್ತನ ಆರೋಹಣದವರೆಗೆ, ನಂತರ ಐದು ದಿನಗಳು ಪ್ರಾಯಶ್ಚಿತ್ತದ ದಿನದವರೆಗೆ, ಮತ್ತೆ ಐದು ದಿನಗಳು ಮೊದಲಿನ (ಪಂಚಾಶತ್ತಮೋತ್ಸವ) ಮಳೆಯನ್ನೂ ಅಂತ್ಯದ (ಗುಡಾರಗಳ ಹಬ್ಬ) ಮಳೆಯನ್ನೂ ಎರಡನ್ನೂ ಪ್ರತಿನಿಧಿಸುವ ಗುರುತುಬಿಂದುವಿನವರೆಗೆ ತಲುಪುತ್ತವೆ. ಆ ರಚನೆಯು ಮೂವತ್ತನ್ನು, ಅದನ್ನು ಅನುಸರಿಸುವ ಐದುಗಳ ಮೂರು ಹಂತಗಳೊಂದಿಗೆ, ಮುಂದಿಡುತ್ತದೆ. ಯೆಹೆಜ್ಕೇಲನು ದೇವಾಲಯದಲ್ಲಿದ್ದಾನೆ, ಮತ್ತು ಲೇವ್ಯಕಾಂಡ ಇಪ್ಪತ್ತಮೂರುರ ರಚನೆಯೇ ಒಡಂಬಡಿಕೆಯ ಪೆಟ್ಟಿಗೆಯಾಗಿದೆ.</w:t>
      </w:r>
    </w:p>
    <w:p>
      <w:pPr>
        <w:pStyle w:val="ArticleBody"/>
        <w:jc w:val="left"/>
      </w:pPr>
      <w:r>
        <w:rPr>
          <w:rFonts w:ascii="Nirmala UI" w:hAnsi="Nirmala UI" w:eastAsia="Nirmala UI" w:cs="Nirmala UI"/>
        </w:rPr>
        <w:t>ಯೆಹೆಜ್ಕೇಲನಿರುವ ಆ ಹಂತವು ಯೆರೂಸಲೇಮಿನ ನಾಶನದಿಂದ ಪ್ರತಿನಿಧಿಸಲ್ಪಟ್ಟ, ಶೀಘ್ರದಲ್ಲೇ ಬರುವ ಭಾನುವಾರ ಕಾನೂನನ್ನು ರೂಪಕಾತ್ಮಕವಾಗಿ ಸೂಚಿಸುವ ಮುತ್ತಿಗೆಗೆ ಐದು ವರ್ಷಗಳ ಮುಂಚೆಯಾಗಿದೆ ಎಂಬ ಸಂಗತಿಯನ್ನು ಇತಿಹಾಸವು ಸಾಕ್ಷ್ಯಪಡಿಸುತ್ತದೆ. ‘ಐದು’ ಎಂಬ ಸಂಖ್ಯೆ ಲೇವ್ಯಕಾಂಡ ಇಪ್ಪತ್ತ್ಮೂರು ಅಧ್ಯಾಯದ ವಿನ್ಯಾಸದ ಒಂದು ಪ್ರಧಾನ ಅಂಶವಾಗಿರುವಂತೆಯೇ, ‘ಮுப்பತ್ತು’ ಎಂಬ ಸಂಖ್ಯೆಯೂ ಆಗಿದೆ.</w:t>
      </w:r>
    </w:p>
    <w:p>
      <w:pPr>
        <w:pStyle w:val="ArticleBody"/>
        <w:jc w:val="left"/>
      </w:pPr>
      <w:r>
        <w:rPr>
          <w:rFonts w:ascii="Nirmala UI" w:hAnsi="Nirmala UI" w:eastAsia="Nirmala UI" w:cs="Nirmala UI"/>
        </w:rPr>
        <w:t>ಈ ಲೇಖನಗಳಲ್ಲಿ ತೋರಿಸಲ್ಪಟ್ಟಿರುವದೇನೆಂದರೆ, ಅಧ್ಯಾಯದ ಮೊದಲ ಇಪ್ಪತ್ತೆರಡು ವಚನಗಳನ್ನು ಅಂತಿಮ ಇಪ್ಪತ್ತೆರಡು ವಚನಗಳೊಂದಿಗೆ ಸರಿಹೊಂದಿಸಿದಾಗ, ಮತ್ತು ನಂತರ ಆ ಇಪ್ಪತ್ತೆರಡು ವಚನಗಳ ಎರಡು ರೇಖೆಗಳನ್ನೂ ಪೆಂತೆಕೋಸ್ತಿನ ಕಾಲಘಟ್ಟದೊಂದಿಗೆ ಒಟ್ಟುಗೂಡಿಸಿ ಸರಿಹೊಂದಿಸಿದಾಗ, ಮಲಾಕಿಯ ಭಟ್ಟಿಯ ಅಗ್ನಿಯಾಗಿರುವ ಮೂರು-ಹಂತಗಳ ಪರೀಕ್ಷಾ ಪ್ರಕ್ರಿಯೆಯು ಸ್ಪಷ್ಟವಾಗಿ ಚಿತ್ರಿತವಾಗುತ್ತದೆ. ಮೊದಲ ಮತ್ತು ಮೂರನೆಯ ಹಂತಗಳಲ್ಲಿ ಆಲ್ಫಾ ಮತ್ತು ಓಮೇಗಾ ಅಸ್ತಿತ್ವದಲ್ಲಿದ್ದು, ಅದು ಒಂದು ಹಂತವನ್ನು ಪ್ರತಿನಿಧಿಸುವ ನಾಲ್ಕು ಗುರುತುಗಳ ಸರಣಿಯಿಂದ ಕೂಡಿದೆ.</w:t>
      </w:r>
    </w:p>
    <w:p>
      <w:pPr>
        <w:pStyle w:val="ArticleBody"/>
        <w:jc w:val="left"/>
      </w:pPr>
      <w:r>
        <w:rPr>
          <w:rFonts w:ascii="Nirmala UI" w:hAnsi="Nirmala UI" w:eastAsia="Nirmala UI" w:cs="Nirmala UI"/>
        </w:rPr>
        <w:t>ಪಾಸ್ಕಾ ಹಬ್ಬದ ನಂತರ ಹುಳಿಯಿಲ್ಲದ ರೊಟ್ಟಿಯ ಹಬ್ಬವು ಬರುತ್ತದೆ; ಅದರ ನಂತರ ಜವದ ಮೊದಲ ಫಲದ ಅರ್ಪಣೆ; ಆಮೇಲೆ ಹುಳಿಯಿಲ್ಲದ ರೊಟ್ಟಿಯ ಹಬ್ಬದ ಅಂತ್ಯದವರೆಗೆ ‘ಐದು’ ದಿನಗಳು. ಆ ನಾಲ್ಕು ದಾರಿಚಿಹ್ನೆಗಳು ಮೊದಲ ಪರೀಕ್ಷೆಯನ್ನು ರೂಪಿಸುತ್ತವೆ; ಮತ್ತು ಯೇಸು ಯಾವಾಗಲೂ ಅಂತ್ಯವನ್ನು ಆದಿಯಿಂದ ಚಿತ್ರಿಸುತ್ತಾನೆ; ಮೂರನೆಯ ಪರೀಕ್ಷೆಯೂ ಸಹ ನಾಲ್ಕು ದಾರಿಚಿಹ್ನೆಗಳಿಂದಲೇ ರೂಪಿತವಾಗಿದೆ. ತುತೂರಿಗಳ ಹಬ್ಬ; ನಂತರ ಕ್ರಿಸ್ತನ ಆರೋಹಣ, ಅದರ ಬಳಿಕ ಪ್ರಾಯಶ್ಚಿತ್ತದ ದಿನ; ಮತ್ತು ಆಮೇಲೆ ಐದು ದಿನಗಳ ನಂತರ ಪಂಚಾಶತ್ತಿನ ಹಬ್ಬವೂ ಗುಡಾರಗಳ ಹಬ್ಬವೂ ಎರಡೂ ಆಗಮನಗೊಳ್ಳುತ್ತವೆ. ಪಂಚಾಶತ್ತಿನ ಹಬ್ಬವು ಮೊದಲ ಮಳೆಯ ಸಂಕೇತವಾಗಿದ್ದು, ಗುಡಾರಗಳ ಹಬ್ಬವು ಉತ್ತರ ಮಳೆಯ ಸಂಕೇತವಾಗಿದೆ. ಲೇವ್ಯಕಾಂಡ ಇಪ್ಪತ್ತಮೂರುನೆಯ ಅಧ್ಯಾಯದ ಮಾದರಿಯಲ್ಲಿ ಪಂಚಾಶತ್ತಿನ ಹಬ್ಬವೂ ಗುಡಾರಗಳ ಹಬ್ಬವೂ ಒಂದೇ ಸರತಿಯಲ್ಲಿ ಹೊಂದಿಕೆಯಾಗುತ್ತವೆ.</w:t>
      </w:r>
    </w:p>
    <w:p>
      <w:pPr>
        <w:pStyle w:val="ArticleScripture"/>
        <w:jc w:val="left"/>
      </w:pPr>
      <w:r>
        <w:rPr>
          <w:rFonts w:ascii="Nirmala UI" w:hAnsi="Nirmala UI" w:eastAsia="Nirmala UI" w:cs="Nirmala UI"/>
        </w:rPr>
        <w:t>ಆದಕಾರಣ, ಸಿಯೋನಿನ ಮಕ್ಕಳೇ, ಸಂತೋಷಪಡಿರಿ, ನಿಮ್ಮ ದೇವರಾದ ಯೆಹೋವನಲ್ಲಿ ಹರ್ಷಿಸಿರಿ; ಯಾಕಂದರೆ ಆತನು ನಿಮಗೆ ಮೊದಲಿನ ಮಳೆಯನ್ನು ಯುಕ್ತ ಪ್ರಮಾಣದಲ್ಲಿ ಕೊಟ್ಟಿದ್ದಾನೆ; ಆತನು ನಿಮ್ಮ ನಿಮಿತ್ತ ಮಳೆಯನ್ನು, ಮೊದಲಿನ ಮಳೆಯನ್ನೂ ಮತ್ತು ಹಿಂದುಗಿನ ಮಳೆಯನ್ನೂ ಮೊದಲನೆಯ ತಿಂಗಳಲ್ಲಿ ಸುರಿಯುವಂತೆ ಮಾಡುವನು. ಯೋವೇಲ 2:23.</w:t>
      </w:r>
    </w:p>
    <w:p>
      <w:pPr>
        <w:pStyle w:val="ArticleBody"/>
        <w:jc w:val="left"/>
      </w:pPr>
      <w:r>
        <w:rPr>
          <w:rFonts w:ascii="Nirmala UI" w:hAnsi="Nirmala UI" w:eastAsia="Nirmala UI" w:cs="Nirmala UI"/>
        </w:rPr>
        <w:t>ಅಂತಿಮ ಪರೀಕ್ಷೆ ಮತ್ತು ಶುದ್ಧೀಕರಣದ ಪ್ರಕ್ರಿಯೆಯು 2023ರ ಡಿಸೆಂಬರ್ 31ರಂದು ಆರಂಭವಾಯಿತು. ಮೊದಲ ಪರೀಕ್ಷೆಯು ಮೂಲಾಧಾರವಾದ ಪರೀಕ್ಷೆಯಾಗಿದ್ದು, ಅದು “robbers of thy people” ಎಂಬವರ ವಿವಾದದಿಂದ ಸಂಕೇತಿಸಲ್ಪಟ್ಟಿದ್ದು, 2020ರ ಜುಲೈ 18ರ ನಿರಾಶೆಯಿಂದ ಪೂರ್ವದಲ್ಲೇ ಪರೀಕ್ಷಿಸಲ್ಪಟ್ಟಿದ್ದ ಗುಂಪನ್ನು ವಿಭಜಿಸಿತು.</w:t>
      </w:r>
    </w:p>
    <w:p>
      <w:pPr>
        <w:pStyle w:val="ArticleScripture"/>
        <w:jc w:val="left"/>
      </w:pPr>
      <w:r>
        <w:rPr>
          <w:rFonts w:ascii="Nirmala UI" w:hAnsi="Nirmala UI" w:eastAsia="Nirmala UI" w:cs="Nirmala UI"/>
        </w:rPr>
        <w:t>“ಇತಿಹಾಸದಲ್ಲಿಯೂ ಪ್ರವಾದನೆಯಲ್ಲಿಯೂ ದೇವರ ವಾಕ್ಯವು ಸತ್ಯ ಮತ್ತು ತಪ್ಪಿನ ನಡುವಿನ ದೀರ್ಘಕಾಲದಿಂದ ಮುಂದುವರಿದಿರುವ ಸಂಘರ್ಷವನ್ನು ಚಿತ್ರಿಸುತ್ತದೆ. ಆ ಸಂಘರ್ಷವು ಇನ್ನೂ ಮುಂದುವರಿಯುತ್ತಿದೆ. ಆಗಿದ್ದ ಸಂಗತಿಗಳು ಮತ್ತೆ ಸಂಭವಿಸಲಿವೆ. ಹಳೆಯ ವಿವಾದಗಳು ಪುನರುಜ್ಜೀವಿತವಾಗಲಿವೆ, ಮತ್ತು ಹೊಸ ಸಿದ್ಧಾಂತಗಳು ನಿರಂತರವಾಗಿ ಉದಯಿಸುತ್ತಿರಲಿವೆ. ಆದರೆ ತಮ್ಮ ನಂಬಿಕೆಯಲ್ಲಿ ಮತ್ತು ಪ್ರವಾದನೆಯ ಪರಿಪೂರಣೆಯಲ್ಲಿ ಮೊದಲನೆಯ, ಎರಡನೆಯ, ಮತ್ತು ಮೂರನೆಯ ದೂತರ ಸಂದೇಶಗಳ ಪ್ರಕಟಣೆಯಲ್ಲಿ ಒಂದು ಪಾತ್ರವಹಿಸಿದ್ದ ದೇವಜನರು, ತಾವು ಎಲ್ಲಿ ನಿಂತಿದ್ದಾರೆಂಬುದನ್ನು ತಿಳಿದುಕೊಂಡಿದ್ದಾರೆ. ಅವರಿಗೆ ಶುದ್ಧ ಬಂಗಾರಕ್ಕಿಂತಲೂ ಅಮೂಲ್ಯವಾದ ಅನುಭವವಿದೆ. ಅವರು ಬಂಡೆಯಂತೆ ದೃಢವಾಗಿ ನಿಲ್ಲಬೇಕು; ತಮ್ಮ ಭರವಸೆಯ ಆರಂಭವನ್ನು ಅಂತ್ಯದವರೆಗೆ ಅಚಲವಾಗಿ ಹಿಡಿದಿಟ್ಟುಕೊಳ್ಳಬೇಕು.” Manuscript Releases, volume 1, 47.</w:t>
      </w:r>
    </w:p>
    <w:p>
      <w:pPr>
        <w:pStyle w:val="ArticleBody"/>
        <w:jc w:val="left"/>
      </w:pPr>
      <w:r>
        <w:rPr>
          <w:rFonts w:ascii="Nirmala UI" w:hAnsi="Nirmala UI" w:eastAsia="Nirmala UI" w:cs="Nirmala UI"/>
        </w:rPr>
        <w:t>ಲೇವ್ಯಕಾಂಡ ಇಪ್ಪತ್ತಮೂರರಲ್ಲಿ ಮೊದಲ ಪರೀಕ್ಷೆಯು ಮೂರು ದಿನಗಳ ಪ್ರವಾದನಾತ್ಮಕ ಸಂಯೋಜನೆಯಿಂದ ಸೂಚಿಸಲ್ಪಟ್ಟಿದ್ದು, ಐದು ದಿನಗಳ ನಂತರ ಹುಳಿಯಿಲ್ಲದ ರೊಟ್ಟಿಯ ಅಂತ್ಯದೊಂದಿಗೆ ಪೂರ್ಣಗೊಳ್ಳುತ್ತದೆ. ಪಸ್ಕವು ಮೊದಲ ದಿನವಾಗಿತ್ತು, ಹುಳಿಯಿಲ್ಲದ ರೊಟ್ಟಿಯ ಹಬ್ಬವು ಎರಡನೇ ದಿನವಾಗಿತ್ತು, ಮತ್ತು ಪ್ರಥಮಫಲಗಳ ಸಮರ್ಪಣೆ ಮೂರನೇ ದಿನವಾಗಿತ್ತು. ಐದು ದಿನಗಳ ನಂತರ ಹುಳಿಯಿಲ್ಲದ ರೊಟ್ಟಿಯ ಹಬ್ಬವು ಅಂತ್ಯಗೊಂಡಿತು. ಮೂರು ಪರೀಕ್ಷೆಗಳಲ್ಲಿನ ಮೊದಲ ಪರೀಕ್ಷೆಯ ಪ್ರವಾದನಾತ್ಮಕ ರಚನೆ ಮೂರನೇ ಮತ್ತು ಅಂತಿಮ ಪರೀಕ್ಷೆಯಲ್ಲಿಯೂ ಪ್ರತಿನಿಧಿಸಲ್ಪಟ್ಟಿದೆ. ಮೂರು ವೇಮಾರ್ಕ್‌ಗಳಿಂದ ರೂಪುಗೊಂಡು, ಅವುಗಳ ನಂತರ ಇನ್ನೊಂದು ವೇಮಾರ್ಕ್ ಬರುವ ಆ ಮೂರನೇ ವೇಮಾರ್ಕ್‌ನಲ್ಲಿ, ತುತ್ತೂರಿಗಳ ಹಬ್ಬವು ಮೊದಲ ದಿನವಾಗಿದ್ದು, ಐದು ದಿನಗಳ ನಂತರ ಕ್ರಿಸ್ತನ ಆರೋಹಣವು ಬರುತ್ತದೆ; ಅದರ ಐದು ದಿನಗಳ ನಂತರ ಪ್ರಾಯಶ್ಚಿತ್ತದ ದಿನವು ಅನುಸರಿಸುತ್ತದೆ; ನಂತರ ಇನ್ನೂ ಐದು ದಿನಗಳ ಬಳಿಕ, ಪೆಂತೆಕೋಸ್ತೆಯೂ ಗುಡಾರಗಳ ಹಬ್ಬವೂ ಶೀಘ್ರದಲ್ಲೇ ಬರಲಿರುವ ಭಾನುವಾರದ ಕಾನೂನನ್ನು ಗುರುತಿಸುತ್ತವೆ; ಆ ಭಾನುವಾರದ ಕಾನೂನು ಯೆಹೆಜ್ಕೇಲನ ಪುಸ್ತಕದಲ್ಲಿ ಯೆರೂಸಲೇಮಿನ ನಾಶವಾಗಿ ಪ್ರತಿನಿಧಿಸಲ್ಪಟ್ಟಿದೆ.</w:t>
      </w:r>
    </w:p>
    <w:p>
      <w:pPr>
        <w:pStyle w:val="ArticleBody"/>
        <w:jc w:val="left"/>
      </w:pPr>
      <w:r>
        <w:rPr>
          <w:rFonts w:ascii="Nirmala UI" w:hAnsi="Nirmala UI" w:eastAsia="Nirmala UI" w:cs="Nirmala UI"/>
        </w:rPr>
        <w:t>ಹುಳಿಯಿಲ್ಲದ ರೊಟ್ಟಿಯ ಹಬ್ಬದ ಅಂತ್ಯ ಮತ್ತು ತೂರ್ಯಗಳ ಹಬ್ಬದ ನಡುವೆ ಮೂವತ್ತು ದಿನಗಳಿವೆ; ಅವು ಕೇವಲ ಒಬ್ಬ ಯಾಜಕನ ಸಂಕೇತವನ್ನು ಮಾತ್ರ ಪ್ರತಿನಿಧಿಸುವುದಲ್ಲ, ದೈವಿಕ ಚಿತ್ರಣದೊಳಗೆ ಪ್ರತಿನಿಧಿಸಲ್ಪಟ್ಟಿರುವ ಮೂರು ಪರೀಕ್ಷೆಗಳಲ್ಲಿ ಎರಡನೆಯ ಪರೀಕ್ಷೆಯನ್ನೂ ಪ್ರತಿನಿಧಿಸುತ್ತವೆ.</w:t>
      </w:r>
    </w:p>
    <w:p>
      <w:pPr>
        <w:pStyle w:val="ArticleBody"/>
        <w:jc w:val="left"/>
      </w:pPr>
      <w:r>
        <w:rPr>
          <w:rFonts w:ascii="Nirmala UI" w:hAnsi="Nirmala UI" w:eastAsia="Nirmala UI" w:cs="Nirmala UI"/>
        </w:rPr>
        <w:t>ಕ್ರಿಸ್ತನ ದೀಕ್ಷಾಸ್ನಾನವು ಪಾಸ್ಕಾ, ಹುರಿಯಿಲ್ಲದ ರೊಟ್ಟಿ ಮತ್ತು ಪ್ರಥಮಫಲಗಳು ಎಂಬ ಮೂರು ಗುರುತುಗಳನ್ನು ಚಿತ್ರಿಸುತ್ತದೆ; ಏಕೆಂದರೆ ಆ ಮೂರು ಗುರುತುಗಳು ಕ್ರಿಸ್ತನ ಮರಣ, ಸಮಾಧಿ ಮತ್ತು ಪುನರುತ್ಥಾನವನ್ನು ಪ್ರತಿನಿಧಿಸುತ್ತವೆ. ಆ ಮೂರು ಹಂತಗಳ ನಂತರ ಐದು ದಿನಗಳು ಕಳೆದ ಮೇಲೆ ನಾಲ್ಕನೇ ಹಂತವು ಬರುತ್ತದೆ; ಅದು ಹುರಿಯಿಲ್ಲದ ರೊಟ್ಟಿಯ ಹಬ್ಬದ ಅಂತ್ಯದಿಂದ ಪ್ರತಿನಿಧಿಸಲ್ಪಡುತ್ತದೆ. ಯೋಹಾನನು ತನ್ನ ಮೆಸ್ಸೀಯನಿಗೆ ದೀಕ್ಷಾಸ್ನಾನ ಮಾಡಿಸಿದಾಗ, ದೀಕ್ಷಾಸ್ನಾನವು ಆ ಮೂರು ಹಂತಗಳನ್ನು ಒಂದು ಸಂಕ್ಷಿಪ್ತ ಕ್ಷಣದಲ್ಲಿ ಪ್ರದರ್ಶಿಸುತ್ತದೆ. ವಸಂತಕಾಲದ ಹಬ್ಬಗಳು ಆ ಮೂರು ಹಂತಗಳನ್ನು ಪ್ರತಿಯೊಂದಕ್ಕೂ ಒಂದು ದಿನದ ಅಂತರದಿಂದ ಬೇರ್ಪಡಿಸುತ್ತವೆ; ಮತ್ತು ಶರತ್ಕಾಲದ ಹಬ್ಬಗಳು ಆ ಮೂರು ಹಂತಗಳನ್ನು ಐದು ದಿನಗಳ ಅಂತರದಿಂದ ಬೇರ್ಪಡಿಸುತ್ತವೆ.</w:t>
      </w:r>
    </w:p>
    <w:p>
      <w:pPr>
        <w:pStyle w:val="ArticleBody"/>
        <w:jc w:val="left"/>
      </w:pPr>
      <w:r>
        <w:rPr>
          <w:rFonts w:ascii="Nirmala UI" w:hAnsi="Nirmala UI" w:eastAsia="Nirmala UI" w:cs="Nirmala UI"/>
        </w:rPr>
        <w:t>ವಸಂತಕಾಲದ ಹಬ್ಬಗಳ ಮೊದಲ ಪರೀಕ್ಷೆಯನ್ನು—ಒಂದು ದಿಕ್ಕುಸೂಚಕ ಐದು ದಿನಗಳ ನಂತರ ಬರುವ ಮೂರು ದಿಕ್ಕುಸೂಚಕಗಳ ಸಂಯೋಜನೆಯಾಗಿ—ನಾವು ಅನ್ವಯಿಸಿದಾಗ; ಮತ್ತು ನಂತರ ಶರತ್ಕಾಲದ ಹಬ್ಬಗಳನ್ನು—ಐದು ದಿನಗಳ ನಂತರ ಒಂದು ದಿಕ್ಕುಸೂಚಕವು ಬರುವ ಮೂರು ದಿಕ್ಕುಸೂಚಕಗಳಾಗಿ—ಅನ್ವಯಿಸಿದಾಗ, ಒಂದು ಪ್ರವಾದನಾತ್ಮಕ ರಚನೆ ಸ್ಥಾಪಿತವಾಗುತ್ತದೆ; ಅದು ಮೂರು ದಿಕ್ಕುಸೂಚಕಗಳ ಆಲ್ಫಾ ದಿಕ್ಕುಸೂಚಕವು, ನಂತರ ಐದು ದಿನಗಳು, ಬಳಿಕ ಮೂವತ್ತು ದಿನಗಳು, ಮತ್ತು ನಂತರ ಶರತ್ಕಾಲದ ಹಬ್ಬಗಳ ಮೂರನೆಯ ಪರೀಕ್ಷೆಯು ಮೂರು ದಿಕ್ಕುಸೂಚಕಗಳ ನಂತರ ಐದು ದಿನಗಳು ಬರುವ ದಿಕ್ಕುಸೂಚಕವಾಗಿ ಇರುವ ರಚನೆಯಾಗಿದೆ—ಈ ರಚನೆ ಮೊದಲ ಪರೀಕ್ಷೆಯು ಒಟ್ಟು ಐದು ದಿನಗಳನ್ನು ಒಳಗೊಂಡಿರುವುದನ್ನು, ಅದರ ನಂತರ ಮೂರನೆಯ ಐದು ದಿನಗಳ ದಿಕ್ಕುಸೂಚಕವನ್ನು ತಲುಪುವ ಮೂವತ್ತು ದಿನಗಳ ಎರಡನೆಯ ಪರೀಕ್ಷೆಯು ಬರುತ್ತದೆ ಎಂಬುದನ್ನು ಚಿತ್ರಿಸುತ್ತದೆ. ಐದು ಜೊತೆಗೆ ಮೂವತ್ತು, ಜೊತೆಗೆ ಐದು—ನಲವತ್ತು (5 + 30 + 5 = 40).</w:t>
      </w:r>
    </w:p>
    <w:p>
      <w:pPr>
        <w:pStyle w:val="ArticleBody"/>
        <w:jc w:val="left"/>
      </w:pPr>
      <w:r>
        <w:rPr>
          <w:rFonts w:ascii="Nirmala UI" w:hAnsi="Nirmala UI" w:eastAsia="Nirmala UI" w:cs="Nirmala UI"/>
        </w:rPr>
        <w:t>ಕ್ರಿಸ್ತನ ಬಾಪ್ತಿಸ್ಮದ ತಕ್ಷಣವೇ ನಲವತ್ತು ದಿನಗಳು ಮುಂದುವರಿದವು; ಅವು ಅಂತ್ಯದಲ್ಲಿ ಮೂರು ಪರೀಕ್ಷೆಗಳೊಂದಿಗೆ ಸಮಾಪ್ತಿಯಾದವು. ಲೇವ್ಯಕಾಂಡ ಇಪ್ಪತ್ತ್ಮೂರನೆಯ ಅಧ್ಯಾಯದ ರಚನೆಯಲ್ಲಿ, ಪೆಂತೆಕೋಸ್ತಿನ ಋತುವಿನೊಂದಿಗೆ ಸಂಯೋಜನೆಯಾಗಿ, ಇನ್ನೂ ಬಹಳವನ್ನು ಗುರುತಿಸಬಹುದು; ಆದರೆ ಮತ್ತೊಂದು ಮಟ್ಟದಲ್ಲಿ ಆ ಅಧ್ಯಾಯವು ಪರಿಶುದ್ಧಾತಿಪರಿಶುದ್ಧ ಸ್ಥಳದಲ್ಲಿರುವ ಒಡಂಬಡಿಕೆಯ ಪೆಟ್ಟಿಗೆಯನ್ನು ಪ್ರತಿನಿಧಿಸುತ್ತದೆ.</w:t>
      </w:r>
    </w:p>
    <w:p>
      <w:pPr>
        <w:pStyle w:val="ArticleBody"/>
        <w:jc w:val="left"/>
      </w:pPr>
      <w:r>
        <w:rPr>
          <w:rFonts w:ascii="Nirmala UI" w:hAnsi="Nirmala UI" w:eastAsia="Nirmala UI" w:cs="Nirmala UI"/>
        </w:rPr>
        <w:t>ಲೇವ್ಯಕಾಂಡ ಇಪ್ಪತ್ತ್ಮೂರರಲ್ಲಿ ಇರುವ ವಸಂತ ಮತ್ತು ಶರದೃತುವಿನ ಹಬ್ಬಗಳು ಎರಡು ಸಭತ್‌ಗಳ ಮಧ್ಯದಲ್ಲಿ ಸ್ಥಾಪಿಸಲ್ಪಟ್ಟಿವೆ. ಆ ಎರಡು ಸಭತ್‌ಗಳು ಮುಚ್ಚುವ ಎರಡು ಕೆರೂಬರನ್ನು ಪ್ರತಿನಿಧಿಸುತ್ತವೆ; ಮತ್ತು ಲೇವ್ಯಕಾಂಡ ಇಪ್ಪತ್ತ್ಮೂರಿಗೆ ಹೊಂದಿಕೊಂಡಿರುವ ಪಂಚಾಶತ್ತಮ ದಿನದ ಋತುವಿನ ಮಾರ್ಗಚಿಹ್ನೆಗಳು ಒಡಂಬಡಿಕೆಯ ಪೆಟ್ಟಿಗೆಯನ್ನೂ ಆ ಎರಡು ಮುಚ್ಚುವ ಕೆರೂಬರನ್ನೂ ಪ್ರತಿನಿಧಿಸುತ್ತವೆ. ಯೆಹೆಜ್ಕೇಲನನ್ನು ಮೊದಲ ಅಧ್ಯಾಯದಲ್ಲಿ ಪರಿಶುದ್ಧಾಲಯದೊಳಗೆ ತೆಗೆದುಕೊಂಡು ಹೋಗಲಾಗುತ್ತದೆ; ಮತ್ತು ಅವನನ್ನು ಅಲ್ಲಿಗೆ ತೆಗೆದುಕೊಂಡು ಹೋದಾಗ, ಯೆರೂಸಲೇಮಿನ ನಾಶಕ್ಕೆ ದಾರಿಯಾದ ಮುತ್ತಿಗೆಗೆ ಐದು ದಿನಗಳ ಮೊದಲು ಅವನು ಇರುವವನಾಗಿ ಕಾಣಲ್ಪಡುತ್ತಾನೆ; ಅದು ಶೀಘ್ರದಲ್ಲೇ ಬರುವ ಭಾನುವಾರದ ಕಾನೂನಿಗೆ ಪ್ರತಿರೂಪವಾಗಿದೆ. ಭಾನುವಾರದ ಕಾನೂನು ಲೇವ್ಯಕಾಂಡ ಇಪ್ಪತ್ತ್ಮೂರರಲ್ಲಿ ಪಂಚಾಶತ್ತಮ ದಿನದ ಹಬ್ಬ ಮತ್ತು ಗುಡಾರಗಳ ಹಬ್ಬದಿಂದ ಪ್ರತಿನಿಧಿಸಲ್ಪಟ್ಟಿದೆ. ಯೆಹೆಜ್ಕೇಲನು ಮுப்பತ್ತನೇ ವರ್ಷದಲ್ಲಿ ಇದ್ದಾನೆ; ಮತ್ತು ಮുപ്പತ್ತು ಎಂಬುದು ಮಲಾಕಿ ಮೂರನೆಯ ಅಧ್ಯಾಯದ ಉರಿಯುವ ಭಟ್ಟಿಯನ್ನಾಗಿಸುವ ಮೂರು ಪರೀಕ್ಷೆಗಳಲ್ಲಿ ಎರಡನೆಯ ಪರೀಕ್ಷೆಯ ಅವಧಿಯಾಗಿದೆ. ಎರಡನೆಯ ಪರೀಕ್ಷೆ ಮுப்பತ್ತು ದಿನಗಳಿಂದ ಪ್ರತಿನಿಧಿಸಲ್ಪಡುತ್ತದೆ; ಅದೇ ರೀತಿಯಾಗಿ ಯೆಹೆಜ್ಕೇಲನು, ಇತಿಹಾಸಕಾರರು ಉಲ್ಲೇಖಿಸುವಂತೆ, ಯೋಶಿಯನ ಮಹಾ ಪಸ್ಕೆಯಿಂದ ಆರಂಭವಾದ ಹದಿನೇಳನೆಯ ಯೂಬಿಲಿ ಚಕ್ರದ ಮுப்பತ್ತನೇ ವರ್ಷದಲ್ಲಿದ್ದಾನೆ. ಯೆಹೆಜ್ಕೇಲನು ಹದಿನೆಂಟು ತಿಂಗಳು ಮುಂದುವರಿದ ಮುತ್ತಿಗೆಗೆ ಐದು ವರ್ಷಗಳ ಮುಂಚೆಯಿದ್ದಾನೆ; ಮತ್ತು ಅವನು ದೇವಾಲಯದಲ್ಲಿದ್ದಾನೆ; ಅದು ಉಳಿದವರನ್ನು ಶುದ್ಧೀಕರಿಸಿ ಶೋಧಿಸುವ ಅಂತಿಮ ಮೂರು ಪರೀಕ್ಷೆಗಳ ಮಧ್ಯದ ಘಟಕವಾಗಿದೆ. ಪೇತ್ರನು ಸಹ ಕೈಸರ್ಯ-ಫಿಲಿಪ್ಪಿಯಲ್ಲಿ (ಪಾನಿಯಂ) ಇದ್ದನು; ಅವನು ಸಹ ಮೂರು ಪರೀಕ್ಷೆಗಳ ಮಧ್ಯದಲ್ಲಿ ಇದ್ದನು; ಇದನ್ನು ಪಾನಿಯಂ (ಕೈಸರ್ಯ-ಫಿಲಿಪ್ಪಿ), ರೂಪಾಂತರದ ಬೆಟ್ಟ, ಮತ್ತು ಶಿಲುಬೆಯಿಂದ ಪ್ರತಿನಿಧಿಸಲಾಗಿದೆ.</w:t>
      </w:r>
    </w:p>
    <w:p>
      <w:pPr>
        <w:pStyle w:val="ArticleBody"/>
        <w:jc w:val="left"/>
      </w:pPr>
      <w:r>
        <w:rPr>
          <w:rFonts w:ascii="Nirmala UI" w:hAnsi="Nirmala UI" w:eastAsia="Nirmala UI" w:cs="Nirmala UI"/>
        </w:rPr>
        <w:t>ಕ್ರಿ.ಪೂ. 592ರಲ್ಲಿ ಏಜಿಕೇಲನನ್ನು ಅಲೌಕಿಕವಾಗಿ “ಮೂಕನಾಗಿ” ಮಾಡಲ್ಪಟ್ಟನು; ದೇವರು ಅವನ ಬಾಯಿಯನ್ನು ತೆರೆಯುವಾಗ ಮಾತ್ರ ಅವನು ಮಾತನಾಡುತ್ತಿದ್ದನು. ಆ ಸ್ಥಿತಿ ಕ್ರಿ.ಪೂ. 585/6ರಲ್ಲಿ ಯೆರೂಸಲೇಮಿನ ಪತನವಾಗುವ ತನಕ ಮುಂದುವರಿಯಿತು. ಮುತ್ತಿಗೆ ಆರಂಭವಾದ ದಿನ, ಅವನ “ಕಣ್ಣುಗಳ” “ಆಸೆ” ಸತ್ತುಹೋದಾಗ, ದೇವರು ಅವನಿಂದ ಮಾತನಾಡುವಂತೆ ಮಾಡಿದನು; ಆದರೆ ಇಸ್ರಾಯೇಲಿನ “ಕಣ್ಣುಗಳ” “ಆಸೆ” ಯೆರೂಸಲೇಮು ಬೀಳುವ ತನಕ ಅವನಿಗೆ ಸ್ವತಂತ್ರವಾಗಿ ಮಾತನಾಡಲು ಅನುಮತಿ ಇರಲಿಲ್ಲ. ಯೆರೂಸಲೇಮಿನ ಪತನವು ಶೀಘ್ರದಲ್ಲೇ ಬರಲಿರುವ ಭಾನುವಾರದ ಕಾನೂನನ್ನು ಪ್ರತಿನಿಧಿಸುತ್ತದೆ; ಅಲ್ಲಿ ಅಷ್ಟಮ ಕ್ರಮದ ಯಾಜಕನಾದ ಯೋಹಾನ ಬಾಪ್ಟಿಸ್ಮದಾತನ ತಂದೆಯೂ ದೇವಾಲಯದಲ್ಲಿ ಸೇವೆ ಮಾಡುವಾಗ ಮೂಕರಾಗಿ ಮಾಡಲ್ಪಟ್ಟನು; ಅದೇ ಸ್ಥಳದಲ್ಲಿ (ದರ್ಶನದಲ್ಲಿ) ಇದ್ದ ಏಜಿಕೇಲನವೂ ಸುಮಾರು ಒಂಬತ್ತು ತಿಂಗಳು ಮೂಕರಾಗಿ ಮಾಡಲ್ಪಟ್ಟನು. ಯೋಹಾನನು ಜನಿಸಿದ ನಂತರ ಎಂಟನೇ ದಿನ, ಯೋಹಾನನಿಗೆ ಸುನ್ನತಿ ಮಾಡಲಾಗುತ್ತಿದ್ದಾಗ, ಅವನಿಗೆ ಮಾತನಾಡಲು ಅವಕಾಶ ದೊರಕಿತು. ಅಭಯಾರಣ್ಯದಲ್ಲಿ ಇರುವಾಗ ಮೂಕರಾಗಿ ಮಾಡಲ್ಪಟ್ಟ ಇಬ್ಬರು ಪ್ರವಾದಿಗಳು. ಅಭಯಾರಣ್ಯದಲ್ಲಿ ಕ್ರಿಸ್ತನನ್ನು ನೋಡುತ್ತಿರುವಾಗ ಮೂಕರಾಗಿ ಮಾಡಲ್ಪಟ್ಟ ಮೂರನೆಯ ಪ್ರವಾದಿ ದಾನಿಯೇಲನು. ದಶಮ ಅಧ್ಯಾಯದಲ್ಲಿ, ದಾನಿಯೇಲನು ಅಭಯಾರಣ್ಯದಲ್ಲಿ ಇದ್ದಾನೆ; ಮತ್ತು ಅವನನ್ನು ಮೂರು ಬಾರಿ ಸ್ಪರ್ಶಿಸಲ್ಪಡುವುದರಲ್ಲಿ ಎರಡನೆಯ ಬಾರಿ ಸ್ಪರ್ಶಿಸಲಾಗುತ್ತಿರುವಾಗ ಅವನು ಮೂಕರಾಗಿ ಮಾಡಲ್ಪಡುತ್ತಾನೆ. ಮಧ್ಯ ಬಿಂದುವಿನಲ್ಲಿ ದಾನಿಯೇಲನು ಮೂಕರಾಗಿ ಮಾಡಲ್ಪಡುತ್ತಾನೆ.</w:t>
      </w:r>
    </w:p>
    <w:p>
      <w:pPr>
        <w:pStyle w:val="ArticleScripture"/>
        <w:jc w:val="left"/>
      </w:pPr>
      <w:r>
        <w:rPr>
          <w:rFonts w:ascii="Nirmala UI" w:hAnsi="Nirmala UI" w:eastAsia="Nirmala UI" w:cs="Nirmala UI"/>
        </w:rPr>
        <w:t>ಅವನು ಆ ಮಾತುಗಳನ್ನು ನನಗೆ ಹೇಳಿದಾಗ ನಾನು ನನ್ನ ಮುಖವನ್ನು ನೆಲದ ಕಡೆಗೆ ತಗ್ಗಿಸಿಕೊಂಡೆನು, ಮತ್ತು ನಾನು ಮೂಕನಾದೆನು. ಆಗ, ಇಗೋ, ಮಾನವರ ಪುತ್ರರ ರೂಪದಂತಿರುವ ಒಬ್ಬನು ನನ್ನ ತುಟಿಗಳನ್ನು ಮುಟ್ಟಿದನು; ಆಗ ನಾನು ಬಾಯಿ ತೆರೆದು ಮಾತಾಡಿ, ನನ್ನ ಮುಂದೆ ನಿಂತಿದ್ದವನಿಗೆ ಹೇಳಿದೆನು: ನನ್ನ ಸ್ವಾಮಿಯೇ, ಈ ದರ್ಶನದಿಂದ ನನ್ನ ವ್ಯಥೆಗಳು ನನ್ನ ಮೇಲೆ ಬಂದಿವೆ, ಮತ್ತು ನನಗೆ ಯಾವ ಬಲವೂ ಉಳಿದಿಲ್ಲ. ದಾನಿಯೇಲ 10:15, 16.</w:t>
      </w:r>
    </w:p>
    <w:p>
      <w:pPr>
        <w:pStyle w:val="ArticleHeading"/>
        <w:jc w:val="left"/>
      </w:pPr>
      <w:r>
        <w:rPr>
          <w:rFonts w:ascii="Nirmala UI" w:hAnsi="Nirmala UI" w:eastAsia="Nirmala UI" w:cs="Nirmala UI"/>
        </w:rPr>
        <w:t>ಮಾತನಾಡುವುದು</w:t>
      </w:r>
    </w:p>
    <w:p>
      <w:pPr>
        <w:pStyle w:val="ArticleBody"/>
        <w:jc w:val="left"/>
      </w:pPr>
      <w:r>
        <w:rPr>
          <w:rFonts w:ascii="Nirmala UI" w:hAnsi="Nirmala UI" w:eastAsia="Nirmala UI" w:cs="Nirmala UI"/>
        </w:rPr>
        <w:t>“ಮಾತನಾಡುವುದು” ಎಂಬ ಸಂಕೇತಾರ್ಥವು ಶೀಘ್ರದಲ್ಲೇ ಬರಲಿರುವ ಭಾನುವಾರ ಕಾನೂನಿನ ಸಮಯದಲ್ಲಿ ಗುರುತಿಸಲ್ಪಡುತ್ತದೆ; ಆಗ ಯುನೈಟೆಡ್ ಸ್ಟೇಟ್ಸ್ ಅಜಗಣೆಯಂತೆ ಮಾತನಾಡುತ್ತದೆ; ಬಿಲಾಮನ ಕತ್ತೆ ಮಾತನಾಡುತ್ತದೆ; ಹಬಕ್ಕೂಕನ ದರ್ಶನವು ಮಾತನಾಡುತ್ತದೆ ಮತ್ತು ಸುಳ್ಳು ಹೇಳುವುದಿಲ್ಲ. ಪರಿಶುದ್ಧಾಲಯದಲ್ಲಿರುವಾಗ ಮೂಕರಾಗಿಸಲ್ಪಟ್ಟ ಆ ಮೂವರು ಮೂಕ ಪ್ರವಾದಿಗಳು, ಯೆರೂಸಲೇಮಿನ ನಾಶದ ಸಂದರ್ಭದಲ್ಲಿ ಮಾತನಾಡುತ್ತಾರೆ. ಜಕರೀಯನ ಸಂಗತಿಯಲ್ಲಿ, ತನ್ನ ಮಗನ ಹೊಸ ಹೆಸರು ಸರಿಯಾಗಿದೆ ಎಂಬುದನ್ನು ಗುರುತಿಸಲು ಅವನು ಮಾತನಾಡುತ್ತಾನೆ; ಹೀಗೆ, ಹೊಸ ಹೆಸರನ್ನು ಪಡೆಯುವ ಫಿಲಡೆಲ್ಫಿಯನ್ನರ ಪ್ರತಿರೂಪವಾಗಿ ನಿಲ್ಲುತ್ತಾನೆ.</w:t>
      </w:r>
    </w:p>
    <w:p>
      <w:pPr>
        <w:pStyle w:val="ArticleScripture"/>
        <w:jc w:val="left"/>
      </w:pPr>
      <w:r>
        <w:rPr>
          <w:rFonts w:ascii="Nirmala UI" w:hAnsi="Nirmala UI" w:eastAsia="Nirmala UI" w:cs="Nirmala UI"/>
        </w:rPr>
        <w:t>ಜಯಹೊಂದುವವನನ್ನು ನಾನು ನನ್ನ ದೇವರ ದೇವಾಲಯದಲ್ಲಿ ಒಂದು ಸ್ತಂಭವನ್ನಾಗಿ ಮಾಡುವೆನು; ಅವನು ಇನ್ನು ಮುಂದೆ ಹೊರಗೆ ಹೋಗುವುದೇ ಇಲ್ಲ; ಮತ್ತು ನಾನು ಅವನ ಮೇಲೆ ನನ್ನ ದೇವರ ಹೆಸರನ್ನೂ, ನನ್ನ ದೇವರ ಪಟ್ಟಣದ ಹೆಸರನ್ನೂ, ಅಂದರೆ ನನ್ನ ದೇವರ ಬಳಿಯಿಂದ ಪರಲೋಕದಿಂದ ಇಳಿದುಬರುವ ಹೊಸ ಯೆರೂಸಲೇಮಿನ ಹೆಸರನ್ನೂ ಬರೆಯುವೆನು; ಮತ್ತು ನಾನು ಅವನ ಮೇಲೆ ನನ್ನ ಹೊಸ ಹೆಸರನ್ನೂ ಬರೆಯುವೆನು. ಪ್ರಕಟಣೆ 3:12.</w:t>
      </w:r>
    </w:p>
    <w:p>
      <w:pPr>
        <w:pStyle w:val="ArticleBody"/>
        <w:jc w:val="left"/>
      </w:pPr>
      <w:r>
        <w:rPr>
          <w:rFonts w:ascii="Nirmala UI" w:hAnsi="Nirmala UI" w:eastAsia="Nirmala UI" w:cs="Nirmala UI"/>
        </w:rPr>
        <w:t>ಜಕರ್ಯನಿಗೆ ಯೋಹಾನನ ಹೊಸ ಕುಟುಂಬಹೆಸರನ್ನು ಬರೆಯುವಂತೆ ಒಂದು ಫಲಕವನ್ನು ಕೊಡಲಾಯಿತು.</w:t>
      </w:r>
    </w:p>
    <w:p>
      <w:pPr>
        <w:pStyle w:val="ArticleScripture"/>
        <w:jc w:val="left"/>
      </w:pPr>
      <w:r>
        <w:rPr>
          <w:rFonts w:ascii="Nirmala UI" w:hAnsi="Nirmala UI" w:eastAsia="Nirmala UI" w:cs="Nirmala UI"/>
        </w:rPr>
        <w:t>ಎಂಟನೇ ದಿನದಲ್ಲಿ ಅವರು ಮಗುವಿಗೆ ಸುನ್ನತಿ ಮಾಡಿಸುವದಕ್ಕಾಗಿ ಬಂದರು; ಮತ್ತು ಅವನ ತಂದೆಯ ಹೆಸರಿನ ಪ್ರಕಾರ ಅವನನ್ನು ಜಕರೀಯನೆಂದು ಕರೆಯಲು ಹೊರಟರು. ಆಗ ಅವನ ತಾಯಿ ಉತ್ತರವಾಗಿ, ಹಾಗಲ್ಲ; ಅವನಿಗೆ ಯೋಹಾನನೆಂದು ಹೆಸರು ಇಡಲ್ಪಡಬೇಕು ಎಂದು ಹೇಳಿದರು. ಅವರು ಅವಳಿಗೆ, ನಿನ್ನ ಬಂಧುಗಳಲ್ಲಿ ಈ ಹೆಸರಿನಿಂದ ಕರೆಯಲ್ಪಡುವವರು ಯಾರೂ ಇಲ್ಲವೆಂದು ಹೇಳಿದರು. ಆಗ ಅವನ ತಂದೆ ಮಗುವಿಗೆ ಯಾವ ಹೆಸರು ಇಡಬೇಕೆಂದು ಬಯಸುವನೆಂಬುದನ್ನು ತಿಳಿದುಕೊಳ್ಳಲು ಅವರಿಗೆ ಸಂಕೇತಗಳನ್ನು ಮಾಡಿದರು. ಆಗ ಅವನು ಬರೆಯುವ ಫಲಕವೊಂದನ್ನು ಕೇಳಿಸಿಕೊಂಡು, “ಅವನ ಹೆಸರು ಯೋಹಾನ” ಎಂದು ಬರೆದನು. ಇದನ್ನು ನೋಡಿ ಎಲ್ಲರೂ ಆಶ್ಚರ್ಯಪಟ್ಟರು. ತಕ್ಷಣವೇ ಅವನ ಬಾಯಿ ತೆರೆಯಿತು, ಅವನ ನಾಲಿಗೆ ಬಿಡುಗೊಂಡಿತು; ಮತ್ತು ಅವನು ಮಾತನಾಡಿ ದೇವರನ್ನು ಸ್ತುತಿಸಿದನು. ಲೂಕ 1:59–64.</w:t>
      </w:r>
    </w:p>
    <w:p>
      <w:pPr>
        <w:pStyle w:val="ArticleBody"/>
        <w:jc w:val="left"/>
      </w:pPr>
      <w:r>
        <w:rPr>
          <w:rFonts w:ascii="Nirmala UI" w:hAnsi="Nirmala UI" w:eastAsia="Nirmala UI" w:cs="Nirmala UI"/>
        </w:rPr>
        <w:t>ಯೋಹಾನನ ಹೊಸ ಹೆಸರು ಫಿಲಡೆಲ್ಫಿಯಾ ಸಭೆಯೊಂದಿಗೆ ಹೊಂದಿಕೆಯಾಗುತ್ತದೆ; ಮತ್ತು ಮೂರನೆಯ ದೂತನ ಸಂದೇಶದ ವಿಷಯದಲ್ಲಿ ಜಕರ್ಯನ ಅವಿಶ್ವಾಸದಿಂದ ಪ್ರತಿನಿಧಿಸಲ್ಪಡುವಂತೆ ಜಕರ್ಯ ಎಂಬ ಹೆಸರು ಲವೊದಿಕೀಯದೊಂದಿಗೆ ಹೊಂದಿಕೆಯಾಗುತ್ತದೆ. ಎಲ್ಲಾ ಪ್ರವಾದಿಗಳೂ ಅಂತ್ಯಕಾಲವನ್ನು ಉದ್ದೇಶಿಸಿ ಮಾತಾಡುತ್ತಾರೆ, ಮತ್ತು ಅಂತ್ಯಕಾಲವೆಂದರೆ ಮೂರನೆಯ ದೂತನ ಇತಿಹಾಸವೇ ಆಗಿದೆ. ಆದ್ದರಿಂದ ಸಂದೇಶವನ್ನು ತಂದ ದೂತನು ಮೂರನೆಯ ದೂತನಾಗಿರಲೇಬೇಕು. ಕರ್ತನು ಲವೊದಿಕೀಯದ ಏಳನೇ ದಿನದ ಅಡ್ವೆಂಟಿಸ್ಟ್ ಸಭೆಯನ್ನು ಬಿಟ್ಟು ಮುಂದೆ ಸಾಗುವನು ಎಂಬುದನ್ನು ಜಕರ್ಯನು ಗ್ರಹಿಸಲು ನಿರಾಕರಿಸಿದನು. ಈ ಪ್ರವಾದಿಗಳಲ್ಲಿ ಧ್ವನಿಯ ಪುನಃಸ್ಥಾಪನೆಯ ಕುರಿತು ಹೇಳಬೇಕಾದುದು ಇನ್ನೂ ಹೆಚ್ಚಿನದಾಗಿದೆ; ಆದರೆ ನಾವು ಯೋಶೀಯನ ಪ್ರವಾದಿಕ ರೇಖೆಯ ಅರಿವಿನ ಕಡೆಗೆ ಮುಂದುವರೆಯುತ್ತೇವೆ.</w:t>
      </w:r>
    </w:p>
    <w:p>
      <w:pPr>
        <w:pStyle w:val="ArticleHeading"/>
        <w:jc w:val="left"/>
      </w:pPr>
      <w:r>
        <w:rPr>
          <w:rFonts w:ascii="Nirmala UI" w:hAnsi="Nirmala UI" w:eastAsia="Nirmala UI" w:cs="Nirmala UI"/>
        </w:rPr>
        <w:t>ಯೋಶಿಯನ ಚಕ್ರ</w:t>
      </w:r>
    </w:p>
    <w:p>
      <w:pPr>
        <w:pStyle w:val="ArticleBody"/>
        <w:jc w:val="left"/>
      </w:pPr>
      <w:r>
        <w:rPr>
          <w:rFonts w:ascii="Nirmala UI" w:hAnsi="Nirmala UI" w:eastAsia="Nirmala UI" w:cs="Nirmala UI"/>
        </w:rPr>
        <w:t>ಕ್ರಿ.ಪೂ. 622ರಲ್ಲಿ ಯೋಶೀಯನ ಪಾಸ್ಕಾದಲ್ಲಿ ಆರಂಭವಾದ ಹದಿನೇಳನೇ ಯೂಬಿಲಿ ಚಕ್ರವನ್ನು ನಾವು ಪರಿಶೀಲಿಸಿದ್ದೇವೆ; ಆದರೆ ಯೋಶೀಯನ ರೇಖೆ ಕ್ರಿ.ಪೂ. 622ಕ್ಕಿಂತ ಬಹಳ ಮುಂಚೆಯೇ ಆರಂಭವಾಗುತ್ತದೆ. ಇಸ್ರಾಯೇಲಿನ ಪ್ರಥಮ ರಾಜನಾಗಿ ಸೌಲನನ್ನು ಸಿಂಹಾಸನಕ್ಕೆ ತಂದ ಇಸ್ರಾಯೇಲಿನ ದಂಗೆ, ರಾಜ ಸೌಲನು ಆಳಿದ ನಲವತ್ತು ವರ್ಷಗಳನ್ನು ಗುರುತಿಸಿತು; ಅದರ ನಂತರ ರಾಜ ದಾವೀದನು ಆಳಿದ ನಲವತ್ತು ವರ್ಷಗಳು ಬಂದವು; ಅದರ ನಂತರ ಸೊಲೊಮೋನನು ಆಳಿದ ನಲವತ್ತು ವರ್ಷಗಳು ಬಂದವು. ಪ್ರವಾದಿ ಸಮುವೇಲನನ್ನು ಅಷ್ಟು ಗಂಭೀರವಾಗಿ ಅವಮಾನಗೊಳಿಸಿದ ದೇವರ ನಿರಾಕರಣೆ ಕ್ರಿ.ಪೂ. 1097ರಲ್ಲಿ ಸಂಭವಿಸಿತು; ಮತ್ತು ಅದು ಒಂದು ಪ್ರವಾದಿಕ ದಂಗೆಯ ರೇಖೆಯನ್ನು ಆರಂಭಿಸಿತು; ಅದು ಶಿಲುಬೆಯಲ್ಲಿ ಅಂತ್ಯಗೊಂಡಿತು, ಅಲ್ಲಿ ಯೆಹೂದ್ಯರು, “ಕೈಸರನ ಹೊರತು ನಮಗೆ ಮತ್ತೊಬ್ಬ ರಾಜನಿಲ್ಲ” ಎಂದು ಘೋಷಿಸಿದರು.</w:t>
      </w:r>
    </w:p>
    <w:p>
      <w:pPr>
        <w:pStyle w:val="ArticleScripture"/>
        <w:jc w:val="left"/>
      </w:pPr>
      <w:r>
        <w:rPr>
          <w:rFonts w:ascii="Nirmala UI" w:hAnsi="Nirmala UI" w:eastAsia="Nirmala UI" w:cs="Nirmala UI"/>
        </w:rPr>
        <w:t>ಆದರೆ ಅವರು, ಇವನನ್ನು ತೆಗೆದುಹಾಕು, ಇವನನ್ನು ತೆಗೆದುಹಾಕು, ಇವನನ್ನು ಶಿಲುಬೆಗೆ ಹಾಕು ಎಂದು ಕೂಗಿದರು. ಪಿಲಾತನು ಅವರಿಗೆ, ನಿಮ್ಮ ರಾಜನನ್ನು ನಾನು ಶಿಲುಬೆಗೆ ಹಾಕಬೇಕೇ? ಎಂದು ಹೇಳಿದನು. ಮುಖ್ಯಯಾಜಕರು, ಕೈಸರನ ಹೊರತು ನಮಗೆ ಬೇರೆ ಯಾವ ರಾಜನೂ ಇಲ್ಲ ಎಂದು ಉತ್ತರಿಸಿದರು. ಯೋಹಾನ 19:15.</w:t>
      </w:r>
    </w:p>
    <w:p>
      <w:pPr>
        <w:pStyle w:val="ArticleBody"/>
        <w:jc w:val="left"/>
      </w:pPr>
      <w:r>
        <w:rPr>
          <w:rFonts w:ascii="Nirmala UI" w:hAnsi="Nirmala UI" w:eastAsia="Nirmala UI" w:cs="Nirmala UI"/>
        </w:rPr>
        <w:t>ಕ್ರಿ.ಪೂ. 1097ರಿಂದ, ಸೊಲೊಮೋನನ ಮರಣವು ಕ್ರಿ.ಪೂ. 977ರಲ್ಲಿ ಸಂಭವಿಸುವ ತನಕ, ತಲಾ ನಲವತ್ತು ವರ್ಷಗಳ ಕಾಲ ಮೂವರು ರಾಜರು ಆಳುವರು; ಅದರ ನಂತರ ರಾಜ್ಯವು ಉತ್ತರ ಮತ್ತು ದಕ್ಷಿಣವೆಂದು ವಿಭಜಿತವಾಯಿತು.</w:t>
      </w:r>
    </w:p>
    <w:p>
      <w:pPr>
        <w:pStyle w:val="ArticleScripture"/>
        <w:jc w:val="left"/>
      </w:pPr>
      <w:r>
        <w:rPr>
          <w:rFonts w:ascii="Nirmala UI" w:hAnsi="Nirmala UI" w:eastAsia="Nirmala UI" w:cs="Nirmala UI"/>
        </w:rPr>
        <w:t>ಆದನಂತರ ಅವರು ಒಬ್ಬ ರಾಜನನ್ನು ಬೇಡಿಕೊಂಡರು; ಆಗ ದೇವರು ಅವರಿಗೆ ಬೆನ್ಯಾಮೀನ್ ಗೋತ್ರದವನಾದ ಕೀಷನ ಮಗ ಸೌಲನನ್ನು ನಲವತ್ತು ವರ್ಷಗಳ ಕಾಲ ಕೊಟ್ಟನು. ಅಪೊಸ್ತಲರ ಕೃತ್ಯಗಳು 13:21.</w:t>
      </w:r>
    </w:p>
    <w:p>
      <w:pPr>
        <w:pStyle w:val="ArticleScripture"/>
        <w:jc w:val="left"/>
      </w:pPr>
      <w:r>
        <w:rPr>
          <w:rFonts w:ascii="Nirmala UI" w:hAnsi="Nirmala UI" w:eastAsia="Nirmala UI" w:cs="Nirmala UI"/>
        </w:rPr>
        <w:t>ದಾವೀದನು ಆಳಲು ಆರಂಭಿಸಿದಾಗ ಮೂವತ್ತು ವರ್ಷದವನಾಗಿದ್ದನು; ಅವನು ನಲವತ್ತು ವರ್ಷ ಆಳಿದನು. ಹೆಬ್ರೋನಿನಲ್ಲಿ ಅವನು ಯೆಹೂದದ ಮೇಲೆ ಏಳು ವರ್ಷ ಆರು ತಿಂಗಳು ಆಳಿದನು; ಯೆರೂಸಲೇಮಿನಲ್ಲಿ ಅವನು ಸಕಲ ಇಸ್ರಾಯೇಲಿನ ಮೇಲೆಯೂ ಯೆಹೂದದ ಮೇಲೆಯೂ ಮೂವತ್ತಮೂರು ವರ್ಷ ಆಳಿದನು. 2 ಸಮುವೇಲ 2:4, 5.</w:t>
      </w:r>
    </w:p>
    <w:p>
      <w:pPr>
        <w:pStyle w:val="ArticleBody"/>
        <w:jc w:val="left"/>
      </w:pPr>
      <w:r>
        <w:rPr>
          <w:rFonts w:ascii="Nirmala UI" w:hAnsi="Nirmala UI" w:eastAsia="Nirmala UI" w:cs="Nirmala UI"/>
        </w:rPr>
        <w:t>ಸೊಲೊಮೋನನ ಆಳ್ವಿಕೆ ಕ್ರಿ.ಪೂ. 971ರಲ್ಲಿ ಆರಂಭವಾಯಿತು; ದೇವಾಲಯದ ಅಸ್ತಿವಾರವನ್ನು ಸೊಲೊಮೋನನ ನಾಲ್ಕನೇ ವರ್ಷದಲ್ಲಿ (ಕ್ರಿ.ಪೂ. 967) ಹಾಕಲಾಯಿತು. ನಿರ್ಮಾಣ ಕಾರ್ಯವು ಏಳು ವರ್ಷಗಳವರೆಗೆ ಮುಂದುವರಿಯಿತು (1 ಅರಸುಗಳು 6:37–38), ಮತ್ತು ದೇವಾಲಯವು ಸೊಲೊಮೋನನ ಹನ್ನೊಂದನೇ ವರ್ಷದ ಎಂಟನೇ ತಿಂಗಳಲ್ಲಿ ಪೂರ್ಣಗೊಂಡಿತು. ವಿಧಿವತ್ತಾದ ಸಮರ್ಪಣೆ ಏಳನೇ ತಿಂಗಳಲ್ಲಿ (ಏಥಾನೀಮ್ ತಿಂಗಳು), ಗುಡಾರಗಳ ಹಬ್ಬದ ಸಮಯದಲ್ಲಿ ನಡೆಯಿತು (1 ಅರಸುಗಳು 8; 2 ಪೂರ್ವಕಾಲವೃತ್ತಾಂತ 5–7). ಅರಸರು, ದೇವಾಲಯ ಮತ್ತು ಜನಾಂಗ—ಇವುಗಳಲ್ಲಿ ಪ್ರತಿಯೊಂದೂ ಇತಿಹಾಸದಲ್ಲಿ ನಾಲ್ಕು ನೂರು ತೊಂಬತ್ತು ವರ್ಷಗಳ ಅವಧಿಯಿಂದ ಪ್ರತಿನಿಧಿಸಲ್ಪಟ್ಟಿವೆ; ಆ ಅವಧಿಯು ಅರಸರಿಗಾಗಲಿ, ದೇವಾಲಯಕ್ಕಾಗಲಿ ಅಥವಾ ಜನಾಂಗಕ್ಕಾಗಲಿ ಸಂಬಂಧಿಸಿದ ಪ್ರವಾದನಾತ್ಮಕ ಕಾಲಮಾನವನ್ನು ಸ್ಪಷ್ಟವಾಗಿ ಗುರುತಿಸುತ್ತದೆ.</w:t>
      </w:r>
    </w:p>
    <w:p>
      <w:pPr>
        <w:pStyle w:val="ArticleBody"/>
        <w:jc w:val="left"/>
      </w:pPr>
      <w:r>
        <w:rPr>
          <w:rFonts w:ascii="Nirmala UI" w:hAnsi="Nirmala UI" w:eastAsia="Nirmala UI" w:cs="Nirmala UI"/>
        </w:rPr>
        <w:t>ಕ್ರಿ.ಪೂ. 607ರಲ್ಲಿ ದಾನಿಯೇಲನು ಬಂಧಿಯಾಗಿ ತೆಗೆದುಕೊಂಡು ಹೋಗಲ್ಪಟ್ಟನು; ಆದಾಗ್ಯೂ, ಬೈಬಲೀಯ ಕಾಲಗಣನಾಶಾಸ್ತ್ರಜ್ಞರ ಬಹುಮತವು ಕ್ರಿ.ಪೂ. 605ನ್ನೇ ಗುರುತಿಸುತ್ತದೆ. ಐತಿಹಾಸಿಕ ದಾಖಲೆಯು ಪ್ರವಾದನಾತ್ಮಕ ಸಾಕ್ಷ್ಯದೊಂದಿಗೆ ಹೊಂದಿಕೆಯಾಗಿರಬೇಕು; ಮತ್ತು ಕ್ರಿ.ಪೂ. 1097ರಲ್ಲಿ ಅರಸನಿಗಾಗಿ ಉಂಟಾದ ಆಶೆಯಿಂದ ಆರಂಭವಾಗುವ ಇತಿಹಾಸರೇಖೆಯ ಮೇಲೆ ಐತಿಹಾಸಿಕವಾಗಿ ಗುರುತಿಸಲ್ಪಟ್ಟಿರುವ ಘಟನೆಗಳ ಸಂಕೇತಾರ್ಥವು, ಅನೇಕ ಪ್ರವಾದನಾತ್ಮಕ ಸಾಕ್ಷಿಗಳ ಆಧಾರದ ಮೇಲೆ, ಕ್ರಿ.ಪೂ. 607ರೇ ಸರಿಯಾದ ಅನ್ವಯವಾಗಿದ್ದು, ಕ್ರಿ.ಪೂ. 605 ಅಲ್ಲವೆಂದು ನಿರ್ದಿಷ್ಟವಾಗಿ ಒತ್ತಾಯಿಸುತ್ತದೆ. ಕ್ರಿ.ಪೂ. 607ವು ಅರಸರ ವಂಶರೇಖೆಯಲ್ಲಿ ನಾಲ್ಕು ನೂರು ತೊಂಬತ್ತು ವರ್ಷಗಳ ಅಂತ್ಯವನ್ನು ಸೂಚಿಸುತ್ತದೆ; ಆದರೆ ಅದೇ ಸಮಯದಲ್ಲಿ, ಆ ರೇಖೆಯಲ್ಲಿ ಸಂಭವಿಸುವ ಎಪ್ಪತ್ತು ವರ್ಷಗಳ ಮೂರು ಪ್ರಧಾನ ನಿರೂಪಣೆಗಳಲ್ಲಿ ಒಂದರ ಆರಂಭವನ್ನೂ ಸೂಚಿಸುತ್ತದೆ. ಕ್ರಿ.ಪೂ. 607ವು ಕ್ರಿ.ಪೂ. 677ರಲ್ಲಿ ಮನಸ್ಸೆಯ ಬಂಧನದಿಂದ ಆರಂಭವಾದ ಎಪ್ಪತ್ತು ವರ್ಷಗಳ ಅಂತ್ಯವನ್ನೂ ಗುರುತಿಸುತ್ತದೆ. ನಾಲ್ಕು ನೂರು ತೊಂಬತ್ತು ವರ್ಷಗಳ ಸಂಕೇತದ ಮೊದಲ ನಿರೂಪಣೆ (ಆ ರೇಖೆಯಲ್ಲಿ ಮೂರು ಸಾಕ್ಷಿಗಳನ್ನು ಹೊಂದಿರುವುದು), ಎಪ್ಪತ್ತು ವರ್ಷಗಳ ಮೂರು ಸಾಕ್ಷಿಗಳಲ್ಲಿ ಒಂದರ ಅಂತ್ಯವಾಗುವ ಸ್ಥಳದಲ್ಲೇ ಸಮಾಪ್ತಿಗೊಳ್ಳುತ್ತದೆ; ಮತ್ತು ಅಲ್ಲಿಯೇ ಎಪ್ಪತ್ತು ವರ್ಷಗಳ ಮತ್ತೊಂದು ಸಾಕ್ಷಿ ಆರಂಭಗೊಳ್ಳುತ್ತದೆ. ದಾನಿಯೇಲನು ಕ್ರಿ.ಪೂ. 605ರಲ್ಲಿ ಬಂಧಿಯಾಗಿ ತೆಗೆದುಕೊಳ್ಳಲ್ಪಟ್ಟನೆಂಬ ಕಲ್ಪನೆ ಇದ್ದರೂ, ಗಣಿತಾತ್ಮಕ ರಚನೆಯೇ ಕ್ರಿ.ಪೂ. 607ರ ಪರವಾಗಿ ಸಾಕ್ಷ್ಯ ನೀಡುತ್ತದೆ.</w:t>
      </w:r>
    </w:p>
    <w:p>
      <w:pPr>
        <w:pStyle w:val="ArticleBody"/>
        <w:jc w:val="left"/>
      </w:pPr>
      <w:r>
        <w:rPr>
          <w:rFonts w:ascii="Nirmala UI" w:hAnsi="Nirmala UI" w:eastAsia="Nirmala UI" w:cs="Nirmala UI"/>
        </w:rPr>
        <w:t>ಕ್ರಿ.ಪೂ. 1097ರಿಂದ ಕ್ರಿ.ಪೂ. 607ರವರೆಗೆ ರಾಜರೊಂದಿಗೆ ಸಂಬಂಧಿಸಿದ 490 ವರ್ಷಗಳ ಅವಧಿಯನ್ನು ಒಳಗೊಂಡಿರುವ ಆ ರೇಖೆಯೊಳಗೆ, ಸೊಲೊಮೋನನ ದೇವಾಲಯದ ಸಮರ್ಪಣೆಯಿಂದ ಹಿಡಿದು ಬಂಧನಾನಂತರ ಜೆರುಬ್ಬಾಬೇಲನಿಂದ ಕ್ರಿ.ಪೂ. 516ರಲ್ಲಿ ನಡೆದ ದೇವಾಲಯದ ಸಮರ್ಪಣೆಯವರೆಗೆ ಇನ್ನೊಂದು 490 ವರ್ಷಗಳ ಅವಧಿಯೂ ಇದೆ. ಆ 490 ವರ್ಷಗಳು, ಸೊಲೊಮೋನನು ತನ್ನ ಹನ್ನೊಂದನೇ ವರ್ಷದಲ್ಲಿ ಮಾಡಿದ ಸಮರ್ಪಣೆಯಿಂದ 420 ವರ್ಷಗಳನ್ನು, ಅದಕ್ಕೆ ಬಂಧನಕಾಲದಲ್ಲಿ ದೇವಾಲಯವು ಪಾಳಾಗಿದ್ದ 70 ವರ್ಷಗಳನ್ನು ಸೇರಿಸಿದಂತೆ, ಒಟ್ಟಾಗಿ 490 ವರ್ಷಗಳಾಗಿವೆ. ಅರ್ತಕ್ಷಸ್ತನ ಮೂರನೆಯ ಆಜ್ಞೆಯು 59 ವರ್ಷಗಳ ನಂತರ, ಕ್ರಿ.ಪೂ. 457ರಲ್ಲಿ ಹೊರಬಂದಿತು; ಅದು ದೇವರ ಜನರಿಗಾಗಿ “ನಿರ್ಣಯಿಸಲ್ಪಟ್ಟ” (ಕತ್ತರಿಸಲ್ಪಟ್ಟ, ದಾನಿಯೇಲ 9:24) 490 ವರ್ಷಗಳ ಆರಂಭವನ್ನು ಗುರುತಿಸುತ್ತದೆ; ಅವು ಕ್ರಿ.ಶ. 34ನೇ ವರ್ಷದಲ್ಲಿ ಸ್ತೆಫನನ ಕಲ್ಲೆಸೆದು ಕೊಲ್ಲಲ್ಪಟ್ಟ ಘಟನೆಯೊಂದಿಗೆ ಅಂತ್ಯಗೊಂಡವು. ನಿಶ್ಚಯವಾಗಿ, ಕ್ರಿ.ಪೂ. 1097ರಲ್ಲಿ ದೇವರನ್ನೂ ಪ್ರವಾದನೆಯ ಆತ್ಮವನ್ನೂ ತಿರಸ್ಕರಿಸಿದ ಮೂಲಭೂತ ಭ್ರಷ್ಟತೆಯಿಂದ ಆರಂಭವಾಗಿ, ಸ್ತೆಫನನು ದೇವರ ಬಲಗಡೆಯಲ್ಲಿ ಕ್ರಿಸ್ತನು ನಿಂತಿರುವುದನ್ನು ಕಂಡಾಗ ಅಂತ್ಯಗೊಳ್ಳುವ ಆ ಪ್ರವಾದನಾತ್ಮಕ ರೇಖೆಯಲ್ಲಿ ಇನ್ನೂ ಅನೇಕ ಆಳವಾದ ಕಾಲಗಣನಾ ಸಾಕ್ಷಿಗಳು ಇವೆ. ಈ ಸಾಕ್ಷ್ಯದೊಳಗೆ ನಾವು ಯೋಶೀಯನ ಪ್ರವಾದನಾತ್ಮಕ ಚಕ್ರವನ್ನು ಕಂಡುಕೊಳ್ಳುತ್ತೇವೆ.</w:t>
      </w:r>
    </w:p>
    <w:p>
      <w:pPr>
        <w:pStyle w:val="ArticleBody"/>
        <w:jc w:val="left"/>
      </w:pPr>
      <w:r>
        <w:rPr>
          <w:rFonts w:ascii="Nirmala UI" w:hAnsi="Nirmala UI" w:eastAsia="Nirmala UI" w:cs="Nirmala UI"/>
        </w:rPr>
        <w:t>ನಾನು “ಅಡಿಪಾಯದ ಧರ್ಮಭ್ರಷ್ಟತೆ” ಎಂದು ಹೇಳುತ್ತೇನೆ; ಯಾಕಂದರೆ ಆ ವಂಶರೇಖೆಯ ಆರಂಭವು, ಇಸ್ರಾಯೇಲರು ದೇವರನ್ನು ತಮ್ಮ ರಾಜನಾಗಿ ತಿರಸ್ಕರಿಸಿ, ಲೋಕಸಂಬಂಧಿಯಾದ ಒಬ್ಬ ರಾಜನನ್ನು ಹೊಂದಬೇಕೆಂಬ ತಮ್ಮ ಆಶೆಯಲ್ಲಿ, ಇಸ್ರಾಯೇಲಿನ ಮಾನವ ರಾಜತಂತ್ರದ ಅಡಿಪಾಯವನ್ನು ಗುರುತಿಸಿದ ಸಮಯವನ್ನು ಸೂಚಿಸುತ್ತದೆ. ನಾನು ಇದನ್ನು ಯೋಷೀಯನ ಚಕ್ರಕ್ಕಾಗಿ ಸಹ ಬರೆಯುತ್ತೇನೆ; ಅದರ ಅರ್ಥ “ದೇವರ ಅಡಿಪಾಯ” ಎಂಬುದಾಗಿದ್ದು, ಅದು ದೇವಜನರ ಅಡಿಪಾಯಕ್ಕೂ ಅಡಿಪಾಯದ ಧರ್ಮಭ್ರಷ್ಟತೆಗೋ ಸಂಕೇತವಾಗಿದೆ.</w:t>
      </w:r>
    </w:p>
    <w:p>
      <w:pPr>
        <w:pStyle w:val="ArticleBody"/>
        <w:jc w:val="left"/>
      </w:pPr>
      <w:r>
        <w:rPr>
          <w:rFonts w:ascii="Nirmala UI" w:hAnsi="Nirmala UI" w:eastAsia="Nirmala UI" w:cs="Nirmala UI"/>
        </w:rPr>
        <w:t>ಸೊಲೊಮೋನನು ಸತ್ತಾಗ, ಹನ್ನೆರಡು ಗೋತ್ರಗಳು ಉತ್ತರ ಮತ್ತು ದಕ್ಷಿಣವೆಂದು ವಿಭಜಿಸಲ್ಪಟ್ಟವು; ಆಗ ಯೆರೋಬೋವಾಮನು ಸ್ಥಾಪಿಸಿದ್ದ ಕಪಟ ಆರಾಧನಾ ವ್ಯವಸ್ಥೆಯ ಸಮರ್ಪಣೆಯನ್ನು ಅವಿಧೇಯ ಪ್ರವಾದಿಯು ಗದರಿಸಿದನು, ಮತ್ತು ಅವನ ಆ ಗದರಿಕೆಯಲ್ಲಿ ಯೋಶೀಯನೆಂಬ ಬರಲಿರುವ ಒಬ್ಬ ರಾಜನ ಕುರಿತು ಪ್ರವಾದನೆ ಅಡಕವಾಗಿತ್ತು. ಯೆರೋಬೋವಾಮನೂ ಉತ್ತರದ ಹತ್ತು ಗೋತ್ರಗಳೂ ನಡೆಸಿದ ಮೂಲಭೂತ ಧರ್ಮಭ್ರಷ್ಟತೆಯ ಸಂದರ್ಭದಲ್ಲಿ, ಕ್ರಿ.ಪೂ. 622ರ ಮಹಾ ಪಾಸ್ಕಾದಿಂದ ಗುರುತಿಸಲ್ಪಡುವ ಯೋಶೀಯನ ಪ್ರವಾದನೆಯೂ ಅವನ ಪುನರುಜ್ಜೀವನವೂ ಮುಂಚಿತವಾಗಿಯೇ ಹೇಳಲ್ಪಟ್ಟವು. ಆ ಪುನರುಜ್ಜೀವನವು ಮೋಶೆಯ ಬರಹಗಳು ಪತ್ತೆಯಾಗುವುದರಿಂದಲೂ, ದೇವರ ಜನರು ನಿರಂತರವಾಗಿ ಧರ್ಮಭ್ರಷ್ಟತೆಯಲ್ಲಿ ನಡೆದದ್ದಕ್ಕಾಗಿ ಅವರ ಮೇಲೆ ನ್ಯಾಯತೀರ್ಪು ಪ್ರಕಟಿಸಲ್ಪಟ್ಟದ್ದರಿಂದಲೂ ಉಂಟಾಯಿತು. ಮೋಶೆಯ ಬರಹಗಳಲ್ಲಿದ್ದ ವಾಕ್ಯಗಳು ಯೋಶೀಯ ರಾಜನಿಗೆ ಓದಿಕೇಳಿಸಲ್ಪಟ್ಟಾಗ, ಅದು ಹಳೆಯ ಒಡಂಬಡಿಕೆಯ ಇತಿಹಾಸದಲ್ಲಿಯೇ ಅತಿ ಮಹತ್ತರವಾದ ಪುನರುಜ್ಜೀವನವನ್ನು ಉಂಟುಮಾಡಿತು. ಭವಿಷ್ಯದಲ್ಲಿ ಯೋಶೀಯನೆಂಬ ಹೆಸರಿನ ಒಂದು ಮಗು ಹುಟ್ಟುವುದರ ಕುರಿತಿದ್ದ ಪ್ರವಾದನೆಯಲ್ಲಿ, ಅವಿಧೇಯ ಪ್ರವಾದಿಯು ಯೆರೋಬೋವಾಮ ರಾಜನ ವಿರುದ್ಧ ಹೊರಡಿಸಿದ್ದ ಮೂಲಭೂತ ಧರ್ಮಭ್ರಷ್ಟತೆಯ ಪ್ರವಾದನಾತ್ಮಕ ಖಂಡನೆಯೂ ಸೇರಿಕೊಂಡಿತ್ತು.</w:t>
      </w:r>
    </w:p>
    <w:p>
      <w:pPr>
        <w:pStyle w:val="ArticleBody"/>
        <w:jc w:val="left"/>
      </w:pPr>
      <w:r>
        <w:rPr>
          <w:rFonts w:ascii="Nirmala UI" w:hAnsi="Nirmala UI" w:eastAsia="Nirmala UI" w:cs="Nirmala UI"/>
        </w:rPr>
        <w:t>ದಾನಿಯೇಲನು ಅದನ್ನು ಕರೆಯುವಂತೆ, ಮೋಶೆಯ ಶಾಪವು ಲೇವಿಯಕಾಂಡ ಇಪ್ಪತ್ತಾರು ಅಧ್ಯಾಯದ “ಏಳು ಕಾಲಗಳು” ಆಗಿದ್ದು, ಅದು ಅಡ್ವೆಂಟಿಸಂನ ಅಡಿಪಾಯ ಸತ್ಯಗಳ ಸಂಕೇತಸ್ವರೂಪನಾದ ವಿಲಿಯಂ ಮಿಲ್ಲರ್‌ನ ಮೂಲಭೂತ ಆವಿಷ್ಕಾರವಾಯಿತು. 1840ರ ಆಗಸ್ಟ್ 11ರಂದು ಮಿಲ್ಲರ್‌ನ ಸಂದೇಶಕ್ಕೆ ದೊರಕಿದ ಶಕ್ತೀಕರಣವು 1838 ಮತ್ತು 1840ರಲ್ಲಿ “ಯೋಶೀಯ” ಲಿಚ್‌ನ ಕಾರ್ಯದ ಮೂಲಕ ಉಂಟಾಯಿತು. 1863ರಲ್ಲಿ ಆ ಅಡಿಪಾಯಗಳನ್ನು ಬದಿಗಿರಿಸಲಾಯಿತು, ಮತ್ತು “ಏಳು ಕಾಲಗಳು” ಎಂಬುದು ಫಿಲಡೆಲ್ಫಿಯನ್ ಮಿಲ್ಲರೈಟ್‌ಗಳ ಅಡಿಪಾಯ ಸತ್ಯಗಳ ಸಂಕೇತವಾಗಿರುವುದಷ್ಟೇ ಅಲ್ಲ, ಅಡಿಪಾಯಗಳ ವಿರುದ್ಧ ಲವೊದಿಕೀಯ ಮಿಲ್ಲರಿಸಂನ ದಂಗೆಗೋ ಸಹ ಸಂಕೇತವಾಯಿತು. ಮೊದಲ ಮತ್ತು ಎರಡನೇ ದೂತರ ಮಿಲ್ಲರೈಟ್‌ಗಳ ಇತಿಹಾಸವು “ಯೋಶೀಯ” ಎಂಬ ಸಂಕೇತಾರ್ಥವನ್ನು ಹೊಂದಿದ್ದು, ಅದು ಒಂದು ನೂರು ನಲವತ್ತನಾಲ್ಕು ಸಾವಿರರ ಇತಿಹಾಸದಲ್ಲಿ ಅಕ್ಷರಶಃ ಪುನರಾವರ್ತನೆಯಾಗುವುದು. ಯೋಶೀಯನ ಚಕ್ರವು ಸೌಲ ಅರಸನ ಮಾಂತ್ರಿಕತೆಯವರೆಗೆ ಹಿಂತಿರುಗಿ ತಲುಪುತ್ತದೆ ಮತ್ತು ಅಲ್ಲಿಂದಲೇ ಭಾನುವಾರದ ಕಾನೂನಿನ ಸಮಯದಲ್ಲಿ ಲವೊದಿಕೀಯ ಸೆವೆನ್ತ್-ಡೇ ಅಡ್ವೆಂಟಿಸ್ಟ್ ಸಭೆಯ ಉಗುಳಿಬಿಡುವಿಕೆಯವರೆಗೆ ಮುಂದುವರಿಯುತ್ತದೆ. ಈಗ ಎಜಕಿಯೇಲನಲ್ಲಿರುವ ಯೋಶೀಯನ ಚಕ್ರವು ಒಂದು ನೂರು ನಲವತ್ತನಾಲ್ಕು ಸಾವಿರರ ಮುದ್ರಾಕರಣದ ಪರಾಕಾಷ್ಠೆಯಾಗಿ ಮುದ್ರಾವಿಮೋಚನೆಯ ಪ್ರಕ್ರಿಯೆಯಲ್ಲಿ ಇದೆ.</w:t>
      </w:r>
    </w:p>
    <w:p>
      <w:pPr>
        <w:pStyle w:val="ArticleBody"/>
        <w:jc w:val="left"/>
      </w:pPr>
      <w:r>
        <w:rPr>
          <w:rFonts w:ascii="Nirmala UI" w:hAnsi="Nirmala UI" w:eastAsia="Nirmala UI" w:cs="Nirmala UI"/>
        </w:rPr>
        <w:t>ಮುಂದಿನ ಲೇಖನದಲ್ಲಿ ನಾವು ಈ ವಿಷಯಗಳನ್ನು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ಅಡಗಿದ ಇತಿಹಾಸ - ಇಪ್ಪತ್ತೈದನೇ ಸಂಖ್ಯೆ</dc:title>
  <dc:subject>ಯೆಹೆಜ್ಕೇಲನು ಸಂಖ್ಯೆ ಆರು</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