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ನಲವತ್ತನೇ ವಚನದ ಗುಪ್ತ ಇತಿಹಾಸ - ಸಂಖ್ಯೆ ಇಪ್ಪತ್ತಾರು</w:t>
      </w:r>
    </w:p>
    <w:p>
      <w:pPr>
        <w:pStyle w:val="ArticleSubtitle"/>
        <w:jc w:val="left"/>
      </w:pPr>
      <w:r>
        <w:rPr>
          <w:rFonts w:ascii="Nirmala UI" w:hAnsi="Nirmala UI" w:eastAsia="Nirmala UI" w:cs="Nirmala UI"/>
        </w:rPr>
        <w:t>ಯೆಹೆಜ್ಕೇಲ್ ಸಂಖ್ಯೆ ಏಳು</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2026-08-12</w:t>
      </w:r>
    </w:p>
    <w:p>
      <w:pPr>
        <w:pStyle w:val="ArticleBody"/>
        <w:jc w:val="left"/>
      </w:pPr>
      <w:r>
        <w:rPr>
          <w:rFonts w:ascii="Nirmala UI" w:hAnsi="Nirmala UI" w:eastAsia="Nirmala UI" w:cs="Nirmala UI"/>
        </w:rPr>
        <w:t>ನಾನು ‘ಯೋಶೀಯನ ಚಕ್ರ’ವೆಂದು ಗುರುತಿಸುತ್ತಿರುವ ಪ್ರವಾದನಾತ್ಮಕ ರೇಖೆಯು, ಪುರಾತನ ಇಸ್ರಾಯೇಲರು ಕ್ರಿ.ಪೂ. 1097ರಲ್ಲಿ ದೇವರನ್ನು ತಮ್ಮ ರಾಜನಾಗಿ ತಿರಸ್ಕರಿಸಿದಾಗ ಉಂಟಾದ ಅವರ ಬಂಡಾಯದಿಂದ ಆರಂಭವಾಗುತ್ತದೆ. ಮೊದಲ ಮೂವರು ರಾಜರು (ಸೌಲ, ದಾವೀದ ಮತ್ತು ಸೊಲೊಮೋನ) ಕ್ರಿ.ಪೂ. 1097ರಿಂದ ಕ್ರಿ.ಪೂ. 977ರವರೆಗೆ ನಲವತ್ತು ವರ್ಷಗಳ ಕಾಲ ಆಳಿದರು ಎಂದು ಗುರುತಿಸಲ್ಪಟ್ಟಿದ್ದಾರೆ. ಸೊಲೊಮೋನನ ಮರಣದ ಸಮಯದಲ್ಲಿ, ಯೆರೋಬೋವನ ಬಂಡಾಯವೂ ಉತ್ತರದ ಹತ್ತು ಗೋತ್ರಗಳ ಬಂಡಾಯವೂ ಮೊದಲ ಮೂರು ರಾಜರ ರೇಖೆಯನ್ನು ಮುಕ್ತಾಯಗೊಳಿಸಿ, ಉತ್ತರ ಮತ್ತು ದಕ್ಷಿಣ ರಾಜ್ಯಗಳೆರಡರಲ್ಲಿಯೂ ರಾಜರ ಒಂದು ರೇಖೆಯನ್ನು ಆರಂಭಿಸುತ್ತವೆ.</w:t>
      </w:r>
    </w:p>
    <w:p>
      <w:pPr>
        <w:pStyle w:val="ArticleBody"/>
        <w:jc w:val="left"/>
      </w:pPr>
      <w:r>
        <w:rPr>
          <w:rFonts w:ascii="Nirmala UI" w:hAnsi="Nirmala UI" w:eastAsia="Nirmala UI" w:cs="Nirmala UI"/>
        </w:rPr>
        <w:t>ಮೊದಲ ಮೂರು ರಾಜರು ಅನೇಕ ಸತ್ಯಗಳ ಸಂಕೇತವಾಗಿದ್ದಾರೆ; ಆದರೆ ಅವರು ಸಂಪರ್ಕಿಸಲ್ಪಟ್ಟಿರುವ ಸತ್ಯದ ಚಕ್ರಗಳಲ್ಲಿ ಒಂದೆಂದರೆ ಯೆಹೂದದ ಕೊನೆಯ ಮೂರು ರಾಜರು—ಯೆಹೋಯಾಕೀಮ್, ಯೆಹೋಯಾಕೀನ್ ಮತ್ತು ಜೆದೆಕಿಯ, ಇವರು ಕ್ರಮವಾಗಿ ಕುರೂಷ, ದಾರಿಯವೇಷ ಮತ್ತು ಅರ್ತಕ್ಷಸ್ತ್ರರನ್ನು ಪ್ರತಿನಿಧಿಸುತ್ತಾರೆ. ಕುರೂಷ, ದಾರಿಯವೇಷ ಮತ್ತು ಅರ್ತಕ್ಷಸ್ತ್ರರು ತದನಂತರ ಕ್ರಿ.ಪೂ. 516ರಿಂದ ಕ್ರಿ.ಪೂ. 457ರವರೆಗೆ ತಲುಪುವ ತಮ್ಮ ಮೂರು ಆಜ್ಞಾಪತ್ರಗಳನ್ನು ಪ್ರತಿನಿಧಿಸುತ್ತಾರೆ; ಅವುಗಳು ಕ್ರಮವಾಗಿ ಕ್ರಿ.ಶ. 1798, ಏಪ್ರಿಲ್ 19, 1844 ಮತ್ತು ಅಕ್ಟೋಬರ್ 22, 1844ರಂದು ಆಗಮಿಸುವ ಪ್ರಕಟಣೆ ಹದಿನಾಲ್ಕನೆಯ ಅಧ್ಯಾಯದ ಮೂರು ದೇವದೂತರನ್ನು ಪ್ರತಿನಿಧಿಸುತ್ತವೆ. ಪ್ರಕಟಣೆ ಹದಿನಾಲ್ಕನೆಯ ಅಧ್ಯಾಯದ ಮೂರು ದೇವದೂತರ ಆಗಮನದ ಇತಿಹಾಸವು ಒಂದು ನೂರ ನಲವತ್ತುನಾಲ್ಕು ಸಾವಿರರ ಮುದ್ರಾಕಾಲದಲ್ಲಿ ಅಕ್ಷರಶಃ ಮರುಕಳಿಸಲ್ಪಡುತ್ತದೆ; ಹೀಗೆ ಸೌಲನು ರಾಜನಾಗಿ ಅಭಿಷೇಕಿಸಲ್ಪಟ್ಟದ್ದರಿಂದ ಆರಂಭವಾಗುವ ಪ್ರವಾದನಾ ರೇಖೆಯು ಶೀಘ್ರದಲ್ಲೇ ಬರುವ ಭಾನುವಾರದ ಕಾನೂನಿನ ಸಂದರ್ಭದಲ್ಲಿ ವಿಜಯಶಾಲಿ ಸಭೆಯು ಅಭಿಷೇಕಿಸಲ್ಪಡುವಾಗ ತನ್ನ ಸಮಾಪ್ತಿಗೆ ತಲುಪುತ್ತದೆ ಎಂಬುದು ಗುರುತಿಸಲ್ಪಡುತ್ತದೆ. ಈ ರೇಖೆಯಲ್ಲಿ ರಾಜ ಯೋಶೀಯನ ಚಕ್ರವೂ ಸೇರಿದ್ದು, ಅದು ಕ್ರಿ.ಪೂ. 977ರಲ್ಲಿ ಬೇತೇಲೂ ದಾನೂಗಳಲ್ಲಿ ಯಾರೊಬ್ಬಾಮನ ದಂಗೆತನದವರೆಗೆ ಹಿಂದಿರುಗಿ ತಲುಪುತ್ತದೆ.</w:t>
      </w:r>
    </w:p>
    <w:p>
      <w:pPr>
        <w:pStyle w:val="ArticleHeading"/>
        <w:jc w:val="left"/>
      </w:pPr>
      <w:r>
        <w:rPr>
          <w:rFonts w:ascii="Nirmala UI" w:hAnsi="Nirmala UI" w:eastAsia="Nirmala UI" w:cs="Nirmala UI"/>
        </w:rPr>
        <w:t>ಇಪ್ಪತ್ತೆರಡು</w:t>
      </w:r>
    </w:p>
    <w:p>
      <w:pPr>
        <w:pStyle w:val="ArticleBody"/>
        <w:jc w:val="left"/>
      </w:pPr>
      <w:r>
        <w:rPr>
          <w:rFonts w:ascii="Nirmala UI" w:hAnsi="Nirmala UI" w:eastAsia="Nirmala UI" w:cs="Nirmala UI"/>
        </w:rPr>
        <w:t>ಯೆರೊಬೋವಾಮನು ಇಪ್ಪತ್ತೆರಡು ಎಂಬ ಸಂಖ್ಯೆಯ ಸಂಕೇತಾರ್ಥವನ್ನು ಹೊಂದಿದ್ದಾನೆ; ಯಾಕಂದರೆ ಅವನು ಇಪ್ಪತ್ತೆರಡು ವರ್ಷಗಳ ಕಾಲ ಆಳಿದನು. ಹೀಗೆ ಅವನ ಸಾಕ್ಷಿಯನ್ನು ಇಪ್ಪತ್ತೆರಡು ಸೂಚಿಸುವ ಇತಿಹಾಸಕ್ಕೆ ಅವನು ಕೊಂಡಿಬಿಗಿದನು; ಇಪ್ಪತ್ತೆರಡು ಎಂಬುದು ದೈವತ್ವವು ಮಾನವತ್ವದೊಂದಿಗೆ ಸಂಗಮಿಸುವ ಸಂಕೇತವಾಗಿದ್ದು, ದಾನಿಯೇಲನ ಮರಾ ದರ್ಶನದಲ್ಲಿ ಇಪ್ಪತ್ತೆರಡನೇ ದಿನದಲ್ಲಿ ಅದು ಚಿತ್ರಿತವಾಗಿದೆ; ಹಾಗೆಯೇ ಎರಡುನೂರು ಇಪ್ಪತ್ತು ಎಂಬ ಸಂಖ್ಯೆಯಲ್ಲಿಯೂ ಇದೇ ಸಂಬಂಧವಿದೆ, ಅದರಲ್ಲಿ ಇಪ್ಪತ್ತೆರಡು ಎಂಬುದು ದಶಾಂಶವಾಗಿದೆ.</w:t>
      </w:r>
    </w:p>
    <w:p>
      <w:pPr>
        <w:pStyle w:val="ArticleScripture"/>
        <w:jc w:val="left"/>
      </w:pPr>
      <w:r>
        <w:rPr>
          <w:rFonts w:ascii="Nirmala UI" w:hAnsi="Nirmala UI" w:eastAsia="Nirmala UI" w:cs="Nirmala UI"/>
        </w:rPr>
        <w:t>ಯೆರೋಬೋವಾಮನು ಆಳಿದ ದಿನಗಳು ಇಪ್ಪತ್ತೆರಡು ವರ್ಷಗಳು; ಅವನು ತನ್ನ ಪಿತೃಗಳ ಸಂಗಡ ನಿದ್ರಿಸಿದನು, ಮತ್ತು ಅವನ ಮಗನಾದ ನಾದಾಬನು ಅವನ ಸ್ಥಾನದಲ್ಲಿ ಆಳಲು ಆರಂಭಿಸಿದನು. 1 ಅರಸುಗಳು 14:20.</w:t>
      </w:r>
    </w:p>
    <w:p>
      <w:pPr>
        <w:pStyle w:val="ArticleBody"/>
        <w:jc w:val="left"/>
      </w:pPr>
      <w:r>
        <w:rPr>
          <w:rFonts w:ascii="Nirmala UI" w:hAnsi="Nirmala UI" w:eastAsia="Nirmala UI" w:cs="Nirmala UI"/>
        </w:rPr>
        <w:t>ದೈವತ್ವ ಮತ್ತು ಮಾನವತ್ವದ ಸಂಯೋಗವನ್ನು ಪ್ರತಿನಿಧಿಸುವ ‘at-One-Ment’ ಎಂಬುದು ಕ್ರಿಸ್ತನ ಕಾರ್ಯವಾಗಿದ್ದು, ಅದು ಅಕ್ಟೋಬರ್ 22ರಂದು, ಅಂದರೆ ದಶಮ ತಿಂಗಳಲ್ಲಿ (ಗ್ರೆಗೋರಿಯನ್), ಆರಂಭವಾಯಿತು; ಹತ್ತು ಗುಣ ಇಪ್ಪತ್ತೆರಡು ಎಂದರೆ ಎರಡು ನೂರು ಇಪ್ಪತ್ತು. ಯೆರೊಬೋವಾಮನು ಬೆತೇಲಲ್ಲಿಯೂ ದಾನಲ್ಲಿಯೂ ನಕಲಿ ಬಲಿಪೀಠಗಳನ್ನು ಸ್ಥಾಪಿಸಿದನು; ಆದ್ದರಿಂದ ಅವನು ಸಭೆ (ಬೆತೇಲ್: ಅರ್ಥ ಸಭೆ) ಮತ್ತು ರಾಜ್ಯ (ದಾನ್: ಅರ್ಥ ನ್ಯಾಯತೀರ್ಪು)ಗಳ ಸಂಯೋಗದೊಂದಿಗೆ ಸಂಬಂಧಿಸಿದ ಭಾನುವಾರದ ನಕಲಿ ಆರಾಧನೆಯ ಸಂಕೇತವಾಗಿದ್ದಾನೆ.</w:t>
      </w:r>
    </w:p>
    <w:p>
      <w:pPr>
        <w:pStyle w:val="ArticleScripture"/>
        <w:jc w:val="left"/>
      </w:pPr>
      <w:r>
        <w:rPr>
          <w:rFonts w:ascii="Nirmala UI" w:hAnsi="Nirmala UI" w:eastAsia="Nirmala UI" w:cs="Nirmala UI"/>
        </w:rPr>
        <w:t>ಆಮೇಲೆ ಯಾರೋಬಾಮನು ಎಫ್ರಾಯೀಮ್ ಬೆಟ್ಟದ ಪ್ರದೇಶದಲ್ಲಿ ಶೆಕೆಮನ್ನು ಕಟ್ಟಿಸಿ ಅಲ್ಲಿಯೇ ವಾಸಮಾಡಿದನು; ಅಲ್ಲಿಂದ ಹೊರಟು ಪೆನೂವೇಲನ್ನೂ ಕಟ್ಟಿಸಿದನು. ಯಾರೋಬಾಮನು ತನ್ನ ಹೃದಯದಲ್ಲಿ, “ಈಗ ರಾಜ್ಯವು ದಾವೀದನ ಮನೆತನಕ್ಕೆ ಮರಳಿ ಹೋಗುವುದು. ಈ ಜನರು ಯೆರೂಸಲೇಮಿನಲ್ಲಿರುವ ಯೆಹೋವನ ಮಂದಿರದಲ್ಲಿ ಬಲಿ ಅರ್ಪಿಸಲು ಮೇಲಕ್ಕೆ ಹೋದರೆ, ಈ ಜನರ ಹೃದಯವು ತಮ್ಮ ಒಡೆಯನಾದ ಯೆಹೂದದ ಅರಸ ರೆಹಬ್ಬಾಮನ ಕಡೆಗೆ ಮತ್ತೆ ತಿರುಗುವುದು; ಆಗ ಅವರು ನನ್ನನ್ನು ಕೊಂದು ಯೆಹೂದದ ಅರಸ ರೆಹಬ್ಬಾಮನ ಬಳಿಗೆ ಮತ್ತೆ ಹೋಗುವರು” ಎಂದುಕೊಂಡನು. ಆಗ ಅರಸನು ಆಲೋಚನೆ ಮಾಡಿಕೊಂಡು ಎರಡು ಬಂಗಾರದ ಕರುಗಳನ್ನು ಮಾಡಿಸಿ ಅವರಿಗೆ, “ಯೆರೂಸಲೇಮಿಗೆ ಮೇಲಕ್ಕೆ ಹೋಗುವುದು ನಿಮಗೆ ಅತಿ ಕಷ್ಟಕರವಾಗಿದೆ; ಓ ಇಸ್ರಾಯೇಲನೇ, ನಿನ್ನನ್ನು ಐಗುಪ್ತ ದೇಶದಿಂದ ಮೇಲಕ್ಕೆ ಬರಮಾಡಿದ ನಿನ್ನ ದೇವತೆಗಳು ಇವೆ” ಎಂದು ಹೇಳಿದನು. ಅವನು ಒಂದನ್ನು ಬೇತೇಲಿನಲ್ಲಿ ಸ್ಥಾಪಿಸಿದನು, ಮತ್ತೊಂದನ್ನು ದಾನಿನಲ್ಲಿ ಇಟ್ಟನು. ಈ ಕಾರ್ಯವು ಪಾಪವಾಯಿತು; ಏಕೆಂದರೆ ಜನರು ಒಂದರ ಮುಂದೆ ಪೂಜಿಸಲು ದಾನಿನವರೆಗೂ ಹೋಗುತ್ತಿದ್ದರು. ಅವನು ಉನ್ನತಸ್ಥಳಗಳ ಮಂದಿರವೊಂದನ್ನು ಕಟ್ಟಿಸಿ, ಲೇವಿಯ ಪುತ್ರರಲ್ಲಿ ಸೇರಿದವರಲ್ಲದ ಸಾಮಾನ್ಯ ಜನರೊಳಗಿಂದ ಯಾಜಕರನ್ನು ನೇಮಿಸಿದನು. ಯಾರೋಬಾಮನು ಯೆಹೂದದಲ್ಲಿರುವ ಹಬ್ಬದಂತೆಯೇ ಎಂಟನೇ ತಿಂಗಳ ಹದಿನೈದನೇ ದಿನದಲ್ಲಿ ಒಂದು ಹಬ್ಬವನ್ನು ನೇಮಿಸಿ, ಯಜ್ಞವೇದಿಯ ಮೇಲೆ ಬಲಿ ಅರ್ಪಿಸಿದನು. ಅವನು ತಾನು ಮಾಡಿದ ಕರುಗಳಿಗೆ ಬಲಿ ಅರ್ಪಿಸುತ್ತಾ ಬೇತೇಲಿನಲ್ಲಿ ಹೀಗೆ ಮಾಡಿದನು; ಮತ್ತು ತಾನು ನಿರ್ಮಿಸಿದ ಉನ್ನತಸ್ಥಳಗಳ ಯಾಜಕರನ್ನು ಬೇತೇಲಿನಲ್ಲಿ ನೇಮಿಸಿದನು. ಹೀಗೆ ಅವನು ತನ್ನ ಹೃದಯದಲ್ಲಿ ತಾನೇ ಯೋಚಿಸಿಕೊಂಡ ತಿಂಗಳಾದ ಎಂಟನೇ ತಿಂಗಳ ಹದಿನೈದನೇ ದಿನದಲ್ಲಿ ಬೇತೇಲಿನಲ್ಲಿ ತಾನು ಮಾಡಿಸಿದ ಯಜ್ಞವೇದಿಯ ಮೇಲೆ ಬಲಿ ಅರ್ಪಿಸಿದನು; ಇಸ್ರಾಯೇಲರ ಮಕ್ಕಳಿಗಾಗಿ ಒಂದು ಹಬ್ಬವನ್ನು ನೇಮಿಸಿ, ಯಜ್ಞವೇದಿಯ ಮೇಲೆ ಬಲಿ ಅರ್ಪಿಸಿ ಧೂಪ ಹಚ್ಚಿದನು. 1 ಅರಸುಗಳು 12:25–33.</w:t>
      </w:r>
    </w:p>
    <w:p>
      <w:pPr>
        <w:pStyle w:val="ArticleBody"/>
        <w:jc w:val="left"/>
      </w:pPr>
      <w:r>
        <w:rPr>
          <w:rFonts w:ascii="Nirmala UI" w:hAnsi="Nirmala UI" w:eastAsia="Nirmala UI" w:cs="Nirmala UI"/>
        </w:rPr>
        <w:t>ಉತ್ತರದ ಹತ್ತು ಉತ್ತರ ಗೋತ್ರಗಳ ಮೂಲಭೂತ ಇತಿಹಾಸದಲ್ಲಿ, ದೇವರನ್ನು ರಾಜನಾಗಿ ಇಸ್ರಾಯೇಲರು ತಿರಸ್ಕರಿಸಿದ ಘಟನೆಯಿಂದಲೂ, ಆರೋನನ ಹಾಗೂ ಬಂಗಾರದ ಕರುವಿನ ದಂಗೆಯಿಂದಲೂ ಪ್ರತಿರೂಪಿತವಾದ ಒಂದು ದಂಗೆ ಇತ್ತು. ಆರೋನನ ದಂಗೆ ಪ್ರಾಚೀನ ಇಸ್ರಾಯೇಲಿನ ಮೂಲಭೂತ ಇತಿಹಾಸದಲ್ಲಿದ್ದಂತೆಯೇ, ಯೆರೊಬೋವನ ದಂಗೆ ಉತ್ತರದ ಹತ್ತು ಗೋತ್ರಗಳ ಮೂಲಭೂತ ಇತಿಹಾಸದಲ್ಲಿತ್ತು. “ಸಾಲಿನ ಮೇಲೆ ಸಾಲು” ಎಂಬ ಪ್ರಕಾರ, ಮಹಾಯಾಜകനಾದ ಆರೋನನು ಸಭೆಯನ್ನು ಪ್ರತಿನಿಧಿಸುತ್ತಾನೆ; ರಾಜನಾದ ಯೆರೊಬೋವನು ರಾಜ್ಯವನ್ನು ಪ್ರತಿನಿಧಿಸುತ್ತಾನೆ. ಆ ಎರಡು ಮೂಲಭೂತ ದಂಗೆಗಳು, ಮಾನವ ರಾಜನನ್ನು ಅಪೇಕ್ಷಿಸಿದ ಇಸ್ರಾಯೇಲರ ಮೂಲಭೂತ ದಂಗೆಯನ್ನೂ ಒಳಗೊಂಡಿರುವ ಒಂದು ಸಾಲಾಗಿವೆ.</w:t>
      </w:r>
    </w:p>
    <w:p>
      <w:pPr>
        <w:pStyle w:val="ArticleHeading"/>
        <w:jc w:val="left"/>
      </w:pPr>
      <w:r>
        <w:rPr>
          <w:rFonts w:ascii="Nirmala UI" w:hAnsi="Nirmala UI" w:eastAsia="Nirmala UI" w:cs="Nirmala UI"/>
        </w:rPr>
        <w:t>490</w:t>
      </w:r>
    </w:p>
    <w:p>
      <w:pPr>
        <w:pStyle w:val="ArticleBody"/>
        <w:jc w:val="left"/>
      </w:pPr>
      <w:r>
        <w:rPr>
          <w:rFonts w:ascii="Nirmala UI" w:hAnsi="Nirmala UI" w:eastAsia="Nirmala UI" w:cs="Nirmala UI"/>
        </w:rPr>
        <w:t>ಯೆಹೆಜ್ಕೇಲನ ಪುಸ್ತಕದಲ್ಲಿ ಪ್ರತಿನಿಧಿಸಲ್ಪಟ್ಟಿರುವ ಪವಿತ್ರ ಇತಿಹಾಸದಲ್ಲಿ ನಾಲ್ಕು ನೂರು ತೊಂಬತ್ತು ವರ್ಷಗಳ ಮೂರು ಅವಧಿಗಳು ಇವೆ; ಅವುಗಳಲ್ಲಿ ಒಂದು ರಾಜರೊಂದಿಗೆ, ಮತ್ತೊಂದು ಪರಿಶುದ್ಧಾಲಯದೊಂದಿಗೆ, ಇನ್ನೊಂದು ಸೇನೆಯೊಂದಿಗೆ ಸಂಬಂಧ ಹೊಂದಿತ್ತು. ಆ ಮೂರು ಅವಧಿಗಳು ಆರೋನನ (ಪರಿಶುದ್ಧಾಲಯ), ಸೌಲನ (ಸೇನೆ), ಮತ್ತು ಯೆರೊಬೋಯಾಮನ (ರಾಜ) ದಂಗೆಗೆ ಹೊಂದಿಕೆಯಾಗುತ್ತವೆ. ಪ್ರವಾದಿ, ಯಾಜಕ, ಮತ್ತು ರಾಜ ಎಂಬ ಮೂರು ಪ್ರತೀಕಗಳಲ್ಲಿ, ಪ್ರವಾದಿಸುತ್ತಿದ್ದವನಾಗಿ ಗುರುತಿಸಲ್ಪಟ್ಟವನು ಸೌಲರಾಜನೇ; ಆರೋನನು ಯಾಜಕನಾಗಿದ್ದನು, ಮತ್ತು ಯೆರೊಬೋಯಾಮನು ರಾಜನಾಗಿದ್ದನು.</w:t>
      </w:r>
    </w:p>
    <w:p>
      <w:pPr>
        <w:pStyle w:val="ArticleScripture"/>
        <w:jc w:val="left"/>
      </w:pPr>
      <w:r>
        <w:rPr>
          <w:rFonts w:ascii="Nirmala UI" w:hAnsi="Nirmala UI" w:eastAsia="Nirmala UI" w:cs="Nirmala UI"/>
        </w:rPr>
        <w:t>ಹಿಂದೆ ಅವನನ್ನು ತಿಳಿದಿದ್ದವರೆಲ್ಲರು, ಇದೋ, ಅವನು ಪ್ರವಾದಿಗಳ ಮಧ್ಯದಲ್ಲಿ ಪ್ರವಾದಿಸುತ್ತಿರುವುದನ್ನು ಕಂಡಾಗ, ಜನರು ಒಬ್ಬರಿಗೊಬ್ಬರು, “ಕೀಶನ ಮಗನಿಗೆ ಏನಾಯಿತು? ಸೌಲನೂ ಪ್ರವಾದಿಗಳಲ್ಲಿದ್ದಾನೆಯೋ?” ಎಂದು ಹೇಳಿದರು. ಆಗ ಅಲ್ಲಿ ಇದ್ದ ಒಬ್ಬನು ಉತ್ತರಿಸಿ, “ಆದರೆ ಅವರ ತಂದೆ ಯಾರು?” ಎಂದು ಹೇಳಿದನು. ಆದಕಾರಣ, “ಸೌಲನೂ ಪ್ರವಾದಿಗಳಲ್ಲಿದ್ದಾನೆಯೋ?” ಎಂಬುದು ಒಂದು ಗಾದೆಯಾಯಿತು. 1 ಸಮುವೇಲ 10:11, 12.</w:t>
      </w:r>
    </w:p>
    <w:p>
      <w:pPr>
        <w:pStyle w:val="ArticleBody"/>
        <w:jc w:val="left"/>
      </w:pPr>
      <w:r>
        <w:rPr>
          <w:rFonts w:ascii="Nirmala UI" w:hAnsi="Nirmala UI" w:eastAsia="Nirmala UI" w:cs="Nirmala UI"/>
        </w:rPr>
        <w:t>ವಿಜಯಶಾಲಿ ಸಭೆಯು ಮೂವತ್ತು ವರ್ಷದ ಒಬ್ಬ ಪ್ರವಾದಿ, ಮೂವತ್ತು ವರ್ಷದ ಒಬ್ಬ ಯಾಜಕ, ಮತ್ತು ಮೂವತ್ತು ವರ್ಷದ ಒಬ್ಬ ರಾಜನಿಂದ ಕೂಡಿದೆ; ಇವರನ್ನು ಮೂವತ್ತನೆಯ ವರ್ಷದಲ್ಲಿ ಆರಂಭಿಸಿದ ಯೆಹೆಜ್ಕೇಲನು, ಮೂವತ್ತನೆಯ ವಯಸ್ಸಿನಲ್ಲಿ ತನ್ನ ಸೇವೆಯನ್ನು ಆರಂಭಿಸಿದ ಯೋಸೇಫನು, ಮತ್ತು ತನ್ನ ಮೂವತ್ತನೆಯ ವಯಸ್ಸಿನಲ್ಲಿ ಆಳಲು ಆರಂಭಿಸಿದ ರಾಜ ದಾವೀದನು ಪ್ರತಿನಿಧಿಸುತ್ತಾರೆ. ವಿಜಯಶಾಲಿ ಸಭೆಯು ಯೆಹೆಜ್ಕೇಲನ ಪುಸ್ತಕದ ಕೊನೆಯ ಎಂಟು ಅಧ್ಯಾಯಗಳಲ್ಲಿ ಭೂಮಿಯನ್ನು ತುಂಬುವ ದೇವಾಲಯವಾಗಿ ಪ್ರತಿನಿಧಿಸಲ್ಪಟ್ಟಿದೆ; ಮತ್ತು ವಿಜಯಶಾಲಿ ಸಭೆಯು ಏಳು ಸಭೆಗಳಲ್ಲಿಂದ ಉದ್ಭವಿಸಿದ ಎಂಟನೆಯ ಸಭೆಯಾದ ಫಿಲಡೆಲ್ಫಿಯಾಗಿದೆ.</w:t>
      </w:r>
    </w:p>
    <w:p>
      <w:pPr>
        <w:pStyle w:val="ArticleBody"/>
        <w:jc w:val="left"/>
      </w:pPr>
      <w:r>
        <w:rPr>
          <w:rFonts w:ascii="Nirmala UI" w:hAnsi="Nirmala UI" w:eastAsia="Nirmala UI" w:cs="Nirmala UI"/>
        </w:rPr>
        <w:t>ಕ್ರಿ.ಪೂ. 977ರಲ್ಲಿ ಆರಂಭವಾದ ಯೋಶಿಯನ ಪ್ರವಾದನಾ ರೇಖೆಯು ಶೀಘ್ರದಲ್ಲೇ ಬರುವ ಭಾನುವಾರ ಕಾನೂನಿನಲ್ಲಿ ಅಂತ್ಯಗೊಳ್ಳುತ್ತದೆ. 2023ರ ಡಿಸೆಂಬರ್ 31ರಂದು ಆರಂಭವಾದ ಒಂದು ಲಕ್ಷ ನಲವತ್ತ್ನಾಲ್ಕು ಸಾವಿರರ ಶುದ್ಧೀಕರಣ ಮತ್ತು ಮುದ್ರಾಕರಣವು, ಪ್ರಕಟನೆ ಅಧ್ಯಾಯ ಹನ್ನೊಂದರ ಇಬ್ಬರು ಸಾಕ್ಷಿಗಳನ್ನು ಪುನರುತ್ಥಾನಗೊಳಿಸಲು ಮೀಕಾಯೇಲನು ಇಳಿದಾಗಲೇ ಆರಂಭವಾಯಿತು. 2023ವು 2001ರ ಸೆಪ್ಟೆಂಬರ್ 11ರ ಇಪ್ಪತ್ತೆರಡು ವರ್ಷಗಳ ನಂತರ ಬಂದಿತು; ಇದೇ ರೀತಿಯಾಗಿ 1798ರ Alien and Sedition Acts‌ಗಳು 1776ರ Declaration of Independence‌ನ ಇಪ್ಪತ್ತೆರಡು ವರ್ಷಗಳ ನಂತರ ಬರುತ್ತವೆ. ಯೆರೋಬಾಮನ ಇಪ್ಪತ್ತೆರಡು ವರ್ಷದ ಆಳ್ವಿಕೆಯು, ಯೋಶಿಯನ ಪ್ರವಾದನೆಯನ್ನು ಪ್ರಕಟಿಸಿದ ಕ್ರಿ.ಪೂ. 977ರಲ್ಲಿ ಆರಂಭವಾಯಿತು. ಆ ಸಮಯದಲ್ಲಿ 1 ಅರಸುಗಳು ಅಧ್ಯಾಯ ಹದಿಮೂರುದಲ್ಲಿರುವ ಅವಿಧೇಯ ಪ್ರವಾದಿಯು ಯೆರೋಬಾಮನ ಧರ್ಮಭ್ರಷ್ಟತೆಯನ್ನು ಎದುರಿಸಿದನು; ಹೇಗೆ ಮೋಶೆಯು ಆರೋನನ ಧರ್ಮಭ್ರಷ್ಟತೆಯನ್ನು ಎದುರಿಸಿದನೋ, ಮತ್ತು ಹೇಗೆ ಸಮುವೇಲನು ರಾಜನನ್ನು ಬಯಸಿದ ಗುಂಪನ್ನು ಎದುರಿಸಿದನೋ ಹಾಗೆಯೇ. ಅವಿಧೇಯ ಪ್ರವಾದಿ, ಮೋಶೆ ಮತ್ತು ಸಮುವೇಲರ ಸಂದೇಶದಿಂದ ಪ್ರತಿನಿಧಿಸಲ್ಪಟ್ಟ ಆ ಸ್ಥಾಪನಾತ್ಮಕ ಧರ್ಮಭ್ರಷ್ಟತೆಗಳ ವಿರುದ್ಧದ ಆ ಮುಖಾಮುಖಿಗಳು, ಭಾನುವಾರ ಕಾನೂನಿನ ಸಮಯದಲ್ಲಿ ಮೂರನೆಯ ದೂತನ ಘೋಷದ ಮಹಾ ಮೊರೆಯನ್ನು ಪ್ರತಿನಿಧಿಸುತ್ತವೆ. ಅದು ಧ್ವಜದಿಂದ ಘೋಷಿಸಲ್ಪಡುವ ಎಚ್ಚರಿಕೆಯ ಸಂದೇಶವಾಗಿದ್ದು, ಯೆರೋಬಾಮನ ಇತಿಹಾಸದಲ್ಲಿ “ಚಿಹ್ನೆ”ಯೊಡನೆ ಕೂಡಿದ ಯೋಶಿಯನ ಮುನ್ಸೂಚನೆಯಾಗಿ ಪ್ರತಿನಿಧಿಸಲ್ಪಟ್ಟಿದೆ.</w:t>
      </w:r>
    </w:p>
    <w:p>
      <w:pPr>
        <w:pStyle w:val="ArticleScripture"/>
        <w:jc w:val="left"/>
      </w:pPr>
      <w:r>
        <w:rPr>
          <w:rFonts w:ascii="Nirmala UI" w:hAnsi="Nirmala UI" w:eastAsia="Nirmala UI" w:cs="Nirmala UI"/>
        </w:rPr>
        <w:t>ಇಗೋ, ಯೆಹೋವನ ವಾಕ್ಯದಿಂದ ಯೆಹೂದದಿಂದ ಬಂದ ದೇವರ ಒಬ್ಬ ಮನುಷ್ಯನು ಬೇತೇಲಿಗೆ ಬಂದನು; ಆಗ ಯಾರೊಬ್ಬಾಮನು ಧೂಪ ಹಚ್ಚುವದಕ್ಕಾಗಿ ಬಲಿಪೀಠದ ಬಳಿಯಲ್ಲಿ ನಿಂತಿದ್ದನು. ಅವನು ಯೆಹೋವನ ವಾಕ್ಯದಿಂದ ಬಲಿಪೀಠಕ್ಕೆ ವಿರೋಧವಾಗಿ ಕೂಗಿ ಹೇಳಿದನು: ಓ ಬಲಿಪೀಠವೇ, ಬಲಿಪೀಠವೇ, ಯೆಹೋವನು ಹೀಗೆ ಹೇಳುತ್ತಾನೆ: ಇಗೋ, ದಾವೀದನ ಮನೆತನಕ್ಕೆ ಒಬ್ಬ ಮಗುವು ಜನಿಸುವನು, ಅವನ ಹೆಸರು ಯೋಶೀಯ; ನಿನ್ನ ಮೇಲೆ ಧೂಪ ಹಚ್ಚುವ ಉನ್ನತ ಸ್ಥಳಗಳ ಯಾಜಕರನ್ನು ಅವನು ನಿನ್ನ ಮೇಲೆಯೇ ಬಲಿಯಾಗಿ ಅರ್ಪಿಸುವನು; ಮತ್ತು ಮನುಷ್ಯರ ಎಲುಬುಗಳನ್ನು ನಿನ್ನ ಮೇಲೆಯೇ ದಹಿಸಲಾಗುವುದು. ಅದೇ ದಿನ ಅವನು ಒಂದು ಸೂಚನೆಯನ್ನು ನೀಡಿ ಹೇಳಿದನು: ಯೆಹೋವನು ಹೇಳಿರುವ ಸೂಚನೆ ಇದು; ಇಗೋ, ಬಲಿಪೀಠವು ಬಿರುಕು ಬಿದ್ದು, ಅದರ ಮೇಲಿರುವ ಭಸ್ಮವು ಚೆಲ್ಲಿಬೀಳುವುದು. ಬೇತೇಲಿನಲ್ಲಿರುವ ಬಲಿಪೀಠಕ್ಕೆ ವಿರೋಧವಾಗಿ ಕೂಗಿದ ದೇವರ ಮನುಷ್ಯನ ಮಾತನ್ನು ಅರಸನಾದ ಯಾರೊಬ್ಬಾಮನು ಕೇಳಿದಾಗ, ಅವನು ಬಲಿಪೀಠದ ಬಳಿಯಿಂದ ತನ್ನ ಕೈಯನ್ನು ಚಾಚಿ, ಅವನನ್ನು ಹಿಡಿಯಿರಿ ಎಂದು ಹೇಳಿದನು. ಆಗ ಅವನಿಗೆ ವಿರೋಧವಾಗಿ ಚಾಚಿದ್ದ ಅವನ ಕೈ ಒಣಗಿ ಹೋಗಿ, ಅದನ್ನು ಮತ್ತೆ ತನ್ನ ಕಡೆಗೆ ಮಡಚಿಕೊಳ್ಳಲಾರದೆ ಹೋಯಿತು.</w:t>
      </w:r>
    </w:p>
    <w:p>
      <w:pPr>
        <w:pStyle w:val="ArticleScripture"/>
        <w:jc w:val="left"/>
      </w:pPr>
      <w:r>
        <w:rPr>
          <w:rFonts w:ascii="Nirmala UI" w:hAnsi="Nirmala UI" w:eastAsia="Nirmala UI" w:cs="Nirmala UI"/>
        </w:rPr>
        <w:t>ಯೆಹೋವನ ವಾಕ್ಯದಿಂದ ದೇವರ ಮನುಷ್ಯನು ಕೊಟ್ಟ ಸೂಚನೆಯ ಪ್ರಕಾರವೇ ಯಜ್ಞವೇದಿಯು ಸಹ ಒಡೆದುಹೋಯಿತು, ಮತ್ತು ಯಜ್ಞವೇದಿಯಿಂದ ಬೂದಿ ಸುರಿಯಿತು. ಆಗ ರಾಜನು ದೇವರ ಮನುಷ್ಯನಿಗೆ ಉತ್ತರವಾಗಿ ಹೇಳಿದನು: ಈಗ ನಿನ್ನ ದೇವರಾದ ಯೆಹೋವನ ಸನ್ನಿಧಿಯನ್ನು ಬೇಡಿ, ನನ್ನ ನಿಮಿತ್ತ ಪ್ರಾರ್ಥಿಸು; ನನ್ನ ಕೈ ನನಗೆ ಮತ್ತೆ ಚೇತರಿಸಿಕೊಡಲ್ಪಡಲಿ. ಆಗ ದೇವರ ಮನುಷ್ಯನು ಯೆಹೋವನನ್ನು ಬೇಡಿಕೊಂಡನು; ರಾಜನ ಕೈ ಅವನಿಗೆ ಮತ್ತೆ ಚೇತರಿಸಿಕೊಡಲ್ಪಟ್ಟು, ಮೊದಲು ಇದ್ದಂತೆಯೇ ಆಯಿತು. ಬಳಿಕ ರಾಜನು ದೇವರ ಮನುಷ್ಯನಿಗೆ ಹೇಳಿದನು: ನನ್ನ ಸಂಗಡ ಮನೆಗೆ ಬಂದು, ನಿನ್ನನ್ನು ತಾಜಾಗೊಳಿಸಿಕೋ; ನಾನು ನಿನಗೆ ಪ್ರತಿಫಲವನ್ನು ಕೊಡುವೆನು. ಆದರೆ ದೇವರ ಮನುಷ್ಯನು ರಾಜನಿಗೆ ಹೇಳಿದನು: ನೀನು ನಿನ್ನ ಮನೆಯ ಅರ್ಧಭಾಗವನ್ನೇ ನನಗೆ ಕೊಟ್ಟರೂ ಸಹ, ನಾನು ನಿನ್ನ ಸಂಗಡ ಒಳಗೆ ಬರುವುದಿಲ್ಲ; ಈ ಸ್ಥಳದಲ್ಲಿ ನಾನು ಅನ್ನವನ್ನು ತಿನ್ನುವುದಿಲ್ಲ, ನೀರನ್ನೂ ಕುಡಿಯುವುದಿಲ್ಲ. ಯಾಕಂದರೆ ಯೆಹೋವನ ವಾಕ್ಯದಿಂದ ನನಗೆ ಹೀಗೆ ಆಜ್ಞೆಯಾಯಿತು: ‘ಅನ್ನವನ್ನು ತಿನ್ನಬೇಡ, ನೀರನ್ನು ಕುಡಿಯಬೇಡ, ಮತ್ತು ನೀನು ಬಂದ ದಾರಿಯಲ್ಲೇ ಹಿಂದಿರುಗಬೇಡ.’ ಹೀಗೆ ಅವನು ಮತ್ತೊಂದು ದಾರಿಯಿಂದ ಹೋಗಿ, ಬೇತೇಲಿಗೆ ಬಂದ ದಾರಿಯಲ್ಲೇ ಹಿಂದಿರುಗಲಿಲ್ಲ. 1 ಅರಸುಗಳು 13:1–10.</w:t>
      </w:r>
    </w:p>
    <w:p>
      <w:pPr>
        <w:pStyle w:val="ArticleBody"/>
        <w:jc w:val="left"/>
      </w:pPr>
      <w:r>
        <w:rPr>
          <w:rFonts w:ascii="Nirmala UI" w:hAnsi="Nirmala UI" w:eastAsia="Nirmala UI" w:cs="Nirmala UI"/>
        </w:rPr>
        <w:t>“ನಿನ್ನ ಮನೆಯ ಅರ್ಧಭಾಗವನ್ನಾದರೂ” ಎಂಬ ಆಫರ್‌ನಿದ್ದರೂ ಯೆರೊಬೋವಾಮನೊಂದಿಗೆ ಭೋಜನ ಮಾಡಲು ಪ್ರವಾದಿಯು ನಿರಾಕರಿಸಿದುದು, ಹೆರೋದನು ಸಲೋಮೆಗೆ ತನ್ನ ರಾಜ್ಯದ ಅರ್ಧಭಾಗವನ್ನು ಕೊಡುತ್ತೇನೆಂದು ಮಾಡಿದ ವಾಗ್ದಾನದೊಂದಿಗೆ ಹೊಂದಿಕೆಯಾಗುತ್ತದೆ.</w:t>
      </w:r>
    </w:p>
    <w:p>
      <w:pPr>
        <w:pStyle w:val="ArticleScripture"/>
        <w:jc w:val="left"/>
      </w:pPr>
      <w:r>
        <w:rPr>
          <w:rFonts w:ascii="Nirmala UI" w:hAnsi="Nirmala UI" w:eastAsia="Nirmala UI" w:cs="Nirmala UI"/>
        </w:rPr>
        <w:t>ಅನುಕೂಲವಾದ ಒಂದು ದಿನ ಬಂದಾಗ, ಹೆರೋದೇ ತನ್ನ ಜನ್ಮದಿನದಂದು ತನ್ನ ಪ್ರಧಾನರಿಗೆ, ಸೇನಾನಾಯಕರಿಗೆ ಮತ್ತು ಗಲಿಲಾಯದ ಮುಖ್ಯಸ್ಥರಿಗೆ ಊಟವನ್ನಾಯೋಜಿಸಿದನು; ಆಗ ಆ ಹೆರೋದಿಯಳ ಮಗಳು ಒಳಗೆ ಬಂದು ನೃತ್ಯಮಾಡಿ, ಹೆರೋದನಿಗೂ ಅವನೊಡನೆ ಕೂತಿದ್ದವರಿಗೂ ಮೆಚ್ಚುಗೆಯನ್ನುಂಟುಮಾಡಿದಳು; ಆಗ ರಾಜನು ಆ ಕನ್ಯೆಗೆ, “ನೀನು ಬಯಸುವುದಾದರೂ ನನ್ನಿಂದ ಕೇಳು; ನಾನು ಅದನ್ನು ನಿನಗೆ ಕೊಡುವೆನು” ಎಂದು ಹೇಳಿದನು. ಮತ್ತೂ ಅವನು ಅವಳಿಗೆ ಪ್ರಮಾಣಮಾಡಿ, “ನೀನು ನನ್ನನ್ನು ಏನಾದರೂ ಕೇಳಿದರೂ, ನನ್ನ ರಾಜ್ಯದ ಅರ್ಧದವರೆಗೂ ನಿನಗೆ ಕೊಡುವೆನು” ಎಂದು ಹೇಳಿದನು. ಆಗ ಅವಳು ಹೊರಗೆ ಹೋಗಿ ತನ್ನ ತಾಯಿಗೆ, “ನಾನು ಏನು ಕೇಳಲಿ?” ಎಂದು ಕೇಳಿದಳು. ಆಗ ಅವಳು, “ಬಾಪ್ತಿಸ್ಮನೀಡುತಿದ್ದ ಯೋಹಾನನ ತಲೆ” ಎಂದು ಹೇಳಿದಳು. ಮಾರ್ಕ 6:21–24.</w:t>
      </w:r>
    </w:p>
    <w:p>
      <w:pPr>
        <w:pStyle w:val="ArticleBody"/>
        <w:jc w:val="left"/>
      </w:pPr>
      <w:r>
        <w:rPr>
          <w:rFonts w:ascii="Nirmala UI" w:hAnsi="Nirmala UI" w:eastAsia="Nirmala UI" w:cs="Nirmala UI"/>
        </w:rPr>
        <w:t>ಹೇರೋದನು ತನ್ನ ರಾಜ್ಯದ ಅರ್ಧಭಾಗವನ್ನು ಕೊಡುವುದಾಗಿ ಮಾಡಿದ ಪ್ರತಿಜ್ಞೆ ಅವನ ಜನ್ಮದಿನದಂದು ಸಂಭವಿಸಿತು. ಹೇರೋದು ರೋಮಿನ ಸಂಕೇತವಾಗಿದ್ದಾನೆ; ಪ್ರಕಟಣೆಯ ಹದಿನೇಳನೇ ಅಧ್ಯಾಯದಲ್ಲಿರುವ ಹತ್ತು ರಾಜರು, ದಾನಿಯೇಲನ ಏಳನೇ ಅಧ್ಯಾಯದಲ್ಲಿರುವ ರೋಮಿನ ದಶವಿಭಾಗದ ಮೂಲಕವೂ, ಎರಡನೇ ಅಧ್ಯಾಯದಲ್ಲಿರುವ ಹತ್ತು ಪಾದಬೆರಳುಗಳ ಮೂಲಕವೂ ಪ್ರತಿರೂಪಿತವಾಗಿದ್ದಾರೆ. ಭಾನುವಾರದ ಕಾನೂನಿನ ಸಮಯದಲ್ಲಿ ಆರನೆಯ ರಾಜ್ಯವು ಏಳನೆಯ ರಾಜ್ಯದಿಂದ ಬದಲಾಯಿಸಲ್ಪಡುವಾಗ ಅವನ ಜನ್ಮದಿನವು ಗುರುತಿಸಲ್ಪಡುತ್ತದೆ; ಈ ಅರ್ಥದಲ್ಲಿ, ಅದು ಬೈಬಲ್ ಪ್ರವಾದನೆಯ ಏಳನೆಯ ರಾಜ್ಯವಾಗಿ ಸಂಯುಕ್ತ ರಾಷ್ಟ್ರಸಂಘದ ಜನ್ಮದಿನವಾಗುತ್ತದೆ. ಶೀಘ್ರದಲ್ಲೇ ಬರುವ ಭಾನುವಾರದ ಕಾನೂನಿನ ಸಮಯದಲ್ಲಿ, ಯೆರೊಬೋವನ ಹತ್ತು ಉತ್ತರ ಗೋತ್ರಗಳಿಂದ ಪ್ರತಿನಿಧಿಸಲ್ಪಟ್ಟಿರುವ ಆ ಹತ್ತು ರಾಜರು, ಪ್ರಕಟಣೆ ‘ಹದಿನೇಳು’ರಲ್ಲಿ ಹೇಳಿರುವಂತೆ, ಒಂದು ಘಂಟೆಯ ಕಾಲ ತಮ್ಮ ರಾಜ್ಯವನ್ನು ಮೃಗಕ್ಕೆ ಒಪ್ಪಿಸಲು ಒಪ್ಪಿಕೊಳ್ಳುತ್ತಾರೆ.</w:t>
      </w:r>
    </w:p>
    <w:p>
      <w:pPr>
        <w:pStyle w:val="ArticleScripture"/>
        <w:jc w:val="left"/>
      </w:pPr>
      <w:r>
        <w:rPr>
          <w:rFonts w:ascii="Nirmala UI" w:hAnsi="Nirmala UI" w:eastAsia="Nirmala UI" w:cs="Nirmala UI"/>
        </w:rPr>
        <w:t>ಯಾಕಂದರೆ ದೇವರು ತಮ್ಮ ಇಚ್ಛೆಯನ್ನು ನೆರವೇರಿಸುವದಕ್ಕೂ, ಒಂದೇ ಮನಸ್ಸಾಗಿರುವದಕ್ಕೂ, ದೇವರ ವಚನಗಳು ನೆರವೇರುವ ತನಕ ತಮ್ಮ ರಾಜ್ಯವನ್ನು ಮೃಗಕ್ಕೆ ಒಪ್ಪಿಸುವದಕ್ಕೂ ಅವರ ಹೃದಯಗಳಲ್ಲಿ ಇಟ್ಟಿದ್ದಾನೆ. ಪ್ರಕಟನೆ 17:17.</w:t>
      </w:r>
    </w:p>
    <w:p>
      <w:pPr>
        <w:pStyle w:val="ArticleBody"/>
        <w:jc w:val="left"/>
      </w:pPr>
      <w:r>
        <w:rPr>
          <w:rFonts w:ascii="Nirmala UI" w:hAnsi="Nirmala UI" w:eastAsia="Nirmala UI" w:cs="Nirmala UI"/>
        </w:rPr>
        <w:t>ನಾವು ಏಜೆಕಿಯೇಲನ ನಾಲ್ಕನೇ ಅಧ್ಯಾಯದ ಪ್ರವಾದನೆಯನ್ನು ಪರಿಗಣಿಸುವುದಕ್ಕೆ ಮುನ್ನ, ಏಜೆಕಿಯೇಲನು ನೇರವಾಗಿ ದಿನಾಂಕವನ್ನು ಗುರುತಿಸುವ ‘ಹದಿಮೂರು’ ಸಂದರ್ಭಗಳನ್ನು ಗುರುತಿಸೋಣ. ಆ ಹದಿಮೂರು ಮಾರ್ಗಚಿಹ್ನೆಗಳು ಸಾಮಾನ್ಯವಾಗಿ ಲೋಕ ಮತ್ತು ದೇವರ ಜನರ ನಡುವೆ ವಿಭಾಗವಾಗುತ್ತವೆ. ಐಗುಪ್ತದ ಮೂಲಕ ಪ್ರತಿನಿಧಿಸಲ್ಪಟ್ಟ ಲೋಕವನ್ನು ನೇರವಾದ ದಿನಾಂಕದೊಂದಿಗೆ ಆರು ಸಲ ನಿರೂಪಿಸಲಾಗಿದೆ, ತೂರನ್ನು ಒಂದು ಸಲ ಉದ್ದೇಶಿಸಿ ಹೇಳಲಾಗಿದೆ, ಮತ್ತು ಉಳಿದ ಆರು ಸಲಗಳಲ್ಲಿ ಯೆರೂಸಲೇಮೇ ವಿಷಯವಾಗಿದೆ. ಈ ಪುಸ್ತಕವು ಕ್ರಿ.ಪೂ. 592ರಲ್ಲಿ, ಹದಿನೇಳನೆಯ ಜೂಬಿಲಿ ಚಕ್ರದ ಮೂವತ್ತನೇ ವರ್ಷದಲ್ಲಿ ಆರಂಭವಾಗುತ್ತದೆ; ಮತ್ತು ಏಜೆಕಿಯೇಲನ ನಲವತ್ತನೇ ಅಧ್ಯಾಯದ ಮೊದಲನೇ ವಚನವು ಕ್ರಿ.ಪೂ. 573ರ ಅಕ್ಟೋಬರ್ 22 ಅನ್ನು ಆ ಚಕ್ರದ ಅಂತ್ಯವೆಂದು ಗುರುತಿಸುತ್ತದೆ. ಜೂಬಿಲಿ ಚಕ್ರವು 9/11ರಿಂದ ಶೀಘ್ರದಲ್ಲೇ ಬರಲಿರುವ ಸಂಡೇ ಕಾನೂನುವರೆಗೆ ಇರುವ ಒಂದು ಲಕ್ಷ ನಲವತ್ತುನಾಲ್ಕು ಸಾವಿರರ ಮುದ್ರೆಯಿಡುವ ಕಾಲವನ್ನು ಪ್ರತಿನಿಧಿಸುತ್ತದೆ; ಅದೇ ಇತಿಹಾಸದ ಒಂದು ಫ್ರಾಕ್ಟಲ್‌ನಲ್ಲಿ, ಅದು ಡಿಸೆಂಬರ್ 31, 2023ರಿಂದ ಶೀಘ್ರದಲ್ಲೇ ಬರಲಿರುವ ಸಂಡೇ ಕಾನೂನುವರೆಗೆ ಪ್ರತಿನಿಧಿಸಲ್ಪಟ್ಟಿದೆ. ಈ ಎರಡೂ ಅವಧಿಗಳು ಆಗಸ್ಟ್ 11, 1840ರಿಂದ ಅಕ್ಟೋಬರ್ 22, 1844ರವರೆಗೆ ಎಂಬುದರ ಮೂಲಕ ಪ್ರತಿರೂಪಿಸಲ್ಪಟ್ಟಿದ್ದವು.</w:t>
      </w:r>
    </w:p>
    <w:p>
      <w:pPr>
        <w:pStyle w:val="ArticleBody"/>
        <w:jc w:val="left"/>
      </w:pPr>
      <w:r>
        <w:rPr>
          <w:rFonts w:ascii="Nirmala UI" w:hAnsi="Nirmala UI" w:eastAsia="Nirmala UI" w:cs="Nirmala UI"/>
        </w:rPr>
        <w:t>1840ರ ಆಗಸ್ಟ್ 11ರಂದು, ಪ್ರಕಟನೆ ಹತ್ತರಲ್ಲಿ ಉಲ್ಲೇಖಿಸಲ್ಪಟ್ಟ ಬಲಿಷ್ಠ ದೂತನಾಗಿ ಇಳಿದು, ದೇವರ ಜನರು ತೆಗೆದುಕೊಂಡು ತಿನ್ನಬೇಕಾಗಿದ್ದ ಒಂದು ಚಿಕ್ಕ ಪುಸ್ತಕವನ್ನು ತಂದವನು ಯೇಸು ಕ್ರಿಸ್ತನೇ ಆಗಿದ್ದನು. ಅದೇ ದೂತನು ಮತ್ತೆ 9/11ರಂದು ಇಳಿದು, ಮುದ್ರಣಕಾಲದ ಆರಂಭವನ್ನು ಗುರುತಿಸಿದನು. ಅದೇ ದೂತನು 2023ರ ಡಿಸೆಂಬರ್ 31ರಂದು ಇಳಿದು, ಸದೋಮ್ ಮತ್ತು ಐಗುಪ್ತವೆಂಬ ಆ ಮಹಾನಗರದ ಬೀದಿಯಲ್ಲಿ ಕೊಲ್ಲಲ್ಪಟ್ಟಿದ್ದ ಇಬ್ಬರು ಸಾಕ್ಷಿಗಳನ್ನು ಪುನರುತ್ಥಾನಗೊಳಿಸಿದನು; ಅಲ್ಲಿಯೇ ಕರ್ತನೂ ಶಿಲುಬೆಗೆ ಹಾಕಲ್ಪಟ್ಟನು. ಆ ಇಳಿಯುವಿಕೆಯು ಮುದ್ರಣಕಾಲದ ಅಂತ್ಯಾವಧಿಯನ್ನು ಗುರುತಿಸಿತು. 2023ರ ಡಿಸೆಂಬರ್ 31ರಿಂದ ಭಾನುವಾರದ ಶಾಸನದವರೆಗೆ ಇರುವ ಭಿನ್ನಾಕಾರ ಅವಧಿಯೊಳಗೆ, ಯಾಜಕನಾದ ಯೆಹೆಜ್ಕೇಲನಿಗೆ ಪರಲೋಕದಲ್ಲಿರುವ ದೇವಾಲಯದ ದರ್ಶನವು ನೀಡಲ್ಪಡುತ್ತದೆ. ಆ ಸಮಯದಲ್ಲಿ ಅವನು ಮೂಕನಾಗಿಸಲ್ಪಟ್ಟು, ದೇವರು ಅವನಿಗೆ ಆಜ್ಞಾಪಿಸಿದಾಗ ಮಾತ್ರ ಮಾತನಾಡುತ್ತಾನೆ. ಅವನ ಈ ಸ್ಥಿತಿ, ಯೆರೂಸಲೇಮಿನ ನಾಶದಿಂದ ಪ್ರತಿನಿಧಿಸಲ್ಪಟ್ಟಿರುವ ಶೀಘ್ರವಾಗಿ ಬರಲಿರುವ ಭಾನುವಾರದ ಶಾಸನದವರೆಗೆ ಮುಂದುವರಿಯುತ್ತದೆ.</w:t>
      </w:r>
    </w:p>
    <w:p>
      <w:pPr>
        <w:pStyle w:val="ArticleBody"/>
        <w:jc w:val="left"/>
      </w:pPr>
      <w:r>
        <w:rPr>
          <w:rFonts w:ascii="Nirmala UI" w:hAnsi="Nirmala UI" w:eastAsia="Nirmala UI" w:cs="Nirmala UI"/>
        </w:rPr>
        <w:t>ಯೋಹಾನನ ವಿಷಯದಲ್ಲಿದ್ದಂತೆಯೇ, ಪ್ರಕಟನೆ ಹತ್ತರಲ್ಲಿ ಇಳಿದುಬರುವ ದೂತನ ಕೈಯಲ್ಲಿದ್ದ ಪುಸ್ತಕವನ್ನು ತೆಗೆದುಕೊಳ್ಳುವಂತೆ ಯೆಹೆಜ್ಕೇಲನಿಗೆ ಆಜ್ಞಾಪಿಸಲಾಯಿತು; ಹಾಗೆಯೇ ವಿಲಾಪ, ಶೋಕ ಮತ್ತು ಹಾಯ್‌ಗಳಿಂದ ತುಂಬಿದ ಗ್ರಂಥವನ್ನು ತಿನ್ನುವಂತೆ ಸಹ ಅವನಿಗೆ ಹೇಳಲಾಯಿತು.</w:t>
      </w:r>
    </w:p>
    <w:p>
      <w:pPr>
        <w:pStyle w:val="ArticleScripture"/>
        <w:jc w:val="left"/>
      </w:pPr>
      <w:r>
        <w:rPr>
          <w:rFonts w:ascii="Nirmala UI" w:hAnsi="Nirmala UI" w:eastAsia="Nirmala UI" w:cs="Nirmala UI"/>
        </w:rPr>
        <w:t>ಆದರೆ ನೀನು, ಮನುಷ್ಯಕುಮಾರನೇ, ನಾನು ನಿನಗೆ ಹೇಳುವುದನ್ನು ಕೇಳು; ಆ ದಂಗೆಗಾರ ಮನೆಯಂತೆಯೇ ನೀನು ದಂಗೆಗಾರನಾಗಬೇಡ; ನಿನ್ನ ಬಾಯಿಯನ್ನು ತೆರೆದು, ನಾನು ನಿನಗೆ ಕೊಡುವುದನ್ನು ತಿನ್ನು. ಆಗ ನಾನು ನೋಡಿದಾಗ, ಇಗೋ, ಒಂದು ಕೈ ನನ್ನ ಕಡೆಗೆ ಚಾಚಲ್ಪಟ್ಟಿತು; ಮತ್ತು, ಇಗೋ, ಅದರಲ್ಲಿ ಒಂದು ಗ್ರಂಥದ ಸುರುಳಿ ಇತ್ತು; ಆತನು ಅದನ್ನು ನನ್ನ ಮುಂದೆ ಹರಡಿದನು; ಅದು ಒಳಭಾಗದಲ್ಲಿಯೂ ಹೊರಭಾಗದಲ್ಲಿಯೂ ಬರೆಯಲ್ಪಟ್ಟಿತ್ತು; ಮತ್ತು ಅದರಲ್ಲಿ ವಿಲಾಪಗಳೂ, ಶೋಕವೂ, ಅಯ್ಯೋಕರವೂ ಬರೆಯಲ್ಪಟ್ಟಿದ್ದವು. ಯೆಹೆಜ್ಕೇಲನು 2:8–10.</w:t>
      </w:r>
    </w:p>
    <w:p>
      <w:pPr>
        <w:pStyle w:val="ArticleBody"/>
        <w:jc w:val="left"/>
      </w:pPr>
      <w:r>
        <w:rPr>
          <w:rFonts w:ascii="Nirmala UI" w:hAnsi="Nirmala UI" w:eastAsia="Nirmala UI" w:cs="Nirmala UI"/>
        </w:rPr>
        <w:t>ಈ ಸಂದೇಶವು ತ್ರಿವಿಧ ಸಂದೇಶವಾಗಿ ನಿರೂಪಿಸಲ್ಪಟ್ಟಿದ್ದು, ಅದರ ಮೂಲಕ ಪ್ರಕಟನೆ ಹದಿನಾಲ್ಕನೇ ಅಧ್ಯಾಯದಲ್ಲಿರುವ ಮೂವರು ದೂತರ ಸಂದೇಶವನ್ನು ಪ್ರತಿರೂಪಿಸುತ್ತದೆ. ಆದ್ದರಿಂದ, ಯೆಹೆಜ್ಕೇಲನು ಬರೆದ ಒಂಬತ್ತನೇ ಅಧ್ಯಾಯದಲ್ಲಿಯೂ ಪ್ರಕಟನೆ ಏಳನೇ ಅಧ್ಯಾಯದಲ್ಲಿಯೂ ಚಿತ್ರಿತವಾಗಿರುವಂತೆ, ಸಭೆಯ ಮತ್ತು ದೇಶದ ಪಾಪಕ್ಕಾಗಿ ವಿಲಪಿಸಿ ಶೋಕಿಸುವ ಯೆರೂಸಲೇಮಿನೊಳಗಿನವರನ್ನು ಮುದ್ರಿಸುವುದು ಮೂರನೆಯ ದೂತನ ಮುದ್ರೆಯ ಸಂದೇಶವೇ ಆಗಿದೆ.</w:t>
      </w:r>
    </w:p>
    <w:p>
      <w:pPr>
        <w:pStyle w:val="ArticleScripture"/>
        <w:jc w:val="left"/>
      </w:pPr>
      <w:r>
        <w:rPr>
          <w:rFonts w:ascii="Nirmala UI" w:hAnsi="Nirmala UI" w:eastAsia="Nirmala UI" w:cs="Nirmala UI"/>
        </w:rPr>
        <w:t>ಇಸ್ರಾಯೇಲಿನ ದೇವರ ಮಹಿಮೆ ತಾನು ಇರುವ ಕೆರೂಬನಿಂದ ಮೇಲಕ್ಕೆ ಏರಿ ಆ ಮನೆಯ ದ್ವಾರಪೀಠದ ಬಳಿಗೆ ಬಂದಿತು. ಆಗ ಆತನು ತನ್ನ ಪಕ್ಕದಲ್ಲಿ ಲೇಖಕನ ಮಸಿದಾಣಿಯನ್ನು ಹೊಂದಿದ್ದ ನಾರುಬಟ್ಟೆ ಧರಿಸಿದ ಆ ಮನುಷ್ಯನನ್ನು ಕರೆಯಿದನು; ಮತ್ತು ಯೆಹೋವನು ಅವನಿಗೆ ಹೇಳಿದನು: ನಗರದ ಮಧ್ಯದಲ್ಲಿ, ಅಂದರೆ ಯೆರೂಸಲೇಮಿನ ಮಧ್ಯದಲ್ಲಿ ಹಾದುಹೋಗಿ, ಅದರ ಮಧ್ಯದಲ್ಲಿ ನಡೆಯುವ ಸಕಲ ಅಸಹ್ಯಕೃತ್ಯಗಳ ನಿಮಿತ್ತ ನಿಟ್ಟುಸಿರು ಬಿಟ್ಟು ಅಳುವ ಮನುಷ್ಯರ ನೆತ್ತಿಗಳ ಮೇಲೆ ಒಂದು ಗುರುತನ್ನು ಹಾಕು. ಯೆಹೆಜ್ಕೇಲನು 9:3, 4.</w:t>
      </w:r>
    </w:p>
    <w:p>
      <w:pPr>
        <w:pStyle w:val="ArticleBody"/>
        <w:jc w:val="left"/>
      </w:pPr>
      <w:r>
        <w:rPr>
          <w:rFonts w:ascii="Nirmala UI" w:hAnsi="Nirmala UI" w:eastAsia="Nirmala UI" w:cs="Nirmala UI"/>
        </w:rPr>
        <w:t>ಮುದ್ರೆಯನ್ನು ಹೊಂದುವವರು ಸಭೆಯ ಪಾಪಗಳಿಗೂ ದೇಶದ ಪಾಪಗಳಿಗೂ ದುಃಖಿಸುತ್ತಿರುವವರು; ಮತ್ತು ಯೆಹೆಜ್ಕೇಲನ ಸಾಕ್ಷ್ಯವು ಸಭೆಯೂ ಲೋಕವೂ ಎನ್ನುವ ಸಂಕೇತಗಳಾದ ಯೆರೂಸಲೇಮಿನ ಮತ್ತು ಐಗುಪ್ತದ ಇತಿಹಾಸದ ಮೇಲೆ ನೇಯಲ್ಪಟ್ಟಿದೆ.</w:t>
      </w:r>
    </w:p>
    <w:p>
      <w:pPr>
        <w:pStyle w:val="ArticleScripture"/>
        <w:jc w:val="left"/>
      </w:pPr>
      <w:r>
        <w:rPr>
          <w:rFonts w:ascii="Nirmala UI" w:hAnsi="Nirmala UI" w:eastAsia="Nirmala UI" w:cs="Nirmala UI"/>
        </w:rPr>
        <w:t>“ದೈವಭಕ್ತಿಯ ಹುಳಿ ತನ್ನ ಶಕ್ತಿಯನ್ನು ಸಂಪೂರ್ಣವಾಗಿ ಕಳೆದುಕೊಂಡಿಲ್ಲ. ಸಭೆಗೆ ಅಪಾಯವೂ ಅವಸಾದವೂ ಅತ್ಯಧಿಕವಾಗಿರುವ ಸಮಯದಲ್ಲಿ, ಬೆಳಕಿನಲ್ಲಿ ನಿಂತಿರುವ ಆ ಚಿಕ್ಕ ಸಮೂಹವು ದೇಶದಲ್ಲಿ ನಡೆಯುತ್ತಿರುವ ಅಸಹ್ಯಕರ ಕೃತ್ಯಗಳಿಗಾಗಿ ನಿಟ್ಟುಸಿರು ಬಿಡುತ್ತಾ ಮೊರೆಯಿಡುತ್ತಿರುತ್ತದೆ. ಆದರೆ ವಿಶೇಷವಾಗಿ, ಸಭೆಯ ಸದಸ್ಯರು ಲೋಕದ ರೀತಿಯಂತೆ ನಡೆಯುತ್ತಿರುವುದರಿಂದ, ಅವರ ಪ್ರಾರ್ಥನೆಗಳು ಸಭೆಯ ಪರವಾಗಿ ಏರಿಬರುತ್ತವೆ. …</w:t>
      </w:r>
    </w:p>
    <w:p>
      <w:pPr>
        <w:pStyle w:val="ArticleScripture"/>
        <w:jc w:val="left"/>
      </w:pPr>
      <w:r>
        <w:rPr>
          <w:rFonts w:ascii="Nirmala UI" w:hAnsi="Nirmala UI" w:eastAsia="Nirmala UI" w:cs="Nirmala UI"/>
        </w:rPr>
        <w:t>“ಆಜ್ಞೆಯೇನಂದರೆ: ‘ನಗರದ ಮಧ್ಯದಲ್ಲಿ, ಯೆರೂಸಲೇಮಿನ ಮಧ್ಯದಲ್ಲಿ ಸಂಚರಿಸಿ, ಅದರ ಮಧ್ಯದಲ್ಲಿ ನಡೆಯುವ ಸಮಸ್ತ ಅಸಹ್ಯಕೃತ್ಯಗಳಿಗಾಗಿ ನಿಟ್ಟುಸಿರು ಬಿಡುವವರೂ ಅಳುವವರೂ ಆಗಿರುವ ಪುರುಷರ ನೆತ್ತಿಗಳ ಮೇಲೆ ಒಂದು ಗುರುತನ್ನು ಹಾಕು.’ ಈ ರೀತಿ ನಿಟ್ಟುಸಿರು ಬಿಡುವವರೂ ಅಳುವವರೂ ಜೀವವಾಕ್ಯಗಳನ್ನು ಪ್ರಕಟಿಸುತ್ತಿದ್ದರು; ಅವರು ಗದರಿಸುತ್ತಿದ್ದರು, ಸಲಹೆ ನೀಡುತ್ತಿದ್ದರು, ಮತ್ತು ವಿನವಿಸುತ್ತಿದ್ದರು. ದೇವರನ್ನು ಅವಮಾನಪಡಿಸುತ್ತಿದ್ದ ಕೆಲವರು ಪಶ್ಚಾತ್ತಾಪಪಟ್ಟು ತಮ್ಮ ಹೃದಯಗಳನ್ನು ಆತನ ಸನ್ನಿಧಿಯಲ್ಲಿ ತಗ್ಗಿಸಿಕೊಂಡರು. ಆದರೆ ಕರ್ತನ ಮಹಿಮೆಯು ಇಸ್ರಾಯೇಲಿನಿಂದ ದೂರವಾಗಿತ್ತು; ಅನೇಕರೂ ಇನ್ನೂ ಧರ್ಮದ ಬಾಹ್ಯರೂಪಗಳನ್ನು ಮುಂದುವರಿಸುತ್ತಿದ್ದರೂ, ಆತನ ಶಕ್ತಿಯೂ ಸನ್ನಿಧಿಯೂ ಅಲ್ಲಿ ಇರಲಿಲ್ಲ.” Testimonies, volume 5, 209, 210.</w:t>
      </w:r>
    </w:p>
    <w:p>
      <w:pPr>
        <w:pStyle w:val="ArticleBody"/>
        <w:jc w:val="left"/>
      </w:pPr>
      <w:r>
        <w:rPr>
          <w:rFonts w:ascii="Nirmala UI" w:hAnsi="Nirmala UI" w:eastAsia="Nirmala UI" w:cs="Nirmala UI"/>
        </w:rPr>
        <w:t>ವಿಲಾಪಗ್ರಂಥದ ಸಂದರ್ಭದಲ್ಲಿಯೂ, ಪ್ರಕಟನ ಗ್ರಂಥದ ಹದಿನಾಲ್ಕನೇ ಅಧ್ಯಾಯದಲ್ಲಿರುವ ಮೂರು ದೂತರ ಪ್ರತಿರೂಪಗಳಾಗಿ ವಿಲಾಪ ಮತ್ತು ಶೋಕವು ಕಾಣಿಸಿಕೊಳ್ಳುತ್ತವೆ; ಆ ವಿಲಾಪ ಮತ್ತು ಶೋಕವೇ ಮೊದಲನೆಯ ಮತ್ತು ಎರಡನೆಯ ದೂತರು, ಮತ್ತು ಮೂರನೆಯದು ಅಯ್ಯೋ ಎಂಬ ಸಂದೇಶವಾಗಿದ್ದು, ಪ್ರಕಟನ ಗ್ರಂಥದ ಏಳನೇ ಅಧ್ಯಾಯದಲ್ಲಿರುವ ತಡೆಯುವ ಕಾರ್ಯವನ್ನು ಮಾಡುವ ನಾಲ್ಕು ದೂತರಿಂದ ತಡೆಯಲ್ಪಟ್ಟು ನಿಯಂತ್ರಣದಲ್ಲಿ ಇರಿಸಲ್ಪಟ್ಟಿರುವ ಪೂರ್ವಗಾಳಿಯ ಪ್ರತೀಕವಾಗಿದೆ.</w:t>
      </w:r>
    </w:p>
    <w:p>
      <w:pPr>
        <w:pStyle w:val="ArticleHeading"/>
        <w:jc w:val="left"/>
      </w:pPr>
      <w:r>
        <w:rPr>
          <w:rFonts w:ascii="Nirmala UI" w:hAnsi="Nirmala UI" w:eastAsia="Nirmala UI" w:cs="Nirmala UI"/>
        </w:rPr>
        <w:t>ಈಜಿಪ್ಟ್</w:t>
      </w:r>
    </w:p>
    <w:p>
      <w:pPr>
        <w:pStyle w:val="ArticleBody"/>
        <w:jc w:val="left"/>
      </w:pPr>
      <w:r>
        <w:rPr>
          <w:rFonts w:ascii="Nirmala UI" w:hAnsi="Nirmala UI" w:eastAsia="Nirmala UI" w:cs="Nirmala UI"/>
        </w:rPr>
        <w:t>ಯೆಹೆಜ್ಕೇಲನ ಪುಸ್ತಕದಲ್ಲಿ ಹದಿಮೂರು ದಿನಾಂಕಗಳನ್ನು ಉಲ್ಲೇಖಿಸಲಾಗಿದೆ. ಈಜಿಪ್ಟ್‌ಗೆ ಸಂಬಂಧಿಸಿದ ದಿನಾಂಕಗಳ ಸಮೂಹದಲ್ಲಿನ ಮೊದಲನೆಯದು ಯೆಹೆಜ್ಕೇಲ 29:1 ಆಗಿದ್ದು, ಅದು ಕ್ರಿ.ಪೂ. 587ನೇ ವರ್ಷವನ್ನು ಸೂಚಿಸುತ್ತಿತ್ತು.</w:t>
      </w:r>
    </w:p>
    <w:p>
      <w:pPr>
        <w:pStyle w:val="ArticleScripture"/>
        <w:jc w:val="left"/>
      </w:pPr>
      <w:r>
        <w:rPr>
          <w:rFonts w:ascii="Nirmala UI" w:hAnsi="Nirmala UI" w:eastAsia="Nirmala UI" w:cs="Nirmala UI"/>
        </w:rPr>
        <w:t>ಹತ್ತನೆಯ ವರ್ಷದಲ್ಲಿ, ಹತ್ತನೆಯ ತಿಂಗಳಲ್ಲಿ, ತಿಂಗಳ ಹನ್ನೆರಡನೆಯ ದಿನದಲ್ಲಿ, ಯೆಹೋವನ ವಾಕ್ಯವು ನನಗೆ ಬಂದು ಹೀಗೆಂದಿತು: “ಮನುಷ್ಯಪುತ್ರನೇ, ಐಗುಪ್ತದ ಅರಸನಾದ ಫರೋಹನಿಗೆ ವಿರೋಧವಾಗಿ ನಿನ್ನ ಮುಖವನ್ನು ನೆಟ್ಟಗಿರಿಸಿ, ಅವನಿಗೂ ಸಮಸ್ತ ಐಗುಪ್ತಕ್ಕೂ ವಿರೋಧವಾಗಿ ಪ್ರವಾದಿಸು; ಮಾತಾಡಿ ಹೀಗೆ ಹೇಳು: ಕರ್ತನಾದ ಯೆಹೋವನು ಹೀಗೆ ಹೇಳುತ್ತಾನೆ: ಇಗೋ, ಐಗುಪ್ತದ ಅರಸನಾದ ಫರೋಹನೇ, ನಾನು ನಿನಗೆ ವಿರೋಧವಾಗಿದ್ದೇನೆ; ತನ್ನ ನದಿಗಳ ಮಧ್ಯದಲ್ಲಿ ಮಲಗಿರುವ ಮಹಾ ನಾಗನೇ, ‘ನನ್ನ ನದಿ ನನ್ನದೇ; ನಾನು ಅದನ್ನು ನನಗಾಗಿಯೇ ಉಂಟುಮಾಡಿದೆನು’ ಎಂದು ಹೇಳುವವನೇ.” ಯೆಹೆಜ್ಕೇಲನು 29:1–3.</w:t>
      </w:r>
    </w:p>
    <w:p>
      <w:pPr>
        <w:pStyle w:val="ArticleBody"/>
        <w:jc w:val="left"/>
      </w:pPr>
      <w:r>
        <w:rPr>
          <w:rFonts w:ascii="Nirmala UI" w:hAnsi="Nirmala UI" w:eastAsia="Nirmala UI" w:cs="Nirmala UI"/>
        </w:rPr>
        <w:t>ಕ್ರಿ.ಪೂ. 587 ಯೆರೂಸಲೇಮಿನ ವಿನಾಶಕ್ಕೆ ಒಂದೂವರೆ ವರ್ಷಗಳ ಮೊದಲು ಆರಂಭವಾದ ಮುತ್ತಿಗೆಯ ವರ್ಷದಾಗಿದೆ. ಆ ಸಮಯದಲ್ಲಿ ಯೆಹೆಜ್ಕೇಲನು ದೇವರು ಐಗುಪ್ತವನ್ನು ಉರುಳಿಸುವನು ಎಂದು ಪ್ರಕಟಿಸುತ್ತಾನೆ; ಮತ್ತು ಆ ಉರುಳಿಕೆ, ಐಗುಪ್ತದ ನಾಗರಹಾವಿನ ಮೇಲೆ ಭರವಸೆ ಇಟ್ಟಿದ್ದ ದೇವರ ಜನರ ಮೂರ್ಖತನವನ್ನು ಅವರಿಗೆ ಪ್ರದರ್ಶಿಸುವುದಾಗಿರುತ್ತದೆ. ಅಧ್ಯಾಯದ ಅಂತ್ಯದ ವೇಳೆಗೆ ಐಗುಪ್ತವು ಬಾಬಿಲೋನಿಗೆ ಒಪ್ಪಿಸಲ್ಪಡುವುದು ಎಂಬ ಘೋಷಣೆ ಮಾಡಲ್ಪಡುತ್ತದೆ; ಹೀಗೆ, ಬೈಬಲ್ ಪ್ರವಾದನೆಯಲ್ಲಿ ಉಲ್ಲೇಖಿಸಲ್ಪಟ್ಟ ಹತ್ತು ಅರಸರು ತಮ್ಮ ಏಳನೆಯ ರಾಜ್ಯವನ್ನು ಆಧುನಿಕ ಬಾಬಿಲೋನಿಗೆ—ಆ ಏಳರಿಂದ ಬಂದ ಎಂಟನೆಯ ರಾಜ್ಯಕ್ಕೆ—ಯಾವಾಗ ನೀಡುತ್ತಾರೆ ಎಂಬುದು ಗುರುತಿಸಲಾಗುತ್ತದೆ. ಆ ಪ್ರವಾದನೆ ಅಧ್ಯಾಯದ ಅಂತ್ಯದಲ್ಲಿ ನಿರೂಪಿಸಲ್ಪಟ್ಟಂತೆ ಹದಿನೇಳು ವರ್ಷಗಳ ನಂತರ, ಕ್ರಿ.ಪೂ. 571ರಲ್ಲಿ ನೆರವೇರಿತು. ಆದಕಾರಣ, ಅಧ್ಯಾಯ 29ರಲ್ಲಿ ಐಗುಪ್ತಕ್ಕೆ ಸಂಬಂಧಿಸಿದ ದಿನಾಂಕ ಸೂಚನೆಯ ಮೊದಲನೆಯ ಹಾಗೂ ಕೊನೆಯ ಉಲ್ಲೇಖವು ಅಡಕವಾಗಿದೆ.</w:t>
      </w:r>
    </w:p>
    <w:p>
      <w:pPr>
        <w:pStyle w:val="ArticleScripture"/>
        <w:jc w:val="left"/>
      </w:pPr>
      <w:r>
        <w:rPr>
          <w:rFonts w:ascii="Nirmala UI" w:hAnsi="Nirmala UI" w:eastAsia="Nirmala UI" w:cs="Nirmala UI"/>
        </w:rPr>
        <w:t>ಇಪ್ಪತ್ತೇಳನೆಯ ವರ್ಷದಲ್ಲಿ, ಮೊದಲನೆಯ ತಿಂಗಳಲ್ಲಿ, ತಿಂಗಳ ಮೊದಲನೆಯ ದಿನದಲ್ಲಿ, ಯೆಹೋವನ ವಾಕ್ಯವು ನನಗೆ ಬಂದಿತು, ಹೀಗೆಂದಿತು: ಮನುಷ್ಯಕುಮಾರನೇ, ಬಾಬೆಲಿನ ರಾಜನಾದ ನೆಬೂಕದ್ರೆಜ್ಜರನು ತೂರಿನ ವಿರುದ್ಧ ತನ್ನ ಸೈನ್ಯದಿಂದ ಮಹಾಸೇವೆಯನ್ನು ಮಾಡಿಸಿದನು; ಪ್ರತಿಯೊಬ್ಬರ ತಲೆ ಬೋಳಾಗಿಸಲ್ಪಟ್ಟಿತು, ಪ್ರತಿಯೊಬ್ಬರ ಭುಜದ ಚರ್ಮವು ಉರಿಯಲ್ಪಟ್ಟಿತು; ಆದರೂ ತೂರಿನ ವಿರುದ್ಧ ಮಾಡಿದ ಆ ಸೇವೆಗೆ ಅವನಿಗೂ ಅವನ ಸೈನ್ಯಕ್ಕೂ ಯಾವುದೇ ಕೂಲಿಯೂ ದೊರಕಲಿಲ್ಲ. ಆದದರಿಂದ ಕರ್ತನಾದ ಯೆಹೋವನು ಹೀಗೆ ಹೇಳುತ್ತಾನೆ: ಇಗೋ, ನಾನು ಐಗುಪ್ತ ದೇಶವನ್ನು ಬಾಬೆಲಿನ ರಾಜನಾದ ನೆಬೂಕದ್ರೆಜ್ಜರಿಗೆ ಕೊಡುವೆನು; ಅವನು ಅದರ ಬಹುಜನಸಮೂಹವನ್ನು ತೆಗೆದುಕೊಳ್ಳುವನು, ಅದರ ದೋಚಿದ ದ್ರವ್ಯವನ್ನು ತೆಗೆದುಕೊಳ್ಳುವನು, ಅದರ ಬೇಟೆಯನ್ನು ಕಸಿದುಕೊಳ್ಳುವನು; ಅದು ಅವನ ಸೈನ್ಯಕ್ಕೆ ಕೂಲಿಯಾಗುವುದು. ಅವನು ಅದರ ವಿರುದ್ಧ ಮಾಡಿದ ಸೇವೆಗೆ ಪ್ರತಿಫಲವಾಗಿ, ಅವರು ನನಗಾಗಿ ಕೆಲಸ ಮಾಡಿದದರಿಂದ, ನಾನು ಅವನಿಗೆ ಐಗುಪ್ತ ದೇಶವನ್ನು ಕೊಟ್ಟಿದ್ದೇನೆಂದು ಕರ್ತನಾದ ಯೆಹೋವನು ಹೇಳುತ್ತಾನೆ. ಆ ದಿನದಲ್ಲಿ ನಾನು ಇಸ್ರಾಯೇಲಿನ ಮನೆಯ ಕೊಂಬು ಮೊಳೆಯುವಂತೆ ಮಾಡುವೆನು, ಮತ್ತು ಅವರ ಮಧ್ಯದಲ್ಲಿ ನಿನಗೆ ಬಾಯಿತೆರೆಯುವಿಕೆಯನ್ನು ನೀಡುವೆನು; ಆಗ ನಾನು ಯೆಹೋವನೆಂದು ಅವರು ತಿಳಿದುಕೊಳ್ಳುವರು. ಯೆಹೆಜ್ಕೇಲನು 29:17–21.</w:t>
      </w:r>
    </w:p>
    <w:p>
      <w:pPr>
        <w:pStyle w:val="ArticleBody"/>
        <w:jc w:val="left"/>
      </w:pPr>
      <w:r>
        <w:rPr>
          <w:rFonts w:ascii="Nirmala UI" w:hAnsi="Nirmala UI" w:eastAsia="Nirmala UI" w:cs="Nirmala UI"/>
        </w:rPr>
        <w:t>ಇಪ್ಪತ್ತನೇ ವರ್ಷದ ಮೊದಲ ತಿಂಗಳ ಮೊದಲ ದಿನವೆಂಬುದು ಹದಿನೇಳನೇ ವಚನದ ದಿನಾಂಕವಾಗಿದ್ದು, ಇದು ಯೆಹೆಜ್ಕೇಲನಲ್ಲಿರುವ ಹದಿಮೂರು ದಿನಾಂಕಗಳಲ್ಲಿ ಕೊನೆಯ ದಿನಾಂಕವನ್ನು ಸೂಚಿಸುತ್ತದೆ; ಮತ್ತು ಇದು ಕ್ರಿ.ಪೂ. 573ರ ಅಕ್ಟೋಬರ್ 22ರ ನಂತರ ಬರುವ ಏಕೈಕ ದಿನಾಂಕವಾಗಿದೆ. ಇದು ದಾನಿಯೇಲ 11:42–43ರಲ್ಲಿ ಉತ್ತರದ ರಾಜನಿಗೆ ಈಜಿಪ್ಟ್ ನೀಡಲ್ಪಡುವ ಸಮಯವನ್ನೂ, ಹಾಗೆಯೇ ಏಳರಲ್ಲಿ ಒಂದಾಗಿರುವ ಎಂಟನೇ ರಾಜ್ಯಕ್ಕೆ ಹತ್ತು ರಾಜರು ತಮ್ಮ ಏಳನೇ ರಾಜ್ಯವನ್ನು ಒಪ್ಪಿಸುವ ಘಟ್ಟವನ್ನೂ ಸೂಚಿಸುತ್ತದೆ. ಇದು “ಇಸ್ರಾಯೇಲಿನ ಮನೆಯ ಕೊಂಬು” ಮೊಳಕೆಯೊಡೆಯುವಾಗ ನೆರವೇರುತ್ತದೆ. ಯೆಶಾಯನಲ್ಲಿ ಪೂರ್ವಗಾಳಿಯ ದಿನದಲ್ಲಿ ಇಸ್ರಾಯೇಲು ಮೊಳಕೆಯೊಡೆಯುತ್ತದೆ.</w:t>
      </w:r>
    </w:p>
    <w:p>
      <w:pPr>
        <w:pStyle w:val="ArticleScripture"/>
        <w:jc w:val="left"/>
      </w:pPr>
      <w:r>
        <w:rPr>
          <w:rFonts w:ascii="Nirmala UI" w:hAnsi="Nirmala UI" w:eastAsia="Nirmala UI" w:cs="Nirmala UI"/>
        </w:rPr>
        <w:t>ಯಾಕೋಬನಿಂದ ಉಗಮಿಸುವವರನ್ನು ಆತನು ಬೇರುಬಿಡುವಂತೆ ಮಾಡುವನು; ಇಸ್ರಾಯೇಲು ಪುಷ್ಪಿಸಿ ಮೊಗ್ಗು ಬಿಡುವದು, ಮತ್ತು ಲೋಕದ ಮುಖವನ್ನೆಲ್ಲ ಫಲದಿಂದ ತುಂಬಿಸುವದು. ಯೆಶಾಯ 27:8.</w:t>
      </w:r>
    </w:p>
    <w:p>
      <w:pPr>
        <w:pStyle w:val="ArticleBody"/>
        <w:jc w:val="left"/>
      </w:pPr>
      <w:r>
        <w:rPr>
          <w:rFonts w:ascii="Nirmala UI" w:hAnsi="Nirmala UI" w:eastAsia="Nirmala UI" w:cs="Nirmala UI"/>
        </w:rPr>
        <w:t>ಯೆಹೆಜ್ಕೇಲ 29:17 ನೆರವೇರಿದಾಗ, ಮತ್ತು ಶೀಘ್ರದಲ್ಲೇ ಬರುವ ಭಾನುವಾರದ ಕಾನೂನಿನಲ್ಲಿ ಈಜಿಪ್ಟಿನ ನಾಗನು ಪೋಪ್‌ಪದ್ಧತಿಯ ಮೃಗಕ್ಕೆ ಒಪ್ಪಿಸಲ್ಪಟ್ಟಾಗ, ನಂತರದ ಮಳೆಯು ಇಸ್ರಾಯೇಲನ ಮೇಲೆ ಮಿತಿಯಿಲ್ಲದೆ ಸುರಿಯಲ್ಪಡುವುದು. ಆ ಮಳೆಯು 9/11 ರಂದು ಸಿಂಪಡಿಸುವಿಕೆಯಾಗಿ ಆರಂಭವಾಯಿತು; ಇದು, ಕ್ರಿಸ್ತನು ತನ್ನ ಪುನರುತ್ಥಾನದ ನಂತರ ತನ್ನ ತಂದೆಯ ಬಳಿಗೆ ಏರಿಹೋದ ಮೇಲಾಗಿ ಮತ್ತೆ ಭೂಮಿಗೆ ಇಳಿದು, ತನ್ನ ಶಿಷ್ಯರ ಮೇಲೆ ಉಸಿರೆರೆದ ಘಟನೆಯ ಮೂಲಕ ಪ್ರತಿರೂಪಿಸಲ್ಪಟ್ಟಂತೆಯೇ ಆಗಿತ್ತು.</w:t>
      </w:r>
    </w:p>
    <w:p>
      <w:pPr>
        <w:pStyle w:val="ArticleScripture"/>
        <w:jc w:val="left"/>
      </w:pPr>
      <w:r>
        <w:rPr>
          <w:rFonts w:ascii="Nirmala UI" w:hAnsi="Nirmala UI" w:eastAsia="Nirmala UI" w:cs="Nirmala UI"/>
        </w:rPr>
        <w:t>“ಕ್ರಿಸ್ತನು ತನ್ನ ಶಿಷ್ಯರ ಮೇಲೆ ಪವಿತ್ರಾತ್ಮನನ್ನು ಊದುವುದೂ, ಅವರಿಗೆ ತನ್ನ ಸಮಾಧಾನವನ್ನು ನೀಡುವುದೂ, ಪೆಂತೆಕೊಸ್ತದ ದಿನದಲ್ಲಿ ನೀಡಲ್ಪಡಬೇಕಾಗಿದ್ದ ಸಮೃದ್ಧ ಮಳೆಯ ಮೊದಲು ಬೀಳುವ ಕೆಲವು ಹನಿಗಳಂತಿತ್ತು.” Spirit of Prophecy, volume 3, 243.</w:t>
      </w:r>
    </w:p>
    <w:p>
      <w:pPr>
        <w:pStyle w:val="ArticleBody"/>
        <w:jc w:val="left"/>
      </w:pPr>
      <w:r>
        <w:rPr>
          <w:rFonts w:ascii="Nirmala UI" w:hAnsi="Nirmala UI" w:eastAsia="Nirmala UI" w:cs="Nirmala UI"/>
        </w:rPr>
        <w:t>ಈಜಿಪ್ಟಿನ ಪತನದ ಕುರಿತು ಯೆಹೆಜ್ಕೇಲನ പ്രവಚನವು ಕ್ರಿ.ಪೂ. 587ರಲ್ಲಿ, ಆ ಮುತ್ತಿಗೆಯ ವರ್ಷದಂದು, ಪ್ರಕಟಿಸಲ್ಪಟ್ಟಿತು; ಮತ್ತು ‘ಹದಿನೇಳು’ ವರ್ಷಗಳ ನಂತರ ಆ പ്രവಚನವು ನೆರವೇರಿತು. ಅದು ‘ಹದಿನೇಳು’ ಎಂಬ ಸಂಖ್ಯೆಯಿಂದ ಪ್ರತಿನಿಧಿಸಲ್ಪಡುವ ಅವಧಿಯಲ್ಲಿ ನೆರವೇರುತ್ತದೆ; ಈ ಮೂಲಕ ದಾನಿಯೇಲನು ಹನ್ನೊಂದನೇ ಅಧ್ಯಾಯದ ನಲವತ್ತನೇ ವಚನದ ಗುಪ್ತ ಇತಿಹಾಸವನ್ನು ಪ್ರತಿನಿಧಿಸುತ್ತದೆ. ಅದು ಯೆಹೆಜ್ಕೇಲನ ಒಂಬತ್ತನೇ ಅಧ್ಯಾಯದಲ್ಲಿ ಚಿತ್ರಿಸಲ್ಪಟ್ಟಿರುವ ಒಂದು ಲಕ್ಷ ನಲವತ್ತ್ನಾಲ್ಕು ಸಾವಿರರ ಮುದ್ರಣಕಾಲದಲ್ಲಿ ನೆರವೇರಬೇಕಾಗಿದೆ. ಮುದ್ರಣಕಾಲದಲ್ಲಿ ಅನಂತರ ಮಳೆ ಸುರಿಯಲ್ಪಡುತ್ತದೆ—ಮೊದಲು 9/11 ರಂದು ಒಂದು ಚಿಮುಕುವಿಕೆಯಾಗಿ, ನಂತರ ಭಾನುವಾರದ ಕಾನೂನಿನ ಸಮಯದಲ್ಲಿ ಸಂಪೂರ್ಣ ಸುರಿಮಳೆಯಾಗಿ. ಅದು ಯೆಶಾಯನ ಪ್ರಕಾರ “ಪೂರ್ವಗಾಳಿಯ ದಿನದಲ್ಲಿ” ನೆರವೇರುತ್ತದೆ; ಮತ್ತು ಇಸ್ಲಾಂವೇ ಆ ಪೂರ್ವಗಾಳಿ, ಮತ್ತು ಇಸ್ಲಾಂವೇ ಮೂರನೆಯ “ಶಾಪ.” ಯೆಹೆಜ್ಕೇಲನಿಗೆ ತಿನ್ನಬೇಕೆಂದು ಹೇಳಲ್ಪಟ್ಟ ಸಂದೇಶವು ತ್ರಿವಿಧವಾದ ಸಂದೇಶವಾಗಿತ್ತು; ಅದರ ಮೂರನೆಯ ಭಾಗವು ಶಾಪದ ಸಂದೇಶವಾಗಿತ್ತು.</w:t>
      </w:r>
    </w:p>
    <w:p>
      <w:pPr>
        <w:pStyle w:val="ArticleBody"/>
        <w:jc w:val="left"/>
      </w:pPr>
      <w:r>
        <w:rPr>
          <w:rFonts w:ascii="Nirmala UI" w:hAnsi="Nirmala UI" w:eastAsia="Nirmala UI" w:cs="Nirmala UI"/>
        </w:rPr>
        <w:t>ಯೆಹೆಜ್ಕೇಲನ ಹದಿಮೂರು ದಿನಾಂಕಿತ ಸಂದೇಶಗಳು ಯೆರೂಸಲೇಮ್, ಈಜಿಪ್ಟ್ ಮತ್ತು ತೂರಿನ ಸಂಬಂಧದಲ್ಲಿ ಪ್ರಕಟಿಸಲ್ಪಟ್ಟವು. ಅವೆಲ್ಲವೂ “ಹದಿಮೂರು” ಎಂಬ ಸಂಖ್ಯೆಯಿಂದ ಪ್ರತಿನಿಧಿಸಲ್ಪಡುವ ಬಂಡಾಯವನ್ನೇ ಉದ್ದೇಶಿಸಿ ಹೇಳಲ್ಪಟ್ಟವು.</w:t>
      </w:r>
    </w:p>
    <w:p>
      <w:pPr>
        <w:pStyle w:val="ArticleBody"/>
        <w:jc w:val="left"/>
      </w:pPr>
      <w:r>
        <w:rPr>
          <w:rFonts w:ascii="Nirmala UI" w:hAnsi="Nirmala UI" w:eastAsia="Nirmala UI" w:cs="Nirmala UI"/>
        </w:rPr>
        <w:t>ಮುಂದಿನ ಲೇಖನದಲ್ಲಿ ನಾವು ಯೆಹೆಜ್ಕೇಲನ ಕಾಲನಿರ್ಣಯವನ್ನು ಮುಂದುವರಿಸಿ ಪರಿಗಣಿಸುವೆವು.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ನಲವತ್ತನೇ ವಚನದ ಗುಪ್ತ ಇತಿಹಾಸ - ಸಂಖ್ಯೆ ಇಪ್ಪತ್ತಾರು</dc:title>
  <dc:subject>ಯೆಹೆಜ್ಕೇಲ್ ಸಂಖ್ಯೆ ಏಳು</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