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ನಲವತ್ತನೆಯ ವಚನದ ಮರೆಯಾದ ಇತಿಹಾಸ - ಸಂಖ್ಯೆ ಇಪ್ಪತ್ತೊಂಬತ್ತು</w:t>
      </w:r>
    </w:p>
    <w:p>
      <w:pPr>
        <w:pStyle w:val="ArticleSubtitle"/>
        <w:jc w:val="left"/>
      </w:pPr>
      <w:r>
        <w:rPr>
          <w:rFonts w:ascii="Nirmala UI" w:hAnsi="Nirmala UI" w:eastAsia="Nirmala UI" w:cs="Nirmala UI"/>
        </w:rPr>
        <w:t>ಯೆಹೆಜ್ಕೇಲನು ಸಂಖ್ಯೆ ಹತ್ತು</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2026-08-31</w:t>
      </w:r>
    </w:p>
    <w:p>
      <w:pPr>
        <w:pStyle w:val="ArticleBody"/>
        <w:jc w:val="left"/>
      </w:pPr>
      <w:r>
        <w:rPr>
          <w:rFonts w:ascii="Nirmala UI" w:hAnsi="Nirmala UI" w:eastAsia="Nirmala UI" w:cs="Nirmala UI"/>
        </w:rPr>
        <w:t>ಯೆಹೆಜ್ಕೇಲಿನ ಪುಸ್ತಕದಲ್ಲಿ ಅನೇಕ ಅದ್ಭುತಕರ ಮತ್ತು ಮಹತ್ವಪೂರ್ಣವಾದ ಪ್ರವಾದನಾ ರೇಖೆಗಳು ಹಾಗೂ ಸತ್ಯಗಳು ಇವೆ. ದೇವಾಲಯದ ಒಳಗಿನ ಪ್ರವಾದಿಗಳ ಬೈಬಲಿನ ಚಿತ್ರಣಗಳಲ್ಲಿ, ಚಕ್ರಗಳೊಳಗಿನ ಚಕ್ರಗಳನ್ನು ಇತರರೆಲ್ಲರಿಗಿಂತಲೂ ಮಿಗಿಲಾಗಿ ಗುರುತಿಸುವವನು ಯೆಹೆಜ್ಕೇಲೇ. ಸಹೋದರಿ ವೈಟ್ ಅವರ ಪ್ರಕಾರ, ಆ ಚಕ್ರಗಳು ಮಾನವ ಕ್ರಿಯಾಶೀಲತೆಯ ಸಂಕೀರ್ಣ ಪರಸ್ಪರ ಕ್ರಿಯೆಯನ್ನು ಪ್ರತಿನಿಧಿಸುತ್ತವೆ; ಅದು ಉತ್ತರ ಮಳೆಯ ಕಾಲದಲ್ಲಿನ ಘಟನೆಗಳ ಕ್ರಮವನ್ನು ಚಿತ್ರಿಸುತ್ತದೆ. ಆ ಘಟನೆಗಳನ್ನು ಪ್ರವಾದಿಯೇ ಪ್ರವಾದನೆಯೊಂದರ ಭಾಗನಾಗಿ ಕ್ರಿಯಾತ್ಮಕ ರೂಪಕದಲ್ಲಿ ತೋರಿಸಿದನು; ಉದಾಹರಣೆಗೆ, ಯೆರೂಸಲೇಮಿನ ಮುತ್ತಿಗೆಯ ಕುರಿತು ನಾಲ್ಕನೇ ಅಧ್ಯಾಯದಲ್ಲಿರುವ ಚಿತ್ರಣದಲ್ಲಿ ಯೆಹೆಜ್ಕೇಲು ಮೊದಲು ತನ್ನ ಎಡಬದಿಯ ಮೇಲೂ ನಂತರ ಬಲಬದಿಯ ಮೇಲೂ ಮಲಗಿರುವಂತೆಯೇ. ಹಾಗೆಯೇ, ಯೆಹೆಜ್ಕೇಲನ ಇತಿಹಾಸವನ್ನು ರೂಪರೇಖೆಗೊಳಿಸುವ ಹದಿಮೂರು ನಿರ್ದಿಷ್ಟ ದಿನಾಂಕಗಳೂ ಇವೆ; ಮತ್ತು ಹಾಗೆ ಮಾಡುವುದರ ಮೂಲಕ, ಒಂದು ಲಕ್ಷ ನಲವತ್ತುನಾಲ್ಕು ಸಾವಿರ ಮಂದಿ ಮುದ್ರಿಸಲ್ಪಡುವ ಉತ್ತರ ಮಳೆಯ ಅವಧಿಯ ದಾರಿಚಿಹ್ನೆಗಳನ್ನೂ ಅವು ಒದಗಿಸುತ್ತವೆ. ದಿನಾಂಕಗಳ ಮೂಲಕ ಮಾತ್ರವಲ್ಲ, ಹದಿನೇಳು, ಹತ್ತೊಂಬತ್ತು, ಇಪ್ಪತ್ತೈದು, ಎಪ್ಪತ್ತು, ನಲವತ್ತು, ನಾಲ್ಕು ನೂರು ತೊಂಬತ್ತು ಮತ್ತು ನಿಸ್ಸಂದೇಹವಾಗಿ ಮೂವತ್ತು ಎಂಬ ಸಂಖ್ಯೆಗಳ ಮೂಲಕವೂ ಸತ್ಯಗಳು ಸಾರಲ್ಪಟ್ಟಿವೆ. ಯೆಹೆಜ್ಕೇಲಿನ ಪುಸ್ತಕದಲ್ಲಿನ ಬಹುಶಃ ಅತ್ಯಂತ ಪ್ರಮುಖ ಸಂಖ್ಯೆಯಾಗಿರುವ ಇನ್ನೊಂದು ಸಂಖ್ಯೆ ನೂರು ಐವತ್ತು. ಆದರೂ, ನೂರು ಐವತ್ತು ಎಂಬ ಸಂಖ್ಯೆ ಯೆಹೆಜ್ಕೇಲಿನ ಪುಸ್ತಕದಲ್ಲಿ ಕಾಣಿಸುವುದಿಲ್ಲ. ಆದಾಗ್ಯೂ, ಸಾಲಿನ ಮೇಲಿಗೆ ಸಾಲು—ಅದು ಅಲ್ಲಿ ಇದೆ.</w:t>
      </w:r>
    </w:p>
    <w:p>
      <w:pPr>
        <w:pStyle w:val="ArticleBody"/>
        <w:jc w:val="left"/>
      </w:pPr>
      <w:r>
        <w:rPr>
          <w:rFonts w:ascii="Nirmala UI" w:hAnsi="Nirmala UI" w:eastAsia="Nirmala UI" w:cs="Nirmala UI"/>
        </w:rPr>
        <w:t>ನೂರ ಐವತ್ತರ ಸಂಖ್ಯೆಯು ಮುತ್ತಿಗೆಯ ರೇಖೆಯೊಳಗೆ ಪ್ರವಾದನಾತ್ಮಕವಾಗಿ ಅಡಕವಾಗಿದೆ, ಮತ್ತು ಮುತ್ತಿಗೆಯು ಒಂದು ವಿಶಿಷ್ಟ ಪ್ರವಾದನಾತ್ಮಕ ರೇಖೆಯಾಗಿದೆ; ಅಥವಾ, ನೀವು ಬಯಸಿದರೆ, ಮುತ್ತಿಗೆಯು ಒಂದು ಚಕ್ರವಾಗಿದೆ. ಇತಿಹಾಸದ ಒಂದು ಪ್ರವಾದನಾತ್ಮಕ ರೇಖೆಯು ಸದಾ ಆಲ್ಫಾ ಮತ್ತು ಓಮೇಗಾವನ್ನು ಹೊಂದಿರುತ್ತದೆ; ಹೀಗೆ ಇರುವುದರಿಂದ, ಆಲ್ಫಾ ಮತ್ತು ಓಮೇಗಾದ ಲಕ್ಷಣಗಳು ಆ ರೇಖೆಯ ಆರಂಭದಲ್ಲಿಯೂ ಅಂತ್ಯದಲ್ಲಿಯೂ ಪ್ರತಿನಿಧಿಸಲ್ಪಡಲೇಬೇಕು, ಇಲ್ಲವಾದರೆ ಅದು ರೇಖೆಯೇ ಅಲ್ಲ. ಮುತ್ತಿಗೆಯ ಆಲ್ಫಾ ಘಟನೆ ಏಜೆಕಿಯೇಲನ ಹೆಂಡತಿಯ ಮರಣವಾಗಿತ್ತು, ಮತ್ತು ಮುತ್ತಿಗೆಯ ಅಂತ್ಯವು ಕ್ರಿಸ್ತನ ವಧುವಿನ ಮರಣವಾಗಿತ್ತು; ಅದು ಯೆರೂಸಲೇಮಿನ ನಾಶದ ಮೂಲಕ ಪ್ರತಿನಿಧಿಸಲ್ಪಟ್ಟಿತು.</w:t>
      </w:r>
    </w:p>
    <w:p>
      <w:pPr>
        <w:pStyle w:val="ArticleScripture"/>
        <w:jc w:val="left"/>
      </w:pPr>
      <w:r>
        <w:rPr>
          <w:rFonts w:ascii="Nirmala UI" w:hAnsi="Nirmala UI" w:eastAsia="Nirmala UI" w:cs="Nirmala UI"/>
        </w:rPr>
        <w:t>ಮತ್ತು ನಾನು ಯೋಹಾನನು ಪವಿತ್ರ ನಗರವಾದ ಹೊಸ ಯೆರೂಸಲೇಮನ್ನು ಪರಲೋಕದಿಂದ ದೇವರ ಬಳಿಯಿಂದ ಇಳಿದುಬರುತ್ತಿರುವುದಾಗಿ ಕಂಡೆನು; ಅದು ತನ್ನ ಗಂಡನಿಗಾಗಿ ಅಲಂಕರಿಸಲ್ಪಟ್ಟ ವಧುವಿನಂತೆ ಸಿದ್ಧವಾಗಿತ್ತು. ಆಗ ಪರಲೋಕದಿಂದ ಒಂದು ಮಹಾ ಧ್ವನಿಯು ಹೀಗೆ ಹೇಳುವುದನ್ನು ಕೇಳಿದೆನು: ಇಗೋ, ದೇವರ ಗುಡಾರವು ಮನುಷ್ಯರೊಂದಿಗೆ ಇದೆ; ಆತನು ಅವರೊಂದಿಗೇ ವಾಸಮಾಡುವನು; ಅವರು ಆತನ ಜನರಾಗಿರುವರು; ದೇವರೇ ಸ್ವತಃ ಅವರೊಂದಿಗಿದ್ದು ಅವರ ದೇವರಾಗಿರುವನು. ದೇವರು ಅವರ ಕಣ್ಣುಗಳಿಂದ ಎಲ್ಲಾ ಕಣ್ಣೀರನ್ನೂ ಒರೆಸಿಬಿಡುವನು; ಇನ್ನು ಮರಣವಿರುವುದಿಲ್ಲ; ಶೋಕವೂ ಇಲ್ಲ, ಅಳುವಿಕೆಯೂ ಇಲ್ಲ, ವೇದನೆಯೂ ಇನ್ನು ಇರುವುದಿಲ್ಲ; ಏಕೆಂದರೆ ಮೊದಲಿನವುಗಳೆಲ್ಲ ಕಳೆದುಹೋಗಿವೆ. ಆಗ ಸಿಂಹಾಸನದ ಮೇಲೆ ಕೂತಿದ್ದವನು ಹೇಳಿದನು: ಇಗೋ, ನಾನು ಎಲ್ಲವನ್ನೂ ಹೊಸದಾಗಿ ಮಾಡುತ್ತೇನೆ. ಇನ್ನೂ ಆತನು ನನಗೆ ಹೇಳಿದನು: ಬರೆ; ಏಕೆಂದರೆ ಈ ಮಾತುಗಳು ಸತ್ಯವೂ ನಂಬಿಗಸ್ತವೂ ಆಗಿವೆ. ಮತ್ತೂ ಆತನು ನನಗೆ ಹೇಳಿದನು: ಇದು ನೆರವೇರಿತು. ನಾನು ಆಲ್ಫಾ ಮತ್ತು ಓಮೇಗಾ, ಆದಿಯೂ ಅಂತ್ಯವೂ ಆಗಿದ್ದೇನೆ. ದಾಹಗೊಂಡವನಿಗೆ ಜೀವಜಲದ ಉಗಮದಿಂದ ಉಚಿತವಾಗಿ ಕುಡಿಯಲು ನೀಡುವೆನು. ಜಯಿಸುವವನು ಇವೆಲ್ಲವನ್ನೂ ಸ್ವಾಸ್ತ್ಯವಾಗಿ ಹೊಂದುವನು; ನಾನು ಅವನ ದೇವರಾಗಿರುವೆನು, ಅವನು ನನ್ನ ಮಗನಾಗಿರುವನು. ಆದರೆ ಹೆದರಿಕೆಯುಳ್ಳವರು, ನಂಬಿಕೆಯಿಲ್ಲದವರು, ಅಸಹ್ಯಕಾರ್ಯಗಳನ್ನು ಮಾಡುವವರು, ಕೊಲೆಗಾರರು, ವ್ಯಭಿಚಾರಿಗಳು, ಮಾಟಗಾರುಗಳು, ವಿಗ್ರಹಾರಾಧಕರು ಮತ್ತು ಎಲ್ಲಾ ಸುಳ್ಳುಗಾರರು ಬೆಂಕಿ ಮತ್ತು ಗಂಧಕದಿಂದ ಉರಿಯುವ ಸರೋವರದಲ್ಲಿ ತಮ್ಮ ಪಾಲನ್ನು ಹೊಂದುವರು; ಅದುವೇ ಎರಡನೆಯ ಮರಣ. ಆಗ ಏಳು ಅಂತಿಮ ವಿಪತ್ತುಗಳಿಂದ ತುಂಬಿದ್ದ ಏಳು ಪಾತ್ರೆಗಳನ್ನಿಟ್ಟಿದ್ದ ಏಳು ದೂತರಲ್ಲಿ ಒಬ್ಬನು ನನ್ನ ಬಳಿಗೆ ಬಂದು ನನ್ನೊಂದಿಗೆ ಮಾತಾಡಿ, ಹೀಗೆಂದನು: ಇಲ್ಲಿ ಬಾ; ಕುರಿಯ ಹೆಂಡತಿಯಾದ ವಧುವನ್ನು ನಿನಗೆ ತೋರಿಸುತ್ತೇನೆ. ಪ್ರಕಟನೆ 21:2–9.</w:t>
      </w:r>
    </w:p>
    <w:p>
      <w:pPr>
        <w:pStyle w:val="ArticleBody"/>
        <w:jc w:val="left"/>
      </w:pPr>
      <w:r>
        <w:rPr>
          <w:rFonts w:ascii="Nirmala UI" w:hAnsi="Nirmala UI" w:eastAsia="Nirmala UI" w:cs="Nirmala UI"/>
        </w:rPr>
        <w:t>ಆಕ್ರಮಣದ ಆರಂಭದಲ್ಲೇ ಏಜೆಕಿಯೇಲನ ಪತ್ನಿ ಸಾಯುತ್ತಾಳೆ; ಅಲ್ಲಿ ಅವಳನ್ನು ಏಜೆಕಿಯೇಲನ “ಕಣ್ಣಿನ ಆಸೆ” ಎಂದು ಗುರುತಿಸಲಾಗಿದೆ; ಮತ್ತು ಅದೇ ಅಧ್ಯಾಯದಲ್ಲಿ ವಿವರಿಸಲ್ಪಟ್ಟ ಯೆರೂಸಲೇಮಿನ ನಾಶನದಲ್ಲಿ, ಯೆರೂಸಲೇಮು ಇಸ್ರಾಯೇಲಿನ “ಕಣ್ಣಿನ ಆಸೆ” ಎಂದು ಗುರುತಿಸಲಾಗಿದೆ.</w:t>
      </w:r>
    </w:p>
    <w:p>
      <w:pPr>
        <w:pStyle w:val="ArticleScripture"/>
        <w:jc w:val="left"/>
      </w:pPr>
      <w:r>
        <w:rPr>
          <w:rFonts w:ascii="Nirmala UI" w:hAnsi="Nirmala UI" w:eastAsia="Nirmala UI" w:cs="Nirmala UI"/>
        </w:rPr>
        <w:t>ಮತ್ತೆ ಒಂಬತ್ತನೆಯ ವರ್ಷದ ಹತ್ತನೆಯ ತಿಂಗಳ ಹತ್ತನೆಯ ದಿನದಲ್ಲಿ ಯೆಹೋವನ ವಾಕ್ಯವು ನನಗೆ ಬಂದು ಹೀಗೆಂದಿತು, … ಮತ್ತೆ ಯೆಹೋವನ ವಾಕ್ಯವು ನನಗೆ ಬಂದು ಹೀಗೆಂದಿತು: ಮನುಷ್ಯಕುಮಾರನೇ, ಇಗೋ, ನಾನು ನಿನ್ನ ಕಣ್ಣಿನ ಆನಂದವನ್ನು ಒಂದೇ ಹೊಡೆತದಲ್ಲಿ ನಿನ್ನಿಂದ ತೆಗೆದುಹಾಕುವೆನು; ಆದರೂ ನೀನು ಶೋಕಿಸಬಾರದು, ಅಳಬಾರದು, ನಿನ್ನ ಕಣ್ಣೀರೂ ಸುರಿಯಬಾರದು. ಮೌನವಾಗಿ ನಿಟ್ಟುಸಿರು ಬಿಡು; ಸತ್ತವನಿಗೋಸ್ಕರ ಶೋಕ ಮಾಡಬೇಡ; ನಿನ್ನ ತಲೆಯ ಪಾಗೆಯನ್ನು ಕಟ್ಟಿಕೋ, ನಿನ್ನ ಕಾಲುಗಳಿಗೆ ಪಾದರಕ್ಷೆಗಳನ್ನು ಹಾಕಿಕೋ, ನಿನ್ನ ತುಟಿಗಳನ್ನು ಮುಚ್ಚಿಕೊಳ್ಳಬೇಡ, ಜನರ ಶೋಕದ ಆಹಾರವನ್ನು ತಿನ್ನಬೇಡ. ಹೀಗಾಗಿ ನಾನು ಬೆಳಿಗ್ಗೆ ಜನರೊಡನೆ ಮಾತಾಡಿದೆನು; ಸಂಜೆ ನನ್ನ ಹೆಂಡತಿ ಸತ್ತಳು; ಮತ್ತು ಬೆಳಿಗ್ಗೆ ನನಗೆ ಆಜ್ಞಾಪಿಸಲ್ಪಟ್ಟಂತೆ ನಾನು ಮಾಡಿದೆನು. ಆಗ ಜನರು ನನಗೆ, ನೀನು ಹೀಗೆ ಮಾಡುವುದರಿಂದ ಈ ಸಂಗತಿಗಳು ನಮಗೆ ಏನರ್ಥವೆಂದು ನಮಗೆ ಹೇಳುವುದಿಲ್ಲವೋ? ಎಂದು ಕೇಳಿದರು.</w:t>
      </w:r>
    </w:p>
    <w:p>
      <w:pPr>
        <w:pStyle w:val="ArticleScripture"/>
        <w:jc w:val="left"/>
      </w:pPr>
      <w:r>
        <w:rPr>
          <w:rFonts w:ascii="Nirmala UI" w:hAnsi="Nirmala UI" w:eastAsia="Nirmala UI" w:cs="Nirmala UI"/>
        </w:rPr>
        <w:t>ಆಗ ನಾನು ಅವರಿಗೆ ಉತ್ತರವಾಗಿ ಹೇಳಿದೆನು, “ಯೆಹೋವನ ವಾಕ್ಯವು ನನಗೆ ಬಂದು ಹೀಗೆಂದಿತು: ಇಸ್ರಾಯೇಲಿನ ಮನೆತನಕ್ಕೆ ಹೇಳು, ಕರ್ತನಾದ ಯೆಹೋವನು ಹೀಗೆ ಹೇಳುತ್ತಾನೆ: ಇಗೋ, ನಾನು ನನ್ನ ಪರಿಶುದ್ಧಸ್ಥಳವನ್ನು—ನಿಮ್ಮ ಬಲದ ಮಹಿಮೆಯನ್ನು, ನಿಮ್ಮ ಕಣ್ಣುಗಳ ಆಸೆಯನ್ನು, ನಿಮ್ಮ ಪ್ರಾಣವು ಕರುಣಿಸುವುದನ್ನು—ಅಪವಿತ್ರಗೊಳಿಸುವೆನು; ಮತ್ತು ನೀವು ಹಿಂದೆ ಬಿಟ್ಟುಬಂದ ನಿಮ್ಮ ಪುತ್ರರೂ ನಿಮ್ಮ ಪುತ್ರಿಯರೂ ಕತ್ತಿಯಿಂದ ಬೀಳುವರು. ನೀವು ನಾನು ಮಾಡಿದಂತೆಯೇ ಮಾಡುವಿರಿ: ನೀವು ತುಟಿಗಳನ್ನು ಮುಚ್ಚಿಕೊಳ್ಳಬಾರದು, ಮನುಷ್ಯರ ಅನ್ನವನ್ನು ತಿನ್ನಬಾರದು. ನಿಮ್ಮ ತಲೆಪಾಗೆಗಳು ನಿಮ್ಮ ತಲೆಯ ಮೇಲೆ ಇರಲಿ, ನಿಮ್ಮ ಪಾದರಕ್ಷೆಗಳು ನಿಮ್ಮ ಪಾದಗಳ ಮೇಲೆ ಇರಲಿ; ನೀವು ಶೋಕಿಸಬಾರದು, ಅಳಬಾರದು; ಆದರೆ ನಿಮ್ಮ ದೋಷಗಳ ನಿಮಿತ್ತ ಕ್ಷೀಣಿಸುತ್ತಾ, ಒಬ್ಬರ ಕಡೆಗೆ ಒಬ್ಬರು ಮೊರೆಯಿಡುವಿರಿ.”</w:t>
      </w:r>
    </w:p>
    <w:p>
      <w:pPr>
        <w:pStyle w:val="ArticleScripture"/>
        <w:jc w:val="left"/>
      </w:pPr>
      <w:r>
        <w:rPr>
          <w:rFonts w:ascii="Nirmala UI" w:hAnsi="Nirmala UI" w:eastAsia="Nirmala UI" w:cs="Nirmala UI"/>
        </w:rPr>
        <w:t>ಆದದರಿಂದ ಯೆಹೆಜ್ಕೇಲನು ನಿಮಗೆ ಒಂದು ಸೂಚಕನಾಗಿದ್ದಾನೆ; ಅವನು ಮಾಡಿದ ಎಲ್ಲದಕ್ಕೂ ಅನುಸಾರವಾಗಿ ನೀವು ಮಾಡುವಿರಿ; ಮತ್ತು ಇದು ಸಂಭವಿಸಿದಾಗ, ನಾನು ಕರ್ತನಾದ ದೇವರೆಂದು ನೀವು ತಿಳಿದುಕೊಳ್ಳುವಿರಿ. ಮತ್ತು, ಮಾನವಕುಮಾರನೇ, ನಾನು ಅವರಿಂದ ಅವರ ಬಲವನ್ನೂ, ಅವರ ಮಹಿಮೆಯ ಆನಂದವನ್ನೂ, ಅವರ ಕಣ್ಣುಗಳ ಆಸೆಯನ್ನೂ, ಅವರು ತಮ್ಮ ಮನಸ್ಸನ್ನು ಇಟ್ಟಿರುವುದನ್ನೂ, ಅವರ ಪುತ್ರರನ್ನೂ ಅವರ ಪುತ್ರಿಯರನ್ನೂ ತೆಗೆದುಹಾಕುವ ದಿನದಲ್ಲಿ, ಆ ದಿನದಲ್ಲಿ ತಪ್ಪಿಸಿಕೊಂಡವನು ನಿನ್ನ ಬಳಿಗೆ ಬಂದು, ಅದನ್ನು ನಿನ್ನ ಕಿವಿಗಳಿಂದ ಕೇಳಿಸುವದಿಲ್ಲವೋ? ಆ ದಿನದಲ್ಲಿ ತಪ್ಪಿಸಿಕೊಂಡವನಿಗೋಸ್ಕರ ನಿನ್ನ ಬಾಯಿ ತೆರೆಯಲ್ಪಡುವುದು; ಆಗ ನೀನು ಮಾತಾಡುವಿ, ಇನ್ನು ಮುಂದೆ ಮೂಕನಾಗಿರುವುದಿಲ್ಲ; ಮತ್ತು ನೀನು ಅವರಿಗೆ ಒಂದು ಸೂಚಕನಾಗಿರುವಿ; ಆಗ ನಾನು ಕರ್ತನೆಂದು ಅವರು ತಿಳಿದುಕೊಳ್ಳುವರು. ಯೆಹೆಜ್ಕೇಲ 24:1, 15–27.</w:t>
      </w:r>
    </w:p>
    <w:p>
      <w:pPr>
        <w:pStyle w:val="ArticleBody"/>
        <w:jc w:val="left"/>
      </w:pPr>
      <w:r>
        <w:rPr>
          <w:rFonts w:ascii="Nirmala UI" w:hAnsi="Nirmala UI" w:eastAsia="Nirmala UI" w:cs="Nirmala UI"/>
        </w:rPr>
        <w:t>ಮುತ್ತಿಗೆಯ ಆಲ್ಫಾ ಎಂದರೆ ಏಜೆಕಿಯೇಲನ ಆಶೆಯ ಮರಣ; ಅದರ ಓಮೇಗಾ ಎಂದರೆ ಇಸ್ರಾಯೇಲನ ಆಶೆಯ ಮರಣ.</w:t>
      </w:r>
    </w:p>
    <w:p>
      <w:pPr>
        <w:pStyle w:val="ArticleHeading"/>
        <w:jc w:val="left"/>
      </w:pPr>
      <w:r>
        <w:rPr>
          <w:rFonts w:ascii="Nirmala UI" w:hAnsi="Nirmala UI" w:eastAsia="Nirmala UI" w:cs="Nirmala UI"/>
        </w:rPr>
        <w:t>ಕೇಳುವರು, ಆದರೆ ಕೇಳುವುದಿಲ್ಲ</w:t>
      </w:r>
    </w:p>
    <w:p>
      <w:pPr>
        <w:pStyle w:val="ArticleBody"/>
        <w:jc w:val="left"/>
      </w:pPr>
      <w:r>
        <w:rPr>
          <w:rFonts w:ascii="Nirmala UI" w:hAnsi="Nirmala UI" w:eastAsia="Nirmala UI" w:cs="Nirmala UI"/>
        </w:rPr>
        <w:t>ಹಿರಿಯರು ಅಥವಾ ಜನರು ಯಾವುದೋ ರೀತಿಯಲ್ಲಿ ಯೆಹೆಜ್ಕೇಲನ ಮಾತುಗಳನ್ನು ಆಲಿಸುತ್ತಿರುವವರಾಗಿ ಚಿತ್ರಿಸಲ್ಪಟ್ಟಿರುವ ಐದು ಸಂದರ್ಭಗಳಿವೆ. ಯೆಹೆಜ್ಕೇಲನು 8:1ರಲ್ಲಿ, ಯೆಹೂದದ ಹಿರಿಯರು ಅವನ ಮುಂದೆ ಕುಳಿತುಕೊಳ್ಳುತ್ತಾರೆ. ಯೆಹೆಜ್ಕೇಲನು 14:1ರಲ್ಲಿ, ಹಿರಿಯರು ಬಂದು ಅವನ ಮುಂದೆ ಕುಳಿತುಕೊಳ್ಳುತ್ತಾರೆ. ಯೆಹೆಜ್ಕೇಲನು 20:1ರಲ್ಲಿ, ಇಸ್ರಾಯೇಲಿನ ಹಿರಿಯರು ಯೆಹೋವನನ್ನು ವಿಚಾರಿಸಲು ಬರುತ್ತಾರೆ. ಯೆಹೆಜ್ಕೇಲನು 37:18ರಲ್ಲಿ, ದೇವರು ಯೆಹೆಜ್ಕೇಲನಿಗೆ ಹೀಗೆ ಹೇಳುತ್ತಾನೆ: “ನಿನ್ನ ಜನರ ಮಕ್ಕಳು ನಿನಗೆ ಮಾತಾಡಿ, ‘ಇವುಗಳಿಂದ ನೀನು ಏನು ಉದ್ದೇಶಿಸುತ್ತೀಯೋ ನಮಗೆ ತೋರಿಸದೆ ಇರುವೆಯಾ?’ ಎಂದು ಹೇಳುವಾಗ.” ಇಪ್ಪತ್ತನಾಲ್ಕನೇ ಅಧ್ಯಾಯದಲ್ಲಿ ಜನರು ನೇರವಾಗಿ ಹೀಗೆ ಕೇಳುತ್ತಾರೆ: “ನೀನು ಹೀಗೆ ಮಾಡುವುದರಿಂದ, ಈ ಸಂಗತಿಗಳು ನಮಗೆ ಏನಾಗಿವೆ ಎಂದು ನಮಗೆ ಹೇಳದೆ ಇರುವೆಯಾ?” ಈ ಐದು ಸಂದರ್ಭಗಳ ಪ್ರತಿಯೊಂದರಲ್ಲಿಯೂ ಹಿರಿಯರು ಅಥವಾ ಜನರು ಲವೊದಿಕೇಯ ಸ್ಥಿತಿಯಲ್ಲಿದ್ದಾರೆ.</w:t>
      </w:r>
    </w:p>
    <w:p>
      <w:pPr>
        <w:pStyle w:val="ArticleScripture"/>
        <w:jc w:val="left"/>
      </w:pPr>
      <w:r>
        <w:rPr>
          <w:rFonts w:ascii="Nirmala UI" w:hAnsi="Nirmala UI" w:eastAsia="Nirmala UI" w:cs="Nirmala UI"/>
        </w:rPr>
        <w:t>ಆಗ ಆತನು ಹೇಳಿದನು: ಹೋಗಿ, ಈ ಜನರಿಗೆ ಹೇಳು, ನೀವು ನಿಜವಾಗಿಯೂ ಕೇಳುವಿರಿ, ಆದರೆ ಗ್ರಹಿಸದೆ ಇರುವಿರಿ; ನೀವು ನಿಜವಾಗಿಯೂ ನೋಡುವಿರಿ, ಆದರೆ ಅರಿಯದೆ ಇರುವಿರಿ. ಈ ಜನರ ಹೃದಯವನ್ನು ಮೋಟಾಗಿಸು, ಅವರ ಕಿವಿಗಳನ್ನು ಭಾರವಾಗಿಸು, ಮತ್ತು ಅವರ ಕಣ್ಣುಗಳನ್ನು ಮುಚ್ಚು; ಇಲ್ಲದಿದ್ದರೆ ಅವರು ತಮ್ಮ ಕಣ್ಣುಗಳಿಂದ ನೋಡಿ, ತಮ್ಮ ಕಿವಿಗಳಿಂದ ಕೇಳಿ, ತಮ್ಮ ಹೃದಯದಿಂದ ಗ್ರಹಿಸಿ, ಮನಾಂತರಗೊಂಡು, ಸ್ವಸ್ಥರಾಗುವರು. ಯೆಶಾಯ 6:9, 10.</w:t>
      </w:r>
    </w:p>
    <w:p>
      <w:pPr>
        <w:pStyle w:val="ArticleBody"/>
        <w:jc w:val="left"/>
      </w:pPr>
      <w:r>
        <w:rPr>
          <w:rFonts w:ascii="Nirmala UI" w:hAnsi="Nirmala UI" w:eastAsia="Nirmala UI" w:cs="Nirmala UI"/>
        </w:rPr>
        <w:t>ಕೇಳುತ್ತಾ ಇದ್ದರೂ ಕೇಳದವರ ಐದು ಚಿತ್ರಣಗಳು, ಮತ್ತು ನೋಡುತ್ತಾ ಇದ್ದರೂ ನೋಡದವರ ಐದು ಚಿತ್ರಣಗಳು, ಯೆಶಾಯನ ಸಾಕ್ಷಿಯಲ್ಲಿ ನೋಡಲು ಮತ್ತು ಕೇಳಲು ನಿರಾಕರಿಸುವವರ ಐದು ಹಂತಗಳಿಗೆ ಹೊಂದಿಕೆಯಾಗುತ್ತವೆ.</w:t>
      </w:r>
    </w:p>
    <w:p>
      <w:pPr>
        <w:pStyle w:val="ArticleScripture"/>
        <w:jc w:val="left"/>
      </w:pPr>
      <w:r>
        <w:rPr>
          <w:rFonts w:ascii="Nirmala UI" w:hAnsi="Nirmala UI" w:eastAsia="Nirmala UI" w:cs="Nirmala UI"/>
        </w:rPr>
        <w:t>ಆದರೆ ಯೆಹೋವನ ವಾಕ್ಯವು ಅವರಿಗೆ ಆಜ್ಞೆಯ ಮೇಲೆ ಆಜ್ಞೆ, ಆಜ್ಞೆಯ ಮೇಲೆ ಆಜ್ಞೆ; ಸಾಲಿನ ಮೇಲೆ ಸಾಲು, ಸಾಲಿನ ಮೇಲೆ ಸಾಲು; ಇಲ್ಲಿ ಸ್ವಲ್ಪ, ಅಲ್ಲಿ ಸ್ವಲ್ಪವಾಗಿತ್ತು; ಅವರು ಹೋಗಿ ಹಿಂದಕ್ಕೆ ಬಿದ್ದು, ಮುರಿಯಲ್ಪಟ್ಟು, ಉರಿಯಲ್ಲಿ ಸಿಕ್ಕಿ, ಹಿಡಿಯಲ್ಪಡುವಂತೆ. ಯೆಶಾಯ 28:13.</w:t>
      </w:r>
    </w:p>
    <w:p>
      <w:pPr>
        <w:pStyle w:val="ArticleScripture"/>
        <w:jc w:val="left"/>
      </w:pPr>
      <w:r>
        <w:rPr>
          <w:rFonts w:ascii="Nirmala UI" w:hAnsi="Nirmala UI" w:eastAsia="Nirmala UI" w:cs="Nirmala UI"/>
        </w:rPr>
        <w:t>ಅವರಲ್ಲಿ ಅನೇಕರೂ ತಡಬಡಿದು ಬೀಳುವರು, ಮುರಿಯಲ್ಪಡುವರು, ಉರಿಗೆ ಸಿಕ್ಕಿಕೊಳ್ಳುವರು, ಮತ್ತು ಹಿಡಿಯಲ್ಪಡುವರು. ಯೆಶಾಯ 8:15.</w:t>
      </w:r>
    </w:p>
    <w:p>
      <w:pPr>
        <w:pStyle w:val="ArticleHeading"/>
        <w:jc w:val="left"/>
      </w:pPr>
      <w:r>
        <w:rPr>
          <w:rFonts w:ascii="Nirmala UI" w:hAnsi="Nirmala UI" w:eastAsia="Nirmala UI" w:cs="Nirmala UI"/>
        </w:rPr>
        <w:t>ಚಿಹ್ನೆಗಳು</w:t>
      </w:r>
    </w:p>
    <w:p>
      <w:pPr>
        <w:pStyle w:val="ArticleBody"/>
        <w:jc w:val="left"/>
      </w:pPr>
      <w:r>
        <w:rPr>
          <w:rFonts w:ascii="Nirmala UI" w:hAnsi="Nirmala UI" w:eastAsia="Nirmala UI" w:cs="Nirmala UI"/>
        </w:rPr>
        <w:t>ಯೆಹೆಜ್ಕೇಲನು ಇಪ್ಪತ್ತುನಾಲ್ಕನೇ ಅಧ್ಯಾಯದಲ್ಲಿ, ಮುತ್ತಿಗೆಯಿಂದ ಆರಂಭವಾಗುವ ಅವಧಿಯೂ ಯೆಹೆಜ್ಕೇಲನ ಹೆಂಡತಿಯ ಮರಣವೂ—ಅವನ ಕಣ್ಣಿನ ಆಕಾಂಕ್ಷೆ—ಇಸ್ರಾಯೇಲಿನ ಕಣ್ಣಿನ ಆಕಾಂಕ್ಷೆಯಾದ ಯೆರೂಸಲೇಮಿನ ಮರಣದಲ್ಲಿ ಅಂತ್ಯಗೊಳ್ಳುತ್ತದೆ. ಒಂದು ವರ್ಷಾರ್ಧದ ಮುತ್ತಿಗೆಯು ಆಲ್ಫಾ ಮತ್ತು ಓಮೇಗಾದ ಸಹಿಯನ್ನು ಒಳಗೊಂಡಿದ್ದು, ಆ ಅವಧಿಯು ಒಂದು ಚಿಹ್ನೆಯಿಂದ ಆರಂಭವಾಗಿ ಒಂದು ಚಿಹ್ನೆಯಿಂದಲೇ ಅಂತ್ಯಗೊಳ್ಳುತ್ತದೆ. ಯೆಹೆಜ್ಕೇಲನು ಇಪ್ಪತ್ತುನಾಲ್ಕರಲ್ಲಿ ಇರುವಂತೆ, ಯೇಸುವು ಮತ್ತಾಯ ಇಪ್ಪತ್ತುನಾಲ್ಕರಲ್ಲಿ ಮುತ್ತಿಗೆಯ ಚಿಹ್ನೆಯನ್ನು ಗುರುತಿಸುತ್ತಾನೆ.</w:t>
      </w:r>
    </w:p>
    <w:p>
      <w:pPr>
        <w:pStyle w:val="ArticleScripture"/>
        <w:jc w:val="left"/>
      </w:pPr>
      <w:r>
        <w:rPr>
          <w:rFonts w:ascii="Nirmala UI" w:hAnsi="Nirmala UI" w:eastAsia="Nirmala UI" w:cs="Nirmala UI"/>
        </w:rPr>
        <w:t>“ಕ್ರಿಸ್ತನ ವಚನಗಳು ಬಹುಜನರ ಸಮ್ಮುಖದಲ್ಲಿ ಉಚ್ಚರಿಸಲ್ಪಟ್ಟಿದ್ದವು; ಆದರೆ ಆತನು ಒಬ್ಬರೇ ಇದ್ದಾಗ, ಪೇತ್ರ, ಯೋಹಾನ, ಯಾಕೋಬ ಮತ್ತು ಅಂದ್ರೆಯನು ಒಲಿವೇತ ಪರ್ವತದ ಮೇಲೆ ಆತನು ಕುಳಿತಿದ್ದ ಸ್ಥಳಕ್ಕೆ ಬಂದು, ‘ನಮಗೆ ಹೇಳು,’ ಎಂದು ಕೇಳಿದರು, ‘ಈ ಸಂಗತಿಗಳು ಯಾವಾಗ ಸಂಭವಿಸುವವು? ನಿನ್ನ ಆಗಮನದ ಗುರುತು ಯಾವುದು? ಮತ್ತು ಲೋಕಾಂತ್ಯದ ಗುರುತು ಯಾವುದು?’ ಯೇಸು ತನ್ನ ಶಿಷ್ಯರಿಗೆ ಯೆರೂಸಲೇಮಿನ ನಾಶವನ್ನೂ ತನ್ನ ಆಗಮನದ ಮಹಾದಿನವನ್ನೂ ಪ್ರತ್ಯೇಕವಾಗಿ ತೆಗೆದುಕೊಂಡು ಉತ್ತರಿಸಲಿಲ್ಲ. ಈ ಎರಡೂ ಘಟನೆಗಳ ವಿವರಣೆಯನ್ನು ಆತನು ಒಟ್ಟಾಗಿ ಹೆಣೆದನು. ಆತನು ತಾನು ಕಂಡಂತೆ ಭವಿಷ್ಯದ ಘಟನೆಗಳನ್ನು ತನ್ನ ಶಿಷ್ಯರಿಗೆ ತೆರೆದಿಟ್ಟಿದ್ದರೆ, ಅವರು ಆ ದೃಶ್ಯವನ್ನು ತಾಳಲಾರದವರಾಗಿದ್ದರು. ಅವರ ಮೇಲಿನ ಕರುಣೆಯಿಂದ, ಆ ಎರಡು ಮಹಾಸಂಕಟಗಳ ವಿವರಣೆಯನ್ನು ಆತನು ಒಂದಾಗಿ ಮಿಶ್ರಗೊಳಿಸಿ, ಅದರ ಅರ್ಥವನ್ನು ಶಿಷ್ಯರು ತಾವೇ ಪರಿಶೀಲಿಸಿ ಗ್ರಹಿಸಿಕೊಳ್ಳುವಂತೆ ಬಿಟ್ಟನು. ಯೆರೂಸಲೇಮಿನ ನಾಶವನ್ನು ಕುರಿತು ಆತನು ಉಲ್ಲೇಖಿಸಿದಾಗ, ಆತನ ಪ್ರವಾದನಾತ್ಮಕ ವಚನಗಳು ಆ ಘಟನೆಯನ್ನು ಮೀರಿ, ಕರ್ತನು ಲೋಕದ ದುರಾಚಾರಕ್ಕಾಗಿ ಅದನ್ನು ದಂಡಿಸಲು ತನ್ನ ಸ್ಥಾನದಿಂದ ಎದ್ದು ಬರುವ ದಿನದ ಅಂತಿಮ ದಹನದವರೆಗೆ ತಲುಪಿದವು; ಆಗ ಭೂಮಿಯು ತನ್ನ ರಕ್ತಪಾತವನ್ನು ಬಹಿರಂಗಪಡಿಸುವುದು, ಮತ್ತು ತನ್ನ ಹತರಾದವರನ್ನು ಇನ್ನುಮುಂದೆ ಮುಚ್ಚಿಡುವುದಿಲ್ಲ. ಈ ಸಂಪೂರ್ಣ ಉಪದೇಶವು ಶಿಷ್ಯರಿಗಷ್ಟೇ ಅಲ್ಲ, ಈ ಭೂಮಿಯ ಇತಿಹಾಸದ ಅಂತಿಮ ದೃಶ್ಯಗಳಲ್ಲಿ ಜೀವಿಸುವವರಿಗಾಗಿಯೂ ನೀಡಲ್ಪಟ್ಟಿತು.”</w:t>
      </w:r>
    </w:p>
    <w:p>
      <w:pPr>
        <w:pStyle w:val="ArticleScripture"/>
        <w:jc w:val="left"/>
      </w:pPr>
      <w:r>
        <w:rPr>
          <w:rFonts w:ascii="Nirmala UI" w:hAnsi="Nirmala UI" w:eastAsia="Nirmala UI" w:cs="Nirmala UI"/>
        </w:rPr>
        <w:t>ಶಿಷ್ಯರ ಕಡೆಗೆ ತಿರುಗಿ, ಕ್ರಿಸ್ತನು ಹೇಳಿದನು: “ಯಾರೂ ನಿಮ್ಮನ್ನು ಮೋಸಗೊಳಿಸದಂತೆ ಎಚ್ಚರವಾಗಿರಿ. ಏಕೆಂದರೆ ಅನೇಕರೂ ನನ್ನ ಹೆಸರಿನಲ್ಲಿ ಬಂದು, ‘ನಾನೇ ಕ್ರಿಸ್ತನು’ ಎಂದು ಹೇಳಿ, ಅನೇಕರನ್ನು ಮೋಸಗೊಳಿಸುವರು.” ಅನೇಕ ಸುಳ್ಳು ಮೆಸ್ಸಿಯರು ಪ್ರತ್ಯಕ್ಷವಾಗಿ, ತಾವು ಅದ್ಭುತಗಳನ್ನು ಕಾರ್ಯಗೊಳಿಸುತ್ತೇವೆಂದು ಹಕ್ಕು ಹೇಳಿ, ಯೆಹೂದ್ಯ ಜನಾಂಗದ ವಿಮೋಚನೆಯ ಕಾಲವು ಬಂದಿದೆ ಎಂದು ಘೋಷಿಸುವರು. ಇವರು ಅನೇಕರನ್ನು ದಾರಿತಪ್ಪಿಸುವರು. ಕ್ರಿಸ್ತನ ಈ ವಾಕ್ಯಗಳು ನೆರವೇರಿದವು. ಆತನ ಮರಣ ಮತ್ತು ಯೆರೂಸಲೇಮಿನ ಮುತ್ತಿಗೆಯ ನಡುವಿನ ಅವಧಿಯಲ್ಲಿ ಅನೇಕ ಸುಳ್ಳು ಮೆಸ್ಸಿಯರು ಪ್ರತ್ಯಕ್ಷರಾದರು. ಆದರೆ ಈ ಎಚ್ಚರಿಕೆ ಲೋಕದ ಈ ಯುಗದಲ್ಲಿ ಜೀವಿಸುವವರಿಗೆ ಸಹ ಕೊಡಲ್ಪಟ್ಟಿತು. ಯೆರೂಸಲೇಮಿನ ನಾಶಕ್ಕಿಂತ ಮುಂಚೆ ಅನುಸರಿಸಲ್ಪಟ್ಟ ಅದೇ ವಂಚನೆಗಳು ಯುಗಯುಗಾಂತರಗಳಿಂದ ಅನುಸರಿಸಲ್ಪಟ್ಟಿವೆ, ಮತ್ತು ಮತ್ತೆ ಅನುಸರಿಸಲ್ಪಡುವವು.</w:t>
      </w:r>
    </w:p>
    <w:p>
      <w:pPr>
        <w:pStyle w:val="ArticleScripture"/>
        <w:jc w:val="left"/>
      </w:pPr>
      <w:r>
        <w:rPr>
          <w:rFonts w:ascii="Nirmala UI" w:hAnsi="Nirmala UI" w:eastAsia="Nirmala UI" w:cs="Nirmala UI"/>
        </w:rPr>
        <w:t>“‘ನೀವು ಯುದ್ಧಗಳನ್ನೂ ಯುದ್ಧಗಳ ಸುದ್ದಿಗಳನ್ನೂ ಕೇಳುವಿರಿ; ನೀವು ಕಲಕದಂತೆ ನೋಡಿಕೊಳ್ಳಿರಿ; ಯಾಕಂದರೆ ಇವೆಲ್ಲವೂ ಸಂಭವಿಸಲೇಬೇಕು; ಆದರೆ ಅಂತ್ಯವು ಇನ್ನೂ ಬಂದಿಲ್ಲ.’ ಯೆರೂಸಲೇಮಿನ ನಾಶಕ್ಕೆ ಮುನ್ನ, ಮನುಷ್ಯರು ಪರಮಾಧಿಕಾರಕ್ಕಾಗಿ ಹೋರಾಡುತ್ತಿದ್ದರು. ಚಕ್ರವರ್ತಿಗಳನ್ನು ಕೊಲ್ಲಲಾಯಿತು. ಸಿಂಹಾಸನದ ಪಕ್ಕದಲ್ಲಿ ನಿಲ್ಲುವವರಾಗಿ ಪರಿಗಣಿಸಲ್ಪಟ್ಟವರೂ ಹತ್ಯೆಗೆ ಗುರಿಯಾದರು. ಯುದ್ಧಗಳೂ ಯುದ್ಧಗಳ ಸುದ್ದಿಗಳೂ ಇದ್ದುವು. ‘ಇವೆಲ್ಲವೂ ಸಂಭವಿಸಲೇಬೇಕು,’ ಎಂದು ಕ್ರಿಸ್ತನು ಹೇಳಿದರು, ‘ಆದರೆ ಅಂತ್ಯವು [ಒಂದು ಜನಾಂಗವಾಗಿ ಯೆಹೂದ್ಯರ ಜನಾಂಗದ ಅಂತ್ಯವು] ಇನ್ನೂ ಬಂದಿಲ್ಲ. ಯಾಕಂದರೆ ಜನಾಂಗವು ಜನಾಂಗದ ವಿರುದ್ಧವೂ, ರಾಜ್ಯವು ರಾಜ್ಯದ ವಿರುದ್ಧವೂ ಏಳುವುದು; ವಿವಿಧ ಸ್ಥಳಗಳಲ್ಲಿ ದುರಭಿಕ್ಷಗಳೂ, ಮಾರಿಗಳೂ, ಭೂಕಂಪಗಳೂ ಉಂಟಾಗುವವು. ಇವೆಲ್ಲವೂ ವೇದನೆಗಳ ಪ್ರಾರಂಭವಾಗಿವೆ.’ ಕ್ರಿಸ್ತನು ಹೇಳಿದರು, ಈ ಸೂಚನೆಗಳನ್ನು ರಬ್ಬಿಗಳು ಕಂಡಾಗ, ಅವುಗಳನ್ನು ತನ್ನ ಆರಿಸಿಕೊಳ್ಳಲಾದ ಜನರನ್ನು ಬಂಧನದಲ್ಲಿ ಇಟ್ಟಿರುವ ಜನಾಂಗಗಳ ಮೇಲೆ ದೇವರು ತೀರ್ಪು ತೀರಿಸುತ್ತಿರುವ ನ್ಯಾಯತೀರ್ಪುಗಳೆಂದು ಅವರು ಘೋಷಿಸುವರು. ಈ ಸೂಚನೆಗಳು ಮೆಸ್ಸೀಯನ ಆಗಮನದ ಸಂಕೇತವೆಂದು ಅವರು ಪ್ರಕಟಿಸುವರು. ಮೋಸಹೋಗಬೇಡಿರಿ; ಇವು ಆತನ ನ್ಯಾಯತೀರ್ಪುಗಳ ಪ್ರಾರಂಭವಾಗಿವೆ. ಜನರು ತಮ್ಮನ್ನೇ ಅವಲಂಬಿಸಿಕೊಂಡಿದ್ದಾರೆ. ನಾನು ಅವರನ್ನು ಸ್ವಸ್ಥಪಡಿಸುವಂತೆ ಅವರು ಪಶ್ಚಾತ್ತಾಪಪಟ್ಟು ಪರಿವರ್ತಿತರಾಗಲಿಲ್ಲ. ಬಂಧನದಿಂದ ತಮ್ಮ ಬಿಡುಗಡೆಗೆ ಸಂಕೇತಗಳೆಂದು ಅವರು ಪ್ರತಿನಿಧಿಸುವ ಈ ಸೂಚನೆಗಳೇ, ಅವರ ನಾಶದ ಸೂಚನೆಗಳಾಗಿವೆ.” The Desire of Ages, 628.</w:t>
      </w:r>
    </w:p>
    <w:p>
      <w:pPr>
        <w:pStyle w:val="ArticleBody"/>
        <w:jc w:val="left"/>
      </w:pPr>
      <w:r>
        <w:rPr>
          <w:rFonts w:ascii="Nirmala UI" w:hAnsi="Nirmala UI" w:eastAsia="Nirmala UI" w:cs="Nirmala UI"/>
        </w:rPr>
        <w:t>ಕ್ರಿ.ಶ. 66ನೇ ವರ್ಷದಲ್ಲಿ ಯೆರೂಸಲೇಮಿನ ಮುತ್ತಿಗೆಯು, ರೋಮವು ತನ್ನ ಧ್ವಜಚಿಹ್ನೆಗಳನ್ನು ದೇವಾಲಯದ ಪವಿತ್ರ ಪ್ರಾಕಾರಗಳಲ್ಲಿ ಸ್ಥಾಪಿಸಿದ ಸಂಕೇತವನ್ನು ಒಳಗೊಂಡಿತ್ತು. ಕ್ರಿ.ಶ. 66ರಿಂದ 70ರವರೆಗಿನ ಅವಧಿಯ ಘಟನೆಗಳ ಕುರಿತು ಯೇಸು ನೀಡಿದ ವಿವರಣೆ, ಕ್ರಿ.ಶ. 70ನೇ ವರ್ಷದ ವಿನಾಶವನ್ನು ತನ್ನ ದ್ವಿತೀಯ ಆಗಮನದೊಂದಿಗೆ ಹೊಂದಾಣಿಕೆಗೊಳಿಸಿತು; ಮತ್ತು ತನ್ನ ದ್ವಿತೀಯ ಆಗಮನಕ್ಕೆ ಸಂಬಂಧಿಸಿದ ಒಂದು ಸಂಕೇತವೂ ಇದೆ.</w:t>
      </w:r>
    </w:p>
    <w:p>
      <w:pPr>
        <w:pStyle w:val="ArticleScripture"/>
        <w:jc w:val="left"/>
      </w:pPr>
      <w:r>
        <w:rPr>
          <w:rFonts w:ascii="Nirmala UI" w:hAnsi="Nirmala UI" w:eastAsia="Nirmala UI" w:cs="Nirmala UI"/>
        </w:rPr>
        <w:t>“ಶೀಘ್ರದಲ್ಲೇ ನಮ್ಮ ಕಣ್ಣುಗಳು ಪೂರ್ವದ ಕಡೆಗೆ ಸೆಳೆಯಲ್ಪಟ್ಟವು; ಏಕೆಂದರೆ ಅಲ್ಲಿ ಮನುಷ್ಯನ ಕೈಯ ಅರ್ಧದಷ್ಟು ದೊಡ್ಡದಾದ ಒಂದು ಸಣ್ಣ ಕಪ್ಪು ಮೇಘವು ಕಾಣಿಸಿಕೊಂಡಿತ್ತು; ಅದು ಮನುಷ್ಯಕುಮಾರನ ಸೂಚಕ ಚಿಹ್ನೆಯೇ ಎಂದು ನಮಗೆಲ್ಲ ತಿಳಿದಿತ್ತು.” The Day Star, 1846.</w:t>
      </w:r>
    </w:p>
    <w:p>
      <w:pPr>
        <w:pStyle w:val="ArticleBody"/>
        <w:jc w:val="left"/>
      </w:pPr>
      <w:r>
        <w:rPr>
          <w:rFonts w:ascii="Nirmala UI" w:hAnsi="Nirmala UI" w:eastAsia="Nirmala UI" w:cs="Nirmala UI"/>
        </w:rPr>
        <w:t>ಕ್ರಿ.ಶ. 66 ರಿಂದ 70ರವರೆಗಿನ ಇತಿಹಾಸದ ಆರಂಭವೂ ಅಂತ್ಯವೂ, ಮುತ್ತಿಗೆಯ ಆರಂಭ ಮತ್ತು ನಗರದ ನಾಶದೊಂದಿಗೆ ಸಂಬಂಧಿಸಿರುವ ಒಂದು ಸಂಕೇತವನ್ನು ಒಳಗೊಂಡಿವೆ; ಅದು ಕ್ರಿ.ಪೂ. 587 ಮತ್ತು ಕ್ರಿ.ಪೂ. 586ರಲ್ಲಿ ಕಣ್ಗಳ ಅಪೇಕ್ಷೆಯ ಮರಣದ ಆಲ್ಫಾ ಮತ್ತು ಓಮೆಗಾ ಸಂಕೇತಕ್ಕೆ ಹೊಂದಿಕೆಯಾಗುತ್ತದೆ.</w:t>
      </w:r>
    </w:p>
    <w:p>
      <w:pPr>
        <w:pStyle w:val="ArticleBody"/>
        <w:jc w:val="left"/>
      </w:pPr>
      <w:r>
        <w:rPr>
          <w:rFonts w:ascii="Nirmala UI" w:hAnsi="Nirmala UI" w:eastAsia="Nirmala UI" w:cs="Nirmala UI"/>
        </w:rPr>
        <w:t>ಒಂದೂವರೆ ವರ್ಷದ ಮುತ್ತಿಗೆಯ ಇತಿಹಾಸವು ಅಂತ್ಯದ ದಿನಗಳಿಗಾಗಿ ಒಂದು “ಸಂಕೇತ”ವಾಗಿದೆ. ಯೆಹೆಜ್ಕೇಲನ ಇತಿಹಾಸದಲ್ಲಿ ಪ್ರತಿನಿಧಿಸಲ್ಪಟ್ಟ ಮೂರ್ಖ ಕನ್ಯೆಯರು, ಕ್ರಿ.ಶ. 66ನೇ ವರ್ಷದಲ್ಲಿ ಮುತ್ತಿಗೆಯ ಸಂಕೇತವನ್ನು ನೋಡಿ ರಕ್ಷಣೆಗೆ ಓಡಿಹೋದ ಜ್ಞಾನಿ ಕನ್ಯೆಯರ ಇತಿಹಾಸದಲ್ಲಿ ತಮ್ಮ ಪ್ರತಿರೂಪವನ್ನು ಕಂಡುಕೊಳ್ಳುತ್ತಾರೆ. ಒಂದೂವರೆ ವರ್ಷದ ಮುತ್ತಿಗೆಯೇ ಆರಾಧಕರ ಎರಡು ವರ್ಗಗಳನ್ನು ಪ್ರಕಾಶಿಸುವ ಸಂಕೇತವಾಗಿದೆ. ಒಂದು ವರ್ಗವು ಆ ಸಂಕೇತವನ್ನು ಗ್ರಹಿಸುವುದು; ಇನ್ನೊಂದು ವರ್ಗವು—ಯೆಶಾಯನು “ಅನೇಕರು” ಎಂದು ಪ್ರತಿನಿಧಿಸಿದಂತೆ—ಕಾಣುವುದಿಲ್ಲ, ಕೇಳುವುದಿಲ್ಲ.</w:t>
      </w:r>
    </w:p>
    <w:p>
      <w:pPr>
        <w:pStyle w:val="ArticleHeading"/>
        <w:jc w:val="left"/>
      </w:pPr>
      <w:r>
        <w:rPr>
          <w:rFonts w:ascii="Nirmala UI" w:hAnsi="Nirmala UI" w:eastAsia="Nirmala UI" w:cs="Nirmala UI"/>
        </w:rPr>
        <w:t>ಅನೇಕರು ಮತ್ತು ಕೆಲವರು</w:t>
      </w:r>
    </w:p>
    <w:p>
      <w:pPr>
        <w:pStyle w:val="ArticleScripture"/>
        <w:jc w:val="left"/>
      </w:pPr>
      <w:r>
        <w:rPr>
          <w:rFonts w:ascii="Nirmala UI" w:hAnsi="Nirmala UI" w:eastAsia="Nirmala UI" w:cs="Nirmala UI"/>
        </w:rPr>
        <w:t>ಆಗ ಅರಸನು ಸೇವಕರಿಗೆ ಹೇಳಿದನು: ಇವನ ಕೈಕಾಲುಗಳನ್ನು ಕಟ್ಟಿ, ಇವನನ್ನು ತೆಗೆದುಕೊಂಡು ಹೋಗಿ ಹೊರಗಿನ ಅಂಧಕಾರದಲ್ಲಿ ಎಸೆದುಬಿಡಿರಿ; ಅಲ್ಲಿ ಅಳುವಿಕೆಯೂ ಹಲ್ಲುಗಳನ್ನು ಕಡಿಯುವಿಕೆಯೂ ಇರುತ್ತದೆ. ಯಾಕಂದರೆ ಕರೆಯಲ್ಪಟ್ಟವರು ಅನೇಕರಾಗಿದ್ದಾರೆ, ಆದರೆ ಆಯ್ಕೆಯಾದವರು ಸ್ವಲ್ಪಮಂದಿಯೇ. ಮತ್ತಾಯ 22:13, 14.</w:t>
      </w:r>
    </w:p>
    <w:p>
      <w:pPr>
        <w:pStyle w:val="ArticleScripture"/>
        <w:jc w:val="left"/>
      </w:pPr>
      <w:r>
        <w:rPr>
          <w:rFonts w:ascii="Nirmala UI" w:hAnsi="Nirmala UI" w:eastAsia="Nirmala UI" w:cs="Nirmala UI"/>
        </w:rPr>
        <w:t>ಹೀಗಾಗಿ ಕೊನೆಯವರು ಮೊದಲವರಾಗುವರು, ಮೊದಲವರು ಕೊನೆಯವರಾಗುವರು; ಏಕೆಂದರೆ ಕರೆಯಲ್ಪಡುವವರು ಅನೇಕರಾದರೂ, ಆರಿಸಲ್ಪಡುವವರು ಕೆಲವರೇ. ಮತ್ತಾಯ 20:16.</w:t>
      </w:r>
    </w:p>
    <w:p>
      <w:pPr>
        <w:pStyle w:val="ArticleHeading"/>
        <w:jc w:val="left"/>
      </w:pPr>
      <w:r>
        <w:rPr>
          <w:rFonts w:ascii="Nirmala UI" w:hAnsi="Nirmala UI" w:eastAsia="Nirmala UI" w:cs="Nirmala UI"/>
        </w:rPr>
        <w:t>ನೋಡಲು ಮತ್ತು ಕೇಳಲು</w:t>
      </w:r>
    </w:p>
    <w:p>
      <w:pPr>
        <w:pStyle w:val="ArticleBody"/>
        <w:jc w:val="left"/>
      </w:pPr>
      <w:r>
        <w:rPr>
          <w:rFonts w:ascii="Nirmala UI" w:hAnsi="Nirmala UI" w:eastAsia="Nirmala UI" w:cs="Nirmala UI"/>
        </w:rPr>
        <w:t>ಯೆಹೆಜ್ಕೇಲನ ಪುಸ್ತಕದಲ್ಲಿ ಕ್ರಿಯೆಗಳ ಮೂಲಕ ಪ್ರದರ್ಶಿಸಲ್ಪಟ್ಟ ಐದು ರೂಪಕಗಳು ಇವೆ; ಹಾಗೆಯೇ ಯೆಹೆಜ್ಕೇಲನು ನಾಯಕರು ಮತ್ತು ಜನರೊಂದಿಗೆ ಐದು ಬಾರಿ ಮಾತನಾಡಿದನು. ಆ ಎರಡು ಸಾಕ್ಷಿಗಳು ‘ನೋಡಲು’ ನಿರಾಕರಿಸುವ ಹಾಗೂ ‘ಕೇಳಲು’ ನಿರಾಕರಿಸುವ ಐದು ಮೂರ್ಖ ಕನ್ಯೆಯರನ್ನು ಗುರುತಿಸುತ್ತವೆ. ಯೂದ ಕುಲದ ಸಿಂಹನಾಗಿರುವ ಯೇಸು ತನ್ನ ಪ್ರವಾದನಾತ್ಮಕ ವಾಕ್ಯವನ್ನು ಮುದ್ರೆಯಿಂದ ತೆರೆಯುವಾಗ ಹೆಚ್ಚಿಸಲ್ಪಡುವ ಜ್ಞಾನವನ್ನು ಅವರು ನೋಡಲೂ ಕೇಳಲೂ ನಿರಾಕರಿಸುತ್ತಾರೆ.</w:t>
      </w:r>
    </w:p>
    <w:p>
      <w:pPr>
        <w:pStyle w:val="ArticleHeading"/>
        <w:jc w:val="left"/>
      </w:pPr>
      <w:r>
        <w:rPr>
          <w:rFonts w:ascii="Nirmala UI" w:hAnsi="Nirmala UI" w:eastAsia="Nirmala UI" w:cs="Nirmala UI"/>
        </w:rPr>
        <w:t>ಲೋಕವು ಕಾಣುವುದು ಮತ್ತು ಕೇಳುವುದು</w:t>
      </w:r>
    </w:p>
    <w:p>
      <w:pPr>
        <w:pStyle w:val="ArticleScripture"/>
        <w:jc w:val="left"/>
      </w:pPr>
      <w:r>
        <w:rPr>
          <w:rFonts w:ascii="Nirmala UI" w:hAnsi="Nirmala UI" w:eastAsia="Nirmala UI" w:cs="Nirmala UI"/>
        </w:rPr>
        <w:t>ಲೋಕದ ಸಮಸ್ತ ನಿವಾಸಿಗಳೇ, ಭೂಮಿಯ ಮೇಲಿರುವವರೇ, ಆತನು ಪರ್ವತಗಳ ಮೇಲೆ ಒಂದು ಧ್ವಜವನ್ನು ಎತ್ತುವಾಗ ನೀವು ನೋಡಿ; ಆತನು ತುತ್ತೂರಿ ಊದುವಾಗ ನೀವು ಆಲಿಸಿರಿ. ಯೆಶಾಯ 18:3.</w:t>
      </w:r>
    </w:p>
    <w:p>
      <w:pPr>
        <w:pStyle w:val="ArticleScripture"/>
        <w:jc w:val="left"/>
      </w:pPr>
      <w:r>
        <w:rPr>
          <w:rFonts w:ascii="Nirmala UI" w:hAnsi="Nirmala UI" w:eastAsia="Nirmala UI" w:cs="Nirmala UI"/>
        </w:rPr>
        <w:t>ಆ ದಿನದಲ್ಲಿ ಕಿವಿಮಂದರಾದವರು ಪುಸ್ತಕದ ಮಾತುಗಳನ್ನು ಕೇಳುವರು; ಕುರುಡರ ಕಣ್ಣುಗಳು ಮಬ್ಬಿನೊಳಗಿಂದಲೂ ಕತ್ತಲೆಯೊಳಗಿಂದಲೂ ನೋಡುವವು. ಯೆಶಾಯ 29:18.</w:t>
      </w:r>
    </w:p>
    <w:p>
      <w:pPr>
        <w:pStyle w:val="ArticleHeading"/>
        <w:jc w:val="left"/>
      </w:pPr>
      <w:r>
        <w:rPr>
          <w:rFonts w:ascii="Nirmala UI" w:hAnsi="Nirmala UI" w:eastAsia="Nirmala UI" w:cs="Nirmala UI"/>
        </w:rPr>
        <w:t>ನನ್ನ ಮೂರ್ಖರೂ ಜಡಬುದ್ಧಿಯವರೂ ಆದ ಜನರಿಗೆ ಜ್ಞಾನವಿಲ್ಲ</w:t>
      </w:r>
    </w:p>
    <w:p>
      <w:pPr>
        <w:pStyle w:val="ArticleScripture"/>
        <w:jc w:val="left"/>
      </w:pPr>
      <w:r>
        <w:rPr>
          <w:rFonts w:ascii="Nirmala UI" w:hAnsi="Nirmala UI" w:eastAsia="Nirmala UI" w:cs="Nirmala UI"/>
        </w:rPr>
        <w:t>ಇನ್ನೆಷ್ಟು ಕಾಲ ನಾನು ಧ್ವಜವನ್ನು ನೋಡುತ್ತಾ, ಕಹಳೆಯ ಶಬ್ದವನ್ನು ಕೇಳುತ್ತಾ ಇರಬೇಕು? ಯಾಕಂದರೆ ನನ್ನ ಜನರು ಮೂರ್ಖರು; ಅವರು ನನ್ನನ್ನು ತಿಳಿದುಕೊಂಡಿಲ್ಲ; ಅವರು ವಿವೇಕರಹಿತ ಮಕ್ಕಳಾಗಿದ್ದಾರೆ, ಅವರಿಗೆ ತಿಳುವಳಿಕೆ ಇಲ್ಲ; ಕೆಡಕನ್ನು ಮಾಡಲು ಅವರು ಜಾಣರು, ಆದರೆ ಒಳ್ಳೆಯದನ್ನು ಮಾಡಲು ಅವರಿಗೆ ಜ್ಞಾನವೇ ಇಲ್ಲ. ಯೆರೆಮಿಯಾ 4:21, 22.</w:t>
      </w:r>
    </w:p>
    <w:p>
      <w:pPr>
        <w:pStyle w:val="ArticleScripture"/>
        <w:jc w:val="left"/>
      </w:pPr>
      <w:r>
        <w:rPr>
          <w:rFonts w:ascii="Nirmala UI" w:hAnsi="Nirmala UI" w:eastAsia="Nirmala UI" w:cs="Nirmala UI"/>
        </w:rPr>
        <w:t>ಇದನ್ನು ಯಾಕೋಬಿನ ಮನೆತನದಲ್ಲಿ ಪ್ರಕಟಿಸಿರಿ, ಮತ್ತು ಯೂದದಲ್ಲಿ ಪ್ರಸಿದ್ಧಪಡಿಸಿರಿ; ಹೀಗೆ ಹೇಳಿರಿ: ಈಗ ಇದನ್ನು ಕೇಳಿರಿ, ಅಯ್ಯೋ ಮೂರ್ಖ ಜನರೇ, ವಿವೇಕವಿಲ್ಲದವರೇ; ಕಣ್ಣುಗಳಿದ್ದರೂ ಕಾಣದವರೇ; ಕಿವಿಗಳಿದ್ದರೂ ಕೇಳದವರೇ. ಯೆರೆಮಿಯಾ 5:20, 21.</w:t>
      </w:r>
    </w:p>
    <w:p>
      <w:pPr>
        <w:pStyle w:val="ArticleHeading"/>
        <w:jc w:val="left"/>
      </w:pPr>
      <w:r>
        <w:rPr>
          <w:rFonts w:ascii="Nirmala UI" w:hAnsi="Nirmala UI" w:eastAsia="Nirmala UI" w:cs="Nirmala UI"/>
        </w:rPr>
        <w:t>ಬಂಡಾಯಗೃಹ</w:t>
      </w:r>
    </w:p>
    <w:p>
      <w:pPr>
        <w:pStyle w:val="ArticleScripture"/>
        <w:jc w:val="left"/>
      </w:pPr>
      <w:r>
        <w:rPr>
          <w:rFonts w:ascii="Nirmala UI" w:hAnsi="Nirmala UI" w:eastAsia="Nirmala UI" w:cs="Nirmala UI"/>
        </w:rPr>
        <w:t>ಯೆಹೋವನ ವಾಕ್ಯವು ಮತ್ತೆ ನನಗೆ ಬಂದು ಹೀಗೆಂದಿತು: “ಮನುಷ್ಯಕುಮಾರನೇ, ನೀನು ದಂಗೆಗಾರ ಮನೆಯ ಮಧ್ಯದಲ್ಲಿ ವಾಸಿಸುತ್ತಿರುವೆ; ಅವರಿಗೆ ನೋಡಲು ಕಣ್ಣುಗಳಿವೆ, ಆದರೂ ಅವರು ನೋಡುವುದಿಲ್ಲ; ಕೇಳಲು ಕಿವಿಗಳಿವೆ, ಆದರೂ ಅವರು ಕೇಳುವುದಿಲ್ಲ; ಏಕೆಂದರೆ ಅವರು ದಂಗೆಗಾರ ಮನೆ.” ಯೆಹೆಜ್ಕೇಲ 12:1, 2.</w:t>
      </w:r>
    </w:p>
    <w:p>
      <w:pPr>
        <w:pStyle w:val="ArticleScripture"/>
        <w:jc w:val="left"/>
      </w:pPr>
      <w:r>
        <w:rPr>
          <w:rFonts w:ascii="Nirmala UI" w:hAnsi="Nirmala UI" w:eastAsia="Nirmala UI" w:cs="Nirmala UI"/>
        </w:rPr>
        <w:t>ಆದದರಿಂದ ನಾನು ಅವರಿಗೆ ಉಪಮೆಗಳ ಮೂಲಕ ಮಾತನಾಡುತ್ತೇನೆ; ಏಕೆಂದರೆ ಅವರು ನೋಡುತ್ತಾ ನೋಡರು, ಕೇಳುತ್ತಾ ಕೇಳರು, ಹಾಗೂ ಅರ್ಥಮಾಡಿಕೊಳ್ಳರು. ಮತ್ತು ಅವರಲ್ಲಿ ಯೆಶಾಯನ ಪ್ರವಾದನೆಯು ನೆರವೇರಿದೆ; ಅದು ಹೀಗೆ ಹೇಳುತ್ತದೆ: ಕೇಳುತ್ತಾ ನೀವು ಕೇಳುವಿರಿ, ಆದರೆ ಅರ್ಥಮಾಡಿಕೊಳ್ಳುವುದಿಲ್ಲ; ನೋಡುತ್ತಾ ನೀವು ನೋಡುವಿರಿ, ಆದರೆ ಗ್ರಹಿಸುವುದಿಲ್ಲ. ಏಕೆಂದರೆ ಈ ಜನರ ಹೃದಯವು ದಪ್ಪಗೊಂಡಿದೆ, ಅವರ ಕಿವಿಗಳು ಕೇಳುವುದರಲ್ಲಿ ಮಂದವಾಗಿವೆ, ಮತ್ತು ತಮ್ಮ ಕಣ್ಣುಗಳನ್ನು ಅವರು ಮುಚ್ಚಿಕೊಂಡಿದ್ದಾರೆ; ಏನಂದರೆ ಅವರು ಯಾವಾಗಲಾದರೂ ತಮ್ಮ ಕಣ್ಣುಗಳಿಂದ ನೋಡಿ, ತಮ್ಮ ಕಿವಿಗಳಿಂದ ಕೇಳಿ, ತಮ್ಮ ಹೃದಯದಿಂದ ಅರ್ಥಮಾಡಿಕೊಂಡು, ತಿರುಗಿ ಬಂದು, ನಾನು ಅವರನ್ನು ಸ್ವಸ್ಥಪಡಿಸಬೇಕಾಗದಂತೆ.</w:t>
      </w:r>
    </w:p>
    <w:p>
      <w:pPr>
        <w:pStyle w:val="ArticleScripture"/>
        <w:jc w:val="left"/>
      </w:pPr>
      <w:r>
        <w:rPr>
          <w:rFonts w:ascii="Nirmala UI" w:hAnsi="Nirmala UI" w:eastAsia="Nirmala UI" w:cs="Nirmala UI"/>
        </w:rPr>
        <w:t>ಆದರೆ ನಿಮ್ಮ ಕಣ್ಣುಗಳು ನೋಡುವದರಿಂದ ಧನ್ಯವು; ನಿಮ್ಮ ಕಿವಿಗಳು ಕೇಳುವದರಿಂದ ಧನ್ಯವು. ಯಾಕಂದರೆ ನಿಜವಾಗಿ ನಾನು ನಿಮಗೆ ಹೇಳುತ್ತೇನೆ: ನೀವು ನೋಡುವ ಸಂಗತಿಗಳನ್ನು ನೋಡಬೇಕೆಂದು ಅನೇಕ ಪ್ರವಾದಿಗಳೂ ನೀತಿವಂತರೂ ಅಪೇಕ್ಷಿಸಿದರು, ಆದರೂ ನೋಡಲಿಲ್ಲ; ಮತ್ತು ನೀವು ಕೇಳುವ ಸಂಗತಿಗಳನ್ನು ಕೇಳಬೇಕೆಂದು ಅಪೇಕ್ಷಿಸಿದರು, ಆದರೂ ಕೇಳಲಿಲ್ಲ. ಮತ್ತಾಯ 13:13–17.</w:t>
      </w:r>
    </w:p>
    <w:p>
      <w:pPr>
        <w:pStyle w:val="ArticleHeading"/>
        <w:jc w:val="left"/>
      </w:pPr>
      <w:r>
        <w:rPr>
          <w:rFonts w:ascii="Nirmala UI" w:hAnsi="Nirmala UI" w:eastAsia="Nirmala UI" w:cs="Nirmala UI"/>
        </w:rPr>
        <w:t>ಹಳೆಯ ಮಾರ್ಗಗಳು</w:t>
      </w:r>
    </w:p>
    <w:p>
      <w:pPr>
        <w:pStyle w:val="ArticleScripture"/>
        <w:jc w:val="left"/>
      </w:pPr>
      <w:r>
        <w:rPr>
          <w:rFonts w:ascii="Nirmala UI" w:hAnsi="Nirmala UI" w:eastAsia="Nirmala UI" w:cs="Nirmala UI"/>
        </w:rPr>
        <w:t>ಯೆಹೋವನು ಹೀಗೆ ಹೇಳುತ್ತಾನೆ: ಮಾರ್ಗಗಳ ಬಳಿಯಲ್ಲಿ ನಿಂತು ನೋಡಿ, ಪುರಾತನ ಪಥಗಳ ವಿಷಯವಾಗಿ ವಿಚಾರಿಸಿರಿ; ಒಳ್ಳೆಯ ದಾರಿ ಯಾವದು ಎಂದು ತಿಳಿದುಕೊಂಡು ಅದರಲ್ಲಿ ನಡೆಯಿರಿ; ಆಗ ನಿಮ್ಮ ಆತ್ಮಗಳಿಗೆ ವಿಶ್ರಾಂತಿ ದೊರೆಯುವುದು. ಆದರೆ ಅವರು, “ನಾವು ಅದರಲ್ಲಿ ನಡೆಯುವುದಿಲ್ಲ” ಎಂದು ಹೇಳಿದರು. ಇದಲ್ಲದೆ ನಾನು ನಿಮ್ಮ ಮೇಲೆ ಕಾವಲುಗಾರರನ್ನು ನೇಮಿಸಿ, “ಕಹಳೆಯ ಶಬ್ದಕ್ಕೆ ಕಿವಿಗೊಡಿರಿ” ಎಂದು ಹೇಳಿದೆನು. ಆದರೆ ಅವರು, “ನಾವು ಕಿವಿಗೊಡುವುದಿಲ್ಲ” ಎಂದು ಹೇಳಿದರು. ಯೆರೆಮಿಯಾ 6:16, 17.</w:t>
      </w:r>
    </w:p>
    <w:p>
      <w:pPr>
        <w:pStyle w:val="ArticleHeading"/>
        <w:jc w:val="left"/>
      </w:pPr>
      <w:r>
        <w:rPr>
          <w:rFonts w:ascii="Nirmala UI" w:hAnsi="Nirmala UI" w:eastAsia="Nirmala UI" w:cs="Nirmala UI"/>
        </w:rPr>
        <w:t>1840–1844ರ ಸಂದೇಶ</w:t>
      </w:r>
    </w:p>
    <w:p>
      <w:pPr>
        <w:pStyle w:val="ArticleScripture"/>
        <w:jc w:val="left"/>
      </w:pPr>
      <w:r>
        <w:rPr>
          <w:rFonts w:ascii="Nirmala UI" w:hAnsi="Nirmala UI" w:eastAsia="Nirmala UI" w:cs="Nirmala UI"/>
        </w:rPr>
        <w:t>1840–1844ರ ಅವಧಿಯಲ್ಲಿ ನೀಡಲ್ಪಟ್ಟ ಎಲ್ಲಾ ಸಂದೇಶಗಳನ್ನು ಈಗ ಶಕ್ತಿಯುತವಾಗಿಯೇ ಪ್ರಕಟಿಸಬೇಕಾಗಿದೆ; ಏಕೆಂದರೆ ತಮ್ಮ ದಿಕ್ಕುತಪ್ಪಿದ ಅನೇಕ ಜನರು ಇದ್ದಾರೆ. ಆ ಸಂದೇಶಗಳು ಎಲ್ಲಾ ಸಭೆಗಳಿಗೂ ತಲುಪಬೇಕು.</w:t>
      </w:r>
    </w:p>
    <w:p>
      <w:pPr>
        <w:pStyle w:val="ArticleScripture"/>
        <w:jc w:val="left"/>
      </w:pPr>
      <w:r>
        <w:rPr>
          <w:rFonts w:ascii="Nirmala UI" w:hAnsi="Nirmala UI" w:eastAsia="Nirmala UI" w:cs="Nirmala UI"/>
        </w:rPr>
        <w:t>“ಕ್ರಿಸ್ತನು ಹೇಳಿದನು, ‘ನಿಮ್ಮ ಕಣ್ಣುಗಳು ನೋಡುವದರಿಂದ ಧನ್ಯವಾಗಿವೆ; ನಿಮ್ಮ ಕಿವಿಗಳು ಕೇಳುವದರಿಂದ ಧನ್ಯವಾಗಿವೆ. ಯಾಕಂದರೆ ನಿಜವಾಗಿ ನಾನು ನಿಮಗೆ ಹೇಳುತ್ತೇನೆ, ನೀವು ನೋಡುವ ವಿಷಯಗಳನ್ನು ನೋಡಬೇಕೆಂದು ಅನೇಕ ಪ್ರವಾದಿಗಳೂ ನೀತಿವಂತರೂ ಆಶಿಸಿದರು, ಆದರೆ ಅವನ್ನು ನೋಡಲಿಲ್ಲ; ಮತ್ತು ನೀವು ಕೇಳುವ ವಿಷಯಗಳನ್ನು ಕೇಳಬೇಕೆಂದು ಆಶಿಸಿದರು, ಆದರೆ ಅವನ್ನು ಕೇಳಲಿಲ್ಲ’ [Matthew 13:16, 17]. 1843 ಮತ್ತು 1844ರಲ್ಲಿ ಕಾಣಲ್ಪಟ್ಟ ಸಂಗತಿಗಳನ್ನು ಕಂಡ ಕಣ್ಣುಗಳು ಧನ್ಯವಾಗಿವೆ.”</w:t>
      </w:r>
    </w:p>
    <w:p>
      <w:pPr>
        <w:pStyle w:val="ArticleScripture"/>
        <w:jc w:val="left"/>
      </w:pPr>
      <w:r>
        <w:rPr>
          <w:rFonts w:ascii="Nirmala UI" w:hAnsi="Nirmala UI" w:eastAsia="Nirmala UI" w:cs="Nirmala UI"/>
        </w:rPr>
        <w:t>“ಸಂದೇಶವನ್ನು ನೀಡಲಾಗಿದೆ. ಮತ್ತು ಆ ಸಂದೇಶವನ್ನು ಮರುಮರು ಹೇಳುವುದರಲ್ಲಿ ಯಾವುದೇ ವಿಳಂಬವಾಗಬಾರದು, ಯಾಕಂದರೆ ಕಾಲದ ಚಿಹ್ನೆಗಳು ನೆರವೇರುತ್ತಿವೆ; ಸಮಾಪನ ಕಾರ್ಯವು ನೆರವೇರಬೇಕು. ಸ್ವಲ್ಪಕಾಲದಲ್ಲೇ ಮಹತ್ತರವಾದ ಕಾರ್ಯವು ನೆರವೇರಲಿದೆ. ದೇವರ ನೇಮಕದ ಪ್ರಕಾರ ಶೀಘ್ರದಲ್ಲೇ ಒಂದು ಸಂದೇಶವು ನೀಡಲ್ಪಡುವುದು; ಅದು ಪ್ರಬಲ ಘೋಷಣೆಯಾಗಿ ವಿಸ್ತರಿಸುವುದು. ಆಗ ದಾನಿಯೇಲನು ತನ್ನ ಪಾಲಿನಲ್ಲಿ ನಿಂತು, ತನ್ನ ಸಾಕ್ಷಿಯನ್ನು ನೀಡುವನು.” Manuscript Releases, volume 21, 437.</w:t>
      </w:r>
    </w:p>
    <w:p>
      <w:pPr>
        <w:pStyle w:val="ArticleHeading"/>
        <w:jc w:val="left"/>
      </w:pPr>
      <w:r>
        <w:rPr>
          <w:rFonts w:ascii="Nirmala UI" w:hAnsi="Nirmala UI" w:eastAsia="Nirmala UI" w:cs="Nirmala UI"/>
        </w:rPr>
        <w:t>ಮುತ್ತುಗೆಯ ಚಿಹ್ನೆ</w:t>
      </w:r>
    </w:p>
    <w:p>
      <w:pPr>
        <w:pStyle w:val="ArticleBody"/>
        <w:jc w:val="left"/>
      </w:pPr>
      <w:r>
        <w:rPr>
          <w:rFonts w:ascii="Nirmala UI" w:hAnsi="Nirmala UI" w:eastAsia="Nirmala UI" w:cs="Nirmala UI"/>
        </w:rPr>
        <w:t>ಯೆಹೆಜ್ಕೇಲನ ಪುಸ್ತಕದಲ್ಲಿ ಐದು ಬಾರಿ ಅವನು ಜನರು ಕಾಣಲು ನಿರಾಕರಿಸಿದ ಒಂದು ದೃಷ್ಟಾಂತವನ್ನು ‘ನಟಿಸಿ ತೋರಿಸಿದನು’; ಹಾಗೆಯೇ ಐದು ಬಾರಿ ಅವನು ಆ ಜನರೊಂದಿಗೆ ‘ಮಾತನಾಡಿದನು’, ಆದರೆ ಅವರು ಕೇಳಲು ನಿರಾಕರಿಸಿದರು. ನಟಿಸಿ ತೋರಿಸಿದ ದೃಷ್ಟಾಂತವೂ ಮತ್ತು ಮಾತಾಡುವಿಕೆಯೂ ಎಂಬ ಈ ಎರಡು ಸಾಕ್ಷಿಗಳನ್ನು ಐದು ಮೂರ್ಖ ಕನ್ಯೆಯರ ಮುಂದೆ ಮಂಡಿಸಲಾಯಿತು. ಅವುಗಳಲ್ಲಿ ಒಂದಾದ, ನಾಲ್ಕನೇ ಅಧ್ಯಾಯದಲ್ಲಿ ಇರುವ ನಟಿಸಿ ತೋರಿಸಿದ ದೃಷ್ಟಾಂತವು, ಬರುತ್ತಿರುವ ನಾಶವನ್ನು ಎಚ್ಚರಿಸುವ ಮುತ್ತಿಗೆಯ “ಸೂಚನೆ”ಯನ್ನು ಪ್ರತಿನಿಧಿಸುತ್ತದೆ. ಯೆಹೆಜ್ಕೇಲನ ಸಂದೇಶವೇ ಲವೊದಿಕೀಯಗೆ ನೀಡಲ್ಪಟ್ಟ ಸಂದೇಶವಾಗಿದೆ.</w:t>
      </w:r>
    </w:p>
    <w:p>
      <w:pPr>
        <w:pStyle w:val="ArticleBody"/>
        <w:jc w:val="left"/>
      </w:pPr>
      <w:r>
        <w:rPr>
          <w:rFonts w:ascii="Nirmala UI" w:hAnsi="Nirmala UI" w:eastAsia="Nirmala UI" w:cs="Nirmala UI"/>
        </w:rPr>
        <w:t>ಲವೋದಿಕ್ಯಕ್ಕೆ ಕೊಡಲ್ಪಟ್ಟ “ಸೂಚನೆ” ‘ಮುತ್ತಿಗೆಯ ಸೂಚನೆ’ ಆಗಿದ್ದು, ಅಂತ್ಯದ ದಿನಗಳ ಮುತ್ತಿಗೆಯನ್ನು ಅನೇಕ ಸಾಕ್ಷಿಗಳು ಪ್ರತಿನಿಧಿಸುತ್ತವೆ. ಕ್ರಿಸ್ತನ ದಿನಗಳ ಯೆಹೂದ್ಯರಿಗೆ ಕೊಡಲ್ಪಟ್ಟ ಏಕೈಕ ಸೂಚನೆಯು ಯೋನನ ಸೂಚನೆಯಾಗಿತ್ತು; ಯೋನನು ತಿಮಿಂಗಿಲದ ಹೊಟ್ಟೆಯಲ್ಲಿ ಮೂರು ದಿನಗಳಿದ್ದ ಕಾರ್ಯರೂಪಕ್ಕೆ ತಂದ ಒಂದು ಉಪಮೆಯನ್ನು ಪ್ರತಿನಿಧಿಸುತ್ತಾನೆ.</w:t>
      </w:r>
    </w:p>
    <w:p>
      <w:pPr>
        <w:pStyle w:val="ArticleScripture"/>
        <w:jc w:val="left"/>
      </w:pPr>
      <w:r>
        <w:rPr>
          <w:rFonts w:ascii="Nirmala UI" w:hAnsi="Nirmala UI" w:eastAsia="Nirmala UI" w:cs="Nirmala UI"/>
        </w:rPr>
        <w:t>ಆಗ ಶಾಸ್ತ್ರಿಗಳಲ್ಲಿಯೂ ಫರಿಸಾಯರಲ್ಲಿಯೂ ಕೆಲವರು ಉತ್ತರಿಸಿ, “ಗುರುವೇ, ನಿನ್ನಿಂದ ಒಂದು ಸೂಚಕಚಿಹ್ನೆಯನ್ನು ನೋಡಬೇಕೆಂದು ನಾವು ಬಯಸುತ್ತೇವೆ” ಎಂದು ಹೇಳಿದರು. ಆದರೆ ಆತನು ಅವರಿಗೆ ಉತ್ತರವಾಗಿ ಹೀಗೆಂದನು: “ದುಷ್ಟವೂ ವ್ಯಭಿಚಾರಿಯೂ ಆದ ಈ ತಲೆಮಾರು ಒಂದು ಸೂಚಕಚಿಹ್ನೆಯನ್ನು ಹುಡುಕುತ್ತದೆ; ಆದರೆ ಅದಕ್ಕೆ ಯೋನ ಪ್ರವಾದಿಯ ಸೂಚಕಚಿಹ್ನೆಯ ಹೊರತು ಬೇರೆ ಯಾವ ಸೂಚಕಚಿಹ್ನೆಯೂ ಕೊಡಲ್ಪಡುವುದಿಲ್ಲ. ಏಕೆಂದರೆ ಯೋನನು ತಿಮಿಂಗಿಲದ ಹೊಟ್ಟೆಯಲ್ಲಿ ಮೂರು ಹಗಲುಗಳೂ ಮೂರು ರಾತ್ರಿ ಗಳೂ ಇದ್ದಂತೆಯೇ, ಮಾನವಕುಮಾರನೂ ಭೂಮಿಯ ಹೃದಯದಲ್ಲಿ ಮೂರು ಹಗಲುಗಳೂ ಮೂರು ರಾತ್ರಿ ಗಳೂ ಇರುವನು.” ಮತ್ತಾಯ 12:38–40.</w:t>
      </w:r>
    </w:p>
    <w:p>
      <w:pPr>
        <w:pStyle w:val="ArticleHeading"/>
        <w:jc w:val="left"/>
      </w:pPr>
      <w:r>
        <w:rPr>
          <w:rFonts w:ascii="Nirmala UI" w:hAnsi="Nirmala UI" w:eastAsia="Nirmala UI" w:cs="Nirmala UI"/>
        </w:rPr>
        <w:t>ಯೋನನ ಚಿಹ್ನೆ</w:t>
      </w:r>
    </w:p>
    <w:p>
      <w:pPr>
        <w:pStyle w:val="ArticleBody"/>
        <w:jc w:val="left"/>
      </w:pPr>
      <w:r>
        <w:rPr>
          <w:rFonts w:ascii="Nirmala UI" w:hAnsi="Nirmala UI" w:eastAsia="Nirmala UI" w:cs="Nirmala UI"/>
        </w:rPr>
        <w:t>ಯೋನನ ಚಿಹ್ನೆಯು ಮರಣದಿಂದ ಪುನರುತ್ಥಾನವನ್ನು ಕ್ರಿಯಾರೂಪದಲ್ಲಿ ತೋರಿಸಲಾದ ಒಂದು ದೃಷ್ಟಾಂತವಾಗಿತ್ತು. ಯೋಹಾನನು ಸಹ ಅದೇ ಸತ್ಯವನ್ನು ಪ್ರತಿನಿಧಿಸುತ್ತಾನೆ; ಏಕೆಂದರೆ ಅವನನ್ನು ಕುದಿಯುತ್ತಿರುವ ಎಣ್ಣೆಯ ಪಾತ್ರೆಯಲ್ಲಿ ಹಾಕಲಾಯಿತು, ಮತ್ತು ಅವನು ಜೀವಂತನಾಗಿ ಹೊರಬಂದನು. ಸಿಂಹಗಳ ಗುಹೆಯಲ್ಲಿ ದಾನಿಯೇಲನು ಮತ್ತು ನೆಬೂಕದ್ನೆಜ್ಜರನ ಅಗ್ನಿಕುಂಡದಲ್ಲಿ ಇದ್ದ ಆ ಮೂವರು ಶ್ರೇಷ್ಠರು ಮರಣದಿಂದ ಪುನರುತ್ಥಾನವನ್ನು ಪ್ರತಿನಿಧಿಸುತ್ತಾರೆ. ಇವರೆಲ್ಲರೂ ಪ್ರಕಟನೆ ಅಧ್ಯಾಯ ಹನ್ನೊಂದರಲ್ಲಿ ಪುನರುತ್ಥಾನಗೊಳ್ಳುವ ಒಂದು ಲಕ್ಷ ನಲವತ್ತ್ನಾಲ್ಕು ಸಾವಿರರನ್ನು ಪ್ರತಿನಿಧಿಸುತ್ತಾರೆ.</w:t>
      </w:r>
    </w:p>
    <w:p>
      <w:pPr>
        <w:pStyle w:val="ArticleScripture"/>
        <w:jc w:val="left"/>
      </w:pPr>
      <w:r>
        <w:rPr>
          <w:rFonts w:ascii="Nirmala UI" w:hAnsi="Nirmala UI" w:eastAsia="Nirmala UI" w:cs="Nirmala UI"/>
        </w:rPr>
        <w:t>“ರಕ್ಷಕರ ಮನಸ್ಸು ಈಗ ಭೂತಕಾಲ ಮತ್ತು ಭವಿಷ್ಯಕಾಲದ ವಿಚಾರದಿಂದ ಹಿಂದಿರುಗಿತು. ಜನರು ತಮ್ಮ ಮನಸ್ಸಿನ ಮೇಲೆ ಬಿದ್ದ ಪರಿಣಾಮಗಳ ಪ್ರಕಾರವೂ, ತಮಗೆ ಇದ್ದ ಬೆಳಕಿನ ಪ್ರಕಾರವೂ, ತಾವು ಕಂಡದ್ದನ್ನೂ ಕೇಳಿದ್ದನ್ನೂ ವಿವರಿಸಲು ಪ್ರಯತ್ನಿಸುತ್ತಿದ್ದಾಗ, ‘ಯೇಸು ಉತ್ತರವಾಗಿ ಹೇಳಿದನು, ಈ ಶಬ್ದವು ನನ್ನ ನಿಮಿತ್ತವಾಗಿ ಬಂದದ್ದಲ್ಲ, ನಿಮ್ಮ ನಿಮಿತ್ತವಾಗಿ ಬಂದದ್ದು.’ ಇದು ಆತನ ಮೆಸ್ಸೀಯತ್ವದ ಪರಮ ದೃಢಸಾಕ್ಷಿಯಾಗಿತ್ತು; ಯೇಸು ಸತ್ಯವನ್ನೇ ಉಚ್ಚರಿಸಿದ್ದಾನೆಂಬುದಕ್ಕೂ ಆತನು ದೇವರ ಮಗನೆಂಬುದಕ್ಕೂ ತಂದೆಯ ಸಂಕೇತವಾಗಿತ್ತು. ಯೆಹೂದ್ಯರು ಉನ್ನತ ಸ್ವರ್ಗದಿಂದ ಬಂದ ಈ ಸಾಕ್ಷಿಯಿಂದ ತಿರುಗಿಬಿಡುವರೇ? ಅವರು ಒಮ್ಮೆ ರಕ್ಷಕರನ್ನು, ನಾವು ನೋಡಿ ನಂಬುವಂತೆ ನೀನು ಯಾವ ಸೂಚಕವನ್ನು ತೋರಿಸುತ್ತೀಯೆ? ಎಂದು ಕೇಳಿದ್ದರು. ಕ್ರಿಸ್ತನ ಸೇವೆಯ ಸಮಸ್ತ ಅವಧಿಯಲ್ಲಿಯೂ ಅಸಂಖ್ಯಾತ ಸೂಚಕಗಳು ನೀಡಲ್ಪಟ್ಟಿದ್ದವು; ಆದಾಗ್ಯೂ ತಾವು ನಿಶ್ಚಯಕ್ಕೆ ಬರಬೇಕಾಗದಂತೆ ತಮ್ಮ ಕಣ್ಣುಗಳನ್ನು ಮುಚ್ಚಿಕೊಂಡು, ತಮ್ಮ ಹೃದಯಗಳನ್ನು ಕಠೋರಪಡಿಸಿಕೊಂಡಿದ್ದರು. ಲಾಜರನ ಪುನರುತ್ಥಾನದ ಪರಮ ಅದ್ಭುತವೂ ಅವರ ಅಪನಂಬಿಕೆಯನ್ನು ದೂರಮಾಡಲಿಲ್ಲ; ಬದಲಾಗಿ ಅದರಿಂದ ಅವರ ದ್ವೇಷವು ಮತ್ತಷ್ಟು ಹೆಚ್ಚಾಯಿತು; ಮತ್ತು ಈಗ ತಂದೆಯೇ ಮಾತಾಡಿದ್ದಾಗ, ಇನ್ನೂ ಹೆಚ್ಚಿನ ಸೂಚಕವನ್ನು ಅವರು ಕೇಳಲು ಸಾಧ್ಯವಿಲ್ಲದಿದ್ದರೂ, ಅವರ ಹೃದಯಗಳು ಮೃದುವಾಗಲಿಲ್ಲ ಮತ್ತು ಅವರು ಇನ್ನೂ ನಂಬುವುದನ್ನು ನಿರಾಕರಿಸಿದರು.” Prophecy ಆತ್ಮ, ಸಂಪುಟ 3, 79.</w:t>
      </w:r>
    </w:p>
    <w:p>
      <w:pPr>
        <w:pStyle w:val="ArticleBody"/>
        <w:jc w:val="left"/>
      </w:pPr>
      <w:r>
        <w:rPr>
          <w:rFonts w:ascii="Nirmala UI" w:hAnsi="Nirmala UI" w:eastAsia="Nirmala UI" w:cs="Nirmala UI"/>
        </w:rPr>
        <w:t>ತಿಮಿಂಗಿಲದ ಹೊಟ್ಟೆಯಲ್ಲಿ ಯೋನನು ಕ್ರಿಯಾರೂಪದಲ್ಲಿ ತೋರಿಸಿದ ಪುನರುತ್ಥಾನದ ಸಂಕೇತವು ಲಾಜರನಾಗಿದ್ದನು. ಪುನರುತ್ಥಾನಗೊಂಡ ಲಾಜರನೊಂದಿಗೆ ಸಂಬಂಧಿಸಿದ ಪಿತೃನ ಧ್ವನಿಯು ದೈವತ್ವ ಮತ್ತು ಮಾನವತ್ವಗಳ ಸಂಯೋಗವನ್ನು ಪ್ರತಿನಿಧಿಸುತ್ತದೆ; ಇದು ನಿಶ್ಚಯವಾಗಿ ಕ್ರಿಸ್ತನ ಸ್ವಭಾವವೇ ಆಗಿದೆ, ಏಕೆಂದರೆ ಆತನು ತನ್ನ ಮೇಲೆ ಮಾನವ ಮಾಂಸವನ್ನು ಧರಿಸಿಕೊಂಡನು. ದೈವತ್ವವು ಮಾನವತ್ವದೊಂದಿಗೆ ಸಂಯೋಜಿತವಾಗಿರುವುದು ಒಂದು ಲಕ್ಷ ನಲವತ್ತುನಾಲ್ಕು ಸಾವಿರರ ಧ್ವಜಚಿಹ್ನೆಯಾಗಿದ್ದು, ಸೃಷ್ಟಿಕರ್ತನನ್ನು ಸೃಷ್ಟಿಯೊಂದಿಗೆ ಜೋಡಿಸುವ ಕಾರ್ಯವನ್ನು ಸಾಧಿಸುವ ಪುನರುತ್ಥಾನಶಕ್ತಿಯ ಸಂಕೇತವು ಲಾಜರನೇ ಆಗಿದ್ದಾನೆ.</w:t>
      </w:r>
    </w:p>
    <w:p>
      <w:pPr>
        <w:pStyle w:val="ArticleScripture"/>
        <w:jc w:val="left"/>
      </w:pPr>
      <w:r>
        <w:rPr>
          <w:rFonts w:ascii="Nirmala UI" w:hAnsi="Nirmala UI" w:eastAsia="Nirmala UI" w:cs="Nirmala UI"/>
        </w:rPr>
        <w:t>“ಲಾಜರನನ್ನು ಎಬ್ಬಿಸಿದುದರ ಮೂಲಕ ಅನೇಕರನ್ನು ಯೇಸುವಿನ ಮೇಲೆ ನಂಬಿಕೆ ಇಡುವಂತೆ ನಡೆಸಲಾಯಿತು. ರಕ್ಷಕನು ಬರುವ ಮೊದಲು ಲಾಜರನು ಸತ್ತು ಸಮಾಧಿಯಲ್ಲಿ ಇರಿಸಲ್ಪಡಬೇಕೆಂಬುದು ದೇವರ ಯೋಜನೆಯಾಗಿತ್ತು. ಲಾಜರನನ್ನು ಎಬ್ಬಿಸಿದುದು ಕ್ರಿಸ್ತನ ಅತ್ಯುನ್ನತ ಅದ್ಭುತವಾಗಿದ್ದು, ಅದರ ನಿಮಿತ್ತ ಅನೇಕರೂ ದೇವರನ್ನು ಮಹಿಮೆಪಡಿಸಿದರು.” Manuscript Releases, volume 21, 111.</w:t>
      </w:r>
    </w:p>
    <w:p>
      <w:pPr>
        <w:pStyle w:val="ArticleBody"/>
        <w:jc w:val="left"/>
      </w:pPr>
      <w:r>
        <w:rPr>
          <w:rFonts w:ascii="Nirmala UI" w:hAnsi="Nirmala UI" w:eastAsia="Nirmala UI" w:cs="Nirmala UI"/>
        </w:rPr>
        <w:t>ಲಾಜರನು ಯೆರೂಸಲೇಮಿನೊಳಗಿನ ವಿಜಯಪ್ರವೇಶಕ್ಕೆ ಮುನ್ನಡೆ ನೀಡಿದನು; ಮತ್ತು ಅವನು ಯೋನನ ಮೂಲಕ ಚಿತ್ರಿಸಲ್ಪಟ್ಟಿರುವ ಪುನರುತ್ಥಾನದ ಜೀವಂತ “ಚಿಹ್ನೆ” ಆಗಿದ್ದನು.</w:t>
      </w:r>
    </w:p>
    <w:p>
      <w:pPr>
        <w:pStyle w:val="ArticleScripture"/>
        <w:jc w:val="left"/>
      </w:pPr>
      <w:r>
        <w:rPr>
          <w:rFonts w:ascii="Nirmala UI" w:hAnsi="Nirmala UI" w:eastAsia="Nirmala UI" w:cs="Nirmala UI"/>
        </w:rPr>
        <w:t>“ಸಮಾಧಿಯಲ್ಲಿ ಇದ್ದಾಗ ದೇಹವು ಕ್ಷಯವನ್ನು ಕಂಡಿದ್ದರೂ, ಈಗ ಮಹಿಮೆಯುಳ್ಳ ಪುರುಷತ್ವದ ಬಲದಲ್ಲಿ ಆನಂದಿಸುತ್ತಿದ್ದ ಲಾಜರನು, ರಕ್ಷಕನು ಸವಾರಿ ಮಾಡಿದ ಮೃಗವನ್ನು ನಡೆಸಿಕೊಂಡು ಹೋದನು.” The Desire of Ages, 572.</w:t>
      </w:r>
    </w:p>
    <w:p>
      <w:pPr>
        <w:pStyle w:val="ArticleBody"/>
        <w:jc w:val="left"/>
      </w:pPr>
      <w:r>
        <w:rPr>
          <w:rFonts w:ascii="Nirmala UI" w:hAnsi="Nirmala UI" w:eastAsia="Nirmala UI" w:cs="Nirmala UI"/>
        </w:rPr>
        <w:t>ವಿಜಯೋತ್ಸಾಹದ ಪ್ರವೇಶವು ಎಕ್ಸೆಟರ್ ಶಿಬಿರಸಭೆಯೊಂದಿಗೆ ಹೊಂದಿಕೆಯಾಗುತ್ತದೆ; ಅದು ಹತ್ತು ಕನ್ಯೆಯರ ಉಪಮೆಯ ಆಲ್ಫಾ ನೆರವೇರಿಕೆಯಾಗಿತ್ತು; ಆದದರಿಂದ ಅದು “ಯೋನ ಮತ್ತು ಲಾಜರನ” “ಸೂಚನೆಯನ್ನು” “ಇಗೋ, ವರನು ಬರುತ್ತಾನೆ!” ಎಂಬ ಸಂದೇಶದ ಘೋಷಣೆಯ ಓಮೇಗಾ ಮತ್ತು ಪರಿಪೂರ್ಣ ನೆರವೇರಿಕೆಯೊಂದಿಗೆ ಹೊಂದಿಸುತ್ತದೆ.</w:t>
      </w:r>
    </w:p>
    <w:p>
      <w:pPr>
        <w:pStyle w:val="ArticleScripture"/>
        <w:jc w:val="left"/>
      </w:pPr>
      <w:r>
        <w:rPr>
          <w:rFonts w:ascii="Nirmala UI" w:hAnsi="Nirmala UI" w:eastAsia="Nirmala UI" w:cs="Nirmala UI"/>
        </w:rPr>
        <w:t>“ಹತ್ತು ಕನ್ಯೆಯರ ಉಪಮೆಗೆ ನನ್ನನ್ನು ಆಗಾಗ್ಗೆ ಗಮನ ಸೆಳೆಯಲಾಗುತ್ತದೆ; ಅವರಲ್ಲಿ ಐದು ಜಾಣರು, ಮತ್ತು ಐದು ಮೂರ್ಖರು. ಈ ಉಪಮೆ ಅಕ್ಷರಶಃ ನೆರವೇರಿದೆ ಮತ್ತು ನೆರವೇರುತ್ತಲೇ ಇರುತ್ತದೆ, ಏಕೆಂದರೆ ಇದಕ್ಕೆ ಈ ಕಾಲಕ್ಕೆ ವಿಶೇಷವಾದ ಅನ್ವಯವಿದೆ; ಮತ್ತು ಮೂರನೆಯ ದೂತನ ಸಂದೇಶದಂತೆ, ಇದು ನೆರವೇರಿದೆ ಮತ್ತು ಕಾಲಾಂತ್ಯದವರೆಗೆ ವರ್ತಮಾನ ಸತ್ಯವಾಗಿ ಮುಂದುವರಿಯುತ್ತಲೇ ಇರುತ್ತದೆ.” Review and Herald, August 19, 1890.</w:t>
      </w:r>
    </w:p>
    <w:p>
      <w:pPr>
        <w:pStyle w:val="ArticleBody"/>
        <w:jc w:val="left"/>
      </w:pPr>
      <w:r>
        <w:rPr>
          <w:rFonts w:ascii="Nirmala UI" w:hAnsi="Nirmala UI" w:eastAsia="Nirmala UI" w:cs="Nirmala UI"/>
        </w:rPr>
        <w:t>ಯೋನ, ಲಾಜರ ಮತ್ತು ಸ್ಯಾಮುವೇಲ್ ಸ್ನೋ ಅವರು ಎಕ್ಸೇಟರ್ ಶಿಬಿರ ಸಭೆಗೆ ತಡವಾಗಿ ಆಗಮಿಸಿದದ್ದು, ಎಝಿಕಿಯೇಲನ “ಮುತ್ತಿಗೆಯ ಸಂಕೇತ”ದೊಂದಿಗೆ ಹೊಂದಿಕೆಯಾಗುತ್ತದೆ. ಲಾಜರನು ಕ್ರಿಸ್ತನನ್ನು ಕತ್ತೆಯ ಮೇಲೆ ಯೆರೂಸಲೇಮಿಗೆ ನಡೆಸಿಕೊಂಡು ಹೋದನು.</w:t>
      </w:r>
    </w:p>
    <w:p>
      <w:pPr>
        <w:pStyle w:val="ArticleScripture"/>
        <w:jc w:val="left"/>
      </w:pPr>
      <w:r>
        <w:rPr>
          <w:rFonts w:ascii="Nirmala UI" w:hAnsi="Nirmala UI" w:eastAsia="Nirmala UI" w:cs="Nirmala UI"/>
        </w:rPr>
        <w:t>“1844ರ ಆಗಸ್ಟ್‌ನಲ್ಲಿ ನಡೆದ ಎಕ್ಸೆಟರ್‌ (ನ್ಯೂ ಹ್ಯಾಂಪ್‌ಶೈರ್) ಶಿಬಿರಸಭೆಯಲ್ಲಿ ‘ನಿಜವಾದ ಮಧ್ಯರಾತ್ರಿ ಕೂಗು’ ಮೊದಲ ಬಾರಿಗೆ ಪ್ರಸ್ತುತಪಡಿಸಲ್ಪಟ್ಟಾಗ, ಬೇಟ್ಸ್‌ ಅಲ್ಲಿನ ಪ್ರಮುಖ ನಾಯಕರಲ್ಲಿ ಒಬ್ಬನಾಗಿದ್ದನು. ಆ ಸಂದರ್ಭದಲ್ಲಿ, ಆ ಶಿಬಿರದಲ್ಲಿನ ಆ ಬೆಳಗಿನ ಆರಾಧನಾ ಸಭೆಗೆ ಆಯ್ಕೆಯಾದ ಪ್ರಚಾರಕನು ಬೇಟ್ಸ್‌ ಆಗಿದ್ದನು. ಆತ ತನ್ನ ಶ್ರೋತರಿಗೆ ನಂಬಿಗಸ್ತರಾಗಿರಲು ಉಪದೇಶಿಸುತ್ತಾ, ದೇವರು ಅವರನ್ನು ಕೇವಲ ಪರೀಕ್ಷಿಸುತ್ತಿದ್ದಾನೆ, ಅವರು ತಡಿಕೆಯ ಕಾಲದಲ್ಲಿ ಇದ್ದಾರೆ, ಮತ್ತು ಇಂತಹವೇ ಭಾವನೆಗಳನ್ನು ಶಾಂತವಾಗಿ ದೃಢಪಡಿಸುತ್ತಿದ್ದಾಗ, ಸ್ಯಾಮುವೇಲ್ ಎಸ್. ಸ್ನೋ ಕುದುರೆಯ ಮೇಲೆ ಸವಾರಿ ಮಾಡಿಕೊಂಡು ಶಿಬಿರಕ್ಕೆ ಬಂದನು. ತನ್ನ ಸಹೋದರಿ ಮಿಸೆಸ್‌ ಜಾನ್ ಕೌಚ್ ಅವರ ಪಕ್ಕದಲ್ಲಿ ಕುಳಿತುಕೊಂಡು, ಕ್ರಿಸ್ತನು ನಿಯೋಜಿತ ಸಮಯದಲ್ಲೇ ಪ್ರತ್ಯಕ್ಷನಾಗುವನು ಎಂಬ ತನ್ನ ದೃಢನಂಬಿಕೆಯನ್ನು ಸ್ನೋ ಪುನರುಚ್ಚರಿಸಿದನು. ಅತ್ಯಂತ ಉದ್ರಿಕ್ತಳಾದ ಮಿಸೆಸ್‌ ಕೌಚ್ ಏಳುನಿಂತು, ‘ಇಲ್ಲಿ ದೇವರಿಂದ ಸಂದೇಶವನ್ನು ಹೊಂದಿರುವ ಒಬ್ಬ ಮನುಷ್ಯನಿದ್ದಾನೆ!’ ಎಂದು ಘೋಷಿಸಿ ಸಭಿಕರನ್ನು ಬೆಚ್ಚಿಬೀಳುವಂತೆ ಮಾಡಿದಳು.” ಲೆರಾಯ್ ಫ್ರೂಮ್, The Prophetic Faith of our Fathers, ಸಂಪುಟ 4, 549.</w:t>
      </w:r>
    </w:p>
    <w:p>
      <w:pPr>
        <w:pStyle w:val="ArticleBody"/>
        <w:jc w:val="left"/>
      </w:pPr>
      <w:r>
        <w:rPr>
          <w:rFonts w:ascii="Nirmala UI" w:hAnsi="Nirmala UI" w:eastAsia="Nirmala UI" w:cs="Nirmala UI"/>
        </w:rPr>
        <w:t>1521ರ ಏಪ್ರಿಲ್‌ನಲ್ಲಿ ಮಾರ್ಟಿನ್ ಲೂಥರ್ ಕುದುರೆ ಎಳೆಯುವ ಬಂಡಿಯಲ್ಲಿ ವರ್ಮ್ಸ್‌ನ ಸಭೆಗೆ ಪ್ರಯಾಣಿಸಿ, ಅಲ್ಲಿ ಪೋಪ್‌ಸಂಬಂಧಿತ ಪರಂಪರೆಗಳನ್ನೂ ಆಚರಣೆಗಳನ್ನೂ ತಿರಸ್ಕರಿಸಿ ಹೀಗೆ ಹೇಳಿದರು: “ಧರ್ಮಶಾಸ್ತ್ರಗಳ ಸಾಕ್ಷಿಯಿಂದಲೋ ಅಥವಾ ಸ್ಪಷ್ಟವಾದ ತಾರ್ಕಿಕತೆಯಿಂದಲೋ ನಾನು ಮನವರಿಕೆಗೊಳ್ಳದಿದ್ದರೆ… ನಾನು ಯಾವುದನ್ನೂ ಹಿಂತೆಗೆದುಕೊಳ್ಳಲಾರೆನು, ಹಿಂತೆಗೆದುಕೊಳ್ಳುವುದಿಲ್ಲವೂ; ಏಕೆಂದರೆ ಮನಸ್ಸಾಕ್ಷಿಗೆ ವಿರುದ್ಧವಾಗಿ ನಡೆಯುವುದು ಸುರಕ್ಷಿತವೂ ಅಲ್ಲ, ಸರಿಯೂ ಅಲ್ಲ. ನಾನು ಇಲ್ಲಿಯೇ ನಿಂತಿದ್ದೇನೆ. ಇದಲ್ಲದೆ ಮತ್ತೇನನ್ನೂ ನಾನು ಮಾಡಲಾರೆನು. ದೇವರು ನನಗೆ ಸಹಾಯ ಮಾಡಲಿ. ಆಮೆನ್.”</w:t>
      </w:r>
    </w:p>
    <w:p>
      <w:pPr>
        <w:pStyle w:val="ArticleBody"/>
        <w:jc w:val="left"/>
      </w:pPr>
      <w:r>
        <w:rPr>
          <w:rFonts w:ascii="Nirmala UI" w:hAnsi="Nirmala UI" w:eastAsia="Nirmala UI" w:cs="Nirmala UI"/>
        </w:rPr>
        <w:t>ಫರಿಸಾಯರು ಕ್ರಿಸ್ತನ ವಿಜಯಪ್ರವೇಶಕ್ಕೆ ವಿರೋಧಿಸಿದಂತೆಯೇ, ಪಾಪಪದಾಧಿಕಾರಿಗಳೂ ಲೂಥರನ ಪ್ರವೇಶಕ್ಕೆ ವಿರೋಧಿಸಿದರು. ಬಳಿಕ ಲೂಥರನು ತನ್ನ ಹೆಸರನ್ನು ಬದಲಿಸಿಕೊಂಡನು (ಇದು ಮುದ್ರೆಯೊತ್ತುವಿಕೆಯ ಒಂದು ಸಂಕೇತ) ಮತ್ತು ಜರ್ಮನ್ ಭಾಷೆಗೆ ಹೊಸ ಒಡಂಬಡಿಕೆಯನ್ನು ಅನುವಾದಿಸುತ್ತಿದ್ದಾಗ ಅವನನ್ನು ಗುಪ್ತವಾಗಿ ಇರಿಸಲಾಯಿತು. ವರ್ಮ್ಸ್ ಸಭೆಯಲ್ಲಿ ಅವನು ನೀಡಿದ ಸಾಕ್ಷ್ಯವು ಮಧ್ಯರಾತ್ರಿ ಮೊರೆಯ ಮಾದರಿಯಾಯಿತು; ಅದು ಆ ಕಾಲದ ಚರ್ಚ್-ರಾಜ್ಯ ಅಧಿಕಾರಿಗಳಿಂದ ಮರಣಾಜ್ಞೆಗೆ ದಾರಿ ಮಾಡಿಕೊಟ್ಟಿತು; ಹೀಗೆ ಅದು ಭಾನುವಾರದ ಕಾನೂನಿಗೆ ಮಾದರಿಯಾಯಿತು. ‘ಜುಂಕರ್ ಯೋರ್ಗ್’ ಎಂಬ ಹೆಸರಿನಡಿ ಹತ್ತು ತಿಂಗಳುಗಳ ಕಾಲ ಅಡಗಿಹೋಗಿದ್ದ ನಂತರ, ಅಧಿಕಾರಿಗಳಿಂದ ಬಂದಿದ್ದ ಬೆದರಿಕೆ ಬದಲಾಗಿತ್ತು; ಅದರ ಬಹುಭಾಗವು ಭ್ರಷ್ಟ ಚಾರ್ಲ್ಸ್ V ಎದುರಿಸಿದ್ದ ಎರಡು ಸೈನಿಕ ಸಮಸ್ಯೆಗಳ ಕಡೆ ತಿರುಗಿತ್ತು. ಆ ಎರಡು ಸೈನಿಕ ಬೆದರಿಕೆಗಳು ಫ್ರಾನ್ಸ್ ಮತ್ತು ಇಸ್ಲಾಂ ಆಗಿದ್ದವು; ಇವು ಇಂದಿನ ಮಾನವಕುಲವನ್ನು ಎದುರಿಸುತ್ತಿರುವ ಸಮಾಜವಾದ ಮತ್ತು ಇಸ್ಲಾಂ ಎಂಬ ಅದೇ ಅಪವಿತ್ರ ಮೈತ್ರಿಯನ್ನು ಪ್ರತಿನಿಧಿಸುತ್ತವೆ.</w:t>
      </w:r>
    </w:p>
    <w:p>
      <w:pPr>
        <w:pStyle w:val="ArticleScripture"/>
        <w:jc w:val="left"/>
      </w:pPr>
      <w:r>
        <w:rPr>
          <w:rFonts w:ascii="Nirmala UI" w:hAnsi="Nirmala UI" w:eastAsia="Nirmala UI" w:cs="Nirmala UI"/>
        </w:rPr>
        <w:t>“ಭೂಮಿಯಲ್ಲಿರುವ ದೇವರ ಕಾರ್ಯವು ಪ್ರತಿಯೊಂದು ಮಹಾ ಸುಧಾರಣೆಯಲ್ಲಿಯೂ ಅಥವಾ ಧಾರ್ಮಿಕ ಚಳವಳಿಯಲ್ಲಿಯೂ ಯುಗಯುಗಾಂತರಗಳ ಮೂಲಕ ಗಮನಾರ್ಹವಾದ ಸಾಮ್ಯತೆಯನ್ನು ತೋರಿಸುತ್ತದೆ. ಮನುಷ್ಯರೊಂದಿಗೆ ದೇವರು ನಡೆಯುವ ತತ್ತ್ವಗಳು ಸದಾಕಾಲವೂ ಒಂದೇ ಆಗಿವೆ. ವರ್ತಮಾನದ ಪ್ರಮುಖ ಚಳವಳಿಗಳಿಗೆ ಭೂತಕಾಲದ ಚಳವಳಿಗಳಲ್ಲಿ ಸಮಾನತೆಗಳಿವೆ; ಮತ್ತು ಹಿಂದಿನ ಯುಗಗಳಲ್ಲಿ ಸಭೆಯ ಅನುಭವವು ನಮ್ಮ ಸ್ವಕಾಲಕ್ಕೆ ಅತ್ಯಂತ ಮೌಲ್ಯಯುತವಾದ ಪಾಠಗಳನ್ನು ಹೊಂದಿದೆ.” The Great Controversy, 343.</w:t>
      </w:r>
    </w:p>
    <w:p>
      <w:pPr>
        <w:pStyle w:val="ArticleBody"/>
        <w:jc w:val="left"/>
      </w:pPr>
      <w:r>
        <w:rPr>
          <w:rFonts w:ascii="Nirmala UI" w:hAnsi="Nirmala UI" w:eastAsia="Nirmala UI" w:cs="Nirmala UI"/>
        </w:rPr>
        <w:t>ಲಾಜರನಿಂದ ನಡೆಸಲ್ಪಟ್ಟ ಒಂದು ಕತ್ತೆ ಕ್ರಿಸ್ತನನ್ನು ಯೆರೂಸಲೇಮಿಗೆ ಕರೆತಂದಿತು; ಕುದುರೆ ಎಳೆದ ರಥವು ಲೂಥರನ್ನು ವರ್ಮ್ಸ್ ಸಭೆಗೆ ಕರೆದೊಯ್ದಿತು; ಮತ್ತು ಒಂದು ಕುದುರೆ ಸ್ನೋವನ್ನು ಎಕ್ಸೆಟರ್ ಶಿಬಿರಸಭೆಗೆ ಕೊಂಡೊಯ್ದಿತು. ಹೀಗೆ, “Equus” ವಂಶದಲ್ಲಿರುವ “Equidae” ಕುಟುಂಬದ ಸದಸ್ಯರಾಗಿರುವ ಕತ್ತೆ ಮತ್ತು ಕುದುರೆ ಎರಡನ್ನೂ ಮಧ್ಯರಾತ್ರಿಯ ಕೂಗಿನ ಸಂದೇಶದ ಸಂಕೇತವೆಂದು ಗುರುತಿಸಲಾಗುತ್ತದೆ.</w:t>
      </w:r>
    </w:p>
    <w:p>
      <w:pPr>
        <w:pStyle w:val="ArticleScripture"/>
        <w:jc w:val="left"/>
      </w:pPr>
      <w:r>
        <w:rPr>
          <w:rFonts w:ascii="Nirmala UI" w:hAnsi="Nirmala UI" w:eastAsia="Nirmala UI" w:cs="Nirmala UI"/>
        </w:rPr>
        <w:t>ಸಿಯೋನಿನ ಪುತ್ರಿಯೇ, ಬಹಳವಾಗಿ ಹರ್ಷಿಸು; ಯೆರೂಸಲೇಮಿನ ಪುತ್ರಿಯೇ, ಘೋಷಿಸು: ಇಗೋ, ನಿನ್ನ ರಾಜನು ನಿನ್ನ ಬಳಿಗೆ ಬರುತ್ತಾನೆ; ಆತನು ನೀತಿವಂತನು, ರಕ್ಷಣೆಯನ್ನು ಹೊಂದಿರುವವನೂ ಆಗಿದ್ದಾನೆ; ವಿನಯಶೀಲನಾಗಿ, ಕತ್ತೆಯ ಮೇಲೆಯೂ, ಕತ್ತೆಯ ಕರುವಾದ ಕೋಲ್ಟಿನ ಮೇಲೆಯೂ ಆರೂಢನಾಗಿ ಬರುತ್ತಾನೆ. ಜೆಕರ್ಯ 9:9.</w:t>
      </w:r>
    </w:p>
    <w:p>
      <w:pPr>
        <w:pStyle w:val="ArticleBody"/>
        <w:jc w:val="left"/>
      </w:pPr>
      <w:r>
        <w:rPr>
          <w:rFonts w:ascii="Nirmala UI" w:hAnsi="Nirmala UI" w:eastAsia="Nirmala UI" w:cs="Nirmala UI"/>
        </w:rPr>
        <w:t>ಮಧ್ಯರಾತ್ರಿಯ ಕೂಗು ಸಂದೇಶದ ಸಂಕೇತವು ಕತ್ತೆ ಅಥವಾ ಕುದುರೆಯ ಆಗಮನವಾಗಿದೆ; ಇವೆರಡೂ ಇಸ್ಲಾಂನ ಸಂಕೇತಗಳಾಗಿವೆ. ಮಧ್ಯರಾತ್ರಿಯ ಕೂಗಿನ ನಿಜವಾದ ಸಂದೇಶದ ಆಯ್ಕೆಯಾದ ದೂತನು, ಕ್ರಿಸ್ತನು ಕತ್ತೆಯ ಮೇಲೆ ಆಗಮಿಸಿದ ಸಂಗತಿಗೆ ಅನುಸಾರವಾಗಿ, ಕುದುರೆಯ ಮೇಲೆ ಆಗಮಿಸಿದನು. ಉತ್ತರಕಾಲದ “ಮುತ್ತಿಗೆ”ಗೆ ಎಲೆನ್ ವೈಟ್ ಅವರ ಗುರುತಿಸುವಿಕೆಯ ನೆರವೇರಿಕೆಯಾಗಿರುವ, ನ್ಯಾಶ್ವಿಲ್ ನಗರವನ್ನು “ಅಗ್ನಿಗುಂಡುಗಳು” ಹೊಡೆಯಲಿವೆ ಎಂಬ ಸಂಗತಿಯೇ ಗುರುತು ಆಗಿದೆ.</w:t>
      </w:r>
    </w:p>
    <w:p>
      <w:pPr>
        <w:pStyle w:val="ArticleBody"/>
        <w:jc w:val="left"/>
      </w:pPr>
      <w:r>
        <w:rPr>
          <w:rFonts w:ascii="Nirmala UI" w:hAnsi="Nirmala UI" w:eastAsia="Nirmala UI" w:cs="Nirmala UI"/>
        </w:rPr>
        <w:t>ನಾಶ್ವಿಲ್ಲಿನ ಅಗ್ನಿಗೋಳಗಳಿಂದಲೇ ಮುತ್ತಿಗೆ ಏಕೆ ಆರಂಭವಾಗುತ್ತದೆ? ಅದು ದೇವರ ಪ್ರವಾದನಾತ್ಮಕ ವಾಕ್ಯದಲ್ಲಿ ಇಸ್ಲಾಂ ಗಾದೆ ಮತ್ತು ಕುದುರೆಯಿಂದ ಪ್ರತಿನಿಧಿಸಲ್ಪಟ್ಟಿರುವುದರಿಂದವೇನಾ?</w:t>
      </w:r>
    </w:p>
    <w:p>
      <w:pPr>
        <w:pStyle w:val="ArticleHeading"/>
        <w:jc w:val="left"/>
      </w:pPr>
      <w:r>
        <w:rPr>
          <w:rFonts w:ascii="Nirmala UI" w:hAnsi="Nirmala UI" w:eastAsia="Nirmala UI" w:cs="Nirmala UI"/>
        </w:rPr>
        <w:t>ಸ್ಮುರ್ನಾ</w:t>
      </w:r>
    </w:p>
    <w:p>
      <w:pPr>
        <w:pStyle w:val="ArticleBody"/>
        <w:jc w:val="left"/>
      </w:pPr>
      <w:r>
        <w:rPr>
          <w:rFonts w:ascii="Nirmala UI" w:hAnsi="Nirmala UI" w:eastAsia="Nirmala UI" w:cs="Nirmala UI"/>
        </w:rPr>
        <w:t>ಕ್ರಿ.ಶ. 64ನೇ ವರ್ಷದಲ್ಲಿ ರೋಮ್ ನಗರವು ದಹಿಸಲ್ಪಟ್ಟಾಗ, ಚಕ್ರವರ್ತಿ ನೀರೋ ಸ್ಮಿರ್ನಾ ಸಭೆಯ ಆರಂಭವನ್ನು ಗುರುತಿಸುತ್ತಾನೆ. ಆ ದಿನಾಂಕವು ಕ್ರೈಸ್ತ ಸಭೆಯ ಹಿಂಸಾಚಾರದ ಆರಂಭವನ್ನು ಸೂಚಿಸುತ್ತದೆ; ಅದು ಎರಡು ನೂರು ಐವತ್ತು ವರ್ಷದ ಅವಧಿಯೊಳಗೆ ನಡೆಯಿತು ಮತ್ತು ಕ್ರಿ.ಶ. 313ನೇ ವರ್ಷದ ಮಿಲಾನ್ ಶಾಸನದಲ್ಲಿ ಅಂತ್ಯಗೊಂಡಿತು. ಮೃಗದ ಪ್ರತಿಮೆಯ ರೂಪುಗೊಳಿಸುವಿಕೆಯು ಆಲ್ಫಾ ವೇಮಾರ್ಕ್ ಅನ್ನು ಪ್ರತಿನಿಧಿಸುತ್ತದೆ; ಅದು ಶೀಘ್ರದಲ್ಲೇ ಬರಲಿರುವ ಭಾನುವಾರ ಕಾಯಿದೆಯಲ್ಲಿ ಮೃಗದ ಗುರುತಿನಿಂದ ಪ್ರತಿನಿಧಿಸಲ್ಪಡುವ ಓಮೇಗಾ ವೇಮಾರ್ಕ್‌ನಲ್ಲಿ ಅಂತ್ಯಗೊಳ್ಳುವ ಒಂದು ಅವಧಿಯನ್ನು ಪರಿಚಯಿಸುತ್ತದೆ. ಆ ಅವಧಿಯು “ಶಾಸನಗಳು”ಗಳಿಂದ ಆರಂಭವಾಗುವುದೆಂದು ಗುರುತಿಸಲ್ಪಟ್ಟಿದೆ.</w:t>
      </w:r>
    </w:p>
    <w:p>
      <w:pPr>
        <w:pStyle w:val="ArticleScripture"/>
        <w:jc w:val="left"/>
      </w:pPr>
      <w:r>
        <w:rPr>
          <w:rFonts w:ascii="Nirmala UI" w:hAnsi="Nirmala UI" w:eastAsia="Nirmala UI" w:cs="Nirmala UI"/>
        </w:rPr>
        <w:t>“ಶೀಘ್ರದಲ್ಲೇ ಸಂಭವಿಸಲಿರುವ ಸಂಘರ್ಷದಲ್ಲಿ ಬಳಸಲ್ಪಡುವ ಸಾಧನಗಳನ್ನು ಓದುಗನು ಗ್ರಹಿಸಬೇಕೆಂದಿದ್ದರೆ, ಅದೇ ಉದ್ದೇಶಕ್ಕಾಗಿ ರೋಮ್ ಹಿಂದಿನ ಯುಗಗಳಲ್ಲಿ ಬಳಸಿದ ವಿಧಾನಗಳ ದಾಖಲೆಯನ್ನು ಅವನು ಅನುಸರಿಸುವುದಷ್ಟೇ ಸಾಕು. ಪಾಪಿಸ್ಟರು ಮತ್ತು ಪ್ರೊಟೆಸ್ಟಾಂಟರು ಒಗ್ಗೂಡಿ ತಮ್ಮ ಮತಸಿದ್ಧಾಂತಗಳನ್ನು ತಿರಸ್ಕರಿಸುವವರೊಂದಿಗೆ ಹೇಗೆ ವರ್ತಿಸುವರು ಎಂಬುದನ್ನು ಅವನು ತಿಳಿದುಕೊಳ್ಳಬೇಕೆಂದಿದ್ದರೆ, ಸಬ್ಬತ್ತಿನ ವಿಷಯದಲ್ಲಿಯೂ ಅದರ ರಕ್ಷಕರ ವಿಷಯದಲ್ಲಿಯೂ ರೋಮ್ ತೋರಿಸಿದ ಮನೋಭಾವವನ್ನು ಅವನು ನೋಡಲಿ.</w:t>
      </w:r>
    </w:p>
    <w:p>
      <w:pPr>
        <w:pStyle w:val="ArticleScripture"/>
        <w:jc w:val="left"/>
      </w:pPr>
      <w:r>
        <w:rPr>
          <w:rFonts w:ascii="Nirmala UI" w:hAnsi="Nirmala UI" w:eastAsia="Nirmala UI" w:cs="Nirmala UI"/>
        </w:rPr>
        <w:t>“ಲೌಕಿಕ ಅಧಿಕಾರದಿಂದ ಸಮರ್ಥಿತವಾದ ರಾಜಾಜ್ಞೆಗಳು, ಸಾಮಾನ್ಯ ಪರಿಷತ್ತುಗಳು, ಮತ್ತು ಸಭೆಯ ವಿಧಿನಿಯಮಗಳು—ಇವೇ ಕ್ರೈಸ್ತ ಜಗತ್ತಿನಲ್ಲಿ ಆ ಪೌರಾಣಿಕ ಹಬ್ಬವು ಗೌರವದ ಸ್ಥಾನವನ್ನು ಹೊಂದುವಂತೆ ಮಾಡಿದ ಹಂತಗಳಾಗಿದ್ದವು. ಭಾನುವಾರದ ಆಚರಣೆಯನ್ನು ಬಲಾತ್ಕಾರವಾಗಿ ವಿಧಿಸಿದ ಮೊದಲ ಸಾರ್ವಜನಿಕ ಕ್ರಮವು ಕಾನ್‌ಸ್ಟಾಂಟೈನ್ ಪ್ರಕಟಿಸಿದ ಕಾನೂನಾಗಿತ್ತು. (A.D. 321; ಪುಟ 53 ರ ಪರಿಶಿಷ್ಟ ಟಿಪ್ಪಣಿಯನ್ನು ನೋಡಿ.) ಈ ರಾಜಾಜ್ಞೆಯ ಪ್ರಕಾರ ಪಟ್ಟಣವಾಸಿಗಳು ‘ಸೂರ್ಯದ ಪೂಜ್ಯ ದಿನದಲ್ಲಿ’ ವಿಶ್ರಾಂತಿ ಪಾಲಿಸಬೇಕಾಗಿತ್ತು; ಆದರೆ ಗ್ರಾಮಸ್ಥರಿಗೆ ತಮ್ಮ ಕೃಷಿ ಕಾರ್ಯಗಳನ್ನು ಮುಂದುವರಿಸಲು ಅನುಮತಿ ಇತ್ತು. ವಾಸ್ತವವಾಗಿ ಇದು ಒಂದು ಅನ್ಯಧರ್ಮೀಯ ವಿಧಿಯಾಗಿದ್ದರೂ, ಕ್ರೈಸ್ತಧರ್ಮವನ್ನು ನಾಮಮಾತ್ರವಾಗಿ ಅಂಗೀಕರಿಸಿದ ನಂತರ ಚಕ್ರವರ್ತಿಯು ಅದನ್ನು ಜಾರಿಗೆ ತಂದನು.” The Great Controversy, 574.</w:t>
      </w:r>
    </w:p>
    <w:p>
      <w:pPr>
        <w:pStyle w:val="ArticleBody"/>
        <w:jc w:val="left"/>
      </w:pPr>
      <w:r>
        <w:rPr>
          <w:rFonts w:ascii="Nirmala UI" w:hAnsi="Nirmala UI" w:eastAsia="Nirmala UI" w:cs="Nirmala UI"/>
        </w:rPr>
        <w:t>ಸ್ಮಿರ್ನಾ ಸಭೆಯಿಂದ ಪರ್ಗಮೋಸ್ ಸಭೆಗೆ ಸಂಭವಿಸಿದ ಪರಿವರ್ತನೆಯನ್ನು ಗುರುತಿಸಿದ ಮೊದಲ ರಾಜಾಜ್ಞೆಯು ಕ್ರಿ.ಶ. 313ರಲ್ಲಿ ಹೊರಡಿಸಲ್ಪಟ್ಟ ಮಿಲಾನ್ ಅಧಿಸೂಚನೆಯಾಗಿತ್ತು. ಅದು ಕ್ರಿ.ಶ. 321ರ ಮೊದಲ ಭಾನುವಾರ ಕಾನೂನಿನತ್ತ ದಾರಿ ಮಾಡಿದ ಮೊದಲ ಹೆಜ್ಜೆಯನ್ನು ಪ್ರತಿನಿಧಿಸಿತು. ಯೆರೂಸಲೇಮಿನ ನಾಶವು ಭಾನುವಾರ ಕಾನೂನಿನ ಪ್ರತಿರೂಪವಾಗಿದ್ದು, ಆ ನಾಶಕ್ಕೆ ಮುನ್ನ ನಡೆದಿದ್ದ ಮುತ್ತಿಗೆಯನ್ನು ಎರಡು ಪ್ರವಾದನಾತ್ಮಕ ಸಾಕ್ಷಿಗಳು ಗುರುತಿಸುತ್ತವೆ. ಕ್ರಿ.ಪೂ. 587ರಲ್ಲಿ ಬಾಬಿಲೋನಿನ ಮೂರನೇ ಮುತ್ತಿಗೆ ಮತ್ತು ಕ್ರಿ.ಶ. 70ನೇ ವರ್ಷದಲ್ಲಿ ರೋಮಿನ ಎರಡನೇ ಮುತ್ತಿಗೆಯಿಂದ ಪ್ರತಿನಿಧಿಸಲ್ಪಡುವ ಆ ಎರಡು ಮುತ್ತಿಗೆಗಳು, ಭಾನುವಾರ ಕಾನೂನಿನ ಮಾರ್ಗಚಿಹ್ನೆಗೆ ಮುಂಚೆ ಬರುವ ಮಾರ್ಗಚಿಹ್ನೆಯು—ಒಂದು ಪ್ರವಾದನಾತ್ಮಕ ಮುತ್ತಿಗೆಯೇ ಎಂಬುದನ್ನು ಗುರುತಿಸುತ್ತವೆ.</w:t>
      </w:r>
    </w:p>
    <w:p>
      <w:pPr>
        <w:pStyle w:val="ArticleBody"/>
        <w:jc w:val="left"/>
      </w:pPr>
      <w:r>
        <w:rPr>
          <w:rFonts w:ascii="Nirmala UI" w:hAnsi="Nirmala UI" w:eastAsia="Nirmala UI" w:cs="Nirmala UI"/>
        </w:rPr>
        <w:t>ನೆಬೂಕದ್ನೆಜ್ಜರನು ಯೆಹೋಯಾಕೀಮನ ವಿರೋಧವಾಗಿ ಮುತ್ತಿಗೆ ಹಾಕಿದನು; ನಂತರ ಯೆಹೋಯಾಕೀನನ ಮೇಲೂ, ಕೊನೆಯಲ್ಲಿ ಜೆದೆಕೀಯನ ಮೇಲೂ ಮುತ್ತಿಗೆ ಹಾಕಿದನು. ಸೆಸ್ತಿಯಸ್ಸು ಕ್ರಿ.ಶ. 66ನೇ ವರ್ಷದಲ್ಲಿ ಮುತ್ತಿಗೆ ಹಾಕಿ, ಯೇಸು ಸಭೆಗೆ ಕೊಟ್ಟಿದ್ದ ಸಂಕೇತವನ್ನು ನೆರವೇರಿಸಿದನು; ಇದೇ ರೀತಿಯಾಗಿ ಕ್ರಿ.ಪೂ. 587ರ ಮೂರನೇ ಮುತ್ತಿಗೆಯು ಯೆಹೆಜ್ಕೇಲನ ಹೆಂಡತಿಯ ಮರಣದ ಸಂಕೇತವನ್ನು ಹೊಂದಿತ್ತು. ಯೆರೂಸಲೇಮಿನ ನಾಶಕ್ಕೆ ಮುಂಚಿತವಾಗಿರುವ ಮಾರ್ಗಸೂಚಕವು ಮುತ್ತಿಗೆಯಾಗಿದ್ದು, ಅದು ಒಂದು “ಸಂಕೇತ”ವೂ ಆಗಿದೆ. ಕ್ರಿ.ಶ. 321ರ ಭಾನುವಾರದ ಕಾಯ್ದೆಗೆ ಮುಂಚೆ ಇದ್ದ ಮಾರ್ಗಸೂಚಕವು ಮಿಲಾನ್ ಆದೇಶವಾಗಿತ್ತು; ಅಲ್ಲಿ ಯಾವುದೇ ಖಂಡನೆ ಇಲ್ಲದ ಸಭೆಯಾದ (ಸ್ಮುರ್ನಾ) ಒಂದು ಸಂಧಿಗ್ಧತೆಯಿಂದ ದೂಷಿತವಾದ ಸಭೆಯ ಸಂಕೇತವಾದ ಪೆರ್ಗಮಕ್ಕೆ ಪರಿವರ್ತನೆಯಾಯಿತು.</w:t>
      </w:r>
    </w:p>
    <w:p>
      <w:pPr>
        <w:pStyle w:val="ArticleBody"/>
        <w:jc w:val="left"/>
      </w:pPr>
      <w:r>
        <w:rPr>
          <w:rFonts w:ascii="Nirmala UI" w:hAnsi="Nirmala UI" w:eastAsia="Nirmala UI" w:cs="Nirmala UI"/>
        </w:rPr>
        <w:t>ಆದುದರಿಂದ ಮಿಲಾನ್‌ನ ಆದೇಶವು ಒಂದು ಪ್ರವಾದನಾತ್ಮಕ ಮುತ್ತಿಗೆಯ ಆರಂಭವಾಗಿದ್ದು, ಅದೇ ಸಮಯದಲ್ಲಿ ಅದು ಒಂದು ಸಂಕೇತವೂ ಆಗಿದೆ. ಹಾಗೆಯೇ, ಅದು ಒಂದು ಲಕ್ಷ ನಲವತ್ತನಾಲ್ಕು ಸಾವಿರರ ಲವೋದಿಕಾಯ ಸಭೆಯ ಚಳವಳಿಯು ಒಂದು ಲಕ್ಷ ನಲವತ್ತನಾಲ್ಕು ಸಾವಿರರ ಫಿಲದೆಲ್ಫಿಯ ಸಭೆಯ ಚಳವಳಿಗೆ ಪರಿವರ್ತನೆಯಾಗುವ ಬಿಂದುದನ್ನೂ ಸೂಚಿಸುತ್ತದೆ.</w:t>
      </w:r>
    </w:p>
    <w:p>
      <w:pPr>
        <w:pStyle w:val="ArticleBody"/>
        <w:jc w:val="left"/>
      </w:pPr>
      <w:r>
        <w:rPr>
          <w:rFonts w:ascii="Nirmala UI" w:hAnsi="Nirmala UI" w:eastAsia="Nirmala UI" w:cs="Nirmala UI"/>
        </w:rPr>
        <w:t>ಫಿಲಡೆಲ್ಫಿಯಾ ಮತ್ತು ಸ್ಮಿರ್ನಾ, ಪ್ರಕಟಣೆಯ ಏಳು ಸಭೆಗಳಲ್ಲಿಯೇ ಯಾವ ದಂಡನೆಯೂ ಇಲ್ಲದ ಏಕೈಕ ಎರಡು ಸಭೆಗಳಾಗಿವೆ. ಈ ಸಂಗತಿಯೇ, ಆ ಸಂಕ್ರಮಣವನ್ನು ಯುದ್ಧಮಗ್ನ ಸಭೆಯಿಂದ ವಿಜಯಶಾಲಿ ಸಭೆಯ ಕಡೆಗಿನ ಸಂಕ್ರಮಣವೆಂದು ಗುರುತಿಸುತ್ತದೆ. ಆ ಸಂಕ್ರಮಣವು ಮಿಲಾನದ ಆದೇಶದೊಂದಿಗೆ ಹೊಂದಿಕೆಯಾಗುತ್ತದೆ; ಅಲ್ಲಿ ನೂರ ನಲವತ್ತನಾಲ್ಕು ಸಾವಿರರ ಅಂತ್ಯಕಾಲದ ಚಳವಳಿಯು, ಆ ಏಳರಲ್ಲಿ ಒಂದಾಗಿರುವ ಎಂಟನೆಯ ಸಭೆಯಾಗುತ್ತದೆ. ಫಿಲಡೆಲ್ಫಿಯಾ ಮತ್ತು ಸ್ಮಿರ್ನಾ, ತಾವು ಯೆಹೂದ್ಯರೆಂದು ಹೇಳಿಕೊಳ್ಳುವವರೊಂದಿಗೆ ಹೋರಾಡುವ ಏಕೈಕ ಎರಡು ಸಭೆಗಳಾಗಿಯೂ ಇವೆ; ಆದರೆ ಅವರು ವಾಸ್ತವದಲ್ಲಿ ಸೈತಾನನ ಸಭಾಮಂದಿರದವರಾಗಿದ್ದಾರೆ.</w:t>
      </w:r>
    </w:p>
    <w:p>
      <w:pPr>
        <w:pStyle w:val="ArticleBody"/>
        <w:jc w:val="left"/>
      </w:pPr>
      <w:r>
        <w:rPr>
          <w:rFonts w:ascii="Nirmala UI" w:hAnsi="Nirmala UI" w:eastAsia="Nirmala UI" w:cs="Nirmala UI"/>
        </w:rPr>
        <w:t>313ರ ಆ ಮಾರ್ಗಚಿಹ್ನೆಯು 1844ರ ಆಗಸ್ಟ್ 12ರಿಂದ 17ರವರೆಗೆ ನಡೆದ ಎಕ್ಸೆಟರ್ ಶಿಬಿರಸಭೆಯೊಂದಿಗೂ ಹೊಂದಿಕೆಯಾಗುತ್ತದೆ. ಆ ಶಿಬಿರಸಭೆ ಮುಗಿದಾಗ, 1844ರ ಅಕ್ಟೋಬರ್ 22ರಂದು ಬಾಗಿಲು ಮುಚ್ಚುವ ತನಕ, ಆ ಸಂದೇಶವು ಅಮೆರಿಕ ಸಂಯುಕ್ತ ಸಂಸ್ಥಾನಗಳ ಪೂರ್ವ ಸಮುದ್ರತೀರದ ಪ್ರದೇಶವ್ಯಾಪಿಯಾಗಿ ಜ್ವಾರದ ಅಲೆಯಂತೆ ವ್ಯಾಪಿಸಿತು.</w:t>
      </w:r>
    </w:p>
    <w:p>
      <w:pPr>
        <w:pStyle w:val="ArticleScripture"/>
        <w:jc w:val="left"/>
      </w:pPr>
      <w:r>
        <w:rPr>
          <w:rFonts w:ascii="Nirmala UI" w:hAnsi="Nirmala UI" w:eastAsia="Nirmala UI" w:cs="Nirmala UI"/>
        </w:rPr>
        <w:t>“ಒಂದು ಜ್ವಾರಭಾಟೆಯ ಮಹಾಲೆಯಂತೆಯೇ ಆ ಚಳವಳಿಯು ದೇಶದ ಮೇಲೆ ಹರಡಿತು. ನಗರದಿಂದ ನಗರಕ್ಕೆ, ಹಳ್ಳಿಯಿಂದ ಹಳ್ಳಿಗೆ, ಮತ್ತು ದೂರದ ಗ್ರಾಮೀಣ ಪ್ರದೇಶಗಳೊಳಗೂ ಅದು ಸಾಗಿತು; ಹೀಗೆ ಕಾಯುತ್ತಿದ್ದ ದೇವಜನರು ಸಂಪೂರ್ಣವಾಗಿ ಜಾಗೃತರಾದರು. ಉದಯಿಸುವ ಸೂರ್ಯನ ಮುಂದೆ ಬೆಳಗಿನ ಮಂಜು ಕರಗಿಹೋಗುವಂತೆ, ಈ ಪ್ರಕಟಣೆಯ ಮುಂದೆ ಉನ್ಮತ್ತತೆಯು ಅಳಿದುಹೋಯಿತು. ವಿಶ್ವಾಸಿಗಳು ತಮ್ಮ ಸಂದೇಹವೂ ಗೊಂದಲವೂ ನಿವಾರಣೆಯಾದುದನ್ನು ಕಂಡರು; ನಿರೀಕ್ಷೆಯೂ ಧೈರ್ಯವೂ ಅವರ ಹೃದಯಗಳನ್ನು ಪ್ರೇರೇಪಿಸಿತು. ಈ ಕಾರ್ಯವು ದೇವರ ವಾಕ್ಯ ಮತ್ತು ಆತ್ಮನ ನಿಯಂತ್ರಕ ಪ್ರಭಾವವಿಲ್ಲದೆ ಮಾನವೀಯ ಉದ್ರೇಕವಿರುವಾಗ ಯಾವಾಗಲೂ ವ್ಯಕ್ತವಾಗುವ ಅತಿರೇಕಗಳಿಂದ ಮುಕ್ತವಾಗಿತ್ತು. ತನ್ನ ದಾಸರ ಮೂಲಕ ಬಂದ ಗದರಿಕೆಯ ಸಂದೇಶಗಳ ನಂತರ ಪ್ರಾಚೀನ ಇಸ್ರಾಯೇಲ್ಯರ ಮಧ್ಯೆ ಉಂಟಾಗುತ್ತಿದ್ದ ತಮ್ಮನ್ನು ತಗ್ಗಿಸಿಕೊಳ್ಳುವ ಕಾಲಗಳಿಗೂ ಕರ್ತನ ಕಡೆಗೆ ಹಿಂದಿರುಗುವ ಸಂದರ್ಭಗಳಿಗೂ ಇದು ಸ್ವಭಾವದಲ್ಲಿ ಸಮಾನವಾಗಿತ್ತು. ಇದು ಪ್ರತಿಯುಗದಲ್ಲಿಯೂ ದೇವರ ಕಾರ್ಯವನ್ನು ಗುರುತಿಸುವ ಲಕ್ಷಣಗಳನ್ನು ಹೊತ್ತುಕೊಂಡಿತ್ತು. ಅಲ್ಲಿ ಪರವಶೋಲ್ಲಾಸವು ಕಡಿಮೆಯಾಗಿದ್ದು, ಬದಲಾಗಿ ಹೃದಯದ ಆಳವಾದ ಪರಿಶೋಧನೆ, ಪಾಪಸ್ವೀಕಾರ, ಮತ್ತು ಲೋಕತ್ಯಾಗವು ಇತ್ತು. ಕರ್ತನನ್ನು ಎದುರಿಸಲು ಸಿದ್ಧಗೊಳ್ಳುವುದೇ ವ್ಯಾಕುಲಾತ್ಮಗಳ ಭಾರವಾಗಿತ್ತು. ಅಲ್ಲಿ ಹಠಮಾರಿಯಾದ ಪ್ರಾರ್ಥನೆಯೂ ದೇವರಿಗೆ ನಿರ್ವ್ಯಾಜ ಸಮರ್ಪಣೆಯೂ ಇತ್ತು.” The Great Controversy, 400, 401.</w:t>
      </w:r>
    </w:p>
    <w:p>
      <w:pPr>
        <w:pStyle w:val="ArticleBody"/>
        <w:jc w:val="left"/>
      </w:pPr>
      <w:r>
        <w:rPr>
          <w:rFonts w:ascii="Nirmala UI" w:hAnsi="Nirmala UI" w:eastAsia="Nirmala UI" w:cs="Nirmala UI"/>
        </w:rPr>
        <w:t>1844ರ ಅಕ್ಟೋಬರ್ 22ರಂದು ಬಾಗಿಲು ಮುಚ್ಚಲ್ಪಟ್ಟದ್ದು, ಶೀಘ್ರದಲ್ಲೇ ಬರುವ ಭಾನುವಾರದ ಕಾನೂನಿನ ಪ್ರತಿರೂಪವಾಗಿದೆ; ಮತ್ತು ಅಕ್ಟೋಬರ್ 22ರ ಮುಚ್ಚಿದ ಬಾಗಿಲಿಗೆ ಪೂರ್ವವಾಗಿ ಬಂದ ಮಾರ್ಗಸೂಚಕವು ಎಕ್ಸೆಟರ್ ಶಿಬಿರಸಭೆಯಾಗಿತ್ತು. ಆದ್ದರಿಂದ ಎಕ್ಸೆಟರ್ ಶಿಬಿರಸಭೆಯು ಮಿಲಾನದ ಶಾಸನಕ್ಕೆ ಸಮಾನಾಂತರವಾಗಿ ಹೊಂದುತ್ತದೆ. ಅದು ಕ್ರಿಸ್ತನ ವಿಜಯೋತ್ಸವದ ಪ್ರವೇಶಕ್ಕೂ ಸಮಾನಾಂತರವಾಗಿ ಹೊಂದುತ್ತದೆ.</w:t>
      </w:r>
    </w:p>
    <w:p>
      <w:pPr>
        <w:pStyle w:val="ArticleScripture"/>
        <w:jc w:val="left"/>
      </w:pPr>
      <w:r>
        <w:rPr>
          <w:rFonts w:ascii="Nirmala UI" w:hAnsi="Nirmala UI" w:eastAsia="Nirmala UI" w:cs="Nirmala UI"/>
        </w:rPr>
        <w:t>“ಮಧ್ಯರಾತ್ರಿ ಕೂಗು ಅಷ್ಟು ಮಟ್ಟಿಗೆ ವಾದಪ್ರತಿವಾದಗಳ ಮೂಲಕ ಹರಡಿಸಲ್ಪಟ್ಟದ್ದಲ್ಲ; ಆದಾಗ್ಯೂ ಅದರ ಶಾಸ್ತ್ರಸಾಕ್ಷ್ಯವು ಸ್ಪಷ್ಟವೂ ನಿರ್ಣಾಯಕವೂ ಆಗಿತ್ತು. ಅದರೊಡನೆ ಆತ್ಮವನ್ನು ಚಲಿಸುವಂತೆ ಮಾಡುವ ಒಂದು ಪ್ರೇರಕ ಶಕ್ತಿಯೂ ಸೇರಿಕೊಂಡಿತ್ತು. ಅಲ್ಲಿ ಸಂಶಯವೂ ಇರಲಿಲ್ಲ, ಪ್ರಶ್ನಿಸುವಿಕೆಯೂ ಇರಲಿಲ್ಲ. ಕ್ರಿಸ್ತನು ವಿಜಯೋತ್ಸಾಹದಿಂದ ಯೆರೂಸಲೇಮಿಗೆ ಪ್ರವೇಶಿಸಿದ ಸಂದರ್ಭದಲ್ಲಿ, ಹಬ್ಬವನ್ನು ಆಚರಿಸಲು ದೇಶದ ಎಲ್ಲಾ ಭಾಗಗಳಿಂದ ಕೂಡಿಬಂದಿದ್ದ ಜನರು ಒಲೀವ ಬೆಟ್ಟದ ಕಡೆಗೆ ಗುಂಪುಗೂಡಿದರು; ಮತ್ತು ಯೇಸುವಿಗೆ ಮುನ್ನಡೆಯಾಗಿ ಹೋಗುತ್ತಿದ್ದ ಜನಸ್ತೋಮದೊಡನೆ ಸೇರುವಾಗ, ಅವರು ಆ ಕ್ಷಣದ ಪ್ರೇರಣೆಯನ್ನು ಪಡೆದು, ‘ಕರ್ತನ ಹೆಸರಿನಲ್ಲಿ ಬರುವವನು ಧನ್ಯನು!’ [Matthew 21:9.] ಎಂಬ ಘೋಷವನ್ನು ಇನ್ನಷ್ಟು ಪ್ರಬಲಗೊಳಿಸಲು ಸಹಾಯಮಾಡಿದರು. ಇದೇ ರೀತಿಯಾಗಿ, ಅಡ್ವೆಂಟಿಸ್ಟ್ ಸಭೆಗಳಿಗೆ ಗುಂಪುಗೂಡಿಬಂದಿದ್ದ ಅವಿಶ್ವಾಸಿಗಳೂ—ಕೆಲವರು ಕುತೂಹಲದಿಂದ, ಕೆಲವರು ಕೇವಲ ಹಾಸ್ಯಮಾಡಲು—‘ಇಗೋ, ವರನು ಬರುತ್ತಾನೆ!’ ಎಂಬ ಸಂದೇಶದೊಡನೆ ಇದ್ದ ದೃಢೀಕರಿಸುವ ಶಕ್ತಿಯನ್ನು ಅನುಭವಿಸಿದರು.” Spirit of Prophecy, volume 4, 250.</w:t>
      </w:r>
    </w:p>
    <w:p>
      <w:pPr>
        <w:pStyle w:val="ArticleBody"/>
        <w:jc w:val="left"/>
      </w:pPr>
      <w:r>
        <w:rPr>
          <w:rFonts w:ascii="Nirmala UI" w:hAnsi="Nirmala UI" w:eastAsia="Nirmala UI" w:cs="Nirmala UI"/>
        </w:rPr>
        <w:t>ಮಿಲಾನ್‌ನ ಆದೇಶವು ಕ್ರಿ.ಪೂ. 587ರಲ್ಲಿ ನೆಬೂಕದ್ನೆಚ್ಚರನಿಂದಲೂ ಕ್ರಿ.ಶ. 66ನೇ ವರ್ಷದಲ್ಲಿ ಸೆಸ್ಟಿಯಸ್‌ನಿಂದಲೂ ಪೂರ್ವರೂಪಿತವಾಗಿದ್ದ ಪ್ರವಾದನಾತ್ಮಕ ಮುತ್ತಿಗೆಯನ್ನು ಸೂಚಿಸುತ್ತದೆ. ಆ ಎರಡು ಮುತ್ತಿಗೆಗಳು ಕ್ರಮವಾಗಿ ಕ್ರಿ.ಪೂ. 586ರಲ್ಲಿ ಮತ್ತು ಕ್ರಿ.ಶ. 70ರಲ್ಲಿ ಯೆರೂಸಲೇಮಿನ ನಾಶಕ್ಕೆ ದಾರಿಯಾದವು. ಸೆಸ್ಟಿಯಸ್‌ನ ಮುತ್ತಿಗೆ ಕೊನೆಗೊಂಡಿತು, ಮತ್ತು ಮೂರುವರೆ ವರ್ಷಗಳ ನಂತರ ತೀತನ ಅಧೀನದಲ್ಲಿ ಮುತ್ತಿಗೆ ಮರುಆರಂಭವಾಯಿತು; ಹೀಗೆ ಒಂದು ಆಲ್ಫಾ ರೋಮನ್ ಆಳುವವನಿಂದ ಆರಂಭವಾಗಿ ಓಮೆಗಾ ಆಳುವವನಿಂದ ಅಂತ್ಯಗೊಳ್ಳುವ ಪ್ರವಾದನಾತ್ಮಕ ಅವಧಿಯನ್ನು ಅದು ಒದಗಿಸಿತು. ಆ ಮೂರುವರೆ ವರ್ಷಗಳು ಪಾಪಾಸಿಯ ಮೂಲಕ ಯೆರೂಸಲೇಮಿನ ತುಳಿಯಲ್ಪಡುವುದನ್ನು ಸೂಚಿಸುತ್ತವೆ, ಮತ್ತು ಶೀಘ್ರದಲ್ಲೇ ಬರುವ ಭಾನುವಾರದ ಕಾನೂನನ್ನೂ ಸೂಚಿಸುತ್ತವೆ; ಆಗ ಪಾಪಾಸಿಯ ಪ್ರಾಣಾಂತಿಕ ಗಾಯವು ಗುಣಮುಖವಾಗಿ, ಅವಳು ಮತ್ತೆ ಮೂರುವರೆ ಸಾಂಕೇತಿಕ ವರ್ಷಗಳ ಕಾಲ ಆಳುವಳು.</w:t>
      </w:r>
    </w:p>
    <w:p>
      <w:pPr>
        <w:pStyle w:val="ArticleScripture"/>
        <w:jc w:val="left"/>
      </w:pPr>
      <w:r>
        <w:rPr>
          <w:rFonts w:ascii="Nirmala UI" w:hAnsi="Nirmala UI" w:eastAsia="Nirmala UI" w:cs="Nirmala UI"/>
        </w:rPr>
        <w:t>ಆದರೆ ದೇವಾಲಯದ ಹೊರಗಿರುವ ಪ್ರಾಕಾರವನ್ನು ಬಿಡು, ಅದನ್ನು ಅಳೆಯಬೇಡ; ಏಕೆಂದರೆ ಅದು ಅನ್ಯಜನಾಂಗಗಳಿಗೆ ಕೊಡಲ್ಪಟ್ಟಿದೆ; ಮತ್ತು ಅವರು ಪರಿಶುದ್ಧ ಪಟ್ಟಣವನ್ನು ನಲವತ್ತೆರಡು ತಿಂಗಳುಗಳವರೆಗೆ ತುಳಿದುಹಾಕುವರು. ಪ್ರಕಟನೆ 11:2.</w:t>
      </w:r>
    </w:p>
    <w:p>
      <w:pPr>
        <w:pStyle w:val="ArticleBody"/>
        <w:jc w:val="left"/>
      </w:pPr>
      <w:r>
        <w:rPr>
          <w:rFonts w:ascii="Nirmala UI" w:hAnsi="Nirmala UI" w:eastAsia="Nirmala UI" w:cs="Nirmala UI"/>
        </w:rPr>
        <w:t>538ರಲ್ಲಿ, ಮತ್ತು ನಂತರ ಬರುವ ಭಾನುವಾರ ಕಾನೂನಿನ ಸಂದರ್ಭದಲ್ಲಿ, ಯೆರೂಸಲೇಮನ್ನು ತುಳಿದುಹಾಕುವಿಕೆ ಆರಂಭವಾಗುತ್ತದೆ. ಆ ಎರಡು ಭಾನುವಾರ ಕಾನೂನುಗಳನ್ನು ಕ್ರಿ.ಶ. 321ನೇ ವರ್ಷ ಪ್ರತಿನಿಧಿಸಿತು; ಅಂದರೆ ಮಹಾನ್ ಕಾಂಸ್ಟಾಂಟೈನ್ ಮೊದಲ ಭಾನುವಾರ ಕಾನೂನನ್ನು ಜಾರಿಗೆ ತಂದ ವರ್ಷ. 538ರಲ್ಲಿ, ಸೆಸ್ಟಿಯಸ್‌ನಿಂದ ಟೈಟಸ್‌ವರೆಗೆ ಇರುವ ಇತಿಹಾಸದಿಂದ ಪ್ರತಿನಿಧಿಸಲ್ಪಟ್ಟಂತೆ, ದೇವರ ಸಭೆಯನ್ನು ಹಿಂಸಿಸಲು (ತುಳಿದುಹಾಕಲು) ಪಾಪಾಧಿಪತ್ಯಕ್ಕೆ ಮೂರೂವರೆ ವರ್ಷಗಳ ಕಾಲ ಅಧಿಕಾರ ನೀಡಲಾಯಿತು. 538ರಲ್ಲಿ, ಪಾಪಾಧಿಪತ್ಯವು ಓರ್ಲಿಯಾನ್ಸ್‌ನ ಮೂರನೇ ಸಭೆಯಲ್ಲಿ ಒಂದು ಭಾನುವಾರ ಕಾನೂನನ್ನು ಜಾರಿಗೆ ತಂದಿತು. ಶೀಘ್ರದಲ್ಲೇ ಬರುವ ಭಾನುವಾರ ಕಾನೂನು, ಪಾಪಾಧಿಪತ್ಯಕ್ಕೆ ದೇವಾಲಯವನ್ನು ತುಳಿದುಹಾಕಲು (ಹಿಂಸಿಸಲು) ಮತ್ತೊಮ್ಮೆ ಅಧಿಕಾರ ನೀಡಲ್ಪಡುವ ಸಮಯವನ್ನು ಗುರುತಿಸುತ್ತದೆ.</w:t>
      </w:r>
    </w:p>
    <w:p>
      <w:pPr>
        <w:pStyle w:val="ArticleBody"/>
        <w:jc w:val="left"/>
      </w:pPr>
      <w:r>
        <w:rPr>
          <w:rFonts w:ascii="Nirmala UI" w:hAnsi="Nirmala UI" w:eastAsia="Nirmala UI" w:cs="Nirmala UI"/>
        </w:rPr>
        <w:t>313 ಮೊದಲ ಭಾನುವಾರದ ಕಾನೂನಿಗೆ ದಾರಿ ಮಾಡಿದ ಮೊದಲ ಆದೇಶವನ್ನು 321ರಲ್ಲಿ ಗುರುತಿಸುತ್ತದೆ. ನಂತರ 330ರಲ್ಲಿ, ಸಾಮ್ರಾಜ್ಯವು ಪ್ರವಾದನಾತ್ಮಕವಾಗಿ ಪೂರ್ವ ಮತ್ತು ಪಶ್ಚಿಮವೆಂದು ವಿಭಜಿಸಲ್ಪಟ್ಟಿತು; ಹೀಗಾಗಿ ಯುನೈಟೆಡ್ ಸ್ಟೇಟ್ಸ್‌ನಲ್ಲಿ ಆಲ್ಫಾ ಭಾನುವಾರದ ಕಾನೂನಿನಿಂದ ಆರಂಭವಾದ ಹಿಂಸೆ ಮತ್ತು ತುಳಿದುಹಾಕುವಿಕೆಯ ಅವಧಿಯಾದ, “ನಲವತ್ತೆರಡು” ಸಾಂಕೇತಿಕ ತಿಂಗಳುಗಳ ಪಾಪಾಧಿಕಾರದ ಹಿಂಸೆಯ ದ್ವಿತೀಯ ಅವಧಿಯ ಓಮೇಗಾ ಸಮಾಪ್ತಿಯನ್ನು ಅದು ಗುರುತಿಸಿತು.</w:t>
      </w:r>
    </w:p>
    <w:p>
      <w:pPr>
        <w:pStyle w:val="ArticleScripture"/>
        <w:jc w:val="left"/>
      </w:pPr>
      <w:r>
        <w:rPr>
          <w:rFonts w:ascii="Nirmala UI" w:hAnsi="Nirmala UI" w:eastAsia="Nirmala UI" w:cs="Nirmala UI"/>
        </w:rPr>
        <w:t>ಮೂರನೆಯ ದೂತನು ಅವರ ಹಿಂದೆ ಬಂದು, ಮಹಾಸ್ವರದಿಂದ ಹೀಗೆಂದನು: ಯಾರಾದರೂ ಮೃಗವನ್ನೂ ಅದರ ಪ್ರತಿಮೆಯನ್ನೂ ಆರಾಧಿಸಿ, ತನ್ನ ನೆತ್ತಿಯ ಮೇಲಾದರೂ ತನ್ನ ಕೈಯ ಮೇಲಾದರೂ ಅದರ ಗುರುತನ್ನು ಸ್ವೀಕರಿಸಿದರೆ, ಅವನು ಸಹ ದೇವರ ಕೋಪದ ದ್ರಾಕ್ಷಾರಸವನ್ನು ಕುಡಿಯುವನು; ಅದು ಆತನ ರೋಷದ ಪಾತ್ರೆಯಲ್ಲಿ ಮಿಶ್ರಣವಿಲ್ಲದೆ ಸುರಿಯಲ್ಪಟ್ಟಿದೆ; ಮತ್ತು ಅವನು ಪರಿಶುದ್ಧ ದೂತರ ಸಮ್ಮುಖದಲ್ಲಿಯೂ ಕುರಿಮರಿಯ ಸಮ್ಮುಖದಲ್ಲಿಯೂ ಬೆಂಕಿ ಮತ್ತು ಗಂಧಕದಿಂದ ಯಾತನೆಪಡುವನು. ಅವರ ಯಾತನೆಯ ಹೊಗೆ ಯುಗಯುಗಾಂತರಕ್ಕೂ ಏರುತ್ತಲೇ ಇರುವುದು; ಮೃಗವನ್ನೂ ಅದರ ಪ್ರತಿಮೆಯನ್ನೂ ಆರಾಧಿಸುವವರಿಗೂ, ಅದರ ಹೆಸರಿನ ಗುರುತನ್ನು ಸ್ವೀಕರಿಸುವ ಯಾರಿಗಾದರೂ, ಹಗಲಿರುಳು ವಿಶ್ರಾಂತಿ ಇರುವುದಿಲ್ಲ. ಇಲ್ಲಿ ಪರಿಶುದ್ಧರ ಸಹನೆಯಿದೆ: ಇಲ್ಲಿ ದೇವರ ಆಜ್ಞೆಗಳನ್ನು ಕೈಕೊಳ್ಳುವವರೂ ಯೇಸುವಿನ ನಂಬಿಕೆಯನ್ನು ಕಾಪಾಡುವವರೂ ಇದ್ದಾರೆ. ಪ್ರಕಟನೆ 14:9–12.</w:t>
      </w:r>
    </w:p>
    <w:p>
      <w:pPr>
        <w:pStyle w:val="ArticleHeading"/>
        <w:jc w:val="left"/>
      </w:pPr>
      <w:r>
        <w:rPr>
          <w:rFonts w:ascii="Nirmala UI" w:hAnsi="Nirmala UI" w:eastAsia="Nirmala UI" w:cs="Nirmala UI"/>
        </w:rPr>
        <w:t>ಸಮತಟ್ಟು</w:t>
      </w:r>
    </w:p>
    <w:p>
      <w:pPr>
        <w:pStyle w:val="ArticleBody"/>
        <w:jc w:val="left"/>
      </w:pPr>
      <w:r>
        <w:rPr>
          <w:rFonts w:ascii="Nirmala UI" w:hAnsi="Nirmala UI" w:eastAsia="Nirmala UI" w:cs="Nirmala UI"/>
        </w:rPr>
        <w:t>‘ಮಿಲಾನ್’ ಎಂಬ ಪದದ ಲ್ಯಾಟಿನ್ ಅರ್ಥ ಸಮತಟದ ಮಧ್ಯಭಾಗವೆಂದು ಬರುತ್ತದೆ. ಪೂರ್ವ ಮತ್ತು ಪಶ್ಚಿಮಗಳ ಮಧ್ಯದಲ್ಲಿ, ಕ್ರಿ.ಶ. 313ನೇ ವರ್ಷದಲ್ಲಿ ಪಶ್ಚಿಮದ ಕಾನ್ಸ್ಟಾಂಟೈನ್ ಪೂರ್ವದ ಲಿಸಿನಿಯಸ್‌ನೊಂದಿಗೆ ಒಕ್ಕೂಟವನ್ನು ಹುಡುಕಿದನು. ಆ ಆದೇಶವು ಪೂರ್ವ ಮತ್ತು ಪಶ್ಚಿಮಗಳನ್ನು ಒಂದಾಗಿಸಲು ಮಾಡಿದ ಪ್ರಯತ್ನವನ್ನು ಪ್ರತಿನಿಧಿಸಿತು; ಮತ್ತು ಕಾನ್ಸ್ಟಾಂಟೈನ್‌ನ ಸಹೋದರಿಯ ಮಗಳು ಕಾನ್ಸ್ಟಾಂಟಿಯಾ ಲಿಸಿನಿಯಸ್‌ನನ್ನು ವಿವಾಹವಾದಾಗ, ಒಡಂಬಡಿಕೆಯ ವಿವಾಹದ ಮೂಲಕ ಆ ಆದೇಶವು ದೃಢೀಕರಿಸಲ್ಪಟ್ಟಿತು. ಆದಾಗ್ಯೂ, ಉತ್ತರದ ಸೆಲ್ಯೂಸಿಡ್‌ಗಳೂ ದಕ್ಷಿಣದ ಪ್ಟೋಲೆಮಿಯೂ ಒಳಗೊಂಡ ದಾನಿಯೇಲ ಹನ್ನೊಂದನೆಯ ಅಧ್ಯಾಯದಲ್ಲಿರುವ ಮೊದಲ ಒಡಂಬಡಿಕೆಯ ವಿವಾಹದಂತೆಯೇ, ‘ಪೂರ್ವವು ಪೂರ್ವವೇ, ಪಶ್ಚಿಮವು ಪಶ್ಚಿಮವೇ, ಇವೆರಡೂ ಎಂದಿಗೂ ಸೇರುವುದಿಲ್ಲ’ ಎಂದು ಹೇಳುವ ಹಳೆಯ ನುಡಿಗಟ್ಟು ನೆರವೇರಿದಂತೆ, ಆ ವಿವಾಹವು ವಿಫಲವಾಗುವುದು ವಿಧಿಯಾಗಿತ್ತು.</w:t>
      </w:r>
    </w:p>
    <w:p>
      <w:pPr>
        <w:pStyle w:val="ArticleBody"/>
        <w:jc w:val="left"/>
      </w:pPr>
      <w:r>
        <w:rPr>
          <w:rFonts w:ascii="Nirmala UI" w:hAnsi="Nirmala UI" w:eastAsia="Nirmala UI" w:cs="Nirmala UI"/>
        </w:rPr>
        <w:t>‘330’ ಎಂಬ ವರ್ಷವು ದಾನಿಯೇಲನು ಹನ್ನೊಂದನೇ ಅಧ್ಯಾಯದ ಇಪ್ಪತ್ತನಾಲ್ಕನೇ, ಇಪ್ಪತ್ತೇಳನೇ ಮತ್ತು ಇಪ್ಪತ್ತೊಂಬತ್ತನೇ ವಚನಗಳಲ್ಲಿ ನೇರವಾಗಿ ಪ್ರಸ್ತುತಪಡಿಸಲ್ಪಟ್ಟಿದೆ. ಇದರಿಂದ 313 ರಿಂದ 330 ರವರೆಗೆ ಇರುವ ಹದಿನೇಳು ವರ್ಷಗಳು ದಾನಿಯೇಲನು ಹನ್ನೊಂದನೇ ಅಧ್ಯಾಯದ ಪ್ರವಾದನಾತ್ಮಕ ರೇಖೆಗೆ ಸೇರಿಸಲ್ಪಡುತ್ತವೆ; ಮತ್ತು ಪ್ರವಾದನಾತ್ಮಕ ಅವಶ್ಯಕತೆಯಿಂದಲೇ, 313ರಲ್ಲಿ ನಡೆದ ಆ ಪೂರ್ವ-ಪಶ್ಚಿಮಗಳ ಒಡಂಬಡಿಕೆ-ವಿವಾಹವು ಅದೇ ಅಧ್ಯಾಯದಲ್ಲಿರುವ ಮೊದಲ ಒಡಂಬಡಿಕೆ-ವಿವಾಹಕ್ಕೆ ಸಮಾನಾಂತರವೆಂದು ಇದು ಗುರುತಿಸುತ್ತದೆ.</w:t>
      </w:r>
    </w:p>
    <w:p>
      <w:pPr>
        <w:pStyle w:val="ArticleScripture"/>
        <w:jc w:val="left"/>
      </w:pPr>
      <w:r>
        <w:rPr>
          <w:rFonts w:ascii="Nirmala UI" w:hAnsi="Nirmala UI" w:eastAsia="Nirmala UI" w:cs="Nirmala UI"/>
        </w:rPr>
        <w:t>“ದಾನಿಯೇಲನ ಹನ್ನೊಂದನೇ ಅಧ್ಯಾಯದಲ್ಲಿರುವ ಪ್ರವಾದನೆಯು ತನ್ನ ಸಂಪೂರ್ಣ ನೆರವೇರಿಕೆಯ ಹಂತವನ್ನು ಬಹುತೇಕ ತಲುಪಿದೆ. ಈ ಪ್ರವಾದನೆಯ ನೆರವೇರಿಕೆಯಲ್ಲಿ ಸಂಭವಿಸಿರುವ ಇತಿಹಾಸದ ಬಹುಪಾಲು ಮರುಕಳಿಸಲಾಗುವುದು.” Manuscript Releases, number 13, 394.</w:t>
      </w:r>
    </w:p>
    <w:p>
      <w:pPr>
        <w:pStyle w:val="ArticleBody"/>
        <w:jc w:val="left"/>
      </w:pPr>
      <w:r>
        <w:rPr>
          <w:rFonts w:ascii="Nirmala UI" w:hAnsi="Nirmala UI" w:eastAsia="Nirmala UI" w:cs="Nirmala UI"/>
        </w:rPr>
        <w:t>ಕ್ರಿ.ಪೂ. 261–246ರಲ್ಲಿ ಆಳಿದ ಅಂಥಿಯೋಕಸ್ II ಥಿಯೋಸ್, ಈಜಿಪ್ಟ್‌ನ ಪ್ಟೋಲೆಮಿ II ಫಿಲಡೆಲ್ಫಸ್‌ನ ಮಗಳಾದ ಬೆರೆನೀಕೆಯ ನಿಮಿತ್ತ ತನ್ನ ಮೊದಲ ಹೆಂಡತಿಯಾದ ಲಾವೋದಿಕೇ I ಅವರನ್ನು ಬದಿಗಿರಿಸಿದನು. ಈ ವಿವಾಹವು ಕ್ರಿ.ಪೂ. 252ರಲ್ಲಿ ದ್ವಿತೀಯ ಸಿರಿಯನ್ ಯುದ್ಧವನ್ನು ಅಂತ್ಯಗೊಳಿಸಿದ ಶಾಂತಿ ಒಪ್ಪಂದದ ಭಾಗವಾಗಿತ್ತು. ಅದರ ನಂತರ ಕ್ರಿ.ಶ. 324ರಲ್ಲಿ ಕಾಂಸ್ಟಾಂಟೈನ್ ಲಿಸಿನಿಯಸ್‌ನ್ನು ಸೋಲಿಸಿದಾಗ ಆ ವಿವಾಹವು ಅಂತ್ಯಗೊಂಡಿತು; ಇದೇ ರೀತಿಯಾಗಿ ಕ್ರಿ.ಪೂ. 246ರಲ್ಲಿ ಮೊದಲ ಹೆಂಡತಿಯಾದ ಲಾವೋದಿಕೇ ಅಂಥಿಯೋಕಸ್‌ಗೆ ವಿಷಕೊಟ್ಟಾಗ ಅಂಥಿಯೋಕಸ್ ಮತ್ತು ಬೆರ್ನೀಸ್‌ರ ವಿವಾಹವೂ ಅಂತ್ಯಗೊಂಡಿತು. ದ್ವಿತೀಯ ಸಿರಿಯನ್ ಯುದ್ಧದ ಅಂತ್ಯವನ್ನು ಗುರುತಿಸಿದ್ದ ಆ ವಿವಾಹವೂ, ಅಂಥಿಯೋಕಸ್‌ನ ಹತ್ಯೆಯೂ, ಮತ್ತು ಅದರ ಬಳಿಕ ಬೆರ್ನೀಸ್, ಅವಳ ಮಗು, ಹಾಗೂ ಈಜಿಪ್ಟಿನ ಅನುಚರರ ಹತ್ಯೆಯೂ ತೃತೀಯ ಸಿರಿಯನ್ ಯುದ್ಧದ ಆರಂಭವನ್ನು ಸೂಚಿಸಿತು. ಕ್ರಿ.ಶ. 313ರ ಒಪ್ಪಂದಾತ್ಮಕ ವಿವಾಹವು ಸ್ಮಿರ್ನಾ ಸಭೆಯು ಪ್ರತಿನಿಧಿಸುವ ಹಿಂಸಾಚಾರದ ಅವಧಿಯನ್ನು ಅಂತ್ಯಗೊಳಿಸಿ, ಪರ್ಗಮೋಸ್ ಸಭೆಯು ಪ್ರತಿನಿಧಿಸುವ ರಾಜಿಹೊಂದುವ ಅವಧಿಯನ್ನು ಆರಂಭಿಸಿತು.</w:t>
      </w:r>
    </w:p>
    <w:p>
      <w:pPr>
        <w:pStyle w:val="ArticleBody"/>
        <w:jc w:val="left"/>
      </w:pPr>
      <w:r>
        <w:rPr>
          <w:rFonts w:ascii="Nirmala UI" w:hAnsi="Nirmala UI" w:eastAsia="Nirmala UI" w:cs="Nirmala UI"/>
        </w:rPr>
        <w:t>ಸೆಲ್ಯೂಕಿಡ್ ಇತಿಹಾಸದ ಆರಂಭದಲ್ಲಿದ್ದ ವಿವಾಹವು, ಸೆಲ್ಯೂಕಿಡ್ ಸಾಮ್ರಾಜ್ಯದ ಅಂತ್ಯದಲ್ಲಿ ನಡೆದ ಒಡಂಬಡಿಕೆಯ ವಿವಾಹಕ್ಕೆ ಆದಿರೂಪವಾಗಿತ್ತು; ಆಗ ಆಂಟಿಯೋಕಸ್ ದಿ ಗ್ರೇಟ್ ತನ್ನ ಮಗಳು ಕ್ಲಿಯೋಪಾತ್ರಾ I ಅವರನ್ನು ಪ್ಟೋಲೆಮಿ V ಎಪಿಫಾನೀಸ್‌ಗೆ ಕೊಟ್ಟನು. ಈ ವಿವಾಹವು ಕ್ರಿ.ಪೂ. 193ರಲ್ಲಿ ರಾಫಿಯಾದಲ್ಲಿ ನೆರವೇರಿತು; ಆದರೆ ಉತ್ತರದ ರಾಜನೂ ದಕ್ಷಿಣದ ರಾಜನೂ ನಡುವೆ ನಡೆದ ಮೊದಲ ಒಡಂಬಡಿಕೆಯ ವಿವಾಹದಂತೆಯೇ, ಆ ಮೈತ್ರಿಯೂ ಶೀಘ್ರವೇ ಅಂತ್ಯಗೊಂಡಿತು. ಸೆಲ್ಯೂಕಿಡ್ ಸಾಮ್ರಾಜ್ಯದ ಆಲ್ಫಾ ಮತ್ತು ಓಮೇಗಾ ಒಡಂಬಡಿಕೆಯ ವಿವಾಹಗಳು, ನಂತರ ದಾನಿಯೇಲ ಹನ್ನೊಂದರ ಪ್ರವಾದನಾತ್ಮಕ ಇತಿಹಾಸದಲ್ಲಿ ಸೂಚಿಸಲ್ಪಟ್ಟಿರುವ ಒಡಂಬಡಿಕೆಯ ವಿವಾಹಕ್ಕೆ ಆದಿರೂಪವಾಗಿವೆ; ಅಂದರೆ ಕ್ರಿ.ಪೂ. 40ರಲ್ಲಿ ಆಕ್ಟೇವಿಯನ್ ತನ್ನ ಸಹೋದರಿ ಆಕ್ಟಾವಿಯಾ ಮೈನರ್ ಅವರನ್ನು ಮಾರ್ಕ್ ಆಂಟನಿಗೆ ಕೊಟ್ಟಾಗ ನಡೆದ ವಿವಾಹಕ್ಕೆ. ಮಾರ್ಕ್ ಆಂಟನಿ ಮತ್ತು ಆಕ್ಟೇವಿಯನ್ ರೋಮ್‌ನ ಪೂರ್ವ ಮತ್ತು ಪಶ್ಚಿಮ ಪ್ರದೇಶಗಳ ಮೇಲಿನ ಅಧಿಕಾರಪೈಪೋಟಿಯಲ್ಲಿ ನಿರತರಾಗಿದ್ದರು; ಈ ಪೈಪೋಟಿ ಜೂಲಿಯಸ್ ಸೀಸರ್‌ನ ಹತ್ಯೆಯೊಂದಿಗೆ ಕ್ರಿ.ಪೂ. 44ರಲ್ಲಿ ಪ್ರಾರಂಭವಾಗಿತ್ತು. ಕ್ರಿ.ಪೂ. 40ರಲ್ಲಿ ನಡೆದ ಆ ವಿವಾಹದ ಸಂದರ್ಭದಲ್ಲೇ ಬ್ರುಂಡಿಸಿಯಮ್‌ನ ಒಡಂಬಡಿಕೆಯನ್ನು ಸ್ಥಾಪಿಸಲಾಯಿತು; ಮತ್ತು ಎಂಟು ವರ್ಷಗಳ ನಂತರ, ಕ್ರಿ.ಪೂ. 32ರಲ್ಲಿ, ಮಾರ್ಕ್ ಆಂಟನಿ ಅಧಿಕೃತವಾಗಿ ಆಕ್ಟಾವಿಯಾಳನ್ನು ವಿಚ್ಛೇದನ ಮಾಡಿದನು ಮತ್ತು ಕ್ರಿ.ಪೂ. 31ರಲ್ಲಿ ನಡೆದ ಆಕ್ಟಿಯಮ್ ಯುದ್ಧಕ್ಕೆ ದಾರಿ ಮಾಡಿಕೊಟ್ಟನು; ಅಲ್ಲಿ ಮಾರ್ಕ್ ಆಂಟನಿಯೂ ಕ್ಲಿಯೋಪಾತ್ರೆಯೂ—(ಅಂತಿಮ ಕ್ಲಿಯೋಪಾತ್ರೆಯೇ)—ಅಂತ್ಯಕ್ಕಾಗಿದರು.</w:t>
      </w:r>
    </w:p>
    <w:p>
      <w:pPr>
        <w:pStyle w:val="ArticleBody"/>
        <w:jc w:val="left"/>
      </w:pPr>
      <w:r>
        <w:rPr>
          <w:rFonts w:ascii="Nirmala UI" w:hAnsi="Nirmala UI" w:eastAsia="Nirmala UI" w:cs="Nirmala UI"/>
        </w:rPr>
        <w:t>ಸೆಲ್ಯೂಸಿಡ್ ಸಾಮ್ರಾಜ್ಯದ ಓಮೆಗಾ ವಿವಾಹ ಒಡಂಬಡಿಕೆ ಮೊದಲ ಕ್ಲಿಯೋಪಾತ್ರಾವನ್ನು ಪರಿಚಯಿಸಿತು; ಅವಳು ಅಂತಿಮ ಕ್ಲಿಯೋಪಾತ್ರಾಳಿಗೆ ಪ್ರತಿರೂಪಳಾಗಿದ್ದಳು, ಮತ್ತು ಅವಳ ವಂಶಪಾರಂಪರ್ಯದ ರೇಖೆಯೇ ಕ್ರಿ.ಪೂ. 40ರಲ್ಲಿ ರೋಮನ್ ಸಾಮ್ರಾಜ್ಯದ ಪ್ರವಾದನಾತ್ಮಕ ಆಲ್ಫಾ ವಿವಾಹ ಒಡಂಬಡಿಕೆಗೆ ಸಂಪರ್ಕಕೊಂಡಿಯಾಗಿ ರೂಪುಗೊಂಡಿತು. ಆ ಮೂರು ಒಡಂಬಡಿಕೆಯ ವಿವಾಹಗಳು ಮಿಲಾನ್ ಆದೇಶದ ಒಡಂಬಡಿಕೆಯ ವಿವಾಹಕ್ಕೆ ಪ್ರತಿರೂಪಗಳಾಗಿವೆ. ಮಿಲಾನ್ ಆದೇಶವು ಒಂದು ಪ್ರವಾದನಾತ್ಮಕ ಮುತ್ತಿಗೆಯ ಆರಂಭವನ್ನು ಸೂಚಿಸುತ್ತದೆ; ಅದು ಒಂದು ಪ್ರವಾದನಾತ್ಮಕ ಸಂಕೇತವನ್ನು ಪ್ರತಿನಿಧಿಸುತ್ತದೆ; ಅದು ನೀತಿವಂತ ಸಭೆಯು ಅನೀತಿವಂತ ಸಭೆಯಾಗಿ ಪರಿವರ್ತನಗೊಳ್ಳುವ ಸಂಕ್ರಮಣವನ್ನು ಗುರುತಿಸುತ್ತದೆ; ಹೀಗೆ ಏಳರಲ್ಲಿ ಎಂಟನೆಯವನಾಗಿರುವವನ ಗುಟ್ಟಿಗೆ ಹೊಂದಿಕೆಯಾಗುತ್ತದೆ. ಅದು ಯುದ್ಧವನ್ನು ಅಂತ್ಯಗೊಳಿಸುವ ಒಡಂಬಡಿಕೆಯ ವಿವಾಹವನ್ನು ಗುರುತಿಸುತ್ತದೆ, ಆ ಒಡಂಬಡಿಕೆಯ ವಿವಾಹದ ವಿಚ್ಛೇದನವಾಗುವ ತನಕ; ಹೀಗೆ ಯುದ್ಧದ ಆರಂಭವನ್ನೂ ಗುರುತಿಸುತ್ತದೆ. ಆ ಎರಡು ರೋಮನ್ ವಿವಾಹಗಳಲ್ಲಿ, ವಿಚ್ಛೇದನವು ಸಾಮ್ರಾಜ್ಯದ ಏಕೀಕರಣಕ್ಕೆ ತ್ವರಕವಾಗುತ್ತದೆ. 313ನೇ ವರ್ಷವು ಎಕ್ಸೆಟರ್ ಶಿಬಿರಸಭೆಯನ್ನೂ ಗುರುತಿಸುತ್ತದೆ, ಅಲ್ಲಿ ಮಿಡ್ನೈಟ್ ಕ್ರೈ ಸಂದೇಶದ ಘೋಷಣೆ ಆರಂಭವಾಗಿ ಅಕ್ಟೋಬರ್ 22ರ ಮುಚ್ಚಿದ ಬಾಗಿಲಿನವರೆಗೆ ನಡೆಸುತ್ತದೆ.</w:t>
      </w:r>
    </w:p>
    <w:p>
      <w:pPr>
        <w:pStyle w:val="ArticleBody"/>
        <w:jc w:val="left"/>
      </w:pPr>
      <w:r>
        <w:rPr>
          <w:rFonts w:ascii="Nirmala UI" w:hAnsi="Nirmala UI" w:eastAsia="Nirmala UI" w:cs="Nirmala UI"/>
        </w:rPr>
        <w:t>ಮುಂದಿನ ಲೇಖನದಲ್ಲಿ ನಾವು ಈ ಸತ್ಯಗಳನ್ನು ಮುಂದುವರಿಸಿ ಪರಿಗಣಿಸುವೆವು.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ನಲವತ್ತನೆಯ ವಚನದ ಮರೆಯಾದ ಇತಿಹಾಸ - ಸಂಖ್ಯೆ ಇಪ್ಪತ್ತೊಂಬತ್ತು</dc:title>
  <dc:subject>ಯೆಹೆಜ್ಕೇಲನು ಸಂಖ್ಯೆ ಹತ್ತು</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