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ನಲವತ್ತನೆಯ ವಚನದ ಗುಪ್ತ ಇತಿಹಾಸ - ಸಂಖ್ಯೆ ಮೂವತ್ತು</w:t>
      </w:r>
    </w:p>
    <w:p>
      <w:pPr>
        <w:pStyle w:val="ArticleSubtitle"/>
        <w:jc w:val="left"/>
      </w:pPr>
      <w:r>
        <w:rPr>
          <w:rFonts w:ascii="Nirmala UI" w:hAnsi="Nirmala UI" w:eastAsia="Nirmala UI" w:cs="Nirmala UI"/>
        </w:rPr>
        <w:t>ಯೆಹೆಜ್ಕೇಲ್ ಸಂಖ್ಯೆ ಹನ್ನೊಂದು</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ಯೆಹೆಜ್ಕೇಲನ ಪುಸ್ತಕದಲ್ಲಿ, ಯೆರೂಸಲೇಮಿನ ‘ಮುತ್ತಿಗೆ’ ಎಂಬುದು ನಮ್ಮ ನಿತ್ಯಗತಿಯನ್ನು ನಿರ್ಧರಿಸಲಿರುವ ಪರೀಕ್ಷೆಯಾಗಿರುವ ‘ಸೂಚನೆ’ಯಾಗಿದ್ದು, ಏಕೆಂದರೆ ಅದು ಮೃಗದ ಪ್ರತಿರೂಪದ ರೂಪುಗೊಳ್ಳುವಿಕೆಯನ್ನು ಸೂಚಿಸುತ್ತದೆ.</w:t>
      </w:r>
    </w:p>
    <w:p>
      <w:pPr>
        <w:pStyle w:val="ArticleScripture"/>
        <w:jc w:val="left"/>
      </w:pPr>
      <w:r>
        <w:rPr>
          <w:rFonts w:ascii="Nirmala UI" w:hAnsi="Nirmala UI" w:eastAsia="Nirmala UI" w:cs="Nirmala UI"/>
        </w:rPr>
        <w:t>“ಪರೀಕ್ಷಾಕಾಲವು ಮುಕ್ತಾಯಗೊಳ್ಳುವ ಮೊದಲು ಮೃಗದ ಪ್ರತಿಮೆ ರೂಪುಗೊಳ್ಳುವುದು ಎಂದು ಕರ್ತನು ನನಗೆ ಸ್ಪಷ್ಟವಾಗಿ ತೋರಿಸಿದ್ದಾನೆ; ಏಕೆಂದರೆ ಅದು ದೇವಜನರಿಗೆ ಮಹಾಪರೀಕ್ಷೆಯಾಗಿರುವುದು, ಅದರ ಮೂಲಕ ಅವರ ನಿತ್ಯಗತಿ ನಿರ್ಣಯಿಸಲ್ಪಡುವುದು. …”</w:t>
      </w:r>
    </w:p>
    <w:p>
      <w:pPr>
        <w:pStyle w:val="ArticleScripture"/>
        <w:jc w:val="left"/>
      </w:pPr>
      <w:r>
        <w:rPr>
          <w:rFonts w:ascii="Nirmala UI" w:hAnsi="Nirmala UI" w:eastAsia="Nirmala UI" w:cs="Nirmala UI"/>
        </w:rPr>
        <w:t>“ಇದು ದೇವರ ಜನರು ಮುದ್ರಿಸಲ್ಪಡುವ ಮೊದಲು ಅವರಿಗೆ ಇರಬೇಕಾದ ಪರೀಕ್ಷೆಯಾಗಿದೆ. ಆತನ ಧರ್ಮಶಾಸ್ತ್ರವನ್ನು ಆಚರಿಸುವುದರ ಮೂಲಕ ದೇವರಿಗೆ ತಮ್ಮ ನಿಷ್ಠೆಯನ್ನು ಸಾಬೀತುಪಡಿಸಿ, ಕಪಟ ಸಬ್ಬತ್ತನ್ನು ಅಂಗೀಕರಿಸಲು ನಿರಾಕರಿಸುವ ಎಲ್ಲರೂ ಕರ್ತನಾದ ದೇವರಾದ ಯೆಹೋವನ ಧ್ವಜದ ಅಡಿಯಲ್ಲಿ ನಿಲ್ಲುವರು, ಮತ್ತು ಜೀವಂತ ದೇವರ ಮುದ್ರೆಯನ್ನು ಹೊಂದುವರು. ಪರಲೋಕ ಮೂಲದ ಸತ್ಯವನ್ನು ಕೈಬಿಟ್ಟು ಭಾನುವಾರದ ಸಬ್ಬತ್ತನ್ನು ಅಂಗೀಕರಿಸುವವರು ಮೃಗದ ಗುರುತನ್ನು ಹೊಂದುವರು.” Manuscript Releases, volume 15, 15.</w:t>
      </w:r>
    </w:p>
    <w:p>
      <w:pPr>
        <w:pStyle w:val="ArticleBody"/>
        <w:jc w:val="left"/>
      </w:pPr>
      <w:r>
        <w:rPr>
          <w:rFonts w:ascii="Nirmala UI" w:hAnsi="Nirmala UI" w:eastAsia="Nirmala UI" w:cs="Nirmala UI"/>
        </w:rPr>
        <w:t>ಸೆಸ್ಟಿಯಸ್‌ನ ‘ಸೂಚನೆ’ಯ ಸಮಯದಲ್ಲಿ ಯೆರೂಸಲೇಮಿನಿಂದ ಓಡಿಹೋದ ಕ್ರೈಸ್ತರು, ಮುಂಚಿತವಾಗಿಯೇ ಎಚ್ಚರಿಸಲ್ಪಟ್ಟಿದ್ದರಿಂದಲೂ, ಆ ‘ಸೂಚನೆ’ ಬಂದಾಗ ಅದನ್ನು ಗುರುತಿಸಿದ್ದರಿಂದಲೂ ಹಾಗೆ ಮಾಡಿದರು. ಮೃಗದ ಪ್ರತಿಮೆಯ ನಿರ್ಮಾಣವನ್ನು ಗುರುತಿಸುವುದು ಎಂದರೆ, ಭಾನುವಾರದ ಕಾನೂನಿಗೆ ದಾರಿತೋರುವ “ಘಟನೆಗಳು,” “ಸಿದ್ಧತೆಗಳು” ಮತ್ತು “ಚಲನೆಗಳನ್ನು” ಗುರುತಿಸುವುದಾಗಿದೆ. ‘ಸೂಚನೆ’ಯನ್ನು ರಚಿಸುವ ಪ್ರವಾದನಾತ್ಮಕ ಅಂಶಗಳನ್ನು, ಆ ಸೂಚನೆ ಕಾಣಿಸಿಕೊಳ್ಳುವುದಕ್ಕಿಂತ ಮುಂಚೆಯೇ ತಿಳಿದುಕೊಳ್ಳಬೇಕು. ಸೆಸ್ಟಿಯಸ್ ಮುತ್ತಿಗೆ ಆರಂಭಿಸಿದಾಗ, ಆ ಸೂಚನೆ ಯಾವುದು ಎಂಬುದನ್ನು ತಿಳಿದುಕೊಳ್ಳಲು ಆಗಲೇ ತುಂಬ ತಡವಾಗಿತ್ತು.</w:t>
      </w:r>
    </w:p>
    <w:p>
      <w:pPr>
        <w:pStyle w:val="ArticleScripture"/>
        <w:jc w:val="left"/>
      </w:pPr>
      <w:r>
        <w:rPr>
          <w:rFonts w:ascii="Nirmala UI" w:hAnsi="Nirmala UI" w:eastAsia="Nirmala UI" w:cs="Nirmala UI"/>
        </w:rPr>
        <w:t>“ಈಗಾಗಲೇ ಸಿದ್ಧತೆಗಳು ಮುಂದುವರಿಯುತ್ತಿವೆ, ಮತ್ತು ಮೃಗಕ್ಕೆ ಒಂದು ಪ್ರತಿಮೆಯನ್ನು ನಿರ್ಮಿಸುವ ಫಲಿತಾಂಶಕ್ಕೆ ದಾರಿಗೆಳೆಯುವ ಚಳುವಳಿಗಳು ಪ್ರಗತಿಯಲ್ಲಿವೆ. ಈ ಅಂತಿಮ ದಿನಗಳಿಗಾಗಿ ಇರುವ ಪ್ರವಾದನೆಯ ಮುನ್ಸೂಚನೆಗಳನ್ನು ನೆರವೇರಿಸುವ ಘಟನೆಗಳು ಭೂಮಿಯ ಇತಿಹಾಸದಲ್ಲಿ ಉಂಟಾಗುವಂತೆ ಮಾಡಲ್ಪಡುವವು.” Review and Herald, April 23, 1889.</w:t>
      </w:r>
    </w:p>
    <w:p>
      <w:pPr>
        <w:pStyle w:val="ArticleHeading"/>
        <w:jc w:val="left"/>
      </w:pPr>
      <w:r>
        <w:rPr>
          <w:rFonts w:ascii="Nirmala UI" w:hAnsi="Nirmala UI" w:eastAsia="Nirmala UI" w:cs="Nirmala UI"/>
        </w:rPr>
        <w:t>ಸಿದ್ಧತೆಗಳು, ಚಲನೆಗಳು ಮತ್ತು ಘಟನೆಗಳು</w:t>
      </w:r>
    </w:p>
    <w:p>
      <w:pPr>
        <w:pStyle w:val="ArticleBody"/>
        <w:jc w:val="left"/>
      </w:pPr>
      <w:r>
        <w:rPr>
          <w:rFonts w:ascii="Nirmala UI" w:hAnsi="Nirmala UI" w:eastAsia="Nirmala UI" w:cs="Nirmala UI"/>
        </w:rPr>
        <w:t>“ಸಿದ್ಧತೆಗಳು,” “ಚಲನೆಗಳು” ಮತ್ತು “ಘಟನೆಗಳು” ಪರೀಕ್ಷೆಗೆ ಮುಂಚಿತವಾಗಿಯೇ ಗುರುತಿಸಲ್ಪಡಬೇಕು.</w:t>
      </w:r>
    </w:p>
    <w:p>
      <w:pPr>
        <w:pStyle w:val="ArticleScripture"/>
        <w:jc w:val="left"/>
      </w:pPr>
      <w:r>
        <w:rPr>
          <w:rFonts w:ascii="Nirmala UI" w:hAnsi="Nirmala UI" w:eastAsia="Nirmala UI" w:cs="Nirmala UI"/>
        </w:rPr>
        <w:t>“ದೇವರು ಪ್ರವಾದನಾತ್ಮಕ ಇತಿಹಾಸದಲ್ಲಿ ಭೂತಕಾಲದಲ್ಲಿ ನೆರವೇರಬೇಕೆಂದು ನಿರ್ದಿಷ್ಟಪಡಿಸಿರುವದೆಲ್ಲವೂ ನೆರವೇರಿದೆ; ಮತ್ತು ಇನ್ನೂ ಬರಬೇಕಿರುವದೆಲ್ಲವೂ ತನ್ನ ಕ್ರಮದಲ್ಲಿ ನೆರವೇರುವುದು. ದೇವರ ಪ್ರವಾದಿಯಾದ ದಾನಿಯೇಲನು ತನ್ನ ಸ್ಥಾನದಲ್ಲಿ ನಿಂತಿದ್ದಾನೆ. ಯೋಹಾನನು ತನ್ನ ಸ್ಥಾನದಲ್ಲಿ ನಿಂತಿದ್ದಾನೆ. ಪ್ರಕಟಣೆಯಲ್ಲಿ ಯೆಹೂದ ಕುಲದ ಸಿಂಹವು ಪ್ರವಾದನೆಯ ವಿದ್ಯಾರ್ಥಿಗಳಿಗೆ ದಾನಿಯೇಲನ ಪುಸ್ತಕವನ್ನು ತೆರೆಯಲಾಗಿದೆ; ಹೀಗೆ ದಾನಿಯೇಲನು ತನ್ನ ಸ್ಥಾನದಲ್ಲಿ ನಿಂತಿದ್ದಾನೆ. ಆತನು ತನ್ನ ಸಾಕ್ಷಿಯನ್ನು ಧರಿಸುತ್ತಾನೆ—ಅಂದರೆ, ನಾವು ಅವುಗಳ ನೆರವೇರಿಕೆಯ ನಿಜವಾದ ಗಡಿಯ ಮೆಟ್ಟಿಲಿನಲ್ಲಿಯೇ ನಿಂತಿರುವಾಗ ತಿಳಿದುಕೊಳ್ಳಬೇಕಾದ ಮಹತ್ತರ ಮತ್ತು ಗಂಭೀರ ಘಟನೆಗಳ ಕುರಿತು ಕರ್ತನು ಅವನಿಗೆ ದರ್ಶನದಲ್ಲಿ ಪ್ರಕಟಿಸಿದುದನ್ನೇ.”</w:t>
      </w:r>
    </w:p>
    <w:p>
      <w:pPr>
        <w:pStyle w:val="ArticleScripture"/>
        <w:jc w:val="left"/>
      </w:pPr>
      <w:r>
        <w:rPr>
          <w:rFonts w:ascii="Nirmala UI" w:hAnsi="Nirmala UI" w:eastAsia="Nirmala UI" w:cs="Nirmala UI"/>
        </w:rPr>
        <w:t>“ಇತಿಹಾಸದಲ್ಲಿಯೂ ಭವಿಷ್ಯವಾಣಿಯಲ್ಲಿಯೂ ದೇವರ ವಾಕ್ಯವು ಸತ್ಯ ಮತ್ತು ತಪ್ಪಿನ ನಡುವಿನ ದೀರ್ಘಕಾಲದಿಂದ ಮುಂದುವರಿದಿರುವ ಸಂಘರ್ಷವನ್ನು ಚಿತ್ರಿಸುತ್ತದೆ. ಆ ಸಂಘರ್ಷವು ಇನ್ನೂ ಮುಂದುವರಿಯುತ್ತಲೇ ಇದೆ. ಆಗಿದ್ದುದು ಮತ್ತೆ ಪುನರಾವರ್ತಿಸಲಾಗುವುದು.” Selected Messages, ಪುಸ್ತಕ 2, 109.</w:t>
      </w:r>
    </w:p>
    <w:p>
      <w:pPr>
        <w:pStyle w:val="ArticleBody"/>
        <w:jc w:val="left"/>
      </w:pPr>
      <w:r>
        <w:rPr>
          <w:rFonts w:ascii="Nirmala UI" w:hAnsi="Nirmala UI" w:eastAsia="Nirmala UI" w:cs="Nirmala UI"/>
        </w:rPr>
        <w:t>ಅವುಗಳ ನೆರವೇರಿಕೆಯ ಅತಿ ದ್ವಾರಪ್ರದೇಶದಲ್ಲೇ ನಾವು ನಿಂತಿರುವಂತೆಯೇ, ಆ “ಮಹಾನ್ ಮತ್ತು ಗಂಭೀರ ಘಟನೆಗಳನ್ನು” ನಾವು “ತಿಳಿದುಕೊಳ್ಳಲೇಬೇಕು.” ಈ ದ್ವಾರಪ್ರದೇಶವು, ಆ ಘಟನೆಗಳು ನೆರವೇರಿಗೊಳ್ಳುವ ಮುನ್ನವೇ ಅವುಗಳನ್ನು ಅರಿತುಕೊಳ್ಳಬೇಕಾದ ನಮ್ಮ ಅಗತ್ಯವನ್ನು ಸೂಚಿಸುತ್ತದೆ.</w:t>
      </w:r>
    </w:p>
    <w:p>
      <w:pPr>
        <w:pStyle w:val="ArticleScripture"/>
        <w:jc w:val="left"/>
      </w:pPr>
      <w:r>
        <w:rPr>
          <w:rFonts w:ascii="Nirmala UI" w:hAnsi="Nirmala UI" w:eastAsia="Nirmala UI" w:cs="Nirmala UI"/>
        </w:rPr>
        <w:t>“ಆದರೆ ಪ್ರವಾದನಾತ್ಮಕ ಪೆನ್ಸಿಲಿನ ಗಂಭೀರ ರೇಖಾಚಿತ್ರಗಳು ಈ ಶಾಂತ ದೃಶ್ಯದಲ್ಲಿ ಒಂದು ಬದಲಾವಣೆಯನ್ನು ಪ್ರಕಟಿಸುತ್ತವೆ. ಕುರಿಯಂತಿರುವ ಕೊಂಬುಗಳಿದ್ದ ಮೃಗವು ಅಜಗರದ ಸ್ವರದಿಂದ ಮಾತನಾಡುತ್ತದೆ, ಮತ್ತು ‘ತನ್ನ ಸಮ್ಮುಖದಲ್ಲಿ ಮೊದಲನೆಯ ಮೃಗದ ಎಲ್ಲಾ ಅಧಿಕಾರವನ್ನು ನಡೆಸುತ್ತದೆ.’ ಹಿಂದುಮತಾರಾಧನೆ ಮತ್ತು ಪಾಪಾಸನವು ವ್ಯಕ್ತಪಡಿಸಿದ ಹಿಂಸಾಚಾರದ ಆತ್ಮವು ಮತ್ತೆ ಪ್ರಕಟವಾಗಬೇಕಾಗಿದೆ. ಪ್ರವಾದನೆಯು ಈ ಶಕ್ತಿಯು ‘ಭೂಮಿಯ ಮೇಲೆ ವಾಸಿಸುವವರಿಗೆ, ಮೃಗಕ್ಕೆ ಒಂದು ಪ್ರತಿಮೆಯನ್ನು ಮಾಡಬೇಕೆಂದು’ ಹೇಳುವುದು ಎಂದು ಘೋಷಿಸುತ್ತದೆ. [ಪ್ರಕಟನೆ 13:14.] ಈ ಪ್ರತಿಮೆ ಮೊದಲನೆಯ, ಅಂದರೆ ಚಿರತೆಯಂತಿರುವ ಮೃಗಕ್ಕೆ ಮಾಡಲ್ಪಟ್ಟದ್ದು; ಇದೇ ಮೂರನೆಯ ದೂತನ ಸಂದೇಶದಲ್ಲಿ ಗಮನಕ್ಕೆ ತರಲ್ಪಟ್ಟ ಮೃಗವಾಗಿದೆ. ಈ ಮೊದಲನೆಯ ಮೃಗದಿಂದ ನಾಗರಿಕ ಅಧಿಕಾರವನ್ನು ಧರಿಸಿಕೊಂಡು, ಭಿನ್ನಮತಸ್ಥರನ್ನೆಲ್ಲ ಶಿಕ್ಷಿಸುವ ಅಧಿಕಾರ ಹೊಂದಿರುವ ಒಂದು ಧಾರ್ಮಿಕ ಸಂಸ್ಥೆಯಾದ ರೋಮನ್ ಸಭೆಯು ಸೂಚಿಸಲ್ಪಟ್ಟಿದೆ. ಮೃಗದ ಪ್ರತಿಮೆ ಇದೇ ರೀತಿಯ ಅಧಿಕಾರವನ್ನು ಧರಿಸಿಕೊಂಡಿರುವ ಮತ್ತೊಂದು ಧಾರ್ಮಿಕ ಸಂಸ್ಥೆಯನ್ನು ಸೂಚಿಸುತ್ತದೆ. ಈ ಪ್ರತಿಮೆಯ ನಿರ್ಮಾಣವು, ತನ್ನ ಶಾಂತ ಉದಯ ಮತ್ತು ಸೌಮ್ಯ ಘೋಷಣೆಗಳ ಕಾರಣದಿಂದ, ಅಮೆರಿಕ ಸಂಯುಕ್ತ ಸಂಸ್ಥಾನಗಳ ಅತ್ಯಂತ ಸ್ಪಷ್ಟ ಸಂಕೇತವಾಗಿರುವ ಆ ಮೃಗದ ಕಾರ್ಯವಾಗಿದೆ. ಇಲ್ಲಿ ಪಾಪಾಸನದ ಒಂದು ಪ್ರತಿರೂಪ ಕಂಡುಬರುತ್ತದೆ. ನಮ್ಮ ದೇಶದ ಸಭೆಗಳು, ತಮಗೆ ಸಾಮಾನ್ಯವಾಗಿರುವ ನಂಬಿಕೆಯ ಅಂಶಗಳ ಮೇಲೆ ಒಂದಾಗಿ, ತಮ್ಮ ಆದೇಶಗಳನ್ನು ಜಾರಿಗೊಳಿಸಲು ಮತ್ತು ತಮ್ಮ ಸಂಸ್ಥೆಗಳನ್ನು ಬೆಂಬಲಿಸಲು ರಾಜ್ಯದ ಮೇಲೆ ಪ್ರಭಾವ ಬೀರುವಾಗ, ಆಗ ಪ್ರೊಟೆಸ್ಟೆಂಟ್ ಅಮೆರಿಕವು ರೋಮನ್ ಧಾರ್ಮಿಕಾಧಿಕಾರ ವ್ಯವಸ್ಥೆಯ ಪ್ರತಿಮೆಯನ್ನು ನಿರ್ಮಿಸಿರುವುದು ಆಗುವುದು. ಆಗ ನಿಜವಾದ ಸಭೆಯು ಹಿಂಸಾಚಾರದಿಂದ ಆಕ್ರಮಿಸಲ್ಪಡುವುದು; ದೇವರ ಪ್ರಾಚೀನ ಜನರು ಹೇಗೆ ಆಕ್ರಮಿಸಲ್ಪಟ್ಟರೋ ಹಾಗೆಯೇ. ಸಭೆ ಮತ್ತು ರಾಜ್ಯದ ಹಕ್ಕುಗಳನ್ನು ರಕ್ಷಿಸುವ ಮೂಲಕ ದೇವರಿಗೆ ಸೇವೆ ಮಾಡುತ್ತಿರುವೆವು ಎಂಬ ನೆಪದ ಅಡಿಯಲ್ಲಿ ಸಂಕುಚಿತ ಮತಾಂಧತೆ ಮತ್ತು ದುರುದ್ದೇಶವು ಏನು ಮಾಡಬಲ್ಲವು ಎಂಬುದಕ್ಕೆ ಬಹುತೇಕ ಪ್ರತಿಯೊಂದು ಶತಮಾನವೂ ಉದಾಹರಣೆಗಳನ್ನು ಒದಗಿಸುತ್ತದೆ. ಲೋಕೀಯ ಅಧಿಕಾರಗಳೊಂದಿಗೆ ಮೈತ್ರಿ ಮಾಡಿಕೊಂಡು ರೋಮಿನ ಹೆಜ್ಜೆಗುರುತುಗಳನ್ನು ಅನುಸರಿಸಿದ ಪ್ರೊಟೆಸ್ಟೆಂಟ್ ಸಭೆಗಳು ಸಹ ಮನಸ್ಸಾಕ್ಷಿಯ ಸ್ವಾತಂತ್ರ್ಯವನ್ನು ನಿರ್ಬಂಧಿಸುವ ಸಮಾನವಾದ ಬಯಕೆಯನ್ನು ವ್ಯಕ್ತಪಡಿಸಿವೆ. ಹದಿನೇಳನೆಯ ಶತಮಾನದಲ್ಲಿ ಆಂಗ್ಲ ಸಭೆಯ ಆಳ್ವಿಕೆಯ ಅಡಿಯಲ್ಲಿ ಸಾವಿರಾರು ಅಸಂಮತ ಪಂಥದ ಸೇವಕರು ಹಿಂಸೆ ಅನುಭವಿಸಿದರು. ಲೌಕಿಕ ಸರ್ಕಾರಗಳ ಪರವಾಗಿ ಧಾರ್ಮಿಕ ಪಕ್ಷಪಾತ ತೋರಿಸಲ್ಪಟ್ಟಾಗಲೆಲ್ಲ ಹಿಂಸಾಚಾರವು ಯಾವಾಗಲೂ ಹಿಂಬಾಲಿಸುತ್ತದೆ.” Spirit of Prophecy, volume 4, 277.</w:t>
      </w:r>
    </w:p>
    <w:p>
      <w:pPr>
        <w:pStyle w:val="ArticleBody"/>
        <w:jc w:val="left"/>
      </w:pPr>
      <w:r>
        <w:rPr>
          <w:rFonts w:ascii="Nirmala UI" w:hAnsi="Nirmala UI" w:eastAsia="Nirmala UI" w:cs="Nirmala UI"/>
        </w:rPr>
        <w:t>ಮೃಗದ ಪ್ರತಿಮೆಯ ರೂಪುಗೊಳಿಸುವಿಕೆಯು ಮೊದಲಾಗಿ ಯುನೈಟೆಡ್ ಸ್ಟೇಟ್ಸ್‌ನಲ್ಲಿ ನೆರವೇರಿಸಲ್ಪಡುತ್ತದೆ; ನಂತರ ಅದು ಲೋಕದಲ್ಲಿಯೂ ನೆರವೇರಿಸಲ್ಪಡುತ್ತದೆ.</w:t>
      </w:r>
    </w:p>
    <w:p>
      <w:pPr>
        <w:pStyle w:val="ArticleScripture"/>
        <w:jc w:val="left"/>
      </w:pPr>
      <w:r>
        <w:rPr>
          <w:rFonts w:ascii="Nirmala UI" w:hAnsi="Nirmala UI" w:eastAsia="Nirmala UI" w:cs="Nirmala UI"/>
        </w:rPr>
        <w:t>“ವಿದೇಶಿ ಜನಾಂಗಗಳು ಯುನೈಟೆಡ್ ಸ್ಟೇಟ್ಸ್‌ನ ಉದಾಹರಣೆಯನ್ನು ಅನುಸರಿಸುವುವು. ಅವಳು ಮುನ್ನಡೆಸಿದರೂ, ಅದೇ ಸಂಕಟವು ಲೋಕದ ಎಲ್ಲಾ ಭಾಗಗಳಲ್ಲಿರುವ ನಮ್ಮ ಜನರ ಮೇಲೆಯೂ ಬರುವುದು.” Testimonies, volume 6, 395.</w:t>
      </w:r>
    </w:p>
    <w:p>
      <w:pPr>
        <w:pStyle w:val="ArticleBody"/>
        <w:jc w:val="left"/>
      </w:pPr>
      <w:r>
        <w:rPr>
          <w:rFonts w:ascii="Nirmala UI" w:hAnsi="Nirmala UI" w:eastAsia="Nirmala UI" w:cs="Nirmala UI"/>
        </w:rPr>
        <w:t>ಕ್ರಿ.ಶ. 313ರಲ್ಲಿ ಹೊರಡಿಸಲ್ಪಟ್ಟ ಮಿಲಾನ್ ಆದೇಶವು ರೂಪುಗೊಳ್ಳುವಿಕೆಯ ಆರಂಭವನ್ನು ಪ್ರತಿನಿಧಿಸುತ್ತದೆ; ಹಾಗೆಯೇ ಅದು ಏಳನೇ ದಿನದ ಅಡ್ವೆಂಟಿಸ್ಟ್‌ಗಳಿಗಾಗಿಯೂ ಮುಚ್ಚಲ್ಪಟ್ಟ ಬಾಗಿಲನ್ನು ಗುರುತಿಸುತ್ತದೆ. ಪಶ್ಚಿಮದ ಕಾನ್ಸ್ಟಾಂಟೈನ್ ಮತ್ತು ಪೂರ್ವದ ಲಿಸಿನಿಯಸ್ ಈ ಆದೇಶಕ್ಕೆ ಒಡಂಬಡಿಕೆಯ ವಿವಾಹವನ್ನು ಜೋಡಿಸಿದರು; ಕಾನ್ಸ್ಟಾಂಟೈನ್ ತನ್ನ ಅರೆ ಸಹೋದರಿ ಕಾನ್ಸ್ಟಾಂಟಿಯಾವನ್ನು ಲಿಸಿನಿಯಸ್‌ಗೆ ಕೊಟ್ಟಾಗ, ದಾನಿಯೇಲ ಅಧ್ಯಾಯ ಹನ್ನೊಂದರ ಪ್ರವಾದನಾತ್ಮಕ ಇತಿಹಾಸದೊಳಗಿನ ಆರು ಒಡಂಬಡಿಕೆಯ ವಿವಾಹಗಳ ಪ್ರವಾದನಾತ್ಮಕ ರೇಖೆಯಲ್ಲಿ ಪ್ರತಿನಿಧಿಸಲ್ಪಡುವ ನಾಲ್ಕನೇ ಒಡಂಬಡಿಕೆಯ ವಿವಾಹವು ನೆರವೇರಿತು. ಮೊದಲ ಎರಡು ಉತ್ತರ ಮತ್ತು ದಕ್ಷಿಣಗಳ ನಡುವೆ ನಡೆದ ಯುದ್ಧಗಳಿಗೆ ಸಂಬಂಧಿಸಿದ್ದವು; ಮುಂದಿನ ಎರಡು ಪೂರ್ವ ಮತ್ತು ಪಶ್ಚಿಮಗಳ ನಡುವೆ ನಡೆದ ಗೃಹಯುದ್ಧಗಳಾಗಿದ್ದವು; ಮತ್ತು ಕೊನೆಯ ಎರಡು ಪಾಪೀಯ ಸಭಾ-ಶಕ್ತಿ ಹಾಗೂ ರಾಜ್ಯ-ಶಕ್ತಿಯ ಸಂಕೇತಾತ್ಮಕ ವಿವಾಹಗಳಾಗಿವೆ.</w:t>
      </w:r>
    </w:p>
    <w:p>
      <w:pPr>
        <w:pStyle w:val="ArticleBody"/>
        <w:jc w:val="left"/>
      </w:pPr>
      <w:r>
        <w:rPr>
          <w:rFonts w:ascii="Nirmala UI" w:hAnsi="Nirmala UI" w:eastAsia="Nirmala UI" w:cs="Nirmala UI"/>
        </w:rPr>
        <w:t>ಕ್ರಿ.ಪೂ. ಸುಮಾರು 252ರಲ್ಲಿ ಆಂಟಿಯೋಕಸ್ II ಥಿಯೋಸ್ ತನ್ನ ಪತ್ನಿಯಾದ ಲಾವೊಡೈಸಿ I ಅವರನ್ನು ತೊರೆದು, ಪ್ಟೊಲೆಮಿ IIರ ಪುತ್ರಿಯಾಗಿದ್ದ ಪ್ಟೊಲೆಮೈಯ ರಾಜಕುಮಾರ್ತಿ ಬೆರೆನಿಸೆಯೊಂದಿಗೆ ವಿವಾಹವಾದನು. ಸೆಲ್ಯೂಸಿಡ್ ಸಾಮ್ರಾಜ್ಯದ ಒಡಂಬಡಿಕೆಯ ವಿವಾಹಗಳು ಉತ್ತರದ ರಾಜನೂ ದಕ್ಷಿಣದ ರಾಜನೂ ಇವರ ನಡುವೆ ನೆರವೇರಿದವು; ಆದರೆ 313ರ ಒಡಂಬಡಿಕೆಯ ವಿವಾಹವು ಪೂರ್ವದ ಚಕ್ರವರ್ತಿಯೂ ಪಶ್ಚಿಮದ ಚಕ್ರವರ್ತಿಯೂ ಇವರ ನಡುವೆ ನಡೆಯಿತು.</w:t>
      </w:r>
    </w:p>
    <w:p>
      <w:pPr>
        <w:pStyle w:val="ArticleBody"/>
        <w:jc w:val="left"/>
      </w:pPr>
      <w:r>
        <w:rPr>
          <w:rFonts w:ascii="Nirmala UI" w:hAnsi="Nirmala UI" w:eastAsia="Nirmala UI" w:cs="Nirmala UI"/>
        </w:rPr>
        <w:t>ಕ್ರಿ.ಪೂ. 252ರಲ್ಲಿ ಸಂಭವಿಸಿದ ಆಂಟಿಯೋಕಸ್ II ಥಿಯೋಸ್‌ನ ಒಡಂಬಡಿಕೆ ವಿವಾಹವು, ದಾನಿಯೇಲನು ಹನ್ನೊಂದನೇ ಅಧ್ಯಾಯದ ಹತ್ತರಿಂದ ಹದಿನಾರನೇ ವಚನಗಳಲ್ಲಿ ಪ್ರತಿನಿಧಿಸಲ್ಪಟ್ಟಿರುವ ಇತಿಹಾಸದಲ್ಲಿ ಸಾಮ್ರಾಜ್ಯವಾಗಿ ತನ್ನ ಸಮಾಪ್ತಿಗೆ ತಲುಪಿದ ಸೆಲ್ಯೂಸಿಡ್ ಸಾಮ್ರಾಜ್ಯದ ಆರಂಭವನ್ನು ಸೂಚಿಸಿತು. ಸೆಲ್ಯೂಸಿಡ್ ಸಾಮ್ರಾಜ್ಯದ ಅಂತಿಮ ಇತಿಹಾಸದಲ್ಲಿ ಮತ್ತೊಂದು ಒಡಂಬಡಿಕೆ ವಿವಾಹವನ್ನು ಆಂಟಿಯೋಕಸ್ III ದಿ ಗ್ರೇಟ್ ನೆರವೇರಿಸಿದನು; ಅವನು ತನ್ನ ಮಗಳು ಕ್ಲಿಯೋಪಾತ್ರಾ I ಸೈರಾವನ್ನು, (ಪ್ರವಾದನಾತ್ಮಕ ಇತಿಹಾಸದಲ್ಲಿನ ಅತಿ ಮೊದಲ ಕ್ಲಿಯೋಪಾತ್ರಾ) ಕ್ರಿ.ಪೂ. 193ರಲ್ಲಿ ಪ್ಟೋಲೇಮಿ Vಗೆ ನೀಡಿದಾಗ ಅದು ನೆರವೇರಿತು. ಆ ಸಮಯದಲ್ಲಿ ಪ್ಟೋಲೇಮಿ V ಸುಮಾರು 16 ವರ್ಷ ವಯಸ್ಸಿನವನಾಗಿದ್ದನು ಮತ್ತು ಕ್ಲಿಯೋಪಾತ್ರಾ I ಸೈರಾ ಸುಮಾರು 10 ವರ್ಷ ವಯಸ್ಸಿನಳಾಗಿದ್ದಳು. ಅವರ ವಿವಾಹವು ಐದನೇ ಸಿರಿಯನ್ ಯುದ್ಧದ ನಂತರದ ರಾಜತಾಂತ್ರಿಕ ಸಮಾಧಾನವಾಗಿತ್ತು. ದಾನಿಯೇಲನು ಹನ್ನೊಂದನೇ ಅಧ್ಯಾಯದಲ್ಲಿ ಉತ್ತರದ ರಾಜನೂ ದಕ್ಷಿಣದ ರಾಜನೂ ನಡುವೆ ನಡೆದ ಆಲ್ಫಾ ಒಡಂಬಡಿಕೆ ವಿವಾಹವು ಎರಡನೇ ಸಿರಿಯನ್ ಯುದ್ಧದ ಅಂತ್ಯವನ್ನು ಗುರುತಿಸಿತ್ತು.</w:t>
      </w:r>
    </w:p>
    <w:p>
      <w:pPr>
        <w:pStyle w:val="ArticleBody"/>
        <w:jc w:val="left"/>
      </w:pPr>
      <w:r>
        <w:rPr>
          <w:rFonts w:ascii="Nirmala UI" w:hAnsi="Nirmala UI" w:eastAsia="Nirmala UI" w:cs="Nirmala UI"/>
        </w:rPr>
        <w:t>ಪ್ರವಾದನಾತ್ಮಕ ಇತಿಹಾಸದ ಅಂತಿಮ ಕ್ಲಿಯೋಪಾತ್ರಳು ಜೂಲಿಯಸ್ ಸೀಸರ್‌ನೊಡನೆ ಸಂಪರ್ಕ ಹೊಂದಿದ್ದಳು ಮತ್ತು ಆ ನಂತರ ಮಾರ್ಕ್ ಆಂಟನಿಯೊಡನೆಯೂ ಸಂಬಂಧ ಹೊಂದಿದ್ದಳು. ಕ್ರಿ.ಪೂ. 44ರಲ್ಲಿ ಜೂಲಿಯಸ್ ಸೀಸರ್ ಹತ್ಯೆಯಾದ ನಂತರ, ಕ್ರಿ.ಪೂ. 43ರಲ್ಲಿ ದ್ವಿತೀಯ ತ್ರಿಮೂವಿರೇಟ್ ರಚಿಸಲ್ಪಟ್ಟಿತು. ಆ ತ್ರಿಮೂವಿರೇಟ್ ಮೂವರು ಪುರುಷರಿಂದ ಕೂಡಿತ್ತು; ಮತ್ತು ಆ ಮೂವರಲ್ಲಿ ಒಬ್ಬನಾದ ಮಾರ್ಕಸ್ ಲೆಪಿಡಸ್‌ರನ್ನು ಆಕ್ಟೇವಿಯನ್ ಆ ತ್ರಿವಿಧ ಐಕ್ಯತೆಯಿಂದ ಹೊರದಬ್ಬಿದ ಬಳಿಕ, ಪೂರ್ವದ ಮಾರ್ಕ್ ಆಂಟನಿ ಮತ್ತು ಪಶ್ಚಿಮದ ಆಕ್ಟೇವಿಯನ್ ಇವರ ನಡುವೆ ಅಧಿಕಾರಪೈಪೋಟಿ ಉಂಟಾಯಿತು. ಕ್ರಿ.ಪೂ. 40ರಲ್ಲಿ ಬ್ರುಂಡಿಸಿಯಂನಲ್ಲಿ, ಪೂರ್ವ ಮತ್ತು ಪಶ್ಚಿಮದ ಆ ಇಬ್ಬರು ಪ್ರತಿಸ್ಪರ್ಧಿಗಳ ನಡುವೆ ಒಂದು ಒಡಂಬಡಿಕೆ ಮಾಡಲ್ಪಟ್ಟಿತು. ಆ ಒಡಂಬಡಿಕೆಯಲ್ಲಿ ಆಕ್ಟೇವಿಯನ್‌ನ ಸಹೋದರಿ ಆಕ್ಟೇವಿಯಾ ಮತ್ತು ಮಾರ್ಕ್ ಆಂಟನಿ ಇವರ ವಿವಾಹವೂ ಒಳಗೊಂಡಿತ್ತು. ಆ ಒಡಂಬಡಿಕೆಯೂ ಅದರೊಂದಿಗೆ ನಡೆದ ವಿವಾಹವೂ ಸ್ಥಿರವಾಗಿ ಉಳಿಯಲಿಲ್ಲ; ಮತ್ತು ಮಾರ್ಕ್ ಆಂಟನಿ ಕ್ಲಿಯೋಪಾತ್ರಳೊಂದಿಗೆ ಸಂಬಂಧ ಬೆಳೆಸಿಕೊಂಡ ನಂತರ, ಅವನು ಕ್ರಿ.ಪೂ. 32ರಲ್ಲಿ ಆಕ್ಟೇವಿಯಾದಿಂದ ವಿಚ್ಛೇದನ ಪಡೆದನು. ಕ್ರಿ.ಪೂ. 31ರಲ್ಲಿ ನಡೆದ ಆಕ್ಟಿಯಮ್ ಯುದ್ಧದಲ್ಲಿ, ಪೂರ್ವ ಮತ್ತು ಪಶ್ಚಿಮದ ಸಾಮ್ರಾಜ್ಯಗಳು ಒಂದೇ ಅಧಿಕಾರದಡಿ ಏಕೀಕೃತವಾದವು; ಮತ್ತು ಅದರ ನಂತರ ಆಕ್ಟೇವಿಯನ್ ಅಗಸ್ಟಸ್ ಸೀಸರ್ ಆಗಿ ಪರಿಣಮಿಸಿದನು, ಅವನು ರೋಮಿನ ಮಹಿಮೆ ಮತ್ತು ಶಕ್ತಿಯ ಪರಾಕಾಷ್ಠೆಯ ಸಂಕೇತವಾಗಿದ್ದನು.</w:t>
      </w:r>
    </w:p>
    <w:p>
      <w:pPr>
        <w:pStyle w:val="ArticleBody"/>
        <w:jc w:val="left"/>
      </w:pPr>
      <w:r>
        <w:rPr>
          <w:rFonts w:ascii="Nirmala UI" w:hAnsi="Nirmala UI" w:eastAsia="Nirmala UI" w:cs="Nirmala UI"/>
        </w:rPr>
        <w:t>ಪ್ರವಾದನಾತ್ಮಕವಾಗಿ, ದಾನಿಯೇಲ ಅಧ್ಯಾಯ ಹನ್ನೊಂದರಲ್ಲಿ ಉಲ್ಲೇಖಿಸಲಾದ ಮೊದಲ ಒಡಂಬಡಿಕೆಯ ವಿವಾಹವು ಉತ್ತರದ ರಾಜರು ಮತ್ತು ದಕ್ಷಿಣದ ರಾಜರ ಮಧ್ಯೆ ಸಂಭವಿಸಿತು; ಅಲೆಕ್ಸಾಂಡರ್ ಮಹಾನದ ಸಾಮ್ರಾಜ್ಯವನ್ನು ಮರುಸ್ಥಾಪಿಸಲು ಹೋರಾಡುತ್ತಿದ್ದ ಆ ಇಬ್ಬರು ಯೋಧಪಕ್ಷಗಳ ಮಧ್ಯೆ ವೈಮನಸ್ಯವನ್ನು ಅಂತ್ಯಗೊಳಿಸುವ ಪ್ರಯತ್ನವಾಗಿತ್ತು ಅದು. ಸೆಲ್ಯೂಕಿದರಿಗೂ ಈಜಿಪ್ಟಿನ ಪ್ಟೋಲೆಮಿಗಳಿಗೂ ನಡುವೆ ನಡೆದ ಆ ಮೊದಲ ಒಡಂಬಡಿಕೆಯ ವಿವಾಹವು, ಸೆಲ್ಯೂಕಿದ ಹಾಗೂ ಪ್ಟೋಲೆಮಾಯಿಕ ರಾಜ್ಯಗಳ ಆಲ್ಫಾ ಒಡಂಬಡಿಕೆಯ ವಿವಾಹವಾಗಿದ್ದು, ಅದೇ ಎರಡೂ ಶಕ್ತಿಗಳ ಮಧ್ಯೆ ನಂತರ ಸಂಭವಿಸಿದ ಓಮೇಗಾ ಒಡಂಬಡಿಕೆಯ ವಿವಾಹಕ್ಕೆ ಮಾದರಿಯಾಯಿತು. ಅಂತಿಮ ಅಥವಾ ಓಮೇಗಾ ಒಡಂಬಡಿಕೆಯ ವಿವಾಹದಲ್ಲಿ, ಈಜಿಪ್ಟಿನ ಇತಿಹಾಸದಲ್ಲಿನ ಅತಿ ಮೊದಲ ಅಥವಾ ಆಲ್ಫಾ ಕ್ಲಿಯೋಪಾತ್ರೆಯು, ಕೊನೆಯ ಅಥವಾ ಓಮೇಗಾ ಕ್ಲಿಯೋಪಾತ್ರೆಗೆ ಪ್ರವಾದನಾತ್ಮಕ ಕೊಂಡಿಯಾಗಿದ್ದಳು; ಮಾರ್ಕ್ ಆಂಟನಿಯೊಡನೆಯ ಅವಳ ಸಂಬಂಧವು ಆಕ್ಟೇವಿಯ ಮತ್ತು ಮಾರ್ಕ್ ಆಂಟನಿಯ ವಿಚ್ಛೇದನಕ್ಕೆ ಉಲ್ಲೇಖಬಿಂದುವಾಯಿತು. ಆ ವಿಚ್ಛೇದನವು ಪೂರ್ವದ ಮಾರ್ಕ್ ಆಂಟನಿ ಮತ್ತು ಪಶ್ಚಿಮದ ಆಕ್ಟೇವಿಯನ್ ಇವರ ಮಧ್ಯೆ ಪುನರುಜ್ಜೀವಿತವಾದ ವೈಮನಸ್ಯದ ಗುರುತು ಆಗಿ, ಅದು ಕ್ರಿ.ಪೂ. 31ರಲ್ಲಿ ಆಕ್ಟಿಯಮ್ ಯುದ್ಧದಲ್ಲಿ ಅಂತ್ಯಗೊಂಡಿತು.</w:t>
      </w:r>
    </w:p>
    <w:p>
      <w:pPr>
        <w:pStyle w:val="ArticleBody"/>
        <w:jc w:val="left"/>
      </w:pPr>
      <w:r>
        <w:rPr>
          <w:rFonts w:ascii="Nirmala UI" w:hAnsi="Nirmala UI" w:eastAsia="Nirmala UI" w:cs="Nirmala UI"/>
        </w:rPr>
        <w:t>ಕ್ರಿ.ಪೂ. 40ರಲ್ಲಿ ನಡೆದ ಬ್ರುಂಡಿಸಿಯಮ್‌ನ ಒಡಂಬಡಿಕೆ ವಿವಾಹವು ಪೂರ್ವ ಮತ್ತು ಪಶ್ಚಿಮಗಳ ನಡುವಿನ ಹೋರಾಟದ ಆಲ್ಫಾ ಒಡಂಬಡಿಕೆ ವಿವಾಹವಾಗಿತ್ತು; ಇದೇ ರೀತಿಯಾಗಿ ಲವೊದಿಕೇ ಮತ್ತು ಆಂಟಿಯೋಕಸ್ II ಥಿಯೋ ಅವರ ಒಡಂಬಡಿಕೆ ವಿವಾಹವು ಉತ್ತರ ಮತ್ತು ದಕ್ಷಿಣಗಳ ನಡುವಿನ ಹೋರಾಟದ ಆಲ್ಫಾ ಆಗಿತ್ತು. 313ರ ಒಡಂಬಡಿಕೆ ವಿವಾಹವು ಮಾರ್ಕ್ ಆಂಟನಿ ಮತ್ತು ಆಕ್ಟೇವಿಯಾ ಅವರ ಆಲ್ಫಾ ಒಡಂಬಡಿಕೆ ವಿವಾಹಕ್ಕೆ ಓಮೆಗವಾಗಿತ್ತು; ಇದೇ ರೀತಿಯಾಗಿ ಪ್ಟೋಲೆಮಿ V ಮತ್ತು ಕ್ಲಿಯೋಪಾತ್ರಾ I ಸೈರಾ ಅವರ ನಡುವಿನ ಒಡಂಬಡಿಕೆ ವಿವಾಹವು ಉತ್ತರ ಮತ್ತು ದಕ್ಷಿಣ ರಾಜ್ಯಗಳ ಓಮೆಗಾ ಒಡಂಬಡಿಕೆ ವಿವಾಹವಾಗಿತ್ತು. 313ರ ಓಮೆಗಾ ಒಡಂಬಡಿಕೆ ವಿವಾಹಕ್ಕೆ ದಾರಿ ಮಾಡಿದ ಮೂರು ಒಡಂಬಡಿಕೆ ವಿವಾಹಗಳು ಎಲ್ಲವೂ ಪರಸ್ಪರ ಹೊಂದಿಕೆಯಾಗುತ್ತವೆ ಮತ್ತು ಮಿಲಾನ್ ಘೋಷಣೆಗೆ ಸಂಬಂಧಿಸಿದ ಪ್ರವಾದನಾತ್ಮಕ ಲಕ್ಷಣಗಳಿಗೆ ಮೂರು ಸಾಕ್ಷಿಗಳನ್ನು ಒದಗಿಸುತ್ತವೆ. ಒಟ್ಟಾಗಿ, ಪೂರ್ವ, ಪಶ್ಚಿಮ, ಉತ್ತರ ಮತ್ತು ದಕ್ಷಿಣಗಳ ಈ ನಾಲ್ಕು ಶಾಬ್ದಿಕ ಒಡಂಬಡಿಕೆ ವಿವಾಹಗಳು ಪಾಪಸತ್ತೆಯ ಎರಡು ಸಾಂಕೇತಿಕ ಒಡಂಬಡಿಕೆ ವಿವಾಹಗಳೊಂದಿಗೆ ಹೊಂದಿಕೆಯಾಗುತ್ತವೆ.</w:t>
      </w:r>
    </w:p>
    <w:p>
      <w:pPr>
        <w:pStyle w:val="ArticleBody"/>
        <w:jc w:val="left"/>
      </w:pPr>
      <w:r>
        <w:rPr>
          <w:rFonts w:ascii="Nirmala UI" w:hAnsi="Nirmala UI" w:eastAsia="Nirmala UI" w:cs="Nirmala UI"/>
        </w:rPr>
        <w:t>496ರಲ್ಲಿ, ಫ್ರಾಂಕ್ಸ್‌ಗಳ ರಾಜನಾದ ಕ್ಲೋವಿಸ್ ಕ್ಲೋಟಿಲ್ಡಾ ಅವರನ್ನು ವಿವಾಹಗೊಂಡನು. ಕ್ಲೋಟಿಲ್ಡಾ ಬರ್ಗಂಡಿಯ ರಾಜಕುಮಾರಿಯಾಗಿದ್ದು, ಬರ್ಗಂಡಿಯ ರಾಜ ಚಿಲ್ಪೆರಿಕ್ II ಅವರ ಪುತ್ರಿಯಾಗಿದ್ದಳು. ಕುಟುಂಬದೊಳಗಿನ ಅಧಿಕಾರ ಹೋರಾಟದಲ್ಲಿ ಅವಳ ತಂದೆಯೂ ತಾಯಿಯೂ ಹತ್ಯೆಗೀಡಾದ ನಂತರ, 493ರಲ್ಲಿ ಫ್ರಾಂಕ್ಸ್‌ಗಳ ರಾಜನಾದ ಕ್ಲೋವಿಸ್ I ಅವರಿಗೆ ವಿವಾಹವಾಗಿ ನೀಡಲ್ಪಡುವವರೆಗೆ, ಅವಳು ತನ್ನ ಮಾವನ ರಕ್ಷಣೆಯಡಿಯಲ್ಲಿ ವಾಸಿಸುತ್ತಿದ್ದಳು. ಅವಳು ಕ್ಯಾಥೋಲಿಕ್ ಆಗಿದ್ದಳು; ಅಂದರೆ, ರೋಮನ್ ಸಭೆಯ ನೈಸೀನ/ಸಂಪ್ರದಾಯಬದ್ಧ ನಂಬಿಕೆಯನ್ನು ಅವಳು ಹೊಂದಿದ್ದಳು. ಆ ಕಾಲದ ಅನೇಕ ಇತರ ಜರ್ಮಾನಿಕ್ ರಾಜವಂಶಗಳಿಂದ ಇದು ಅವಳನ್ನು ವಿಭಿನ್ನಳಾಗಿಸಿತು, ಯಾಕಂದರೆ ಅವರು ಅರಿಯನ್ ಕ್ರೈಸ್ತರಾಗಿದ್ದರು. ಅವಳ ತಾಯಿ ಕಾರೆಟೇನಾ ಕ್ಯಾಥೋಲಿಕ್ ಆಗಿದ್ದಳು, ಮತ್ತು ಕ್ಲೋಟಿಲ್ಡಾ ಆ ನಂಬಿಕೆಯಲ್ಲಿ ಬೆಳೆಸಲ್ಪಟ್ಟಳು. ಕ್ಲೋವಿಸ್ ಪೇಗನಿಸಂ ಅನ್ನು ತ್ಯಜಿಸಿ ಕ್ಯಾಥೋಲಿಕ್ ದೀಕ್ಷಾಸ್ನಾನವನ್ನು ಅಂಗೀಕರಿಸಬೇಕೆಂದು ಅವನನ್ನು ಅವಳು ನಿರಂತರವಾಗಿ ಪ್ರೇರೇಪಿಸಿದ್ದಕ್ಕಾಗಿ ಅವಳು ಸ್ಮರಿಸಲ್ಪಡುತ್ತಾಳೆ; ಮತ್ತು ನಂತರ 496ರಲ್ಲಿ ಅವನ ಮತಾಂತರವು ಫ್ರಾನ್ಸ್‌ನ ಪ್ರಾರಂಭಿಕ ಇತಿಹಾಸದಲ್ಲಿಯೂ ಪಶ್ಚಿಮದ ಎನ್ನಲಾದ ಕ್ರೈಸ್ತಧರ್ಮದ ಇತಿಹಾಸದಲ್ಲಿಯೂ ಅತ್ಯಂತ ಮಹತ್ವದ ಘಟನೆಗಳಲ್ಲಿ ಒಂದಾಗಿದೆ.</w:t>
      </w:r>
    </w:p>
    <w:p>
      <w:pPr>
        <w:pStyle w:val="ArticleBody"/>
        <w:jc w:val="left"/>
      </w:pPr>
      <w:r>
        <w:rPr>
          <w:rFonts w:ascii="Nirmala UI" w:hAnsi="Nirmala UI" w:eastAsia="Nirmala UI" w:cs="Nirmala UI"/>
        </w:rPr>
        <w:t>ಟೋಲ್ಬಿಯಾಕ್ ಯುದ್ಧದಲ್ಲಿ ತಾನು ಜಯಗೊಂಡರೆ ಕ್ಲೋಟಿಲ್ಡಾದ ಕ್ಯಾಥೋಲಿಕ್ ನಂಬಿಕೆಗೆ ತಾನು ಮತಾಂತರಗೊಂಡು ದೀಕ್ಷಾಸ್ನಾನ ಹೊಂದುವೆನು ಎಂದು ಕ್ಲೋವಿಸ್ ಪ್ರತಿಜ್ಞೆ ಮಾಡಿದನು. ಅಲೆಮನ್ನಿಯ ರಾಜನು ಕೊಲ್ಲಲ್ಪಟ್ಟನು, ಅವರ ಸೇನೆ ಚದುರಿತು, ಮತ್ತು ಫ್ರಾಂಕ್‌ಗಳು ಜಯಶಾಲಿಗಳಾದರು. ಆ ವಿಜಯದ ನಂತರ ಕ್ಲೋಟಿಲ್ಡಾ, ರೀಮ್ಸ್‌ನ ಬಿಷಪ್ ರೆಮಿಜಿಯಸ್ ಅವರು ಕ್ಲೋವಿಸ್‌ಗೆ ಬೋಧನೆ ಮಾಡುವಂತೆ ವ್ಯವಸ್ಥೆ ಮಾಡಿದರು; ಮತ್ತು ಅವನು ತನ್ನ ಯೋಧರಲ್ಲಿನ ಹಲವಾರು ಸಾವಿರ ಮಂದಿಯೊಂದಿಗೆ ದೀಕ್ಷಾಸ್ನಾನ ಹೊಂದಿದನು (ಸಾಂಪ್ರದಾಯಿಕವಾಗಿ ಕ್ರಿಸ್‌ಮಸ್ ದಿನ 496ರಂದು).</w:t>
      </w:r>
    </w:p>
    <w:p>
      <w:pPr>
        <w:pStyle w:val="ArticleBody"/>
        <w:jc w:val="left"/>
      </w:pPr>
      <w:r>
        <w:rPr>
          <w:rFonts w:ascii="Nirmala UI" w:hAnsi="Nirmala UI" w:eastAsia="Nirmala UI" w:cs="Nirmala UI"/>
        </w:rPr>
        <w:t>ಕ್ಲೋವಿಸ್ ಫ್ರಾಂಕ್ಸ್‌ಗಳ ಅರಸನಾಗಿದ್ದನು; ಆಧುನಿಕ ಪರ್ಯಾಯದಲ್ಲಿ ಹೇಳುವುದಾದರೆ, ಅವನು ಫ್ರಾನ್ಸಿನ ಅರಸನು. ಅಂತಿಮವಾಗಿ ತಮ್ಮ ಪೈಗನ್ ಧರ್ಮವನ್ನು ತ್ಯಜಿಸಿ ಕ್ಯಾಥೋಲಿಕ ಧರ್ಮಕ್ಕೆ ತಿರುಗಿದ ಯೂರೋಪಿನ ಅರಸರಲ್ಲಿ ಮೊದಲವನಾದನು. ಈ ಕಾರಣದಿಂದ ಕ್ಲೋವಿಸ್‌ನನ್ನು “ಕ್ಯಾಥೋಲಿಕ ಸಭೆಯ ಜ್ಯೇಷ್ಠ ಪುತ್ರ” ಎಂದು ಪರಿಗಣಿಸಲಾಗುತ್ತದೆ, ಮತ್ತು ಫ್ರಾನ್ಸನ್ನು “ಕ್ಯಾಥೋಲಿಕ ಸಭೆಯ ಜ್ಯೇಷ್ಠ ಪುತ್ರಿ” ಎಂದು ಕರೆಯಲಾಗುತ್ತದೆ. 1980ರಲ್ಲಿ ಪೋಪ್ ಜಾನ್ ಪಾಲ್ II ಫ್ರಾನ್ಸಿಗೆ ಭೇಟಿ ನೀಡಿದಾಗ, ಅವರು ಕೇಳಿದರು: “ಸಭೆಯ ಜ್ಯೇಷ್ಠ ಪುತ್ರಿಯಾದ ಫ್ರಾನ್ಸೇ, ನಿನ್ನ ದೀಕ್ಷಾಸ್ನಾನಕ್ಕೆ ನೀನು ನಿಷ್ಠೆಯಾಗಿದ್ದೀಯೇ?”</w:t>
      </w:r>
    </w:p>
    <w:p>
      <w:pPr>
        <w:pStyle w:val="ArticleBody"/>
        <w:jc w:val="left"/>
      </w:pPr>
      <w:r>
        <w:rPr>
          <w:rFonts w:ascii="Nirmala UI" w:hAnsi="Nirmala UI" w:eastAsia="Nirmala UI" w:cs="Nirmala UI"/>
        </w:rPr>
        <w:t>ಕ್ಲೋವಿಸ್‌ನ ನೈಸೀನ್ ಕ್ಯಾಥೊಲಿಕ ಧರ್ಮಕ್ಕೆ ಮತಾಂತರವು 538ರ ಪ್ರತೀಕಾತ್ಮಕ ಒಡಂಬಡಿಕೆಯ ವಿವಾಹಕ್ಕೆ ದಾರಿತೋರುವ ಒಂದು ಪ್ರತೀಕಾತ್ಮಕ ವಿವಾಹ ಮೆರವಣಿಗೆಯ ಆರಂಭವನ್ನು ಸೂಚಿಸುತ್ತದೆ. ಭೂಮಿಯ ರಾಜರೊಂದಿಗೆ ವ್ಯಭಿಚಾರ ಮಾಡುವ ವೇಶ್ಯೆಯೊಂದಿಗೆ ಕ್ಲೋವಿಸ್‌ನ ಪ್ರತೀಕಾತ್ಮಕ ಒಡಂಬಡಿಕೆಯ ವಿವಾಹವು ದಾನಿಯೇಲ ಹನ್ನೊಂದರಲ್ಲಿ ಉಲ್ಲೇಖಿಸಲಾದ ಹಿಂದಿನ ನಾಲ್ಕು ಒಡಂಬಡಿಕೆಯ ವಿವಾಹಗಳಿಂದ ಪ್ರತಿರೂಪಿತವಾಗಿತ್ತು. ರೋಮನ್ ಸಭೆಗೆ ಸೈನಿಕ ಮತ್ತು ಆರ್ಥಿಕ ಬೆಂಬಲವನ್ನು ಒದಗಿಸಿದ ಮೊದಲ ಯೂರೋಪಿಯನ್ ರಾಜನು ಕ್ಲೋವಿಸ್ ಆಗಿದ್ದನು; ಆದಕಾರಣ ದಾನಿಯೇಲ ಹನ್ನೊಂದರ ಇತಿಹಾಸದಲ್ಲಿ ಕ್ಲೋವಿಸ್ ಪ್ರತಿನಿಧಿಸಲ್ಪಟ್ಟಿದ್ದಾನೆ.</w:t>
      </w:r>
    </w:p>
    <w:p>
      <w:pPr>
        <w:pStyle w:val="ArticleScripture"/>
        <w:jc w:val="left"/>
      </w:pPr>
      <w:r>
        <w:rPr>
          <w:rFonts w:ascii="Nirmala UI" w:hAnsi="Nirmala UI" w:eastAsia="Nirmala UI" w:cs="Nirmala UI"/>
        </w:rPr>
        <w:t>ಅವನ ಪಕ್ಷದಲ್ಲಿ ಭುಜಗಳು ನಿಂತುಕೊಂಡು, ಬಲದ ಪರಿಶುದ್ಧಾಲಯವನ್ನು ಅಪವಿತ್ರಗೊಳಿಸುವವು; ಅವು ನಿತ್ಯಬಲಿಯನ್ನು ತೆಗೆದುಹಾಕುವವು; ಮತ್ತು ಅವು ಹಾಳುಮಾಡುವ ಅಸಹ್ಯವಸ್ತುವನ್ನು ಸ್ಥಾಪಿಸುವವು. ದಾನಿಯೇಲನು 11:31.</w:t>
      </w:r>
    </w:p>
    <w:p>
      <w:pPr>
        <w:pStyle w:val="ArticleBody"/>
        <w:jc w:val="left"/>
      </w:pPr>
      <w:r>
        <w:rPr>
          <w:rFonts w:ascii="Nirmala UI" w:hAnsi="Nirmala UI" w:eastAsia="Nirmala UI" w:cs="Nirmala UI"/>
        </w:rPr>
        <w:t>496ರಲ್ಲಿ ಕ್ಲೋವಿಸ್‌ನ ಘಟನೆ, ಪಾಪಾಸಿಯು ಅಧಿಕಾರಕ್ಕೆ ಏರಿಬರುತ್ತಿದ್ದಾಗ ಅದಕ್ಕೆ ನೆರವಾಗುವಂತೆ ಯೂರೋಪಿನ ರಾಜಕೀಯ ರಚನೆಗಳು “ಎದ್ದುನಿಲ್ಲುವ” ಪ್ರಾರಂಭವನ್ನು ಸೂಚಿಸುತ್ತದೆ. ಇದು ಒಂದು ಸಂಕೇತಾತ್ಮಕ ವಿವಾಹ ಮೆರವಣಿಗೆಯ ಆರಂಭವನ್ನು ಗುರುತಿಸುತ್ತದೆ. ಆ ವಚನದಲ್ಲಿರುವ “ಬಾಹುಗಳು” “ಬಲದ ಪರಿಶುದ್ಧಸ್ಥಳವನ್ನೂ” ಅಪವಿತ್ರಗೊಳಿಸುವವು; ಇದು ಅನ್ಯಧರ್ಮೀಯ ರೋಮ್ ಮತ್ತು ಪಾಪಲ್ ರೋಮ್ ಎರಡಕ್ಕೂ ರೋಮ್ ನಗರವೇ ಆಗಿದೆ.</w:t>
      </w:r>
    </w:p>
    <w:p>
      <w:pPr>
        <w:pStyle w:val="ArticleHeading"/>
        <w:jc w:val="left"/>
      </w:pPr>
      <w:r>
        <w:rPr>
          <w:rFonts w:ascii="Nirmala UI" w:hAnsi="Nirmala UI" w:eastAsia="Nirmala UI" w:cs="Nirmala UI"/>
        </w:rPr>
        <w:t>ಎರಡು ಪರಿಶುದ್ಧಾಲಯಗಳು</w:t>
      </w:r>
    </w:p>
    <w:p>
      <w:pPr>
        <w:pStyle w:val="ArticleBody"/>
        <w:jc w:val="left"/>
      </w:pPr>
      <w:r>
        <w:rPr>
          <w:rFonts w:ascii="Nirmala UI" w:hAnsi="Nirmala UI" w:eastAsia="Nirmala UI" w:cs="Nirmala UI"/>
        </w:rPr>
        <w:t>ದಾನಿಯೇಲನ ಪುಸ್ತಕದಲ್ಲಿ “ಪವಿತ್ರಸ್ಥಳ” ಎಂದು ಅನುವಾದಿಸಲ್ಪಟ್ಟ ಎರಡು ವಿಭಿನ್ನ ಹೀಬ್ರೂ ಪದಗಳಿವೆ. ‘ಮಿಕ್ದಾಶ್’ ಮತ್ತು ‘ಕೋದೇಶ್’ ಎಂಬ ಹೀಬ್ರೂ ಪದಗಳೆರಡನ್ನೂ “ಪವಿತ್ರಸ್ಥಳ” ಎಂದು ಅನುವಾದಿಸಲಾಗುತ್ತದೆ; ಆದರೆ ಕೋದೇಶ್ ಎಂಬುದು ಕೇವಲ ಪವಿತ್ರವಾದ ಅಸ್ತಿತ್ವವನ್ನೇ ಸೂಚಿಸಬಲ್ಲದು, ಆದರೆ ಮಿಕ್ದಾಶ್ ಎಂಬುದು ಸಂದರ್ಭದಿಂದ ನಿರ್ಧರಿಸಲ್ಪಡುವಂತೆ ಪವಿತ್ರವಾದ ಅಥವಾ ಅಪವಿತ್ರವಾದ ಪವಿತ್ರಸ್ಥಳ ಎರಡರಲ್ಲಿ ಯಾವುದನ್ನಾದರೂ ಸೂಚಿಸಬಲ್ಲದು.</w:t>
      </w:r>
    </w:p>
    <w:p>
      <w:pPr>
        <w:pStyle w:val="ArticleBody"/>
        <w:jc w:val="left"/>
      </w:pPr>
      <w:r>
        <w:rPr>
          <w:rFonts w:ascii="Nirmala UI" w:hAnsi="Nirmala UI" w:eastAsia="Nirmala UI" w:cs="Nirmala UI"/>
        </w:rPr>
        <w:t>ಮೂವತ್ತೊಂದುನೇ ವಚನದಲ್ಲಿರುವ “ಬಲದ ಪರಿಶುದ್ಧಾಲಯ” ಎಂಬುದು ‘miqdash’ ಆಗಿದ್ದು, ಅದು ರೋಮಿನ ಬಲದ ಪರಿಶುದ್ಧಾಲಯವನ್ನು ಸೂಚಿಸುತ್ತದೆ; ಪೈಗನ್ ರೋಮಿಗೂ ಪಾಪೀಯ ರೋಮಿಗೂ ಅದು ರೋಮ್ ನಗರವೇ ಆಗಿತ್ತು. ಆಕ್ಟಿಯಮ್ ಯುದ್ಧದಿಂದ, ಅಂದರೆ ಆಕ್ಟೇವಿಯನ್ ಸಾಮ್ರಾಜ್ಯವನ್ನು ಏಕೀಕರಿಸಿದ ಕಾಲದಿಂದ, ಡಾನಿಯೇಲ ಅಧ್ಯಾಯ ಹನ್ನೊಂದರ ಇಪ್ಪತ್ತ್ನಾಲ್ಕನೇ ವಚನದ ನೆರವೇರಿಕೆಯಲ್ಲಿ, ಪೈಗನ್ ರೋಮ್ ಮೂರು ನೂರು ಅರವತ್ತು ವರ್ಷಗಳವರೆಗೆ (ಒಂದು ಕಾಲ) ಅಜೇಯವಾಗಿತ್ತು.</w:t>
      </w:r>
    </w:p>
    <w:p>
      <w:pPr>
        <w:pStyle w:val="ArticleScripture"/>
        <w:jc w:val="left"/>
      </w:pPr>
      <w:r>
        <w:rPr>
          <w:rFonts w:ascii="Nirmala UI" w:hAnsi="Nirmala UI" w:eastAsia="Nirmala UI" w:cs="Nirmala UI"/>
        </w:rPr>
        <w:t>ಅವನು ಸಮಾಧಾನದಿಂದಲೇ ಪ್ರಾಂತ್ಯದ ಅತ್ಯಂತ ಸಮೃದ್ಧ ಸ್ಥಳಗಳಲ್ಲಿಯೂ ಪ್ರವೇಶಿಸುವನು; ಅವನ ಪಿತೃಗಳು ಮಾಡದದ್ದನ್ನೂ, ಅವನ ಪಿತಾಮಹರು ಮಾಡದದ್ದನ್ನೂ ಅವನು ಮಾಡುವನು; ಅವನು ಅವರ ಮಧ್ಯೆ ಕೊಳ್ಳೆಸೊತ್ತನ್ನೂ, ದೋಚಿದ ವಸ್ತುಗಳನ್ನೂ, ಐಶ್ವರ್ಯವನ್ನೂ ಹಂಚಿಬಿಡುವನು; ಹೌದು, ಅವನು ಕೋಟೆಗಳ ವಿರುದ್ಧ ತನ್ನ ಯುಕ್ತಿಗಳನ್ನು ಒಂದು ಕಾಲದವರೆಗೆ ಯೋಜಿಸುವನು. ದಾನಿಯೇಲ 11:24.</w:t>
      </w:r>
    </w:p>
    <w:p>
      <w:pPr>
        <w:pStyle w:val="ArticleBody"/>
        <w:jc w:val="left"/>
      </w:pPr>
      <w:r>
        <w:rPr>
          <w:rFonts w:ascii="Nirmala UI" w:hAnsi="Nirmala UI" w:eastAsia="Nirmala UI" w:cs="Nirmala UI"/>
        </w:rPr>
        <w:t>ಅನ್ಯಜನ ರೋಮ್ ರೋಮ್ ಪಟ್ಟಣದಿಂದ ಆಳುತ್ತಿದ್ದಾಗ ಅದು ಅಜೇಯವಾಗಿತ್ತು; ಆದರೆ ಕ್ರಿ.ಶ. 330ರಲ್ಲಿ ಕಾನ್ಸ್ಟಾಂಟೈನ್ ರಾಜಧಾನಿಯನ್ನು ಕಾನ್ಸ್ಟಾಂಟಿನೋಪಲಿಗೆ ಸ್ಥಳಾಂತರಿಸಿದಾಗ, ಇಪ್ಪತ್ತ್ನಾಲ್ಕನೇ ವಚನದಲ್ಲಿರುವ “ಕಾಲ”ವು ನೆರವೇರಿತು. ದಾನಿಯೇಲನ ಏಳನೇ ಅಧ್ಯಾಯದ ಮೂರು ಕೊಂಬುಗಳಲ್ಲಿ ಕೊನೆಯದಾದ (ಗೋಥರು) ನಗರದಿಂದ ಹೊರದಬ್ಬಲ್ಪಟ್ಟಾಗ, ಕ್ರಿ.ಶ. 538ರಲ್ಲಿ ಪಾಪಮಂಡಲದ ರೋಮ್ ಪ್ರವಾದನಾತ್ಮಕವಾಗಿ ಬೈಬಲ್ ಪ್ರವಾದನೆಯ ಐದನೇ ರಾಜ್ಯವಾಗಿ ಸಿಂಹಾಸನವನ್ನು ಸ್ವೀಕರಿಸಿತು. ಗೋಥರು ರೋಮನ್ನು ಮುತ್ತಿಗೆ ಹಾಕಿದ್ದರು; ಆದರೆ ಕೊನೆಯಲ್ಲಿ ಜಸ್ಟಿನಿಯನ್‌ನ ಸೇನಾಧಿಪತಿಯಾದ ಬೆಲ್ಸಾರಿಯಸ್ ನಗರವನ್ನು ಭದ್ರಪಡಿಸಿದಂತೆ ಅವರು ಹಿಂತೆಗೆದರು. ನಂತರ ರೋಮನ್ ಸಭೆಯು ಹನ್ನೆರಡು ನೂರು ಅರವತ್ತು ವರ್ಷಗಳ ಕಾಲ ಪರಮಾಧಿಕಾರದಿಂದ ಆಳಿತು; ಅಂತಿಮವಾಗಿ ಕ್ರಿ.ಶ. 1798ರಲ್ಲಿ ನೆಪೋಲಿಯನ್ ಪೋಪರನ್ನು ಅಧಿಕಾರದಿಂದ ತೆಗೆದು ನಿರ্বাসನಕ್ಕೆ ಕಳುಹಿಸಿದನು.</w:t>
      </w:r>
    </w:p>
    <w:p>
      <w:pPr>
        <w:pStyle w:val="ArticleBody"/>
        <w:jc w:val="left"/>
      </w:pPr>
      <w:r>
        <w:rPr>
          <w:rFonts w:ascii="Nirmala UI" w:hAnsi="Nirmala UI" w:eastAsia="Nirmala UI" w:cs="Nirmala UI"/>
        </w:rPr>
        <w:t>ರೋಮ್, “ಬಲದ ಪರಿಶುದ್ಧಾಲಯ”ವು “ಅಪವಿತ್ರಗೊಳಿಸಲ್ಪಟ್ಟಿತು,” (“ಅಪವಿತ್ರಗೊಳಿಸಲ್ಪಟ್ಟಿತು” ಎಂದರೆ ‘ಗಾಯಗೊಂಡಿತು ಅಥವಾ ವಿಸರ್ಜಿಸಲ್ಪಟ್ಟಿತು’ ಎಂಬ ಅರ್ಥದಲ್ಲಿ), ನಗರಕ್ಕೆ ವಿರುದ್ಧವಾಗಿ ಮುಂದುವರಿದ ಯುದ್ಧದ “ಬಾಹುಗಳ” ಮೂಲಕ, ಇದು ಮುಖ್ಯವಾಗಿ ಪ್ರಕಟಣೆಯ ಎಂಟನೇ ಅಧ್ಯಾಯದ ಮೊದಲ ನಾಲ್ಕು ಕಹಳೆಗಳಿಂದ ಪ್ರತಿನಿಧಿಸಲ್ಪಟ್ಟಿದೆ.</w:t>
      </w:r>
    </w:p>
    <w:p>
      <w:pPr>
        <w:pStyle w:val="ArticleBody"/>
        <w:jc w:val="left"/>
      </w:pPr>
      <w:r>
        <w:rPr>
          <w:rFonts w:ascii="Nirmala UI" w:hAnsi="Nirmala UI" w:eastAsia="Nirmala UI" w:cs="Nirmala UI"/>
        </w:rPr>
        <w:t>496ರಿಂದ ಆರಂಭವಾಗಿ ಅನಂತರ ನಡೆದ ಇತಿಹಾಸದಲ್ಲಿ, ರೋಮ ಸಾಮ್ರಾಜ್ಯದ ಶಕ್ತಿ ಮತ್ತು ಮಹಿಮೆಯಿಂದ ರೋಮನ್ ಕ್ಯಾಥೋಲಿಕ್ ಸಾಮ್ರಾಜ್ಯದ ಶಕ್ತಿ ಮತ್ತು ಮಹಿಮೆಯ ಕಡೆಗೆ ರೋಮ ನಗರವು ಮಾರ್ಪಟ್ಟಾಗ ಅದು ಕಲ್ಮಷಿತವಾಗುವುದನ್ನು ಕಾಣಬಹುದು. ಆ ಬಾಹುಗಳು, ಆ ವಚನಭಾಗದಲ್ಲಿ “ದೈನಂದಿನ” ಎಂಬ ಪದದಿಂದ ಸೂಚಿಸಲ್ಪಟ್ಟಿರುವ ಪೇಗನ್ ಧರ್ಮವನ್ನು, ನೈಸೀನ್ ಕ್ಯಾಥೋಲಿಕ ಧರ್ಮವನ್ನು ಸ್ವೀಕರಿಸಿದ ಪರಿಣಾಮವಾಗಿ ತೆಗೆದುಹಾಕುವವು.</w:t>
      </w:r>
    </w:p>
    <w:p>
      <w:pPr>
        <w:pStyle w:val="ArticleBody"/>
        <w:jc w:val="left"/>
      </w:pPr>
      <w:r>
        <w:rPr>
          <w:rFonts w:ascii="Nirmala UI" w:hAnsi="Nirmala UI" w:eastAsia="Nirmala UI" w:cs="Nirmala UI"/>
        </w:rPr>
        <w:t>ವುಯಿಯೆ (Vouillé) ಯುದ್ಧದಲ್ಲಿ ಕ್ಲೋವಿಸ್, ಅಲಾರಿಕ್ II ನೇತೃತ್ವದ ಅರಿಯನ್ ವಿಸಿಗೋಥರನ್ನು ಸೋಲಿಸಿ ಅಕ್ವಿಟೇನ್ ಅನ್ನು ವಶಪಡಿಸಿಕೊಂಡನು. ಆ ವಿಜಯದ ನಂತರ, ಕ್ರಿ.ಶ. 508ರಲ್ಲಿ, ಪೂರ್ವದ ಚಕ್ರವರ್ತಿ ಅನಸ್ತಾಸಿಯಸ್ I (ಕಾನ್ಸ್ಟಾಂಟಿನೋಪಲ್‌ನಲ್ಲಿ) ವಿಸಿಗೋಥರ ಮೇಲೆ ಪಡೆದ ತನ್ನ ವಿಜಯಕ್ಕಾಗಿ ಕ್ಲೋವಿಸ್‌ಗೆ ಗೌರವ ಸಲ್ಲಿಸಿದನು. ಗ್ರೆಗೊರಿ ಆಫ್ ಟೂರ್ಸ್ ಹೇಳುವಂತೆ, ಅನಸ್ತಾಸಿಯಸ್ ಕ್ಲೋವಿಸ್‌ಗೆ ಅವನನ್ನು ಕೌನ್ಸಲ್ ಆಗಿ ನೇಮಿಸುವ ಅಧಿಕೃತ ಪತ್ರಗಳನ್ನು ಕಳುಹಿಸಿದನು. ಟೂರ್ಸ್‌ನಲ್ಲಿ, ಸಂತ ಮಾರ್ಟಿನ್ ಅವರ ದೇವಾಲಯದಲ್ಲಿ, ಕ್ಲೋವಿಸ್ ಜಾಂಬಳಿಯ ಅಂಗಿ ಮತ್ತು ಮೇಲಂಗಿಯನ್ನು ಧರಿಸಿ, ತನ್ನ ತಲೆಯ ಮೇಲೆ ಕಿರೀಟವೊಂದನ್ನು ಇಟ್ಟು, ಹೊರಟು ಸವಾರಿ ಮಾಡಿ, ಜನಸ್ತೋಮದ ಮೇಲೆ ಬಂಗಾರ ಮತ್ತು ಬೆಳ್ಳಿಯನ್ನು ಚೆಲ್ಲಿದನು. ಆ ದಿನದಿಂದ ಅವನು ಕೌನ್ಸಲ್ ಎಂದು ಘೋಷಿಸಲ್ಪಟ್ಟು, ಕ್ಲೋವಿಸ್ ಪಶ್ಚಿಮದಲ್ಲಿ ನ್ಯಾಯಸಮ್ಮತ ಕ್ರೈಸ್ತ ರಾಜನೆಂದು ರೋಮನ್ ಚಕ್ರವರ್ತಿಯಿಂದ ಅಂಗೀಕರಿಸಲ್ಪಟ್ಟನು ಎಂದು ಗ್ರೆಗೊರಿ ಹೇಳುತ್ತಾನೆ. ಕಾನ್ಸ್ಟಾಂಟಿನೋಪಲ್ ಸಹ ವಿರೋಧಿಸಿದ್ದ ಅರಿಯನ್ ವಿಸಿಗೋಥರನ್ನು ಅವನು ಮುರಿದ ಕಾರಣಕ್ಕಾಗಿ ಅವನಿಗೆ ಈ ಪ್ರತಿಫಲ ದೊರಕಿತು. 508ನೇ ವರ್ಷವು ಪೂರ್ವದ ಚಕ್ರವರ್ತಿಯು ಕ್ಯಾಥೊಲಿಕ್ ಫ್ರಾಂಕಿಷ್ ರಾಜನಿಗೆ ಸಾರ್ವಜನಿಕವಾಗಿ ಗೌರವ ಸಲ್ಲಿಸಿದ ವರ್ಷವಾಗಿತ್ತು—ಸಭೆ, ವಿಜಯ, ಮತ್ತು ರೋಮನ್ ನ್ಯಾಯಸಮ್ಮತತೆ ಒಂದೇ ದೃಶ್ಯದಲ್ಲಿ. 508ನೇ ವರ್ಷವು ಅರಿಯನ್ ವಿಸಿಗೋಥರ ಆಳ್ವಿಕೆಯನ್ನು ಮುರಿದ ನಂತರ ಫ್ರಾಂಕಿಷ್ ಕ್ಯಾಥೊಲಿಕ್ ರಾಜ್ಯವು ಗಾಲ್‌ನಲ್ಲಿ ಪ್ರಭುತ್ವಶಾಲಿ ಕ್ಯಾಥೊಲಿಕ್ ಶಕ್ತಿಯಾಗಿ ನಿಂತ ವರ್ಷವಾಗಿತ್ತು. ಕ್ಲೋವಿಸ್, ಅರಿಯನ್ ರಾಜ್ಯಗಳ ವಿರುದ್ಧ ನೈಸೀನ ಕ್ಯಾಥೊಲಿಕತ್ವಕ್ಕಾಗಿ ಹೋರಾಡಿದ ಮೊದಲ ಮಹತ್ವದ ಬರ್ಬರ ರಾಜನಾಗಿದ್ದು, ಈ ರೀತಿಯಾಗಿ “ಸಭೆಯ ಹಿರಿಯ ಪುತ್ರಿ” ಎಂಬ ಫ್ರಾನ್ಸಿನ ಪಾತ್ರದ ಆದಿರೂಪನಾಗಿದ್ದಾನೆ. ಕ್ಲೋವಿಸ್ 496ರಿಂದ 508ರವರೆಗಿನ ಅವಧಿಯನ್ನು ಪ್ರತಿನಿಧಿಸುತ್ತಾನೆ ಮತ್ತು ಸಾಂಕೇತಿಕ ವಿವಾಹ ಒಪ್ಪಂದದ ಆಲ್ಫಾ-ಸಂಕೇತವಾಗಿದ್ದಾನೆ. 508ರಿಂದ 538ರವರೆಗಿನ ಮೂವತ್ತು ವರ್ಷಗಳನ್ನು ಜಸ್ಟಿನಿಯನ್ ಪ್ರತಿನಿಧಿಸುತ್ತಾನೆ; ಅವನು ಆ ಮೆರವಣಿಗೆಯ ಓಮೇಗಾ-ಸಂಕೇತವಾಗಿದ್ದಾನೆ.</w:t>
      </w:r>
    </w:p>
    <w:p>
      <w:pPr>
        <w:pStyle w:val="ArticleBody"/>
        <w:jc w:val="left"/>
      </w:pPr>
      <w:r>
        <w:rPr>
          <w:rFonts w:ascii="Nirmala UI" w:hAnsi="Nirmala UI" w:eastAsia="Nirmala UI" w:cs="Nirmala UI"/>
        </w:rPr>
        <w:t>538ರಲ್ಲಿ, “ಬಾಹುಗಳು” 1260 ವರ್ಷಗಳ ಕಾಲ ಪಾಪಸ್ವಾಮ್ಯಶಕ್ತಿಯನ್ನು ಭೂಮಿಯ ಸಿಂಹಾಸನದ ಮೇಲೆ ಪ್ರತಿಷ್ಠಾಪಿಸಿತು. 496ರಲ್ಲಿ ಆರಂಭಗೊಂಡಿದ್ದ ವಿವಾಹ ಮೆರವಣಿಗೆಯ ಸಮಾಪ್ತಿಯಲ್ಲಿ, ಆಗಲೇ ಆ ಸಂಕೇತಾತ್ಮಕ ಒಡಂಬಡಿಕೆಯ ವಿವಾಹವು ಸಂಪನ್ನವಾಯಿತು. 1798ರಲ್ಲಿ, ರೋಮಿನ ಪೋಪ್ ಮತ್ತು ಫ್ರಾನ್ಸಿನ ಕ್ಲೋವಿಸ್ ಇವರ ನಡುವೆ ಆರಂಭಗೊಂಡಿದ್ದ ಆ ಒಡಂಬಡಿಕೆಯ ವಿವಾಹವು, ಫ್ರಾನ್ಸಿನ ನಪೋಲಿಯನ್ ತನ್ನ ಸೇನಾಧಿಪತಿಯನ್ನು ಕಳುಹಿಸಿ ಪೋಪ್‌ರನ್ನು ಬಂಧಿಯಾಗಿ ಹಿಡಿಯುವ ಮೂಲಕ ಪಾಪಸ್ವಾಮ್ಯಶಕ್ತಿಗೆ ವಿಚ್ಛೇದನ ನೀಡಿದಾಗ ರದ್ದುಪಡಿಸಲ್ಪಟ್ಟಿತು.</w:t>
      </w:r>
    </w:p>
    <w:p>
      <w:pPr>
        <w:pStyle w:val="ArticleBody"/>
        <w:jc w:val="left"/>
      </w:pPr>
      <w:r>
        <w:rPr>
          <w:rFonts w:ascii="Nirmala UI" w:hAnsi="Nirmala UI" w:eastAsia="Nirmala UI" w:cs="Nirmala UI"/>
        </w:rPr>
        <w:t>496ರಲ್ಲಿ ತನ್ನ ವಿವಾಹ ಮೆರವಣಿಗೆಯನ್ನು ಆರಂಭಿಸಿದ್ದ ಆಲ್ಫಾ ಪ್ರತೀಕಾತ್ಮಕ ಪಾಪೀಯ ಒಡಂಬಡಿಕೆಯ ವಿವಾಹವು, 538ರಲ್ಲಿ ಭಾನುವಾರದ ಕಾನೂನಿನ ಸಂದರ್ಭದಲ್ಲಿ ಸಂಪನ್ನವಾಯಿತು; ಮತ್ತು ಅನಂತರ 1798ರಲ್ಲಿ, ದಾನಿಯೇಲ ಹನ್ನೊಂದನೆಯಲ್ಲಿರುವ ಪ್ರತಿಯೊಂದು ಇತರೆ ಒಡಂಬಡಿಕೆಯ ವಿವಾಹದಂತೆಯೇ, ಅದು ರದ್ದುಗೊಂಡಿತು. ಪ್ರಕಟನೆಯು ಯೂರೋಪಿನ ರಾಜರು ಮತ್ತು ಕ್ಯಾಥೋಲಿಕ ಧರ್ಮದ ಪೋಪರ ನಡುವಿನ ಪಾಪೀಯ ವೈವಾಹಿಕ ಸಂಬಂಧಕ್ಕೆ ಮತ್ತಷ್ಟು ಅರ್ಥಸೂಚನೆಯನ್ನು ಸೇರಿಸುತ್ತದೆ; ಏಕೆಂದರೆ ಪ್ರಕಟಣೆ ಹನ್ನೆರಡರ ದ್ರಾಕ್ಷಸನು ಸೈತಾನನೂ ಆಗಿದ್ದು, ಪೇಗನ್ ರೋಮಿನ ರಾಜರೂ ಆಗಿದ್ದಾನೆ.</w:t>
      </w:r>
    </w:p>
    <w:p>
      <w:pPr>
        <w:pStyle w:val="ArticleScripture"/>
        <w:jc w:val="left"/>
      </w:pPr>
      <w:r>
        <w:rPr>
          <w:rFonts w:ascii="Nirmala UI" w:hAnsi="Nirmala UI" w:eastAsia="Nirmala UI" w:cs="Nirmala UI"/>
        </w:rPr>
        <w:t>“ಹೀಗಾಗಿ ಆ ಡ್ರಾಗನ್‌ ಮುಖ್ಯವಾಗಿ ಸೈತಾನನನ್ನು ಪ್ರತಿನಿಧಿಸುವಾಗಲೂ, ದ್ವಿತೀಯಾರ್ಥದಲ್ಲಿ ಅದು ಪೇಗನ್‌ ರೋಮಿನ ಸಂಕೇತವಾಗಿದೆ.” The Great Controversy, 439.</w:t>
      </w:r>
    </w:p>
    <w:p>
      <w:pPr>
        <w:pStyle w:val="ArticleBody"/>
        <w:jc w:val="left"/>
      </w:pPr>
      <w:r>
        <w:rPr>
          <w:rFonts w:ascii="Nirmala UI" w:hAnsi="Nirmala UI" w:eastAsia="Nirmala UI" w:cs="Nirmala UI"/>
        </w:rPr>
        <w:t>ಪ್ರಕಟನೆ ಪುಸ್ತಕದಲ್ಲಿ ಯೋಹಾನನು ನಮಗೆ ತಿಳಿಸುವದೇನೆಂದರೆ, ರಾಜರು (ಅಜಗರು) ಕ್ಯಾಥೋಲಿಕತೆಯ ಸಮುದ್ರಮೃಗಕ್ಕೆ ಮೂರು ಸಂಗತಿಗಳನ್ನು ಕೊಟ್ಟರು.</w:t>
      </w:r>
    </w:p>
    <w:p>
      <w:pPr>
        <w:pStyle w:val="ArticleScripture"/>
        <w:jc w:val="left"/>
      </w:pPr>
      <w:r>
        <w:rPr>
          <w:rFonts w:ascii="Nirmala UI" w:hAnsi="Nirmala UI" w:eastAsia="Nirmala UI" w:cs="Nirmala UI"/>
        </w:rPr>
        <w:t>ನಾನು ಕಂಡ ಮೃಗವು ಚಿರತೆಯಂತಿತ್ತು; ಅದರ ಪಾದಗಳು ಕರಡಿಯ ಪಾದಗಳಂತಿದ್ದವು; ಅದರ ಬಾಯಿ ಸಿಂಹದ ಬಾಯಿಯಂತಿತ್ತು; ಮತ್ತು ಆ ನಾಗವು ಅದಕ್ಕೆ ತನ್ನ ಶಕ್ತಿ, ತನ್ನ ಸಿಂಹಾಸನ, ಮತ್ತು ಮಹಾ ಅಧಿಕಾರವನ್ನು ಕೊಟ್ಟಿತು. ಪ್ರಕಟನೆ 13:2.</w:t>
      </w:r>
    </w:p>
    <w:p>
      <w:pPr>
        <w:pStyle w:val="ArticleBody"/>
        <w:jc w:val="left"/>
      </w:pPr>
      <w:r>
        <w:rPr>
          <w:rFonts w:ascii="Nirmala UI" w:hAnsi="Nirmala UI" w:eastAsia="Nirmala UI" w:cs="Nirmala UI"/>
        </w:rPr>
        <w:t>೪೯೬ರಲ್ಲಿ, ಯೂರೋಪಿನ ರಾಜರು ತಮ್ಮ ಸೈನಿಕ ಬಲ ಮತ್ತು ಆರ್ಥಿಕ ಬೆಂಬಲದ ಮೂಲಕ ಪ್ರತಿನಿಧಿಸಲ್ಪಟ್ಟ ತಮ್ಮ “ಶಕ್ತಿ”ಯನ್ನು ಪಾಪೀಯ ಮೃಗಕ್ಕೆ ಒದಗಿಸಲು ಆರಂಭಿಸಿದರು. ಅವರು ಕ್ರಿ.ಶ. ೩೩೦ರಲ್ಲಿ ತಮ್ಮ ಸಾಮ್ರಾಜ್ಯದ ರಾಜಧಾನಿಯನ್ನು ಕಾನ್ಸ್ಟಾಂಟಿನೋಪಲ್‌ಗೆ ಸ್ಥಳಾಂತರಿಸಿದ್ದರಿಂದ, ರೋಮ್ ನಗರವು ಪಾಪೀಯ ಅಧಿಕಾರದ “ಆಸನ”ವಾಗಿ ಉಳಿಯಿತು. ನಂತರ “ಭುಜಗಳು” ಜಸ್ಟಿನಿಯನ್‌ನ ಆದೇಶದ ಮೂಲಕ ಕ್ರಿ.ಶ. ೫೩೩ರಲ್ಲಿ ಪಾಪೀಯ ಸಭೆಯನ್ನು ಎಲ್ಲಾ ಸಭೆಗಳ ತಲೆಯೆಂದು ಗುರುತಿಸಿತು. ಆ ಆದೇಶದಲ್ಲಿ, ಪಾಪಾಧಿಕಾರವು ಭ್ರಷ್ಟಮತಸ್ಥರೆಂದು ಗುರುತಿಸಿದವರನ್ನು ಹಿಂಸಿಸಲು ತಮ್ಮ ಸೈನಿಕ ಬಲವನ್ನು ಬಳಸುವುದೂ ಸೇರಿದ್ದರಿಂದ, ಅವರ ನಾಗರಿಕ “ಅಧಿಕಾರ”ವನ್ನು ಪೋಪರ ಕೈಗಳಲ್ಲಿ ಇರಿಸಲಾಯಿತು.</w:t>
      </w:r>
    </w:p>
    <w:p>
      <w:pPr>
        <w:pStyle w:val="ArticleBody"/>
        <w:jc w:val="left"/>
      </w:pPr>
      <w:r>
        <w:rPr>
          <w:rFonts w:ascii="Nirmala UI" w:hAnsi="Nirmala UI" w:eastAsia="Nirmala UI" w:cs="Nirmala UI"/>
        </w:rPr>
        <w:t>ಪಾಪಸತ್ತೆಯೂ ಯೂರೋಪಿನ ಅರಸರ ಮಧ್ಯದ ಆಲ್ಫಾ ಒಡಂಬಡಿಕೆ-ವಿವಾಹವು ಕ್ರಿ.ಶ. 496ರಲ್ಲಿ ಕ್ಲೋವಿಸ್‌ನಿಂದ ಆರಂಭವಾಯಿತು. ಕ್ರಿ.ಶ. 508ರ ವೇಳೆಗೆ, ರಾಜ್ಯದ ಕಾನೂನುಬದ್ಧ ಧರ್ಮವಾಗಿದ್ದ ಪೈಗನಿಸಂ ಅನ್ನು ನೈಸೀನ ಕ್ಯಾಥೋಲಿಕ ಧರ್ಮದ ಪರವಾಗಿ ಬದಿಗೊತ್ತಲಾಯಿತು. ಕ್ರಿ.ಶ. 533ರಲ್ಲಿ, ಜಸ್ಟಿನಿಯನ್ ಪಾಪಸತ್ತೆಯನ್ನು ಎಲ್ಲಾ ಸಭೆಗಳ ಮುಖ್ಯಸ್ಥನಾಗಿ ಗುರುತಿಸಿ, ಅವರವರ ಸಿಂಹಾಸನಗಳ ಕಾನೂನುಬದ್ಧ ಅಧಿಕಾರವನ್ನು ಪಾಪೀಯ ಅಧಿಕಾರಕ್ಕೆ ಒಪ್ಪಿಸಿಕೊಟ್ಟನು.</w:t>
      </w:r>
    </w:p>
    <w:p>
      <w:pPr>
        <w:pStyle w:val="ArticleHeading"/>
        <w:jc w:val="left"/>
      </w:pPr>
      <w:r>
        <w:rPr>
          <w:rFonts w:ascii="Nirmala UI" w:hAnsi="Nirmala UI" w:eastAsia="Nirmala UI" w:cs="Nirmala UI"/>
        </w:rPr>
        <w:t>ಆಲ್ಫಾ ಮತ್ತು ಓಮೇಗಾ ಆಸನ</w:t>
      </w:r>
    </w:p>
    <w:p>
      <w:pPr>
        <w:pStyle w:val="ArticleBody"/>
        <w:jc w:val="left"/>
      </w:pPr>
      <w:r>
        <w:rPr>
          <w:rFonts w:ascii="Nirmala UI" w:hAnsi="Nirmala UI" w:eastAsia="Nirmala UI" w:cs="Nirmala UI"/>
        </w:rPr>
        <w:t>ಕ್ರಿ.ಶ. 330ರಲ್ಲಿ ರೋಮ್ ನಗರವು ರೋಮನ್ ಸಭೆಯ ಕೈಗಳಿಗೆ ಒಪ್ಪಿಸಲ್ಪಟ್ಟಿತು; ಅಲ್ಲಿ ಅವಳು ಕ್ರಿಸ್ತನ ಎರಡನೇ ಆಗಮನದಲ್ಲಿ ಅಗ್ನಿಸರೋವರದಲ್ಲಿ ನಾಶವಾಗುವ ತನಕ ಆಸೀನಳಾಗಿ ಇರುವಳು. ಕ್ರಿ.ಶ. 538ರಲ್ಲಿ, ಅವಳು ಅಧಿಕೃತವಾಗಿ ಮತ್ತೆ ಪಾಪಸಿಂಹಾಸನದ ಮೇಲೆ ಆಸೀನಳಾದಳು; ಹೀಗೆ ಕ್ರಿ.ಶ. 330ರಿಂದ 538ರವರೆಗಿನ ಇತಿಹಾಸವು ಒಂದು ಪ್ರವಾದನಾತ್ಮಕ ಅವಧಿಯೆಂದು ಗುರುತಿಸಲ್ಪಡುತ್ತದೆ; ಅದು ಆಲ್ಫಾ ಆಸನದಿಂದ ಆರಂಭವಾಗಿ ಓಮೇಗಾ ಆಸನದಲ್ಲಿ ಅಂತ್ಯಗೊಳ್ಳುತ್ತದೆ. ಈ ಅವಧಿಯು ಬೈಬಲ್ ಪ್ರವಾದನೆಯ ನಾಲ್ಕನೇ ರಾಜ್ಯದ (ಪೆರ್ಗಮೋಸ್) ಅಂತ್ಯವನ್ನು ಸೂಚಿಸುತ್ತದೆ; ಅದು ಕ್ರಿ.ಶ. 330ರಲ್ಲಿ ಆರಂಭವಾಗಿ, ಥುವತೀರದ ಆಗಮನದೊಂದಿಗೆ ಕ್ರಿ.ಶ. 538ರಲ್ಲಿ ಅಂತ್ಯಗೊಳ್ಳುವ ಕ್ರಮೇಣಿಕ ಪತನವಾಗಿತ್ತು. ಪಶ್ಚಿಮ ಮತ್ತು ಪೂರ್ವ ರೋಮ್ ಎರಡೂ ಕ್ರಿ.ಶ. 538ರ ನಂತರವೂ ನಿಧಾನವಾದ ವಿಲಯವನ್ನು ಮುಂದುವರಿಸಿದವು; ಆದರೆ ಈ ಅವಧಿಯು ಕ್ರಿ.ಶ. 330ರಲ್ಲಿ ಪಾಪಾಸ್ತಿಕೆಗೆ ರೋಮ್ ನಗರವನ್ನು ಪ್ರತಿನಿಧಿಸುವ ಆಸನವನ್ನು ನೀಡುವುದರಿಂದ ಆರಂಭವಾಗಿ, ಕ್ರಿ.ಶ. 538ರಲ್ಲಿ ಆ ಆಸನವು ಕೇವಲ ನಗರದ ಮೇಲಿನ ಸಿಂಹಾಸನವಾಗಿರದೆ, ನಗರದಿಂದ ಪ್ರತಿನಿಧಿಸಲ್ಪಟ್ಟ ರಾಜ್ಯದ ಮೇಲಿನ ಸಿಂಹಾಸನವಾಗುವ ತನಕ ಮುಂದುವರಿಯಿತು.</w:t>
      </w:r>
    </w:p>
    <w:p>
      <w:pPr>
        <w:pStyle w:val="ArticleBody"/>
        <w:jc w:val="left"/>
      </w:pPr>
      <w:r>
        <w:rPr>
          <w:rFonts w:ascii="Nirmala UI" w:hAnsi="Nirmala UI" w:eastAsia="Nirmala UI" w:cs="Nirmala UI"/>
        </w:rPr>
        <w:t>330 ರಿಂದ 538 ರವರೆಗೆ ಇರುವ ಕಾಲವು ಪಾಪಾಸನದ ಅಧಿಕಾರೀಕರಣದ ‘ಎಂಟು’ ದಾರಿಚಿಹ್ನೆಗಳನ್ನು ನಿರ್ಧರಿಸುವ ಒಂದು ನಿರ್ದಿಷ್ಟ ಪ್ರವಾದನಾತ್ಮಕ ಅವಧಿಯಾಗಿದೆ. ಆ ಎಂಟು ಹಂತಗಳು ಶೀಘ್ರದಲ್ಲೇ ಬರುವ ಭಾನುವಾರದ ಕಾನೂನಿನಲ್ಲಿ ಪಾಪಾಸನದ ಮಾರಕ ಗಾಯವು ಗುಣಮುಖವಾಗುವುದರಲ್ಲಿ ಪುನರಾವರ್ತಿಸಲ್ಪಡುತ್ತವೆ.</w:t>
      </w:r>
    </w:p>
    <w:p>
      <w:pPr>
        <w:pStyle w:val="ArticleBody"/>
        <w:jc w:val="left"/>
      </w:pPr>
      <w:r>
        <w:rPr>
          <w:rFonts w:ascii="Nirmala UI" w:hAnsi="Nirmala UI" w:eastAsia="Nirmala UI" w:cs="Nirmala UI"/>
        </w:rPr>
        <w:t>ಎಂಟು ಹಂತಗಳಲ್ಲಿ ಮೊದಲನೆಯದು ರೋಮ್ ಪಟ್ಟಣವನ್ನು ಪಾಪೀಯ ಅಧಿಕಾರಕ್ಕೆ ಒಪ್ಪಿಸುವುದಾಗಿತ್ತು, ಮತ್ತು ಎಂಟನೆಯ ಹಂತವು ಆ ಪಟ್ಟಣವನ್ನು ಬೈಬಲ್ ಪ್ರವಾದನೆಯ ಐದನೆಯ ರಾಜ್ಯದ ಸಿಂಹಾಸನವಾಗಿ ಒಪ್ಪಿಸುವುದಾಗಿತ್ತು. ಇದರಿಂದ 538 ಅನ್ನು ಆಸನವೆಂದು, ಮತ್ತು ‘ಹಿಂದಿನ ಏಳು ಹಂತಗಳಲ್ಲಿ ಒಂದಾದ ಎಂಟನೆಯ ಹಂತ’ವೆಂದು ಗುರುತಿಸಲಾಗುತ್ತದೆ. ಮೊದಲ ಹಂತವು ಆಸನವನ್ನು ಒಪ್ಪಿಸುವುದಾಗಿತ್ತು ಮತ್ತು ಎಂಟನೆಯ ಹಂತವೂ ಆಸನವನ್ನು ಒಪ್ಪಿಸುವುದಾಗಿತ್ತು; ಹೀಗಾಗಿ, 330ರಲ್ಲಿ ಮೊದಲ ಹಂತವು ಆಲ್ಫಾ ಆಗಿದ್ದು 538ವು ಓಮೆಗಾ ಆಗಿದೆ. ಎರಡು ಆಸನಗಳು, ತೆಗೆದುಹಾಕಲ್ಪಟ್ಟ ಮೂರು ಕೊಂಬುಗಳು, ತೆಗೆದುಹಾಕಲ್ಪಟ್ಟ ನಿತ್ಯಬಲಿ, ಕ್ಲೋವಿಸ್‌ನ ಮತಾಂತರ ಮತ್ತು ಜಸ್ಟಿನಿಯನ್‌ನ ಆದೇಶ — ಇವುಗಳೆಲ್ಲ ಸೇರಿ ವಿವಾಹ ಮೆರವಣಿಗೆಯನ್ನು, ಮತ್ತು ಅಂತಿಮವಾಗಿ ವಿವಾಹವನ್ನೇ, ಗುರುತಿಸುವ ಒಟ್ಟು ಎಂಟು ಹಂತಗಳಿಗೆ ಸಮಾನವಾಗಿವೆ.</w:t>
      </w:r>
    </w:p>
    <w:p>
      <w:pPr>
        <w:pStyle w:val="ArticleBody"/>
        <w:jc w:val="left"/>
      </w:pPr>
      <w:r>
        <w:rPr>
          <w:rFonts w:ascii="Nirmala UI" w:hAnsi="Nirmala UI" w:eastAsia="Nirmala UI" w:cs="Nirmala UI"/>
        </w:rPr>
        <w:t>1798ರಲ್ಲಿ, 538ರಲ್ಲಿ ಪಾಪಪದವನ್ನು ಸಿಂಹಾಸನದ ಮೇಲೆ ಸ್ಥಾಪಿಸಿದ್ದ, ಹತ್ತು ಯೂರೋಪಿನ ರಾಜರನ್ನು ಪ್ರತಿನಿಧಿಸಿದ್ದ ಶಕ್ತಿಯಾದ ಫ್ರಾನ್ಸ್, ಆ ಪಾಪಪದವನ್ನೇ ಅದೇ ಸಿಂಹಾಸನದಿಂದ ಕೆಳಗಿಳಿಸಿತು. 538ರಿಂದ 1798ರವರೆಗೆ ಇರುವ ಇತಿಹಾಸದಲ್ಲಿ ಪ್ರತಿನಿಧಿಸಲ್ಪಟ್ಟ ಆಲ್ಫಾ ಒಡಂಬಡಿಕೆಯ ವಿವಾಹವು, ಪ್ರಕಟನೆ ಹದಿನೇಳರ ಹತ್ತು ರಾಜರೊಂದಿಗೆ ಪಾಪಪದದ ಶಕ್ತಿಯ ಓಮೆಗಾ ಒಡಂಬಡಿಕೆಯ ವಿವಾಹಕ್ಕೆ ಮಾದರಿಯಾಗಿದೆ. 496ರಿಂದ 538ರವರೆಗೆ ಇರುವ ವಿವಾಹ ಮೆರವಣಿಗೆ, ಅಮೇರಿಕಾ ಸಂಯುಕ್ತ ಸಂಸ್ಥಾನಗಳ ಕೊನೆಯ ಎಂಟು ಅಧ್ಯಕ್ಷರೊಂದಿಗೆ ಹೊಂದಿಕೆಯಾಗುವ ಎಂಟು ಹಂತಗಳಿಗೆ ಮಾದರಿಯಾಗಿದೆ. ಕ್ಲೋವಿಸ್ ಮತ್ತು ಫ್ರಾನ್ಸ್ ಹತ್ತು ಯೂರೋಪಿನ ರಾಜರ ಸಂಕೇತಗಳಾಗಿದ್ದಾರೆ. ಅವರು ಶೀಘ್ರದಲ್ಲೇ ಬರುವ ಭಾನುವಾರ ಕಾನೂನಿನ ಸಮಯದಲ್ಲಿ ಪ್ರಕಟನೆ ಹದಿನೇಳರ ಹತ್ತು ರಾಜರಲ್ಲಿ ಪ್ರಮುಖ ರಾಜನಾಗುವ ಅಮೇರಿಕಾ ಸಂಯುಕ್ತ ಸಂಸ್ಥಾನಗಳನ್ನು ಪ್ರತಿನಿಧಿಸುತ್ತಾರೆ.</w:t>
      </w:r>
    </w:p>
    <w:p>
      <w:pPr>
        <w:pStyle w:val="ArticleBody"/>
        <w:jc w:val="left"/>
      </w:pPr>
      <w:r>
        <w:rPr>
          <w:rFonts w:ascii="Nirmala UI" w:hAnsi="Nirmala UI" w:eastAsia="Nirmala UI" w:cs="Nirmala UI"/>
        </w:rPr>
        <w:t>ದಾನಿಯೇಲನು ಹನ್ನೊಂದನೇ ಅಧ್ಯಾಯದಲ್ಲಿ ಕಾಣುವ ಮುಂಚಿನ ಐದು ಒಡಂಬಡಿಕೆಯ ವಿವಾಹಗಳು, ಅಂತ್ಯಕಾಲದ ಆರನೆಯ ಮತ್ತು ಅಂತಿಮ ಒಡಂಬಡಿಕೆಯ ವಿವಾಹದೊಂದಿಗೆ ಸರಿಹೊಂದುತ್ತವೆ. ಉತ್ತರ ಮತ್ತು ದಕ್ಷಿಣಗಳ ಆಲ್ಫಾ ಮತ್ತು ಓಮೇಗಾ ಒಡಂಬಡಿಕೆಯ ವಿವಾಹಗಳು, ದಕ್ಷಿಣದಿಂದ ಬಂದ ವಧುವನ್ನು ಆಲ್ಫಾ ಎಂದು ಗುರುತಿಸುತ್ತವೆ; ಮತ್ತು ಓಮೇಗಾ ಉತ್ತರದಿಂದ ಬಂದ ವಧುವಾಗಿರುತ್ತದೆ. ಪೌರಾಣಿಕ ರೋಮಿನ ಒಡಂಬಡಿಕೆಯ ವಿವಾಹಗಳಲ್ಲಿ, ಪೂರ್ವದಿಂದ ಬಂದ ಆಲ್ಫಾ ವಧುವನ್ನು ಪಶ್ಚಿಮಕ್ಕೆ ಕೊಡಲಾಯಿತು; ಮತ್ತು ಕ್ರಿ.ಶ. 313ರ ಓಮೇಗಾ ಪಶ್ಚಿಮದಿಂದ ಬಂದ ವಧುವಾಗಿತ್ತು. ಆ ನಾಲ್ಕು ವಿವಾಹಗಳು ಕ್ಲಿಯೋಪಾತ್ರಾ ಪ್ರಥಮಳ ಮತ್ತು ಕ್ಲಿಯೋಪಾತ್ರಾ ಅಂತಿಮಳ ಮೂಲಕ ಪ್ರವಾದಿತನದ ದೃಷ್ಟಿಯಿಂದ ಪರಸ್ಪರ ಸಂಬಂಧಿಸಲ್ಪಟ್ಟಿವೆ. ಪಾಪಾಲಯ ರೋಮಿನ ಸಂಕೇತಾತ್ಮಕ ಒಡಂಬಡಿಕೆಯ ವಿವಾಹದಲ್ಲಿ, ವರನು ಹತ್ತು ರಾಜರ ಪ್ರವಾದಿತನಾತ್ಮಕ ಒಕ್ಕೂಟದ ಪ್ರಧಾನ ರಾಜನಾಗಿ ಚಿತ್ರಿತನಾಗಿದ್ದು, ತನ್ನ ವಧುವಾದ ರೋಮಿನ ಕಡುಕೆಂಪು ಸ್ತ್ರೀಯೊಂದಿಗೆ ಸೇರುವವನಾಗಿ ಪ್ರತಿನಿಧಿಸಲ್ಪಟ್ಟನು. ವಿಚ್ಛೇದನವನ್ನು 1798ರಲ್ಲಿ ಆ ಹತ್ತು ರಾಜರ ಪ್ರಧಾನ ರಾಜನು ಜಾರಿಗೆ ತಂದನು.</w:t>
      </w:r>
    </w:p>
    <w:p>
      <w:pPr>
        <w:pStyle w:val="ArticleBody"/>
        <w:jc w:val="left"/>
      </w:pPr>
      <w:r>
        <w:rPr>
          <w:rFonts w:ascii="Nirmala UI" w:hAnsi="Nirmala UI" w:eastAsia="Nirmala UI" w:cs="Nirmala UI"/>
        </w:rPr>
        <w:t>313ರ ಒಡಂಬಡಿಕೆಯ ವಿವಾಹವು ಅಮೇರಿಕಾ ಸಂಯುಕ್ತ ಸಂಸ್ಥಾನಗಳೊಂದಿಗೆ ಪಾಪಪೀಠದ ಅಧಿಕಾರದ ಅಂತಿಮ ಒಡಂಬಡಿಕೆಯ ವಿವಾಹವನ್ನು ಪ್ರತಿನಿಧಿಸುತ್ತದೆ—ಪ್ರಕಟನೆ ಹದಿನೇಳನೆಯ ಅಧ್ಯಾಯದ ಹತ್ತು ರಾಜರಲ್ಲಿಯ ಮುಖ್ಯ ರಾಜ; ಫ್ರಾನ್ಸಿನ ಎರಡು ಕೊಂಬುಗಳ ಅಧಿಕಾರದಿಂದ ಮಾದರಿಗೊಳಿಸಲ್ಪಟ್ಟ ಎರಡು ಕೊಂಬುಗಳ ಅಧಿಕಾರ. 496ರಲ್ಲಿ ಕ್ಲೋವಿಸ್‌ನಿಂದ ಆರಂಭವಾಗಿ, ಅಂತಿಮವಾಗಿ 533ರಲ್ಲಿ ಜಸ್ಟಿನಿಯನ್‌ನ ಆದೇಶಕ್ಕೂ 538ರಲ್ಲಿ ಪಾಪಪೀಠದ ಸಿಂಹಾಸನಾರೋಹಣಕ್ಕೂ ದಾರಿತೋರಿದ ಇತಿಹಾಸವು, 1989ರಿಂದ ಭಾನುವಾರದ ಕಾನೂನುವರೆಗೆ ಇರುವ ಇತಿಹಾಸವನ್ನು ಪ್ರತಿನಿಧಿಸುತ್ತದೆ.</w:t>
      </w:r>
    </w:p>
    <w:p>
      <w:pPr>
        <w:pStyle w:val="ArticleBody"/>
        <w:jc w:val="left"/>
      </w:pPr>
      <w:r>
        <w:rPr>
          <w:rFonts w:ascii="Nirmala UI" w:hAnsi="Nirmala UI" w:eastAsia="Nirmala UI" w:cs="Nirmala UI"/>
        </w:rPr>
        <w:t>ಈ ವಿಷಯಗಳನ್ನು ನಾವು ಮುಂದಿನ ಲೇಖನದಲ್ಲಿ ಮುಂದುವರಿಸುತ್ತೇವೆ.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ನಲವತ್ತನೆಯ ವಚನದ ಗುಪ್ತ ಇತಿಹಾಸ - ಸಂಖ್ಯೆ ಮೂವತ್ತು</dc:title>
  <dc:subject>ಯೆಹೆಜ್ಕೇಲ್ ಸಂಖ್ಯೆ ಹನ್ನೊಂದು</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