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ನಲವತ್ತನೇ ವಚನದ ಗುಪ್ತ ಇತಿಹಾಸ - ಸಂಖ್ಯೆ ಮೂವತ್ತೊಂದರದು</w:t>
      </w:r>
    </w:p>
    <w:p>
      <w:pPr>
        <w:pStyle w:val="ArticleSubtitle"/>
        <w:jc w:val="left"/>
      </w:pPr>
      <w:r>
        <w:rPr>
          <w:rFonts w:ascii="Nirmala UI" w:hAnsi="Nirmala UI" w:eastAsia="Nirmala UI" w:cs="Nirmala UI"/>
        </w:rPr>
        <w:t>ಯೆಹೆಜ್ಕೇಲನು ಸಂಖ್ಯೆ ಹನ್ನೆರಡು</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2026-09-20</w:t>
      </w:r>
    </w:p>
    <w:p>
      <w:pPr>
        <w:pStyle w:val="ArticleBody"/>
        <w:jc w:val="left"/>
      </w:pPr>
      <w:r>
        <w:rPr>
          <w:rFonts w:ascii="Nirmala UI" w:hAnsi="Nirmala UI" w:eastAsia="Nirmala UI" w:cs="Nirmala UI"/>
        </w:rPr>
        <w:t>ಹಿಂದಿನ ಲೇಖನವು ಹೀಗೆ ಓದಿರುವ ಪ್ಯಾರಾಗ್ರಾಫ್‌ನೊಂದಿಗೆ ಅಂತ್ಯಗೊಂಡಿತು: “313ರ ಒಡಂಬಡಿಕೆ-ವಿವಾಹವು, ಪ್ರಕಟಣೆ ಹದಿನೇಳರ ಹತ್ತು ರಾಜರಲ್ಲಿ ಮುಖ್ಯ ರಾಜನಾದ ಯುನೈಟೆಡ್ ಸ್ಟೇಟ್ಸ್‌ನೊಂದಿಗೆ ಪಾಪಾಸನಾಧಿಕಾರದ ಅಂತಿಮ ಒಡಂಬಡಿಕೆ-ವಿವಾಹವನ್ನು ಪ್ರತಿನಿಧಿಸುತ್ತದೆ; ಫ್ರಾನ್ಸ್‌ನ ಎರಡು ಕೊಂಬುಗಳ ಅಧಿಕಾರದಿಂದ ಮಾದರಿಗೊಂಡಿರುವ ಎರಡು ಕೊಂಬುಗಳ ಅಧಿಕಾರ. 496ರಲ್ಲಿ ಕ್ಲೋವಿಸ್‌ನಿಂದ ಆರಂಭವಾಗಿ ಅಂತಿಮವಾಗಿ 533ರಲ್ಲಿ ಜಸ್ಟಿನಿಯನ್‌ನ ಆದೇಶಕ್ಕೂ 538ರಲ್ಲಿ ಪಾಪಾಸನದ ಸಿಂಹಾಸನಾರೋಹಣಕ್ಕೂ ದಾರಿಯಾದ ಇತಿಹಾಸವು, 1989ರಿಂದ ಭಾನುವಾರದ ಕಾನೂನುವರೆಗಿನ ಇತಿಹಾಸವನ್ನು ಪ್ರತಿನಿಧಿಸುತ್ತದೆ.”</w:t>
      </w:r>
    </w:p>
    <w:p>
      <w:pPr>
        <w:pStyle w:val="ArticleBody"/>
        <w:jc w:val="left"/>
      </w:pPr>
      <w:r>
        <w:rPr>
          <w:rFonts w:ascii="Nirmala UI" w:hAnsi="Nirmala UI" w:eastAsia="Nirmala UI" w:cs="Nirmala UI"/>
        </w:rPr>
        <w:t>ರೊನಾಲ್ಡ್ ರೇಗನ್ 496ರಲ್ಲಿ ಕ್ಲೋವಿಸ್‌ನಿಂದ ಮಾದರಿಯಾಗಿ ಸೂಚಿಸಲ್ಪಟ್ಟನು, ಮತ್ತು ಡೊನಾಲ್ಡ್ ಟ್ರಂಪ್ 533ರಲ್ಲಿ ಜಸ್ಟಿನಿಯನ್‌ನಿಂದ ಮಾದರಿಯಾಗಿ ಸೂಚಿಸಲ್ಪಟ್ಟಿದ್ದಾನೆ. ಜಸ್ಟಿನಿಯನ್‌ನ ಆದೇಶವು 538ರಲ್ಲಿ ಪಾಪಾಸನವು ಸಿಂಹಾಸನಾರೂಢವಾದುದಕ್ಕಿಂತ ಐದು ವರ್ಷಗಳ ಮುಂಚೆ ಹೊರಬಂದಿತು; ಮತ್ತು ಮಿಲಾನ್‌ನ ಅಧಿಸೂಚನೆಯು 321ರ ಮೊದಲ ಭಾನುವಾರ ಕಾಯ್ದೆಗೆ ಎಂಟು ವರ್ಷಗಳ ಮುಂಚೆ ಹೊರಬಂದಿತು. ಆ ಆದೇಶವೂ ಆ ಅಧಿಸೂಚನೆಯೂ ಭಾನುವಾರ ಕಾಯ್ದೆಗೆ ಮುಂಚೆ ಇರುವ ಮಾರ್ಗಸೂಚಕ ಚಿಹ್ನೆಯಾಗಿ ಪರಸ್ಪರ ಹೊಂದಿಕೆಯಾಗುತ್ತವೆ.</w:t>
      </w:r>
    </w:p>
    <w:p>
      <w:pPr>
        <w:pStyle w:val="ArticleHeading"/>
        <w:jc w:val="left"/>
      </w:pPr>
      <w:r>
        <w:rPr>
          <w:rFonts w:ascii="Nirmala UI" w:hAnsi="Nirmala UI" w:eastAsia="Nirmala UI" w:cs="Nirmala UI"/>
        </w:rPr>
        <w:t>ರೀಗನ್</w:t>
      </w:r>
    </w:p>
    <w:p>
      <w:pPr>
        <w:pStyle w:val="ArticleBody"/>
        <w:jc w:val="left"/>
      </w:pPr>
      <w:r>
        <w:rPr>
          <w:rFonts w:ascii="Nirmala UI" w:hAnsi="Nirmala UI" w:eastAsia="Nirmala UI" w:cs="Nirmala UI"/>
        </w:rPr>
        <w:t>1870ರಲ್ಲಿ, ಇಟಾಲಿಯನ್ ಸೈನ್ಯವು ರೋಮ್ ಅನ್ನು ವಶಪಡಿಸಿಕೊಂಡಿತು (20 September 1870). ಪಾಪಲ್ ಸ್ಟೇಟ್ಸ್‌ಗಳು ಪ್ರಾದೇಶಿಕ ರಾಜ್ಯವಾಗಿ ಅಸ್ತಿತ್ವ ಕಳೆದುಕೊಂಡವು, ಮತ್ತು ಪೋಪ್ ಪಿಯಸ್ IX ಅವರು “ವ್ಯಾಟಿಕನ್‌ನ ಕೈದಿ”ಯಾದರು. ಸ್ವತಂತ್ರ ರಾಜ್ಯವೆಂದು ಮಾನ್ಯತೆ ಪಡೆದ ಯಾವುದೇ ಪಾಪಲ್ ಪ್ರದೇಶ ಉಳಿಯದೆ ಹೋದ ಕಾರಣ, ಯುನೈಟೆಡ್ ಸ್ಟೇಟ್ಸ್‌ (ಅನೇಕ ಇತರ ದೇಶಗಳಂತೆ) ಪೋಪ್ ಅವರೊಂದಿಗೆ ಭೌತಿಕ ಆಡಳಿತಗಾರನಾಗಿ ಇಟ್ಟುಕೊಂಡಿದ್ದ ಅಧಿಕೃತ ರಾಜತಾಂತ್ರಿಕ ಸಂಬಂಧಗಳನ್ನು ಮುಂದುವರಿಸಲಿಲ್ಲ. 1951ರ ಅಕ್ಟೋಬರ್‌ನಲ್ಲಿ, ಅಧ್ಯಕ್ಷ ಹ್ಯಾರಿ ಎಸ್. ಟ್ರೂಮನ್ ಅವರು ಜನರಲ್ ಮಾರ್ಕ್ ಡಬ್ಲ್ಯು. ಕ್ಲಾರ್ಕ್ ಅವರನ್ನು ವ್ಯಾಟಿಕನ್‌ಗೆ ಅಮೆರಿಕದ ರಾಯಭಾರಿಯಾಗಿ ನಾಮನಿರ್ದೇಶನ ಮಾಡಿದರು. ಈ ನೇಮಕಾತಿಯು ಚರ್ಚ್ ಮತ್ತು ರಾಜ್ಯದ ಪ್ರತ್ಯೇಕತೆಯನ್ನು ಉಲ್ಲಂಘಿಸುತ್ತದೆ ಎಂದು ವಾದಿಸಿ, ಅನೇಕ ಪ್ರೊಟೆಸ್ಟೆಂಟ್ ಚರ್ಚುಗಳು ಮತ್ತು ಸಂಘಟನೆಗಳಿಂದ ತೀವ್ರ ವಿರೋಧವು ಶೀಘ್ರವೇ ಉದ್ಭವಿಸಿತು. 1952ರ ಜನವರಿಯಲ್ಲಿ ಜನರಲ್ ಕ್ಲಾರ್ಕ್ ತಮ್ಮ ಹೆಸರನ್ನು ಹಿಂತೆಗೆದುಕೊಂಡರು.</w:t>
      </w:r>
    </w:p>
    <w:p>
      <w:pPr>
        <w:pStyle w:val="ArticleBody"/>
        <w:jc w:val="left"/>
      </w:pPr>
      <w:r>
        <w:rPr>
          <w:rFonts w:ascii="Nirmala UI" w:hAnsi="Nirmala UI" w:eastAsia="Nirmala UI" w:cs="Nirmala UI"/>
        </w:rPr>
        <w:t>ಜನವರಿ 10, 1984ರಂದು, ಅಧ್ಯಕ್ಷ ರೊನಾಲ್ಡ್ ರೇಗನ್ ಮತ್ತು ಪೋಪ್ ಜಾನ್ ಪಾಲ್ II ಅವರು ಅಮೇರಿಕ ಸಂಯುಕ್ತ ಸಂಸ್ಥಾನ ಮತ್ತು ಹೋಲಿ ಸೀ ಇವರ ನಡುವಿನ ಪೂರ್ಣ ಪ್ರಮಾಣದ ರಾಜತಾಂತ್ರಿಕ ಸಂಬಂಧಗಳನ್ನು ಸ್ಥಾಪಿಸಲು ಅಧಿಕೃತವಾಗಿ ಒಪ್ಪಂದಕ್ಕೆ ಬಂದರು. ಏಪ್ರಿಲ್ 9, 1984ರಂದು ವಿಲಿಯಂ ಎ. ವಿಲ್ಸನ್ (ಈಗಾಗಲೇ ರೇಗನ್ ಅವರ ವೈಯಕ್ತಿಕ ಪ್ರತಿನಿಧಿಯಾಗಿ ಸೇವೆ ಸಲ್ಲಿಸುತ್ತಿದ್ದವರು) ತಮ್ಮ ಅಧಿಕಾರಪತ್ರಗಳನ್ನು ಸಲ್ಲಿಸಿ, ಹೋಲಿ ಸೀಗೆ ನೇಮಕಗೊಂಡ ಮೊದಲ ಅಮೇರಿಕ ಸಂಯುಕ್ತ ಸಂಸ್ಥಾನದ ರಾಯಭಾರಿಯಾದರು.</w:t>
      </w:r>
    </w:p>
    <w:p>
      <w:pPr>
        <w:pStyle w:val="ArticleBody"/>
        <w:jc w:val="left"/>
      </w:pPr>
      <w:r>
        <w:rPr>
          <w:rFonts w:ascii="Nirmala UI" w:hAnsi="Nirmala UI" w:eastAsia="Nirmala UI" w:cs="Nirmala UI"/>
        </w:rPr>
        <w:t>1951ರಿಂದ 1984ರವರೆಗೆ ಇರುವ ಮೂವತ್ತಮೂರು ವರ್ಷಗಳ ಅವಧಿಯಲ್ಲಿ ಕ್ಯಾಥೊಲಿಕಧರ್ಮದ ವಿರುದ್ಧದ ಪ್ರೊಟೆಸ್ಟಾಂಟಿಸಮ್‌ನ ಪ್ರತಿರೋಧವು ಕರಗಿಹೋಯಿತು. ಕ್ರಿ.ಶ. 496ರಲ್ಲಿ ಕ್ಲೋವಿಸ್‌ನೊಂದಿಗೆ ಪಾಪಾಸನಕ್ಕಾಗಿ ನಿಂತ “ಬಾಹುಗಳು” 1984ರಿಂದ 1989ರವರೆಗೆ ರೇಗನ್‌ನ್ನು ಪ್ರತಿರೂಪವಾಗಿ ಸೂಚಿಸುತ್ತವೆ. ಕ್ಲೋವಿಸ್ ಪಾಪಾಸನವು ಮರುಬಾರಿ ಅಧಿಕಾರಕ್ಕೆ ಏರಿಕೆಯಾಗುವುದನ್ನು ತಡೆಯುತ್ತಿದ್ದ ಧರ್ಮದ (ಅನ್ಯಧರ್ಮದ) ತೆರವುಗೊಳಿಸುವಿಕೆಯನ್ನು ಪ್ರತಿನಿಧಿಸಿದನು; ಮತ್ತು 1984ರ ವೇಳೆಗೆ ಪಾಪಾಸನದ ಏರಿಕೆಗೆ ವಿರುದ್ಧವಾಗಿದ್ದ ಪ್ರೊಟೆಸ್ಟಾಂಟಿಸಮ್‌ನ ಪ್ರತಿರೋಧವು ತೆಗೆದುಹಾಕಲ್ಪಟ್ಟಿತ್ತು. “ದೈನಂದಿನ” (ಅನ್ಯಧರ್ಮ) ತೆಗೆದುಹಾಕಲ್ಪಟ್ಟಿತ್ತು; ಮತ್ತು ಪೌಲನು ಪಾಪಾಸನದ ವಿರುದ್ಧದ ಅನ್ಯಧರ್ಮದ ಪ್ರತಿರೋಧವನ್ನು ತೆಗೆದುಹಾಕುವುದನ್ನು “ಧರ್ಮಭ್ರಷ್ಟತೆ” ಎಂದು ವರ್ಣಿಸುತ್ತಾನೆ.</w:t>
      </w:r>
    </w:p>
    <w:p>
      <w:pPr>
        <w:pStyle w:val="ArticleBody"/>
        <w:jc w:val="left"/>
      </w:pPr>
      <w:r>
        <w:rPr>
          <w:rFonts w:ascii="Nirmala UI" w:hAnsi="Nirmala UI" w:eastAsia="Nirmala UI" w:cs="Nirmala UI"/>
        </w:rPr>
        <w:t>ಕಾನ್ಸ್ಟಾಂಟೈನ್ ಮಹಾನ್ ಮತ್ತು ಕ್ರಿ.ಶ. 313 ರಿಂದ 538ರವರೆಗಿನ ಇತಿಹಾಸದಿಂದ ಪ್ರತಿನಿಧಿಸಲ್ಪಟ್ಟ ಸಮಾಧಾನಪರ ಸಾಂಕೇತಿಕ ಸಭೆಯು, ಒಂದು ಸಭೆಯು ತಾನೇ ತಾನಾಗಿ ರಾಜಿಹೊಂದಿಕೊಂಡು ಸತ್ಯದಿಂದ ಭ್ರಷ್ಟಳಾದ ಅವಧಿಯನ್ನು ಸೂಚಿಸಿತು. ಮೊದಲು ಪಾಪಾಧಿಪತ್ಯದ ಅಧಿಕಾರದ ನುಗ್ಗಾಟವನ್ನು ತಡೆಹಿಡಿದಿದ್ದ ‘508’ರಿಂದ ಪ್ರತಿನಿಧಿಸಲ್ಪಟ್ಟ ಧರ್ಮವು, ಯುನೈಟೆಡ್ ಸ್ಟೇಟ್ಸಿನ ಪ್ರೊಟೆಸ್ಟಾಂಟರ ಭ್ರಷ್ಟತೆಯನ್ನು ಪೂರ್ವರೂಪಿಸಿತು. ರೇಗನ್ ಕ್ಲೋವಿಸ್‌ನಿಂದ ಪ್ರತಿನಿಧಿಸಲ್ಪಟ್ಟನು. ಕ್ರಿ.ಶ. 496ರಲ್ಲಿ ಕ್ಲೋವಿಸ್ ತನ್ನ “ಅಧಿಕಾರ”ವನ್ನು ಪಾಪಾಸನಕ್ಕೆ ನೀಡಿದನು; ಇದರಿಂದ ರೇಗನ್‌ನ ವರ್ಷಗಳಲ್ಲಿ ನೆರವೇರಿದ “ಅಶುದ್ಧ ಮೈತ್ರಿ”ಗೆ ಪೂರ್ವರೂಪ ನೀಡಲಾಯಿತು. ಕ್ಲೋವಿಸ್ 508ರಲ್ಲಿ “ದೈನಂದಿನ”ವನ್ನು ತೆಗೆದುಹಾಕುವುದನ್ನೂ ಪ್ರತಿನಿಧಿಸಿದನು. 508 ಎಂಬುದು 1984ಕ್ಕೆ ಪೂರ್ವರೂಪವಾಗಿತ್ತು.</w:t>
      </w:r>
    </w:p>
    <w:p>
      <w:pPr>
        <w:pStyle w:val="ArticleScripture"/>
        <w:jc w:val="left"/>
      </w:pPr>
      <w:r>
        <w:rPr>
          <w:rFonts w:ascii="Nirmala UI" w:hAnsi="Nirmala UI" w:eastAsia="Nirmala UI" w:cs="Nirmala UI"/>
        </w:rPr>
        <w:t>“ಪೌರಾಣಿಕ ಮತಾಚಾರ ಮತ್ತು ಕ್ರೈಸ್ತಧರ್ಮಗಳ ನಡುವಿನ ಈ ರಾಜಿ, ಪ್ರವಾದನೆಯಲ್ಲಿ ಮುಂಚಿತವಾಗಿ ತಿಳಿಸಲ್ಪಟ್ಟಿರುವ, ದೇವರನ್ನು ವಿರೋಧಿಸುವುದಲ್ಲದೆ ತನ್ನನ್ನು ದೇವರಿಗಿಂತ ಮೇಲಕ್ಕೆ ಎತ್ತಿಕೊಳ್ಳುವ ‘ಪಾಪದ ಮನುಷ್ಯ’ನ ವಿಕಾಸಕ್ಕೆ ಕಾರಣವಾಯಿತು. ಸುಳ್ಳು ಧರ್ಮದ ಆ ಮಹಾಕಾಯ ವ್ಯವಸ್ಥೆ ಸೈತಾನನ ಶಕ್ತಿಯ ಒಂದು ಶಿಲ್ಪಕೃತಿಯಾಗಿದೆ—ತನ್ನ ಇಚ್ಛೆಯ ಪ್ರಕಾರ ಭೂಮಿಯನ್ನು ಆಳಲು ತಾನು ಸಿಂಹಾಸನದ ಮೇಲೆ ಆಸೀನನಾಗಲು ಮಾಡಿದ ಅವನ ಪ್ರಯತ್ನಗಳ ಸ್ಮಾರಕವಾಗಿದೆ.” The Great Controversy, 50.</w:t>
      </w:r>
    </w:p>
    <w:p>
      <w:pPr>
        <w:pStyle w:val="ArticleBody"/>
        <w:jc w:val="left"/>
      </w:pPr>
      <w:r>
        <w:rPr>
          <w:rFonts w:ascii="Nirmala UI" w:hAnsi="Nirmala UI" w:eastAsia="Nirmala UI" w:cs="Nirmala UI"/>
        </w:rPr>
        <w:t>ರೀಗನ್ 1983ರ ಒಂದು ಭಾಷಣದಲ್ಲಿ ಸೋವಿಯತ್ ಒಕ್ಕೂಟವನ್ನು ಪ್ರಸಿದ್ಧವಾಗಿ “ದುಷ್ಟ ಸಾಮ್ರಾಜ್ಯ” ಎಂದು ಕರೆದರು ಮತ್ತು ನಾಸ್ತಿಕ ಕಮ್ಯುನಿಸಂ ಅನ್ನು ಗಂಭೀರ ನೈತಿಕ ಹಾಗೂ ಆತ್ಮಿಕ ಬೆದರಿಕೆಯಾಗಿ ಪರಿಗಣಿಸಿದರು. ಅವರು ಮತ್ತು ಜಾನ್ ಪೌಲ್ II ಸೋವಿಯತ್ ಕಮ್ಯುನಿಸಂ ವಿರುದ್ಧ ನಿಕಟ ವೈಯಕ್ತಿಕ ಮತ್ತು ರಾಜಕೀಯ ಸಹಭಾಗಿತ್ವವನ್ನು ರೂಪಿಸಿದರು. ಇಬ್ಬರೂ ಈ ಹೋರಾಟವನ್ನು ನೈತಿಕ ಮತ್ತು ದೈವಪ್ರವಿಧಾನಾತ್ಮಕ ಅರ್ಥಗಳಲ್ಲಿಯೂ ಕಂಡರು; ಕಮ್ಯುನಿಸಂ ಅನ್ನು ಪತನಗೊಳಿಸಲು ಇರುವ “ದೈವಿಕ ಯೋಜನೆ” ಕುರಿತು ರೀಗನ್ ಖಾಸಗಿಯಾಗಿ ಮಾತಾಡುತ್ತಿದ್ದರು. ರೀಗನ್ ಅವರಿಗೆ ಫಾತಿಮಾ ದರ್ಶನಗಳ ಬಗ್ಗೆ ಆಸಕ್ತಿ ಇತ್ತು (“ರಷ್ಯಾ ತನ್ನ ತಪ್ಪುಗಳನ್ನು ಹರಡುವುದು” ಎಂಬ ಎಚ್ಚರಿಕೆ), ಮತ್ತು ಈ ಇಬ್ಬರು ನಾಯಕರು ತಮ್ಮ ಪ್ರಾಣಗಳನ್ನು ದೇವರು ಉಳಿಸಿದದ್ದು (ಇಬ್ಬರೂ 1981ರಲ್ಲಿ ಹತ್ಯಾಪ್ರಯತ್ನಗಳಿಂದ ಪಾರಾದರು) ಕಮ್ಯುನಿಸಂ ಅನ್ನು ಸೋಲಿಸುವುದಕ್ಕೆ ಸಂಬಂಧಿಸಿದ ಒಂದು ಉದ್ದೇಶಕ್ಕಾಗಿ ಎಂಬ ತಮ್ಮ ಹಂಚಿಕೊಂಡ ಭಾವನೆ ಕುರಿತು ಚರ್ಚಿಸಿದರು.</w:t>
      </w:r>
    </w:p>
    <w:p>
      <w:pPr>
        <w:pStyle w:val="ArticleHeading"/>
        <w:jc w:val="left"/>
      </w:pPr>
      <w:r>
        <w:rPr>
          <w:rFonts w:ascii="Nirmala UI" w:hAnsi="Nirmala UI" w:eastAsia="Nirmala UI" w:cs="Nirmala UI"/>
        </w:rPr>
        <w:t>ಕ್ರಿಸ್ತನ ಶಿಷ್ಯರು</w:t>
      </w:r>
    </w:p>
    <w:p>
      <w:pPr>
        <w:pStyle w:val="ArticleBody"/>
        <w:jc w:val="left"/>
      </w:pPr>
      <w:r>
        <w:rPr>
          <w:rFonts w:ascii="Nirmala UI" w:hAnsi="Nirmala UI" w:eastAsia="Nirmala UI" w:cs="Nirmala UI"/>
        </w:rPr>
        <w:t>ರೀಗನ್ ಕ್ರಿಸ್ತನ ಶಿಷ್ಯರು (Disciples of Christ) ಎಂಬ ಪಂಥದಲ್ಲಿ ಬೆಳೆದನು; ಆ ಪಂಥದ ಸ್ಥಾಪಕ ಪಿತೃಗಳು ಕ್ಯಾಥೋಲಿಕ ಧರ್ಮದ ಪೋಪನೇ ಪ್ರತಿಕ್ರಿಸ್ತನೆಂದು ನೇರವಾಗಿ ಬೋಧಿಸುತ್ತಿದ್ದರು. ಕ್ರಿಸ್ತನ ಶಿಷ್ಯರ ಸಭೆಯ ಆರಂಭಿಕ ಪ್ರಮುಖ ನಾಯಕರಲ್ಲಿ ಅತ್ಯಂತ ಪ್ರಸಿದ್ಧನಾದ ಅಲೆಕ್ಸಾಂಡರ್ ಕ್ಯಾಂಪ್ಬೆಲ್, ಪಾಪಾಸನವೇ ಪ್ರತಿಕ್ರಿಸ್ತನೆಂದು ಪುನಃ ಪುನಃ ಗುರುತಿಸಿದ್ದನು. ವಾದವಿವಾದಗಳಲ್ಲಿಯೂ ಲೇಖನಗಳಲ್ಲಿಯೂ, ದಾನಿಯೇಲ 7ರ ಚಿಕ್ಕ ಕೊಂಬು, ಪ್ರಕಟನೆ 13ರ ಮೃಗ, ಮತ್ತು 2 ಥೆಸಲೋನಿಕ 2ರ ಪಾಪಪುರುಷ—ಇವೆಲ್ಲವೂ ರೋಮಿನ ಪೋಪರನ್ನು ಸೂಚಿಸುತ್ತವೆ ಎಂದು ಅವನು ವಾದಿಸಿದ್ದನು. ಸಾರ್ವಜನಿಕ ವಾದವಿವಾದಗಳಲ್ಲಿ ಕೂಡ (1837ರಲ್ಲಿ ಕ್ಯಾಥೋಲಿಕ ಬಿಷಪ್ ಜಾನ್ ಬಿ. ಪರ್ಸೆಲ್ ಅವರೊಂದಿಗೆ ನಡೆದ ವಾದವಿವಾದವನ್ನು ಒಳಗೊಂಡಂತೆ) ಅವನು ಈ ಗುರುತింపುಗಳನ್ನು ಬಳಸಿದ್ದನು. ಬಾರ್ಟನ್ ಡಬ್ಲ್ಯು. ಸ್ಟೋನ್, ಪೋಪನ ಆಡಳಿತವನ್ನೇ ನಿಜವಾದ ಪ್ರತಿಕ್ರಿಸ್ತನೂ “ಪಾಪಪುರುಷ”ನೂ ಎಂದು ಉಲ್ಲೇಖಿಸಿದ್ದನು. ವಾಲ್ಟರ್ ಸ್ಕಾಟ್ (ಈ ಚಳುವಳಿಯ ಇನ್ನೊಬ್ಬ ಆರಂಭಿಕ ಸುವಾರ್ತಾಪ್ರಚಾರಕ) ಪಾಪಪುರುಷನಾದ ರೋಮಿನ ಪೋಪನು ಕ್ರೈಸ್ತ ಸಭೆಯೊಳಗೆ ಉದಯಿಸಿ ತಾನೇ ದೇವರಿಗಿಂತ ಮೇಲಾಗಿ ತನ್ನನ್ನು ಉನ್ನತಿಗೇರಿಸಿಕೊಳ್ಳುವನು ಎಂದು ಬರೆದಿದ್ದನು.</w:t>
      </w:r>
    </w:p>
    <w:p>
      <w:pPr>
        <w:pStyle w:val="ArticleBody"/>
        <w:jc w:val="left"/>
      </w:pPr>
      <w:r>
        <w:rPr>
          <w:rFonts w:ascii="Nirmala UI" w:hAnsi="Nirmala UI" w:eastAsia="Nirmala UI" w:cs="Nirmala UI"/>
        </w:rPr>
        <w:t>ರೇಗನ್ ಅವರ ತಾಯಿ ನೆಲ್ ಅವರು ಡಿಸೈಪಲ್ಸ್ ಆಫ್ ಕ್ರೈಸ್ಟ್ ಪಂಥದ ಭಕ್ತಿಪರ ಸದಸ್ಯೆಯಾಗಿದ್ದು, ಅವರ ಬಾಲ್ಯದಲ್ಲಿ ಪ್ರಮುಖ ಧಾರ್ಮಿಕ ಪ್ರಭಾವವಾಗಿದ್ದರು. ರೇಗನ್ ಅವರು 11ನೇ ವಯಸ್ಸಿನಲ್ಲಿ ಇಲಿನಾಯ್ಸ್‌ನ ಡಿಕ್ಸನ್‌ನಲ್ಲಿರುವ ಡಿಸೈಪಲ್ಸ್ ಆಫ್ ಕ್ರೈಸ್ಟ್ ಸಭೆಯಲ್ಲಿ ದೀಕ್ಷಾಸ್ನಾನ ಪಡೆದರು ಮತ್ತು ಕಿಶೋರವಯಸ್ಸಿನಲ್ಲಿ ಅಲ್ಲಿ ಸಕ್ರಿಯರಾಗಿದ್ದರು (ಭಾನುವಾರ ಶಾಲೆಯಲ್ಲಿ ಬೋಧನೆ ಮಾಡುವುದನ್ನೂ ಒಳಗೊಂಡಂತೆ). ಅವರು ಡಿಸೈಪಲ್ಸ್ ಆಫ್ ಕ್ರೈಸ್ಟ್‌ಗೆ ಸಂಬಂಧಿಸಿದ್ದ ಯೂರೇಕಾ ಕಾಲೇಜಿನಲ್ಲಿ ವಿದ್ಯಾಭ್ಯಾಸ ಮಾಡಿದರು.</w:t>
      </w:r>
    </w:p>
    <w:p>
      <w:pPr>
        <w:pStyle w:val="ArticleScripture"/>
        <w:jc w:val="left"/>
      </w:pPr>
      <w:r>
        <w:rPr>
          <w:rFonts w:ascii="Nirmala UI" w:hAnsi="Nirmala UI" w:eastAsia="Nirmala UI" w:cs="Nirmala UI"/>
        </w:rPr>
        <w:t>“ವಾಕ್ಯದ ತಮ್ಮ ಗ್ರಹಿಕೆಯಲ್ಲಿ ಗೊಂದಲಕ್ಕೀಡಾಗುವವರು, ಅಂಟಿಕ್ರಿಸ್ತನ ಅರ್ಥವನ್ನು ಗ್ರಹಿಸಲು ವಿಫಲರಾಗುವವರು, ನಿಶ್ಚಯವಾಗಿಯೂ ತಮ್ಮನ್ನು ಅಂಟಿಕ್ರಿಸ್ತನ ಪಾಳಯದಲ್ಲೇ ಸ್ಥಾಪಿಸಿಕೊಳ್ಳುವರು. ಈಗ ನಮಗೆ ಲೋಕದೊಂದಿಗೆ ಹೊಂದಾಣಿಕೆಯಾಗಲು ಯಾವ ಸಮಯವೂ ಇಲ್ಲ.” Kress Collection, 105.</w:t>
      </w:r>
    </w:p>
    <w:p>
      <w:pPr>
        <w:pStyle w:val="ArticleBody"/>
        <w:jc w:val="left"/>
      </w:pPr>
      <w:r>
        <w:rPr>
          <w:rFonts w:ascii="Nirmala UI" w:hAnsi="Nirmala UI" w:eastAsia="Nirmala UI" w:cs="Nirmala UI"/>
        </w:rPr>
        <w:t>ರೀಗನ್‌ರನ್ನು ಕ್ಲೋವಿಸ್‌ನಿಂದಲೂ ಹಾಗೆಯೇ ಮಹಾನ್ ಕಾನ್ಸ್ಟಾಂಟೈನ್‌ನ ಸಮರಸತೆಯಿಂದಲೂ ಪ್ರತಿರೂಪಿಸಲಾಯಿತು. 1989ರ ಅಂತ್ಯದ ಕಾಲದಿಂದಲೂ ಕೊನೆಯ ಎಂಟು ಅಧ್ಯಕ್ಷರಲ್ಲಿಯ ಮೊದಲನೆಯವನಾಗಿಯೂ ರೀಗನ್ ಇದ್ದನು. ಕೊನೆಯ ಎಂಟು ಅಧ್ಯಕ್ಷರಲ್ಲಿಯ ಮೊದಲನೆಯವನಾಗಿರುವ ಅವನು ಡೊನಾಲ್ಡ್ ಟ್ರಂಪ್‌ನ ಪ್ರತಿರೂಪವಾಗಿದ್ದಾನೆ; ಟ್ರಂಪ್‌ನು, ರೀಗನ್‌ನಂತೆ, ಪಾಪಾಸಿಯ ನಿಜವಾದ ಉದ್ದೇಶಗಳ ಕುರಿತು, ಮತ್ತು ಪಾಪಾಸಿ ಯಾರು ಎಂಬುದರ ಕುರಿತು, ಅತ್ಯಂತ ಆಳವಾದ ಗೊಂದಲದಲ್ಲಿದ್ದಾನೆ.</w:t>
      </w:r>
    </w:p>
    <w:p>
      <w:pPr>
        <w:pStyle w:val="ArticleScripture"/>
        <w:jc w:val="left"/>
      </w:pPr>
      <w:r>
        <w:rPr>
          <w:rFonts w:ascii="Nirmala UI" w:hAnsi="Nirmala UI" w:eastAsia="Nirmala UI" w:cs="Nirmala UI"/>
        </w:rPr>
        <w:t>ಇಬ್ಬರು ಒಪ್ಪಿಗೆಯಿಲ್ಲದೆ ಒಟ್ಟಿಗೆ ನಡೆಯಬಹುದೇ? ಆಮೋಸ 3:3.</w:t>
      </w:r>
    </w:p>
    <w:p>
      <w:pPr>
        <w:pStyle w:val="ArticleBody"/>
        <w:jc w:val="left"/>
      </w:pPr>
      <w:r>
        <w:rPr>
          <w:rFonts w:ascii="Nirmala UI" w:hAnsi="Nirmala UI" w:eastAsia="Nirmala UI" w:cs="Nirmala UI"/>
        </w:rPr>
        <w:t>ದಾನಿಯೇಲನ ಹನ್ನೊಂದನೇ ಅಧ್ಯಾಯದಲ್ಲಿರುವ ಆರನೇ ಮತ್ತು ಅಂತಿಮ ಒಡಂಬಡಿಕೆಯ ವಿವಾಹವು 1989ರಲ್ಲಿ ಅಂತ್ಯದ ಕಾಲದಲ್ಲಿ ಆರಂಭವಾಗುವ ಇತಿಹಾಸದಲ್ಲಿ ಸಂಭವಿಸುತ್ತದೆ ಮತ್ತು ಡೊನಾಲ್ಡ್ ಟ್ರಂಪ್‌ನ ಇತಿಹಾಸದಲ್ಲಿ ಅಂತ್ಯಗೊಳ್ಳುತ್ತದೆ.</w:t>
      </w:r>
    </w:p>
    <w:p>
      <w:pPr>
        <w:pStyle w:val="ArticleScripture"/>
        <w:jc w:val="left"/>
      </w:pPr>
      <w:r>
        <w:rPr>
          <w:rFonts w:ascii="Nirmala UI" w:hAnsi="Nirmala UI" w:eastAsia="Nirmala UI" w:cs="Nirmala UI"/>
        </w:rPr>
        <w:t>“ಈಗ ಅಮೇರಿಕಾ ಸಂಯುಕ್ತ ಸಂಸ್ಥಾನಗಳಲ್ಲಿ ಸಭೆಯ ಸಂಸ್ಥೆಗಳಿಗೂ ಆಚರಣೆಗಳಿಗೂ ರಾಜ್ಯದ ಬೆಂಬಲವನ್ನು ಒದಗಿಸಿಕೊಳ್ಳುವ ಉದ್ದೇಶದಿಂದ ನಡೆಯುತ್ತಿರುವ ಚಳವಳಿಗಳಲ್ಲಿ, ಪ್ರೊಟೆಸ್ಟೆಂಟ್‌ಗಳು ಪಾಪಿಸ್ಟ್‌ಗಳ ಹೆಜ್ಜೆಗುರುತುಗಳನ್ನು ಅನುಸರಿಸುತ್ತಿದ್ದಾರೆ. ಅದಕ್ಕಿಂತಲೂ ಹೆಚ್ಚಾಗಿ, ಅವರು ಹಳೆಯ ಲೋಕದಲ್ಲಿ ಪಾಪಸಿ ಕಳೆದುಕೊಂಡಿರುವ ಪರಮಾಧಿಕಾರವನ್ನು ಪ್ರೊಟೆಸ್ಟೆಂಟ್ ಅಮೇರಿಕಾದಲ್ಲಿ ಮತ್ತೆ ಪಡೆದುಕೊಳ್ಳುವಂತೆ ಅದಕ್ಕೆ ಬಾಗಿಲು ತೆರೆಯುತ್ತಿದ್ದಾರೆ.” The Great Controversy, 573.</w:t>
      </w:r>
    </w:p>
    <w:p>
      <w:pPr>
        <w:pStyle w:val="ArticleBody"/>
        <w:jc w:val="left"/>
      </w:pPr>
      <w:r>
        <w:rPr>
          <w:rFonts w:ascii="Nirmala UI" w:hAnsi="Nirmala UI" w:eastAsia="Nirmala UI" w:cs="Nirmala UI"/>
        </w:rPr>
        <w:t>313ರ ವಿವಾಹ ಒಪ್ಪಂದವೂ ಮಿಲಾನ್ ಅಧಿನಿಯಮವೂ 533ರ ಇತಿಹಾಸಕ್ಕೆ ಹೊಂದಿಕೆಯಾಗುತ್ತವೆ; ಮತ್ತು 533ರಲ್ಲಿ ಜಸ್ಟಿನಿಯನ್ ಹೊರಡಿಸಿದ ಆದೇಶವು ತಾನು ಕ್ರೈಸ್ತವೆಂದು ಘೋಷಿಸುವ ಒಂದು ಆಡಳಿತದ ಮೂಲಕ ಮತ್ತೊಮ್ಮೆ ಜಾರಿಗೊಳ್ಳುವುದು; ಪಾಪಸಂಬಂಧಿ ಅಧಿಕಾರವನ್ನು ಕ್ರೈಸ್ತ ಸಂಸ್ಥೆಯೆಂದು ಗುರುತಿಸುವುದು ಅತ್ಯುತ್ತಮವಾಗಿ ಹೇಳುವುದಾದರೆ ಪರಸ್ಪರ ವಿರೋಧಭಾಸಪೂರ್ಣ ಪದಪ್ರಯೋಗ, ಮತ್ತು ಅತ್ಯಂತ ಕೆಟ್ಟದಾಗಿ ಹೇಳುವುದಾದರೆ ಘಾತಕ ಭ್ರಮೆ ಎಂಬುದನ್ನು ಅದು ಇನ್ನು ಮುಂದೆ ಅರ್ಥಮಾಡಿಕೊಳ್ಳುವುದಿಲ್ಲ.</w:t>
      </w:r>
    </w:p>
    <w:p>
      <w:pPr>
        <w:pStyle w:val="ArticleHeading"/>
        <w:jc w:val="left"/>
      </w:pPr>
      <w:r>
        <w:rPr>
          <w:rFonts w:ascii="Nirmala UI" w:hAnsi="Nirmala UI" w:eastAsia="Nirmala UI" w:cs="Nirmala UI"/>
        </w:rPr>
        <w:t>ಚರ್ಚ್ ಮತ್ತು ರಾಜ್ಯ</w:t>
      </w:r>
    </w:p>
    <w:p>
      <w:pPr>
        <w:pStyle w:val="ArticleBody"/>
        <w:jc w:val="left"/>
      </w:pPr>
      <w:r>
        <w:rPr>
          <w:rFonts w:ascii="Nirmala UI" w:hAnsi="Nirmala UI" w:eastAsia="Nirmala UI" w:cs="Nirmala UI"/>
        </w:rPr>
        <w:t>ಕ್ರಿ.ಪೂ. 457ರಲ್ಲಿ, ಅರ್ಥಕ್ಷಸ್ತನ ಮೂರನೆಯ ಆಜ್ಞಾಪತ್ರವು ರಾಜಕೀಯ ಹಾಗೂ ಧಾರ್ಮಿಕ ಅಧಿಕಾರ ಎರಡಕ್ಕೂ ರಾಷ್ಟ್ರೀಯ ಸಾರ್ವಭೌಮತ್ವವನ್ನು ಮರುಸ್ಥಾಪಿಸಿತು.</w:t>
      </w:r>
    </w:p>
    <w:p>
      <w:pPr>
        <w:pStyle w:val="ArticleScripture"/>
        <w:jc w:val="left"/>
      </w:pPr>
      <w:r>
        <w:rPr>
          <w:rFonts w:ascii="Nirmala UI" w:hAnsi="Nirmala UI" w:eastAsia="Nirmala UI" w:cs="Nirmala UI"/>
        </w:rPr>
        <w:t>ನೀನು ಸಹ, ಏಜ್ರಾ, ನಿನ್ನ ಕೈಯಲ್ಲಿರುವ ನಿನ್ನ ದೇವರ ಜ್ಞಾನಪ್ರಕಾರ, ನದಿಯ ಆಚೆಯಿರುವ ಸಮಸ್ತ ಜನರಿಗೆ ನ್ಯಾಯತೀರಿಸುವ ಅಧಿಕಾರಿಗಳನ್ನೂ ನ್ಯಾಯಾಧಿಪತಿಗಳನ್ನೂ ನೇಮಿಸು; ಅಂದರೆ ನಿನ್ನ ದೇವರ ವಿಧಿಗಳನ್ನು ತಿಳಿದಿರುವವರನ್ನೆಲ್ಲಾ. ಮತ್ತು ಅವುಗಳನ್ನು ತಿಳಿಯದವರಿಗೆ ನೀವು ಬೋಧಿಸಿರಿ. ಹಾಗೂ ನಿನ್ನ ದೇವರ ಧರ್ಮಶಾಸ್ತ್ರವನ್ನೂ ಅರಸನ ಧರ್ಮಶಾಸ್ತ್ರವನ್ನೂ ಆಚರಿಸದ ಯಾವನ ಮೇಲಾದರೂ, ಅವನಿಗೆ ತ್ವರಿತವಾಗಿ ದಂಡನೆ ವಿಧಿಸಲ್ಪಡಲಿ; ಅದು ಮರಣವಾಗಿರಲಿ, ಅಥವಾ ದೇಶನಿರ্বাসನವಾಗಿರಲಿ, ಅಥವಾ ಆಸ್ತಿಯ ಜಪ್ತಿಯಾಗಿರಲಿ, ಅಥವಾ ಕಾರಾಗೃಹವಾಸವಾಗಿರಲಿ. ಏಜ್ರಾ 7:25, 26.</w:t>
      </w:r>
    </w:p>
    <w:p>
      <w:pPr>
        <w:pStyle w:val="ArticleBody"/>
        <w:jc w:val="left"/>
      </w:pPr>
      <w:r>
        <w:rPr>
          <w:rFonts w:ascii="Nirmala UI" w:hAnsi="Nirmala UI" w:eastAsia="Nirmala UI" w:cs="Nirmala UI"/>
        </w:rPr>
        <w:t>ಮೂರನೆಯ ಆದೇಶವು ದೇವರ ಧರ್ಮಶಾಸ್ತ್ರಗಳಿಗೂ ರಾಜನ ಧರ್ಮಶಾಸ್ತ್ರಗಳಿಗೂ ಸಂಬಂಧಿಸಿದಂತೆ ನ್ಯಾಯವಿಚಾರಣೆಯನ್ನೂ ಶಿಕ್ಷೆಯನ್ನೂ ಜಾರಿಗೊಳಿಸುವ ಅಧಿಕಾರವನ್ನು ಒದಗಿಸಿತು. ಆ ಆದೇಶವು ಕ್ರಿಸ್ತನು ಆಕಸ್ಮಿಕವಾಗಿ ತನ್ನ ದೇವಾಲಯಕ್ಕೆ ಬಂದಾಗ, 1844ರ ಅಕ್ಟೋಬರ್ 22ರಂದು ಅಂತ್ಯಗೊಂಡ ಎರಡು ಸಾವಿರ ಮೂರು ನೂರು ವರ್ಷದ ಪ್ರವಾದನೆಯ ಆರಂಭವನ್ನು ಗುರುತಿಸಿತು. ಅದೇ ಹಾಗೆ, ಕ್ರಿ.ಪೂ. 217ರ ರಾಫಿಯಾ ಯುದ್ಧ ಮತ್ತು ಕ್ರಿ.ಪೂ. 200ರ ಪಾನಿಯಂ ಯುದ್ಧಗಳ ನಡುವಿನ ಇತಿಹಾಸದಲ್ಲಿ, ಕ್ರಿ.ಪೂ. 207ರಲ್ಲಿ ಅಂತ್ಯಗೊಂಡ ಎರಡು ನೂರು ಐವತ್ತು ವರ್ಷದ ಪ್ರವಾದನೆಯ ಆರಂಭವನ್ನೂ ಅದು ಗುರುತಿಸಿತು. ಕ್ರಿ.ಪೂ. 457ರಲ್ಲಿ ನಾಗರಿಕವೂ ಧಾರ್ಮಿಕವೂ ಆದ ಸಾರ್ವಭೌಮತ್ವದ ಪುನಃಸ್ಥಾಪನೆಯು, ಎರಡು ಓಮೇಗಾ ನೆರವೇರಿಕೆಗಳನ್ನು ಕಂಡುಕೊಳ್ಳುವ ದ್ವಿಗುಣ ಆಲ್ಫಾವನ್ನು ಗುರುತಿಸುತ್ತದೆ. ಆ ಎರಡು ಓಮೇಗಾ ನೆರವೇರಿಕೆಗಳೂ ಮುಚ್ಚಿದ ಬಾಗಿಲನ್ನು ಪ್ರತಿನಿಧಿಸುತ್ತವೆ; ಒಂದು ಪ್ರೊಟೆಸ್ಟಂಟ್ ಕೊಂಬಿಗಾಗಿಯೂ ಮತ್ತೊಂದು ರಿಪಬ್ಲಿಕನ್ ಕೊಂಬಿಗಾಗಿಯೂ.</w:t>
      </w:r>
    </w:p>
    <w:p>
      <w:pPr>
        <w:pStyle w:val="ArticleBody"/>
        <w:jc w:val="left"/>
      </w:pPr>
      <w:r>
        <w:rPr>
          <w:rFonts w:ascii="Nirmala UI" w:hAnsi="Nirmala UI" w:eastAsia="Nirmala UI" w:cs="Nirmala UI"/>
        </w:rPr>
        <w:t>ಇಪ್ಪತ್ತ್ಮೂರು ನೂರು ವರ್ಷಗಳ ಮೊದಲನೆಯ ಪ್ರವಾದನೆಯು ದೇವರ ಧರ್ಮಶಾಸ್ತ್ರಗಳನ್ನು ಪ್ರತಿನಿಧಿಸಿತು; ಮತ್ತು ಎರಡು ನೂರು ಐವತ್ತು ವರ್ಷದ ಪ್ರವಾದನೆಯು ರಾಜನ ಧರ್ಮಶಾಸ್ತ್ರಗಳನ್ನು ಪ್ರತಿನಿಧಿಸಿತು. ಈ ಎರಡು ಪ್ರವಾದನೆಗಳು ಪ್ರಕಟಣೆ ಹದಿಮೂರನೆಯ ಅಧ್ಯಾಯದ ಭೂಮಿಯಿಂದ ಏರುವ ಮೃಗದ ಮೇಲಿರುವ ಪ್ರೊಟೆಸ್ಟಾಂಟಿಸಂನ ಕೊಂಬನ್ನೂ, ರಿಪಬ್ಲಿಕನಿಸಂನ ಕೊಂಬನ್ನೂ ಗುರುತಿಸುತ್ತವೆ. ಭೂಮಿಯ ಮೃಗದ ರಿಪಬ್ಲಿಕನ್ ಕೊಂಬು ದಾನಿಯೇಲ ಹನ್ನೊಂದನೆಯ ಅಧ್ಯಾಯದ ಹನ್ನೊಂದನೆಯ ವಚನದಿಂದ ಹದಿನಾರನೆಯ ವಚನದವರೆಗೆ ಇರುವ ಭಾಗದ ಮಧ್ಯದಲ್ಲಿ ಸ್ಥಾಪಿಸಲ್ಪಟ್ಟಿದೆ. ರಾಫಿಯಾ ಮತ್ತು ಪಾನಿಯಂ ನಡುವೆ ಇರುವ ಹದಿನೇಳು ವರ್ಷದ ಅವಧಿಯನ್ನು ಕ್ರಿ.ಪೂ. 457 ರಲ್ಲಿ ಹೊರಡಿಸಲಾದ ಮೂರನೆಯ ಆಜ್ಞೆಯ ದ್ವಿಪ್ರವಾದನೆಯಿಂದ ಬಂದ ಒಂದು ಕೊಂಬು ಛೇದಿಸುತ್ತದೆ. ಈ ದ್ವಿಮುಖ ಪ್ರವಾದನೆಯು ಅಂತಿಮ ಒಡಂಬಡಿಕೆಯ ಜನರ ನ್ಯಾಯತೀರ್ಪನ್ನೂ, ಆ ಒಡಂಬಡಿಕೆಯ ಜನರು ತಮ್ಮ ಬೇರುಗಳನ್ನು ಕಂಡುಕೊಳ್ಳುವ ಜನಾಂಗದ ನ್ಯಾಯತೀರ್ಪನ್ನೂ ಎರಡನ್ನೂ ಗುರುತಿಸುತ್ತದೆ.</w:t>
      </w:r>
    </w:p>
    <w:p>
      <w:pPr>
        <w:pStyle w:val="ArticleScripture"/>
        <w:jc w:val="left"/>
      </w:pPr>
      <w:r>
        <w:rPr>
          <w:rFonts w:ascii="Nirmala UI" w:hAnsi="Nirmala UI" w:eastAsia="Nirmala UI" w:cs="Nirmala UI"/>
        </w:rPr>
        <w:t>ಆತನು ಅಬ್ರಾಮನಿಗೆ ಹೇಳಿದನು, “ನಿನ್ನ ಸಂತಾನವು ತಮ್ಮದಾಗದ ದೇಶದಲ್ಲಿ ಪರದೇಶಿಗಳಾಗಿರುವರು; ಅವರು ಅಲ್ಲಿ ಅವರಿಗೆ ದಾಸ್ಯಮಾಡುವರು; ಮತ್ತು ಅವರು ಅವರನ್ನು ನಾಲ್ಕು ನೂರು ವರ್ಷಗಳವರೆಗೆ ಕಷ್ಟಪಡಿಸುವರು. ಅವರು ಸೇವಿಸುವ ಆ ಜನಾಂಗವನ್ನು ನಾನೂ ನ್ಯಾಯತೀರಿಸುವೆನು; ಅದರ ನಂತರ ಅವರು ಮಹಾ ಸಂಪತ್ತಿನೊಂದಿಗೆ ಹೊರಟು ಬರುವರು.” ಆದಿಕಾಂಡ 15:13, 14.</w:t>
      </w:r>
    </w:p>
    <w:p>
      <w:pPr>
        <w:pStyle w:val="ArticleBody"/>
        <w:jc w:val="left"/>
      </w:pPr>
      <w:r>
        <w:rPr>
          <w:rFonts w:ascii="Nirmala UI" w:hAnsi="Nirmala UI" w:eastAsia="Nirmala UI" w:cs="Nirmala UI"/>
        </w:rPr>
        <w:t>ಯೆಹೆಜ್ಕೇಲನ ಪುಸ್ತಕದಲ್ಲಿ, ಕ್ರಿ.ಶ. 1844ರ ಅಕ್ಟೋಬರ್ 22 ಅನ್ನು ಕ್ರಿ.ಪೂ. 573ರ ಅಕ್ಟೋಬರ್ 22 ಮೂಲಕ ಪ್ರತಿರೂಪಿಸಲಾಗಿದೆ. ಒಂದು ದಿನಾಂಕವು ಪರಿಶೋಧನಾತ್ಮಕ ನ್ಯಾಯವಿಚಾರಣೆಯ ಆರಂಭವನ್ನು ಸೂಚಿಸುತ್ತದೆ; ಮತ್ತೊಂದು ದಿನಾಂಕವು ನ್ಯಾಯವಿಚಾರಣೆಯ ಪ್ರಕ್ರಿಯೆಯ ಆರಂಭದಲ್ಲಿಯೂ ಅಂತ್ಯದಲ್ಲಿಯೂ ಯೂಬಿಲಿ ತುತ್ತೂರಿಯ ನಾದವನ್ನು ಸೂಚಿಸುತ್ತದೆ. ಈ ಎರಡೂ ದಿನಾಂಕಗಳು ಒಂದಕ್ಕೊಂದು ಹೊಂದುತ್ತವೆ, ಮತ್ತು ಎರಡೂ ಮುಚ್ಚಲ್ಪಟ್ಟ ಬಾಗಿಲನ್ನು ಸೂಚಿಸುತ್ತವೆ. 1844ವು ಪರಿಶುದ್ಧ ಸ್ಥಳದ ಬಾಗಿಲು ಮುಚ್ಚಲ್ಪಟ್ಟುದನ್ನು ಪ್ರತಿನಿಧಿಸುತ್ತದೆ, ಏಕೆಂದರೆ ಕ್ರಿಸ್ತನು ಮಹಾಪರಿಶುದ್ಧ ಸ್ಥಳಕ್ಕೆ ಪ್ರವೇಶಿಸಿದನು. ಕ್ರಿ.ಪೂ. 573ವು ಮಾನವರ ಕೃಪಾಕಾಲದ ಅಂತ್ಯವನ್ನು ಸೂಚಿಸುತ್ತದೆ; ಅಲ್ಲಿ ವಿಮೋಚಿಸಲ್ಪಟ್ಟ ಪಾಪದ ದಾಸರಿಗೆ ಅವರ ಸ್ವಾತಂತ್ರ್ಯವನ್ನು ನೀಡಲಾಗುತ್ತದೆ, ಮತ್ತು ವಾಸಿಸಲು ಹೊಸ ಭೂಮಿಯನ್ನು ನೀಡಲಾಗುತ್ತದೆ.</w:t>
      </w:r>
    </w:p>
    <w:p>
      <w:pPr>
        <w:pStyle w:val="ArticleScripture"/>
        <w:jc w:val="left"/>
      </w:pPr>
      <w:r>
        <w:rPr>
          <w:rFonts w:ascii="Nirmala UI" w:hAnsi="Nirmala UI" w:eastAsia="Nirmala UI" w:cs="Nirmala UI"/>
        </w:rPr>
        <w:t>ಈ ವರ್ಷಗಳಲ್ಲಿ ಅವನು ವಿಮೋಚಿಸಲ್ಪಡದೆ ಇದ್ದರೆ, ಯೂಬಿಲಿ ವರ್ಷದಲ್ಲಿ ಅವನು ಹೊರಬರಬೇಕು; ಅವನೂ ಅವನ ಮಕ್ಕಳೂ ಅವನೊಂದಿಗೆ ಹೊರಬರಬೇಕು. ಯಾಕಂದರೆ ಇಸ್ರಾಯೇಲಿನ ಮಕ್ಕಳು ನನಗೆ ಸೇವಕರಾಗಿದ್ದಾರೆ; ಅವರು ನನ್ನ ಸೇವಕರೇ ಆಗಿದ್ದಾರೆ; ಅವರನ್ನು ನಾನು ಐಗುಪ್ತ ದೇಶದಿಂದ ಹೊರತಂದೆನು: ನಾನು ನಿಮ್ಮ ದೇವರಾದ ಕರ್ತನು. ಲೇವ್ಯಕಾಂಡ 25:54, 55.</w:t>
      </w:r>
    </w:p>
    <w:p>
      <w:pPr>
        <w:pStyle w:val="ArticleBody"/>
        <w:jc w:val="left"/>
      </w:pPr>
      <w:r>
        <w:rPr>
          <w:rFonts w:ascii="Nirmala UI" w:hAnsi="Nirmala UI" w:eastAsia="Nirmala UI" w:cs="Nirmala UI"/>
        </w:rPr>
        <w:t>ಅಕ್ಟೋಬರ್ 22ರ ಈ ಎರಡೂ ಘಟನಗಳು ಶೀಘ್ರದಲ್ಲಿ ಬರಲಿರುವ ಭಾನುವಾರ ಕಾಯ್ದೆಯ ಮುಚ್ಚಿದ ಬಾಗಿಲನ್ನು ಪ್ರತಿನಿಧಿಸುತ್ತವೆ. ಅಡ್ವೆಂಟಿಸಂಗೆ ನೀಡಲ್ಪಟ್ಟ ಪರಿಶೋಧನೆಯ ಅವಧಿ 1844ರಲ್ಲಿ ಆರಂಭಗೊಂಡಿತು ಮತ್ತು ಅದು ಶೀಘ್ರದಲ್ಲಿ ಬರಲಿರುವ ಭಾನುವಾರ ಕಾಯ್ದೆಯ ಸಂದರ್ಭದಲ್ಲಿ ಅಂತ್ಯಗೊಳ್ಳುತ್ತದೆ; ಅಮೆರಿಕ ಸಂಯುಕ್ತ ಸಂಸ್ಥಾನಕ್ಕೆ ನೀಡಲ್ಪಟ್ಟ ಪರಿಶೋಧನೆಯ ಅವಧಿಯೂ ಸಹ ಶೀಘ್ರದಲ್ಲಿ ಬರಲಿರುವ ಭಾನುವಾರ ಕಾಯ್ದೆಯಲ್ಲೇ ಅಂತ್ಯಗೊಳ್ಳುತ್ತದೆ. ಈ ಎರಡೂ ಅಂತ್ಯಗಳು 2,300 ವರ್ಷಗಳೂ ಮತ್ತು ಎರಡೂವರೆ ನೂರು ವರ್ಷಗಳೂ ಆದ ಎರಡು ಸಾಕ್ಷಿಗಳಾದ ಅಕ್ಟೋಬರ್ 22ರೊಂದಿಗೆ ಹೊಂದಾಣಿಕೆಯಾಗಿವೆ.</w:t>
      </w:r>
    </w:p>
    <w:p>
      <w:pPr>
        <w:pStyle w:val="ArticleBody"/>
        <w:jc w:val="left"/>
      </w:pPr>
      <w:r>
        <w:rPr>
          <w:rFonts w:ascii="Nirmala UI" w:hAnsi="Nirmala UI" w:eastAsia="Nirmala UI" w:cs="Nirmala UI"/>
        </w:rPr>
        <w:t>ರಾಫಿಯಾ ಮತ್ತು ಪಾನಿಯಮ್ ನಡುವಿನ ಇತಿಹಾಸದಲ್ಲಿ ಅಂತ್ಯಗೊಳ್ಳುವ ಆ ಎರಡೂವರೆ ಶತಮಾನಗಳು, ಆ ಎರಡು ಯುದ್ಧಗಳ ಅವಧಿಯನ್ನು ಎರಡು ಸಾಂಕೇತಿಕ ಸಂಖ್ಯೆಗಳಾಗಿ ವಿಭಜಿಸುತ್ತವೆ; ಅವು ಒಟ್ಟಿಗೆ ತಮ್ಮದೇ ಆದ ವಿಶಿಷ್ಟ ಅರ್ಥವನ್ನು ಹೊಂದಿವೆ. ರಾಫಿಯಾದ ನಂತರ ಹತ್ತು ವರ್ಷಗಳು—ಅದರ ಅರ್ಥ ಗಡಿನಾಡು—ಮತ್ತು ಪಾನಿಯಮ್‌ಗೆ ಏಳು ವರ್ಷಗಳ ಮೊದಲು; ಪಾನಿಯಮ್ ಸಮತಟ್ಟಾದ ಪ್ರದೇಶದಲ್ಲಿ ನಡೆದ ಯುದ್ಧವಾಗಿದ್ದು ಮುತ್ತಿಗೆಯಲ್ಲಿ ಅಂತ್ಯಗೊಂಡಿತು. ಹತ್ತು ಮತ್ತು ಏಳು ಎಂಬ ಸಂಕೇತವು ಅನೇಕ ಸಾಕ್ಷಿಗಳ ಆಧಾರದಲ್ಲಿ ಅಜಗಶಕ್ತಿಯನ್ನು ಗುರುತಿಸುತ್ತದೆ. ಕ್ರಿ.ಪೂ. 207ನೇ ವರ್ಷವು, ಭೂಮಿಯ ಮೃಗದ ಸಂಕೇತವಾದ ಟ್ರಂಪ್ ಅನ್ನು, ದಾನಿಯೇಲ 11ನೇ ಅಧ್ಯಾಯದ 11 ಮತ್ತು 15ನೇ ವಚನಗಳ ಮಧ್ಯದಲ್ಲಿ ಸ್ಥಾಪಿಸಿ, ಹತ್ತು ಮತ್ತು ಏಳು ಎಂಬ ಸಂಖ್ಯೆಗಳ ಸಂಯೋಜನೆಯಿಂದ ಸೂಚಿಸಲ್ಪಟ್ಟಂತೆ, ಅಜಗದಂತೆ ಮಾತನಾಡಲು ಪ್ರವಾದಿಕವಾಗಿ ಸಿದ್ಧಪಡಿಸುತ್ತದೆ.</w:t>
      </w:r>
    </w:p>
    <w:p>
      <w:pPr>
        <w:pStyle w:val="ArticleBody"/>
        <w:jc w:val="left"/>
      </w:pPr>
      <w:r>
        <w:rPr>
          <w:rFonts w:ascii="Nirmala UI" w:hAnsi="Nirmala UI" w:eastAsia="Nirmala UI" w:cs="Nirmala UI"/>
        </w:rPr>
        <w:t>ಹದಿನೇಳು ಎಂಬುದೂ ಒಂದು ಸಂಕೇತವಾಗಿದೆ; ಅದು ರಾಫಿಯಾದ ಇತಿಹಾಸವನ್ನು ಪೇನಿಯಂವರೆಗೂ ಮಾತ್ರವಲ್ಲ, ಪೇನಿಯಂನಾಚೆಯಿಗೂ ಮತ್ತು ರಾಫಿಯಾದ ಮೊದಲುಗಳಿಗೂ ವಿಸ್ತರಿಸುತ್ತದೆ. ಪ್ಟೋಲೆಮೈಕ್ ಈಜಿಪ್ಟ್‌ನ ರಾಜನಾದ ಪ್ಟೋಲೆಮಿ IV ಫಿಲೋಪೇಟರ್ ಕ್ರಿ.ಪೂ. 221ರಿಂದ ಕ್ರಿ.ಪೂ. 204ರವರೆಗೆ ಆಳಿದನು; ಮತ್ತು ಕ್ರಿ.ಪೂ. 217ರಲ್ಲಿ ರಾಫಿಯಾದಲ್ಲಿ ಆಂಟಿಯೋಕಸ್ ಮ್ಯಾಗ್ನಸ್‌ನನ್ನು ಸೋಲಿಸಿದನು. ಪ್ಟೋಲೆಮಿ ರಾಫಿಯಾದ ಮೊದಲು ಆಳಲು ಪ್ರಾರಂಭಿಸಿದನು, ಮತ್ತು ಅವನು ‘ಹದಿನೇಳು’ ವರ್ಷಗಳ ಕಾಲ ಆಳಿದನು. ಹದಿನೇಳು ಎಂಬ ಸಂಖ್ಯೆ, ರಾಫಿಯಾದ ಮೊದಲು ಆರಂಭವಾಗಿ, ಪೇನಿಯಂ ಯುದ್ಧವನ್ನೂ ಸೀದೋನಿನ ಮುತ್ತಿಗೆಯನ್ನೂ ಮೀರಿ, ಕ್ರಿ.ಶ. 330ನೇ ವರ್ಷದಿಂದ ಪ್ರತಿನಿಧಿಸಲ್ಪಟ್ಟ ಮಾನವ ಕೃಪಾವಕಾಶದ ಅಂತ್ಯದವರೆಗೆ ವಿಸ್ತರಿಸುವ ಒಂದು ಐತಿಹಾಸಿಕ ಅವಧಿಯನ್ನು ಸೂಚಿಸುತ್ತದೆ. ಸ್ಮಿರ್ನಾ ಸಭೆಯ ಅವಧಿಗೆ ಸಂಬಂಧಿಸಿದ ಎರಡು ನೂರು ಐವತ್ತು ವರ್ಷದ ಪ್ರವಾದನೆ ಕ್ರಿ.ಶ. 64ರಲ್ಲಿ ಪ್ರಾರಂಭವಾಗಿ, ಕ್ರಿ.ಶ. 313ರ ಮಿಲಾನದ ಅಧಿಸೂಚನೆ ಮತ್ತು ವಿವಾಹ ಒಪ್ಪಂದದಲ್ಲಿ ಅಂತ್ಯಗೊಂಡಿತು.</w:t>
      </w:r>
    </w:p>
    <w:p>
      <w:pPr>
        <w:pStyle w:val="ArticleBody"/>
        <w:jc w:val="left"/>
      </w:pPr>
      <w:r>
        <w:rPr>
          <w:rFonts w:ascii="Nirmala UI" w:hAnsi="Nirmala UI" w:eastAsia="Nirmala UI" w:cs="Nirmala UI"/>
        </w:rPr>
        <w:t>ಮಹಾನ್ ಕಾನ್ಸ್ಟಾಂಟೈನ್ ಪೆರ್ಗಮೋಸ್ ಸಭೆಯ ಇತಿಹಾಸವನ್ನು ಪ್ರತಿನಿಧಿಸುತ್ತಾನೆ, ಮತ್ತು ಆ ಇತಿಹಾಸವು 313ರಲ್ಲಿ ಆರಂಭವಾಗಿ 538ರಲ್ಲಿ ಅಂತ್ಯಗೊಂಡಿತು. 313ರಲ್ಲಿ ಎರಡು ನೂರು ಐವತ್ತು ವರ್ಷದ ಪ್ರವಾದನೆಯ ಸಮಾಪ್ತಿಯ ನಂತರದ ಮೊದಲ ‘ಹದಿನೇಳು’ ವರ್ಷಗಳು ಮೂರು ಮಾರ್ಗಚಿಹ್ನೆಗಳನ್ನು ಹೊಂದಿವೆ. 313 ಮಿಲಾನ್‌ನ ಆದೇಶವಾಗಿತ್ತು, 321 ಮೊದಲ ಭಾನುವಾರದ ಕಾನೂನಾಗಿತ್ತು, ಮತ್ತು ಸಾಮ್ರಾಜ್ಯದ ವಿಭಾಗವು 330ರಲ್ಲಿ ಗುರುತಿಸಲ್ಪಟ್ಟಿದೆ. 330 ಮಾನವೀಯ ಕೃಪಾಪರೀಕ್ಷೆಯ ಮುಕ್ತಾಯವನ್ನು ಸೂಚಿಸುವ ಅಂತಿಮ ಭಾನುವಾರದ ಕಾನೂನನ್ನು ಪ್ರತಿನಿಧಿಸುತ್ತದೆ. ಆದಕಾರಣ ಹದಿನೇಳು ಎಂಬ ಸಂಖ್ಯೆ ರಾಫಿಯಕ್ಕಿಂತ ಮೊದಲು ಆರಂಭವಾಗಿ ಪಾನಿಯಮ್ ಮತ್ತು ಸೀದೋನ್‌ನ ಸೈನಿಕ ಅಭಿಯಾನದ ಬಹಳ ನಂತರ ಅಂತ್ಯಗೊಳ್ಳುತ್ತದೆ. ದಾನಿಯೇಲ 11ನೇ ಅಧ್ಯಾಯದ 16ನೇ ವಚನವು ಅಮೇರಿಕಾ ಸಂಯುಕ್ತ ಸಂಸ್ಥಾನಗಳಲ್ಲಿ ಭಾನುವಾರದ ಕಾನೂನನ್ನು ಪ್ರತಿನಿಧಿಸುತ್ತದೆ.</w:t>
      </w:r>
    </w:p>
    <w:p>
      <w:pPr>
        <w:pStyle w:val="ArticleBody"/>
        <w:jc w:val="left"/>
      </w:pPr>
      <w:r>
        <w:rPr>
          <w:rFonts w:ascii="Nirmala UI" w:hAnsi="Nirmala UI" w:eastAsia="Nirmala UI" w:cs="Nirmala UI"/>
        </w:rPr>
        <w:t>ಸ್ಮಿರ್ನಾದ ಭವಿಷ್ಯವಾಣಿ, ಯೆಹೆಜ್ಕೇಲನ ಎಚ್ಚರಿಕೆಯ ಸಂದೇಶದ ಅತಿ ಹೃದಯಭಾಗವಾಗಿರುವ ಮುತ್ತಿಗೆಯ ಸಂಕೇತವನ್ನು ಗುರುತಿಸುತ್ತದೆ. ಯೆರೂಸಲೇಮಿನ ನಾಶದ ಎರಡು ದೃಶ್ಯಚಿತ್ರಗಳ ಮೂಲಕ ಪ್ರತಿನಿಧಿಸಲ್ಪಟ್ಟಂತೆ, ಭಾನುವಾರದ ಕಾನೂನಿಗೆ ಮುಂಚಿತವಾಗಿರುವ ದಾರಿಚಿಹ್ನೆಯು ಮುತ್ತಿಗೆಯೇ ಆಗಿದ್ದು, ಅದು ಮೃಗದ ಪ್ರತಿಮೆಯ ರೂಪುಗೊಳ್ಳುವಿಕೆಯನ್ನು ಪ್ರಾರಂಭಿಸುವ ಮಿಲಾನ್ ಆಜ್ಞಾಪತ್ರವೂ ಆಗಿದೆ.</w:t>
      </w:r>
    </w:p>
    <w:p>
      <w:pPr>
        <w:pStyle w:val="ArticleBody"/>
        <w:jc w:val="left"/>
      </w:pPr>
      <w:r>
        <w:rPr>
          <w:rFonts w:ascii="Nirmala UI" w:hAnsi="Nirmala UI" w:eastAsia="Nirmala UI" w:cs="Nirmala UI"/>
        </w:rPr>
        <w:t>ಮುತ್ತಿಗೆಯ ಸಮಯದಲ್ಲಿ ಒಡಂಬಡಿಕೆಯ ವಿವಾಹ ಮೆರವಣಿಗೆ ಸಂಭವಿಸುವುದು. ಇದು 496ರಲ್ಲಿ ಕ್ಲೋವಿಸ್‌ನ ಮೂಲಕ ಪ್ರತಿರೂಪಿತವಾಗಿರುವಂತೆ ರೀಗನ್‌ನೊಂದಿಗೆ ಆರಂಭವಾದ ವಿವಾಹ ಮೆರವಣಿಗೆಯ ಒಂದು ಫ್ರಾಕ್ಟಲ್ ಆಗಿದೆ; ಆದರೆ ವಿವಾಹದ ಕಡೆಗಿನ ಅಂತಿಮ ಮೆರವಣಿಗೆ ಮುತ್ತಿಗೆಯ ಸಮಯದಲ್ಲೇ ಆರಂಭವಾಗುತ್ತದೆ, ಅದು 533ರ ಜಸ್ಟಿನಿಯನ್‌ನ ಆದೇಶಕ್ಕೂ, 313ರ ಮಿಲಾನ್ ಆದೇಶಕ್ಕೂ ಸರಿಹೊಂದುತ್ತದೆ. ಈ ಎರಡೂ ಗುರುತುಚಿಹ್ನೆಗಳು ಭಾನುವಾರದ ಕಾನೂನಿಗೆ ಮುಂಚಿತವಾಗಿವೆ. 313ರಲ್ಲಿ 321ರ ಮೊದಲ ಭಾನುವಾರದ ಕಾನೂನುಗಿಂತ ಮುಂಚೆಯೇ ಸಂಭವಿಸಿತು; ಹಾಗೆಯೇ 533ರ ಆದೇಶವು 538ರಲ್ಲಿ ಒರ್ಲಿಯಾನ್ಸ್‌ನ ಮೂರನೇ ಸಭೆಯಲ್ಲಿ ಜಾರಿಯಾದ ಭಾನುವಾರದ ಕಾನೂನಿಗೆ ಮುಂಚಿತವಾಗಿತ್ತು. ಯಾವುದೋ ವಿಧದ ಶಾಸನವು ಜಸ್ಟಿನಿಯನ್‌ನ ಆದೇಶವೂ ಮಿಲಾನ್ ಆದೇಶವೂ ಹೊಂದಿರುವ ಪ್ರವಾದನಾತ್ಮಕ ಲಕ್ಷಣಗಳನ್ನು ನೆರವೇರಿಸುವುದು; ಹಾಗೆಯೇ ಯಾವುದೋ ವಿಧದ ಒಂದು ಸಾಂಕೇತಿಕ ಒಡಂಬಡಿಕೆಯ ವಿವಾಹವು ಸ್ಥಾಪಿಸಲ್ಪಡುವುದು.</w:t>
      </w:r>
    </w:p>
    <w:p>
      <w:pPr>
        <w:pStyle w:val="ArticleBody"/>
        <w:jc w:val="left"/>
      </w:pPr>
      <w:r>
        <w:rPr>
          <w:rFonts w:ascii="Nirmala UI" w:hAnsi="Nirmala UI" w:eastAsia="Nirmala UI" w:cs="Nirmala UI"/>
        </w:rPr>
        <w:t>ಆ ಆಜ್ಞೆ ಹೊರಡಿಸಲ್ಪಟ್ಟಾಗ ಸಿದ್ಧಗೊಳ್ಳಲು ತಡವಾಗಿರುತ್ತದೆ, ಏಕೆಂದರೆ ಮಿಸ್ರದಲ್ಲಿ ಮೊದಲ ಪಸ್ಕಹಬ್ಬದ ಸಮಯದಲ್ಲಿ ಕೃಪಾಕಾಲದ ಬಾಗಿಲು ಮುಚ್ಚಲ್ಪಟ್ಟಿದ್ದಂತೆಯೇ ಅದು ಪ್ರೊಟೆಸ್ಟೆಂಟ್ ಕೊಂಬಿನ ಮೇಲೆಯೂ ನಿಶ್ಚಯವಾಗಿ ಮುಚ್ಚಲ್ಪಟ್ಟಿರುತ್ತದೆ. ಅದರ ನಂತರ ಬರುವ ಮುಂದಿನ ದಾರಿಚಿಹ್ನೆಯಾಗಿರುವ ಭಾನುವಾರದ ಕಾನೂನು, ಮೃಗದ ಪ್ರತಿಮೆ ಸಂಪೂರ್ಣವಾಗಿ ರೂಪುಗೊಂಡಿದೆ ಎಂಬುದನ್ನು ಮಾತ್ರವಲ್ಲ, ಮೃಗದ ಗುರುತಿನ ಬಲವಂತದ ಜಾರಿಯನ್ನೂ ಸ್ಪಷ್ಟವಾಗಿ ಗುರುತಿಸುತ್ತದೆ. ಭಾನುವಾರದ ಕಾನೂನು, ಪ್ರಕಟಣೆ ಹದಿಮೂರನೆಯ ಅಧ್ಯಾಯದ ಭೂಮಿಯ ಮೃಗವಾದ ರಿಪಬ್ಲಿಕನ್ ಕೊಂಬಿಗೆ ಕೃಪಾಕಾಲದ ಅಂತ್ಯವನ್ನು ಸೂಚಿಸುತ್ತದೆ; ಅದು ಪಸ್ಕಹಬ್ಬದ ನಂತರ ಫರೋಹನೂ ಅವನ ಸೈನ್ಯವೂ ಕೆಂಪು ಸಮುದ್ರದಲ್ಲಿ ನಾಶವಾದದ್ದಷ್ಟು ನಿಶ್ಚಿತವಾಗಿದೆ.</w:t>
      </w:r>
    </w:p>
    <w:p>
      <w:pPr>
        <w:pStyle w:val="ArticleBody"/>
        <w:jc w:val="left"/>
      </w:pPr>
      <w:r>
        <w:rPr>
          <w:rFonts w:ascii="Nirmala UI" w:hAnsi="Nirmala UI" w:eastAsia="Nirmala UI" w:cs="Nirmala UI"/>
        </w:rPr>
        <w:t>ಕ್ರಿ.ಪೂ. 207ರಲ್ಲಿ ಅಂತ್ಯಗೊಳ್ಳುವ ಆ ಎರಡು ನೂರ ಐವತ್ತು ವರ್ಷಗಳು, ಪಾನಿಯಂ ಸಮತಟದಲ್ಲಿ ಆರಂಭವಾಗಿ ಸೀದೋನಿನ ಮುತ್ತಿಗೆಯಲ್ಲಿ ಅಂತ್ಯಗೊಳ್ಳುವ ಮುಂಬರುವ ಯುದ್ಧಪ್ರಚಾರಕ್ಕಾಗಿ ಸಿದ್ಧಗೊಳ್ಳುತ್ತಿರುವ ಆಂಟಿಯೋಕಸ್ ಮ್ಯಾಗ್ನಸ್‌ನಿಂದ ಪ್ರತಿನಿಧಿಸಲ್ಪಟ್ಟಿರುವ ಡೊನಾಲ್ಡ್ ಟ್ರಂಪ್‌ನನ್ನು ಗುರುತಿಸುತ್ತವೆ. ಪಾನಿಯಂ ಯುದ್ಧದ ನಂತರ, ಪ್ಟೋಲೆಮೀಯರ ಸೇನಾಧಿಪತಿಯಾದ ಏಟೋಲಿಯಾದ ಸ್ಕೋಪಾಸ್ ಬದುಕುಳಿದ ಸುಮಾರು 10,000 ಸೈನಿಕರೊಂದಿಗೆ ಸೀದೋನ್ ನಗರಕ್ಕೆ ಓಡಿಹೋದನು. ಆಂಟಿಯೋಕಸ್ ಅವನನ್ನು ಹಿಂಬಾಲಿಸಿ ಸೀದೋನಿಗೆ ‘ಮುತ್ತಿಗೆ’ ಹಾಕಿದನು. ಅಲೆಕ್ಸಾಂಡ್ರಿಯಾದಲ್ಲಿದ್ದ ಪ್ಟೋಲೆಮೀಯರ ಸರ್ಕಾರವು ನೆರವಿನ ಪಡೆಯನ್ನು ಕಳುಹಿಸಿತು, ಆದರೆ ಅದು ವಿಫಲವಾಯಿತು. ಹಸಿವಿನ ಅಂಚಿಗೆ ತಲುಪಿದ ಸ್ಕೋಪಾಸ್ ನಗರವನ್ನು ಶರಣಾಗತಿಗೊಪ್ಪಿಸಿದನು. ಆಂಟಿಯೋಕಸ್ ಸ್ಕೋಪಾಸ್‌ಗೆ ಹೊರಟುಹೋಗಲು ಅನುಮತಿಸಿದನು; ನಂತರ ಸ್ಕೋಪಾಸ್ ಈಜಿಪ್ಟಿಗೆ ಹಿಂದಿರುಗಿದನು, ಅಲ್ಲಿ ಕೊನೆಯಲ್ಲಿ ದೇಶದ್ರೋಹ ಮತ್ತು ದುರ್ವಿನಿಯೋಗದ ಆರೋಪಗಳ ಮೇರೆಗೆ ಅವನಿಗೆ ಮರಣದಂಡನೆ ವಿಧಿಸಲಾಯಿತು. ಸೀದೋನಿನ ಮುತ್ತಿಗೆಯು ಪಾನಿಯಂನ ನಂತರ ಕೋಯ್ಲೆ-ಸಿರಿಯಾದ ಮೇಲೆ ಆಂಟಿಯೋಕಸ್ ನಡೆಸಿದ ವಿಜಯವನ್ನು ಪೂರ್ಣಗೊಳಿಸಿತು.</w:t>
      </w:r>
    </w:p>
    <w:p>
      <w:pPr>
        <w:pStyle w:val="ArticleBody"/>
        <w:jc w:val="left"/>
      </w:pPr>
      <w:r>
        <w:rPr>
          <w:rFonts w:ascii="Nirmala UI" w:hAnsi="Nirmala UI" w:eastAsia="Nirmala UI" w:cs="Nirmala UI"/>
        </w:rPr>
        <w:t>ಸಿಸ್ಟರ್ ವೈಟ್ ಉರಿಯಾಹ್ ಸ್ಮಿತ್ ಅವರ *Daniel and the Revelation* ಎಂಬ ಪುಸ್ತಕವನ್ನು “ದೇವರ ಸಹಾಯಕ ಹಸ್ತ” ಎಂದು ಗುರುತಿಸುತ್ತಾರೆ. ದಾನಿಯೇಲ ಹನ್ನೊಂದನೆಯ ಅಧ್ಯಾಯದ ಹದಿನಾಲ್ಕನೇ ಮತ್ತು ಹದಿನೈದನೇ ವಚನಗಳ ಕುರಿತು ತನ್ನ ವ್ಯಾಖ್ಯಾನದಲ್ಲಿ, ಆಂಟಿಯೋಕಸ್‌ನ ಎರಡು ಹಂತಗಳ ಅಭಿಯಾನವನ್ನು ಸ್ಮಿತ್ ಗುರುತಿಸುತ್ತಾನೆ.</w:t>
      </w:r>
    </w:p>
    <w:p>
      <w:pPr>
        <w:pStyle w:val="ArticleScripture"/>
        <w:jc w:val="left"/>
      </w:pPr>
      <w:r>
        <w:rPr>
          <w:rFonts w:ascii="Nirmala UI" w:hAnsi="Nirmala UI" w:eastAsia="Nirmala UI" w:cs="Nirmala UI"/>
        </w:rPr>
        <w:t>ಈಜಿಪ್ಟಿನ ಯುವರಾಜನ ಶಿಕ್ಷಣದ ಹೊಣೆಗಾರಿಕೆಯನ್ನು ರೋಮನ್ ಸೆನೆಟ್ ಎಂ. ಎಮಿಲಿಯಸ್ ಲೆಪಿಡಸ್ ಅವರಿಗೆ ಒಪ್ಪಿಸಿತು; ಅವರು ಆ ಅರಮನೆಯ ವೃದ್ಧನೂ ಅನುಭವಸಂಪನ್ನನೂ ಆದ ಮಂತ್ರಿಯಾದ ಅರಿಸ್ಟೊಮೆನೇಸನ್ನು ಅವನ ಸಂರಕ್ಷಕನಾಗಿ ನೇಮಿಸಿದರು. ಅವನ ಮೊದಲ ಕಾರ್ಯವೆಂದರೆ ಒಕ್ಕೂಟಗೊಂಡಿದ್ದ ಇಬ್ಬರು ರಾಜರು, ಫಿಲಿಪ್ ಮತ್ತು ಅಂಟಿಯೋಕಸ್, ಅವರಿಂದ ಬೆದರಿಕೆಯಾಗಿದ್ದ ಆಕ್ರಮಣದ ವಿರುದ್ಧ ಮುಂಜಾಗ್ರತೆ ವಹಿಸುವುದಾಗಿತ್ತು.</w:t>
      </w:r>
    </w:p>
    <w:p>
      <w:pPr>
        <w:pStyle w:val="ArticleScripture"/>
        <w:jc w:val="left"/>
      </w:pPr>
      <w:r>
        <w:rPr>
          <w:rFonts w:ascii="Nirmala UI" w:hAnsi="Nirmala UI" w:eastAsia="Nirmala UI" w:cs="Nirmala UI"/>
        </w:rPr>
        <w:t>“ಈ ಉದ್ದೇಶಕ್ಕಾಗಿ ಅವನು ಐಟೋಲಿಯಾದ ಪ್ರಸಿದ್ಧ ಸೇನಾನಿಯಾಗಿದ್ದ ಸ್ಕೋಪಾಸನನ್ನು, ಆಗ ಈಜಿಪ್ಟಿಯರ ಸೇವೆಯಲ್ಲಿ ಇದ್ದವನಾಗಿ, ಸೇನೆಗೆ ನೆರವುಸೈನ್ಯವನ್ನು ಒಗ್ಗೂಡಿಸಲು ಅವನ ಸ್ವದೇಶಕ್ಕೆ ಕಳುಹಿಸಿದನು. ಸೇನೆಯನ್ನು ಸಜ್ಜುಗೊಳಿಸಿಕೊಂಡ ನಂತರ, ಅವನು ಪ್ಯಾಲೆಸ್ಟೈನ್ ಮತ್ತು ಕೊಯ್ಲೆ-ಸಿರಿಯಾಕ್ಕೆ ದಂಡೆತ್ತಿ ಹೊರಟನು (ಅಂದು ಆಂಟಿಯೋಕಸ್ ಲೆಸರ್ ಏಷ್ಯಾದಲ್ಲಿ ಅಟ್ಟಲುಸ್ನೊಂದಿಗೆ ಯುದ್ಧದಲ್ಲಿ ತೊಡಗಿಕೊಂಡಿದ್ದನು), ಮತ್ತು ಸಮಸ್ತ ಯೂದಾಯವನ್ನು ಈಜಿಪ್ಟಿನ ಅಧಿಕಾರಕ್ಕೆ ಅಧೀನಪಡಿಸಿದನು.”</w:t>
      </w:r>
    </w:p>
    <w:p>
      <w:pPr>
        <w:pStyle w:val="ArticleScripture"/>
        <w:jc w:val="left"/>
      </w:pPr>
      <w:r>
        <w:rPr>
          <w:rFonts w:ascii="Nirmala UI" w:hAnsi="Nirmala UI" w:eastAsia="Nirmala UI" w:cs="Nirmala UI"/>
        </w:rPr>
        <w:t>“ಹೀಗೆ ನಮ್ಮ ಮುಂದಿರುವ ಈ ವಚನವು ನೆರವೇರಲು ಅನುಕೂಲವಾದ ಸ್ಥಿತಿಗೆ ವಿಷಯಗಳು ತರಲ್ಪಟ್ಟವು. ಯಾಕಂದರೆ, ರೋಮನ್ನರ ಆಜ್ಞೆಗೆ ವಿಧೇಯನಾಗಿ ಅಟ್ಟಾಲಸ್‌ನ ವಿರುದ್ಧದ ತನ್ನ ಯುದ್ಧವನ್ನು ನಿಲ್ಲಿಸಿದ ಅಂತಿಯೋಕನು, ಪ್ಯಾಲೆಸ್ಟೈನ್ ಮತ್ತು ಕೋಯ್ಲೆ-ಸಿರಿಯಾವನ್ನು ಐಗುಪ್ತಿಯರ ಕೈಯಿಂದ ಮರಳಿ ಪಡೆಯಲು ಶೀಘ್ರ ಕ್ರಮಗಳನ್ನು ಕೈಗೊಂಡನು. ಅವನನ್ನು ತಡೆಯಲು ಸ್ಕೋಪಾಸನ್ನು ಕಳುಹಿಸಲಾಯಿತು. ಯೊರ್ದಾನಿನ ಉಗಮಸ್ಥಾನಗಳ ಸಮೀಪದಲ್ಲಿ ಆ ಎರಡು ಸೇನೆಗಳು ಮುಖಾಮುಖಿಯಾದವು. [Panium] ಅಲ್ಲಿ ಸ್ಕೋಪಾಸನು ಸೋಲಿಸಲ್ಪಟ್ಟು, ಸೀದೋನಿನವರೆಗೆ ಹಿಂಬಾಲಿಸಲ್ಪಟ್ಟು, ಅಲ್ಲಿ ಕಠಿಣ ಮುತ್ತಿಗೆಯಲ್ಲಿ ಸಿಕ್ಕಿಬಿದ್ದನು. ಮುತ್ತಿಗೆಯನ್ನು ತೆರವುಗೊಳಿಸುವುದಕ್ಕಾಗಿ ಐಗುಪ್ತದ ಅತ್ಯಂತ ಸಮರ್ಥರಾದ ಮೂವರು ಸೈನ್ಯನಾಯಕರನ್ನು, ಅವರ ಶ್ರೇಷ್ಠ ಸೈನಿಕ ದಳಗಳೊಡನೆ, ಕಳುಹಿಸಲಾಯಿತು; ಆದರೆ ಯಶಸ್ಸಾಗಲಿಲ್ಲ. ಕೊನೆಗೆ, ಕ್ಷಾಮವೆಂಬ ಕ್ಷೀಣಕಾಯವಾಗಿದ್ದರೂ ಹಿಡಿಯಲಾಗದ ಭೂತಸ್ವರೂಪದ ಶತ್ರುವಿನಲ್ಲಿ, ತಾನು ಎದುರಿಸಲು ಅಸಮರ್ಥನಾಗಿದ್ದ ವೈರಿಯನ್ನು ಸ್ಕೋಪಾಸನು ಕಂಡು, ಜೀವವನ್ನು ಮಾತ್ರ ಉಳಿಸಿಕೊಳ್ಳುವ ಅವಮಾನಕರ ಷರತ್ತುಗಳ ಮೇರೆಗೆ ಶರಣಾಗತಿಯಾಗಬೇಕಾಯಿತು; ಇದಾದ ನಂತರ ಅವನೂ ಅವನ ಹತ್ತುಸಾವಿರ ಜನರೂ ದೋಚಲ್ಪಟ್ಟವರಾಗಿ, ನಗ್ನಾವಸ್ಥೆಯಲ್ಲಿ ಹೊರಟುಹೋಗಲು ಬಿಡಲ್ಪಟ್ಟರು. ಇಲ್ಲಿ ಉತ್ತರದ ರಾಜನು ಅತ್ಯಂತ ಬಲವಾದ ಕೋಟೆನಗರಗಳನ್ನು ವಶಪಡಿಸಿಕೊಂಡ ಸಂಗತಿ ಕಂಡುಬರುತ್ತದೆ; ಏಕೆಂದರೆ ಸೀದೋನು, ತನ್ನ ಸ್ಥಾನಮಾನದಲ್ಲಿಯೂ ತನ್ನ ರಕ್ಷಣಾ ವ್ಯವಸ್ಥೆಗಳಲ್ಲಿಯೂ, ಆ ಕಾಲಗಳಲ್ಲಿದ್ದ ಅತ್ಯಂತ ಬಲಿಷ್ಠ ನಗರಗಳಲ್ಲಿ ಒಂದಾಗಿತ್ತು. ಇಲ್ಲಿ ದಕ್ಷಿಣದ ಬಾಹುಗಳ ಎದುರಿಸಿ ನಿಲ್ಲುವಲ್ಲಿ ವಿಫಲತೆ ಕಂಡುಬಂದಿತು; ಹಾಗೆಯೇ ದಕ್ಷಿಣದ ರಾಜನು ಆರಿಸಿಕೊಂಡಿದ್ದ ಜನರ ವಿಫಲತೆಯೂ ಕಂಡುಬಂತು; ಅಂದರೆ, ಸ್ಕೋಪಾಸ ಮತ್ತು ಅವನ ಎಟೋಲಿಯನ್ ಪಡೆಗಳು.” Daniel and the Revelation, 257, 258.</w:t>
      </w:r>
    </w:p>
    <w:p>
      <w:pPr>
        <w:pStyle w:val="ArticleBody"/>
        <w:jc w:val="left"/>
      </w:pPr>
      <w:r>
        <w:rPr>
          <w:rFonts w:ascii="Nirmala UI" w:hAnsi="Nirmala UI" w:eastAsia="Nirmala UI" w:cs="Nirmala UI"/>
        </w:rPr>
        <w:t>ಕ್ರಿ.ಪೂ. 207ರಲ್ಲಿ ಅಂತ್ಯಗೊಳ್ಳುವ ಎರಡು ನೂರು ಐವತ್ತು ವರ್ಷಗಳು ಡೊನಾಲ್ಡ್ ಟ್ರಂಪ್ ಅವರನ್ನು ಗುರುತಿಸುತ್ತವೆ. ಪೂರ್ವ ಮತ್ತು ಪಶ್ಚಿಮಗಳ ಒಡಂಬಡಿಕೆಯ ವಿವಾಹದೊಂದಿಗೆ ಹಾಗೂ ಮಿಲಾನ್ ಘೋಷಣೆಯೊಂದಿಗೆ ಕ್ರಿ.ಶ. 313ರಲ್ಲಿ ಅಂತ್ಯಗೊಳ್ಳುವ ಎರಡು ನೂರು ಐವತ್ತು ವರ್ಷದ ಪ್ರವಾದನೆ, ಅಮೇರಿಕಾ ಸಂಯುಕ್ತ ಸಂಸ್ಥಾನದಲ್ಲಿ ಮೃಗದ ಪ್ರತಿಮೆಯ ರೂಪಗೊಳ್ಳುವಿಕೆಯನ್ನು ಗುರುತಿಸುತ್ತದೆ. ಕ್ರಿ.ಶ. 313ರಲ್ಲಿ ಆರಂಭವಾದ ಪೆರ್ಗಮೋಸದ ಸಭೆಯು, ಪಾಪಾಧಿಕಾರದ ಶಕ್ತಿಯು ಸಿಂಹಾಸನಾರೋಹಣ ಮಾಡುವುದಕ್ಕೆ ಮುನ್ನ, ಪೇಗನ್ ಧರ್ಮದೊಂದಿಗೆ ಮಾಡಿಕೊಂಡ ಸಂಧಾನದ ಮೂಲಕ ಕ್ರೈಸ್ತಧರ್ಮವು ಅಪಸರಣಗೊಂಡ ಇತಿಹಾಸವನ್ನು ಪ್ರತಿನಿಧಿಸುತ್ತದೆ. ಪೆರ್ಗಮೋಸ ಮತ್ತು ಕ್ರಿ.ಶ. 313ನೇ ವರ್ಷವು, ಅಮೇರಿಕಾ ಸಂಯುಕ್ತ ಸಂಸ್ಥಾನದಲ್ಲಿ ಮೃಗದ ಪ್ರತಿಮೆಯ ರೂಪಗೊಳ್ಳುವಿಕೆಯ ಮೂಲಕ ಪ್ರತಿನಿಧಿಸಲ್ಪಡುವ ಆ ಸಂಧಾನಕ್ಕೆ ಮಾದರಿಯಾಗಿವೆ. ಇದು ಕ್ರೈಸ್ತಧರ್ಮ ಮತ್ತು ಪಾಪೀಯ ರೋಮಿನ ನಡುವಿನ ಸಂಧಾನವನ್ನು ಪ್ರತಿನಿಧಿಸುತ್ತದೆ; ಯಾಕಂದರೆ ಕತೋಲಿಕ ಧರ್ಮವೆಂದರೆ ಕ್ರೈಸ್ತ ಸಂಸ್ಥೆಯ ವೇಷ ಧರಿಸಿದ ಪೇಗನ್ ಧರ್ಮವೇ ಹೊರತು ಇನ್ನೇನೂ ಅಲ್ಲ. ಕ್ರಿ.ಶ. 1776ರಲ್ಲಿ ಆರಂಭವಾಗಿ ಈ ವರ್ಷ ಅಂತ್ಯಗೊಳ್ಳುವ ಎರಡು ನೂರು ಐವತ್ತು ವರ್ಷದ ಪ್ರವಾದನೆಯೂ ಅಮೇರಿಕಾ ಸಂಯುಕ್ತ ಸಂಸ್ಥಾನವನ್ನೇ ಉದ್ದೇಶಿಸುತ್ತದೆ. ಹೀಗಾಗಿ, ಈ ಮೂರೂ ಎರಡು ನೂರು ಐವತ್ತು ವರ್ಷದ ಪ್ರವಾದನೆಗಳು ಪ್ರಕಟಣೆ ಹದಿಮೂರರ ಭೂಮಿಯ ಮೃಗದ ಯಾವುದೋ ಒಂದು ಪ್ರವಾದನಾತ್ಮಕ ಅಂಶವನ್ನು ಉದ್ದೇಶಿಸುತ್ತವೆ; ಮತ್ತು ಆ ಮೂರೂ ಹದಿನೇಳು ಎಂಬ ಸಂಖ್ಯೆಯಿಂದ ಪ್ರತಿನಿಧಿಸಲ್ಪಡುವ ಪ್ರವಾದನಾತ್ಮಕ ರೇಖೆಗಳೊಳಗೆ ಅಂತ್ಯಗೊಳ್ಳುತ್ತವೆ.</w:t>
      </w:r>
    </w:p>
    <w:p>
      <w:pPr>
        <w:pStyle w:val="ArticleBody"/>
        <w:jc w:val="left"/>
      </w:pPr>
      <w:r>
        <w:rPr>
          <w:rFonts w:ascii="Nirmala UI" w:hAnsi="Nirmala UI" w:eastAsia="Nirmala UI" w:cs="Nirmala UI"/>
        </w:rPr>
        <w:t>ಭಾನುವಾರದ ಕಾನೂನು ಎನ್ನುವುದು ಅಮೇರಿಕಾ ಸಂಯುಕ್ತ ಸಂಸ್ಥಾನವು ಅಜಗನಂತೆ ಮಾತಾಡುವ ಸಮಯವಾಗಿದ್ದು, ಒಂದು ರಾಷ್ಟ್ರದ ಮಾತಾಡುವಿಕೆ ಎಂದರೆ ಅದರ ಶಾಸನಾತ್ಮಕ ಮತ್ತು ನ್ಯಾಯಾಂಗ ಪ್ರಾಧಿಕಾರಗಳ ಕ್ರಿಯೆಯಾಗಿದೆ.</w:t>
      </w:r>
    </w:p>
    <w:p>
      <w:pPr>
        <w:pStyle w:val="ArticleScripture"/>
        <w:jc w:val="left"/>
      </w:pPr>
      <w:r>
        <w:rPr>
          <w:rFonts w:ascii="Nirmala UI" w:hAnsi="Nirmala UI" w:eastAsia="Nirmala UI" w:cs="Nirmala UI"/>
        </w:rPr>
        <w:t>“ಆ ಜನಾಂಗದ ‘ಮಾತನಾಡುವಿಕೆ’ ಎಂದರೆ ಅದರ ಶಾಸನಾತ್ಮಕ ಮತ್ತು ನ್ಯಾಯಾಂಗ ಪ್ರಾಧಿಕಾರಗಳ ಕ್ರಿಯೆಯಾಗಿದೆ.” The Great Controversy, 442.</w:t>
      </w:r>
    </w:p>
    <w:p>
      <w:pPr>
        <w:pStyle w:val="ArticleBody"/>
        <w:jc w:val="left"/>
      </w:pPr>
      <w:r>
        <w:rPr>
          <w:rFonts w:ascii="Nirmala UI" w:hAnsi="Nirmala UI" w:eastAsia="Nirmala UI" w:cs="Nirmala UI"/>
        </w:rPr>
        <w:t>ಟ್ರಂಪ್ ನ್ಯಾಯಾಂಗ ಅಥವಾ ಶಾಸನಾಂಗ ಅಧಿಕಾರಿಯಲ್ಲ; ಆದಕಾರಣ ಶೀಘ್ರದಲ್ಲೇ ಬರುವ ಭಾನುವಾರ ನಿಯಮವು ಕಾಂಗ್ರೆಸ್‌ನ ಮೂಲಕ ಜಾರಿಗೊಳ್ಳುತ್ತದೆ. ಆದಾಗ್ಯೂ, ಪಾಪಾಧಿಕಾರಕ್ಕೆ ಬೆಂಬಲವನ್ನು ಒದಗಿಸುವ ಯಾವುದೇ ಕ್ರಮವೂ ಭಾನುವಾರ ನಿಯಮದ ಪ್ರತಿರೂಪವಾಗಿರುತ್ತದೆ. ಕ್ರಿ.ಶ. 533ರ ಆದೇಶವೂ, ಕ್ರಿ.ಶ. 313ರ ಫರ್ಮಾನವೂ, ಮೃಗದ ಪ್ರತಿಮೆಯು ರೂಪುಗೊಳ್ಳುವ ಕಾಲದ ಆರಂಭವನ್ನು ಗುರುತಿಸುತ್ತವೆ. ಅದರ ಪರ್ಯವಸಾನವು ಶೀಘ್ರದಲ್ಲೇ ಬರುವ ಭಾನುವಾರ ನಿಯಮವೇ ಆಗಿದೆ; ಮತ್ತು ಯೇಸು ಯಾವಾಗಲೂ ಆರಂಭದ ಮೂಲಕ ಅಂತ್ಯವನ್ನು ಚಿತ್ರಿಸುವದರಿಂದ, ಬೈಬಲಿನ ಪ್ರವಾದನೆಯ ಕ್ರಿಸ್ತವಿರೋಧಿಗೆ ಯಾವುದೇ “ರಿಯಾಯಿತಿ”ಯನ್ನು ನೀಡುವಂತೆ ಮಾಡುವ ಕಾರ್ಯನಿರ್ವಾಹಕ ಆದೇಶದ ಮೂಲಕ ಟ್ರಂಪ್ ಕೈಗೊಳ್ಳುವ ಕ್ರಮವು, ಚಳವಳಿಯ ಆಲ್ಫಾವನ್ನು ಪ್ರತಿನಿಧಿಸುತ್ತದೆ; ಅದರ ಅಂತ್ಯವು ಓಮೇಗದಲ್ಲಷ್ಟೇ ಆಗುತ್ತದೆ, ಅಂದರೆ ಯುನೈಟೆಡ್ ಸ್ಟೇಟ್ಸ್ “ತನ್ನ ಸರ್ಕಾರದ ತತ್ವಗಳನ್ನು ಅಷ್ಟರ ಮಟ್ಟಿಗೆ ತ್ಯಜಿಸಿ ಭಾನುವಾರ ನಿಯಮವನ್ನು ಜಾರಿಗೊಳಿಸುವಾಗ.”</w:t>
      </w:r>
    </w:p>
    <w:p>
      <w:pPr>
        <w:pStyle w:val="ArticleScripture"/>
        <w:jc w:val="left"/>
      </w:pPr>
      <w:r>
        <w:rPr>
          <w:rFonts w:ascii="Nirmala UI" w:hAnsi="Nirmala UI" w:eastAsia="Nirmala UI" w:cs="Nirmala UI"/>
        </w:rPr>
        <w:t>“ಭಾನುವಾರ ಆಚರಣೆಯನ್ನು ಬಲಾತ್ಕಾರವಾಗಿ ಜಾರಿಗೊಳಿಸುವ ಈ ಚಳವಳಿಯಲ್ಲಿ ತೊಡಗಿರುವವರಲ್ಲಿಯೂ ಅನೇಕರಿದ್ದಾರೆ; ಈ ಕ್ರಮದ ಫಲವಾಗಿ ಏನು ಸಂಭವಿಸುವುದೋ ಅದರ ವಿಷಯದಲ್ಲಿ ಅವರು ಅಂಧರಾಗಿದ್ದಾರೆ. ಅವರು ಧಾರ್ಮಿಕ ಸ್ವಾತಂತ್ರ್ಯಕ್ಕೇ ನೇರವಾಗಿ ಹೊಡೆತ ನೀಡುತ್ತಿರುವುದನ್ನು ಕಾಣುವುದಿಲ್ಲ. ಬೈಬಲಿನ ಸಬ್ಬತ್‌ನ ಹಕ್ಕುಬಾಧ್ಯತೆಗಳನ್ನೂ, ಭಾನುವಾರದ ಸಂಸ್ಥೆ ನೆಲೆಗೊಂಡಿರುವ ಸುಳ್ಳು ಆಧಾರವನ್ನೂ ಎಂದಿಗೂ ಗ್ರಹಿಸದವರು ಅನೇಕರಿದ್ದಾರೆ. ಧಾರ್ಮಿಕ ಕಾನೂನು ರಚನೆಗೆ ಅನುಕೂಲವಾಗುವ ಯಾವುದೇ ಚಳವಳಿಯೂ ವಾಸ್ತವವಾಗಿ ಪಾಪಸತ್ತೆಗೆ ನೀಡುವ ಒಂದು ಮನ್ನಣೆಯ ಕಾರ್ಯವೇ ಆಗಿದೆ; ಏಕೆಂದರೆ ಅಸಂಖ್ಯಾತ ಯುಗಗಳಿಂದ ಅದು ಮನಸ್ಸಾಕ್ಷಿಯ ಸ್ವಾತಂತ್ರ್ಯದ ವಿರುದ್ಧ ನಿರಂತರವಾಗಿ ಯುದ್ಧ ಮಾಡುತ್ತ ಬಂದಿದೆ. ಭಾನುವಾರದ ಆಚರಣೆ ಎನ್ನಲ್ಪಡುವ ಕ್ರೈಸ್ತ ಸಂಸ್ಥೆಯ ಅಸ್ತಿತ್ವವು ‘ಅಧರ್ಮದ ರಹಸ್ಯ’ಕ್ಕೇ ಋಣಿಯಾಗಿದೆ; ಮತ್ತು ಅದನ್ನು ಬಲಾತ್ಕಾರವಾಗಿ ಜಾರಿಗೊಳಿಸುವುದು ರೋಮನ್ ಮತದ ಮೂಲಸ್ತಂಭವಾಗಿರುವ ತತ್ತ್ವಗಳಿಗೆ ನಿಜಾರ್ಥದಲ್ಲಿ ಒಪ್ಪಿಗೆಯ ಸೂಚಕವಾಗುವುದು. ನಮ್ಮ ದೇಶವು ತನ್ನ ಸರ್ಕಾರದ ತತ್ತ್ವಗಳನ್ನು ಇಷ್ಟು ಮಟ್ಟಿಗೆ ತಿರಸ್ಕರಿಸಿ ಭಾನುವಾರದ ಕಾನೂನನ್ನು ಜಾರಿಗೆ ತಂದಾಗ, ಈ ಕ್ರಿಯೆಯಲ್ಲಿ ಪ್ರೊಟೆಸ್ಟಾಂಟಿಸಂ ಪಾಪಸತ್ತೆಯೊಂದಿಗೆ ಕೈಜೋಡಿಸುವುದು; ಇದು ಬಹುಕಾಲದಿಂದಲೇ ಮತ್ತೆ ಚುರುಕಿನ ನಿರಂಕುಶ ಆಳ್ವಿಕೆಗೆ ಎಗರಿಬೀಳುವ ಅವಕಾಶವನ್ನು ಕಾತರದಿಂದ ಕಾಯುತ್ತಿದ್ದ ದೌರ್ಜನ್ಯಕ್ಕೆ ಜೀವ ತುಂಬುವುದಲ್ಲದೆ ಮತ್ತೇನೂ ಅಲ್ಲ.” Testimonies, volume 5, 711.</w:t>
      </w:r>
    </w:p>
    <w:p>
      <w:pPr>
        <w:pStyle w:val="ArticleBody"/>
        <w:jc w:val="left"/>
      </w:pPr>
      <w:r>
        <w:rPr>
          <w:rFonts w:ascii="Nirmala UI" w:hAnsi="Nirmala UI" w:eastAsia="Nirmala UI" w:cs="Nirmala UI"/>
        </w:rPr>
        <w:t>“ಧಾರ್ಮಿಕ ಶಾಸನಕ್ಕೆ ಅನುಕೂಲವಾಗುವ ಯಾವುದೇ ‘ಚಳುವಳಿಯು ನಿಜವಾಗಿ ಪಾಪಾಸನಕ್ಕೆ ಮಾಡಿದ ಸಡಿಲಿಕೆಯ ಕ್ರಿಯೆಯೇ ಆಗಿದೆ,’ ಮತ್ತು ಆ ಚಳುವಳಿಗಳು ಶೀಘ್ರದಲ್ಲೇ ಬರುವ ಭಾನುವಾರದ ಕಾನೂನಿಗೆ ಮುಂಚಿತವಾಗಿಯೇ ಸಂಭವಿಸುತ್ತವೆ.”</w:t>
      </w:r>
    </w:p>
    <w:p>
      <w:pPr>
        <w:pStyle w:val="ArticleScripture"/>
        <w:jc w:val="left"/>
      </w:pPr>
      <w:r>
        <w:rPr>
          <w:rFonts w:ascii="Nirmala UI" w:hAnsi="Nirmala UI" w:eastAsia="Nirmala UI" w:cs="Nirmala UI"/>
        </w:rPr>
        <w:t>“ಈ ದಿನದ ಆರಾಧನೆಯನ್ನು ಬಲಾತ್ಕಾರವಾಗಿ ಜಾರಿಗೊಳಿಸುವ ಆದೇಶವು ಸಮಸ್ತ ಲೋಕಕ್ಕೆ ಹೊರಡಬೇಕಾಗಿದೆ. ಸೀಮಿತ ಮಟ್ಟಿಗೆ ಅದು ಈಗಾಗಲೇ ಹೊರಡಲಾಗಿದೆ. ಅನೇಕ ಸ್ಥಳಗಳಲ್ಲಿ ನಾಗರಿಕ ಅಧಿಕಾರವು ಅಜಗನ ಸ್ವರದಿಂದ ಮಾತಾಡುತ್ತಿದೆ; ಹೇಗೆಂದರೆ ಅನ್ಯಜನ ರಾಜನು ಹೀಬ್ರಿಯ ಬಂಧಿಗಳಿಗೆ ಮಾತಾಡಿದಂತೆಯೇ.” Signs of the Times, May 6, 1897.</w:t>
      </w:r>
    </w:p>
    <w:p>
      <w:pPr>
        <w:pStyle w:val="ArticleBody"/>
        <w:jc w:val="left"/>
      </w:pPr>
      <w:r>
        <w:rPr>
          <w:rFonts w:ascii="Nirmala UI" w:hAnsi="Nirmala UI" w:eastAsia="Nirmala UI" w:cs="Nirmala UI"/>
        </w:rPr>
        <w:t>ಮುಂದಿನ ಲೇಖನದಲ್ಲಿ ನಾವು ಈ ವಿಷಯಗಳನ್ನು ಮುಂದುವರಿಸುತ್ತೇವೆ.</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ನಲವತ್ತನೇ ವಚನದ ಗುಪ್ತ ಇತಿಹಾಸ - ಸಂಖ್ಯೆ ಮೂವತ್ತೊಂದರದು</dc:title>
  <dc:subject>ಯೆಹೆಜ್ಕೇಲನು ಸಂಖ್ಯೆ ಹನ್ನೆರಡು</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