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ನಲವತ್ತನೆಯ ವಚನದ ಗುಪ್ತ ಇತಿಹಾಸ - ಸಂಖ್ಯೆ ಮೂವತ್ತೆರಡು</w:t>
      </w:r>
    </w:p>
    <w:p>
      <w:pPr>
        <w:pStyle w:val="ArticleSubtitle"/>
        <w:jc w:val="left"/>
      </w:pPr>
      <w:r>
        <w:rPr>
          <w:rFonts w:ascii="Nirmala UI" w:hAnsi="Nirmala UI" w:eastAsia="Nirmala UI" w:cs="Nirmala UI"/>
        </w:rPr>
        <w:t>ಯೆಹೆಜ್ಕೇಲ ಸಂಖ್ಯೆ ಹದಿಮೂರು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ಯೆಹೆಜ್ಕೇಲನ ಗ್ರಂಥದಲ್ಲಿರುವ ಎಚ್ಚರಿಕೆಯ ಸಂದೇಶವು ‘ಮುತ್ತಿಗೆಯ ಸಂಕೇತ’ವಾಗಿದೆ. ಮುತ್ತಿಗೆ ಆರಂಭವಾದಾಗ, ಯೆಹೆಜ್ಕೇಲನ ಪತ್ನಿ ಸತ್ತಳು; ಮತ್ತು ಅವಳ ಮರಣಕ್ಕಾಗಿ ಶೋಕಿಸಬಾರದೆಂದು ಯೆಹೆಜ್ಕೇಲನಿಗೆ ಆಜ್ಞಾಪಿಸಲಾಯಿತು. ಅವಳ ಮರಣವೂ, ಅವಳ ಮರಣದ ಕುರಿತು ಅವನು ಶೋಕಿಸದಿರುವುದೂ, ಮುತ್ತಿಗೆಯನ್ನೂ ಯೆರೂಸಲೇಮಿನ ಸಮೀಪಿಸುತ್ತಿದ್ದ ನಾಶವನ್ನೂ ಸಂಕೇತಿಸಿದವು. ಅವನ ಕ್ರಿಯೆಗಳೂ ಅವಳ ಮರಣವೂ ಒಂದು ಎಚ್ಚರಿಕೆಯ ಸಂಕೇತವನ್ನು ಪ್ರತಿನಿಧಿಸುತ್ತವೆ; ಅದು ಯೇಸು “ಹಾಳುಮಾಡುವ ಅಸಹ್ಯವಸ್ತು” ಎಂದು ಪ್ರತಿಪಾದಿಸಿದ ಭವಿಷ್ಯದ ಎಚ್ಚರಿಕೆಯ ಸಂಕೇತಕ್ಕೆ ಮಾದರಿಯಾಗಿದೆ.</w:t>
      </w:r>
    </w:p>
    <w:p>
      <w:pPr>
        <w:pStyle w:val="ArticleScripture"/>
        <w:jc w:val="left"/>
      </w:pPr>
      <w:r>
        <w:rPr>
          <w:rFonts w:ascii="Nirmala UI" w:hAnsi="Nirmala UI" w:eastAsia="Nirmala UI" w:cs="Nirmala UI"/>
        </w:rPr>
        <w:t>ಆದ್ದರಿಂದ ದಾನಿಯೇಲ ಪ್ರವಾದಿಯ ಮೂಲಕ ಹೇಳಲ್ಪಟ್ಟಿರುವ ನಿರ್ಜನತೆಯ ಅಸಹ್ಯವಸ್ತು ಪವಿತ್ರಸ್ಥಳದಲ್ಲಿ ನಿಂತಿರುವುದನ್ನು ನೀವು ನೋಡುವಾಗ, (ಓದುಗನು ಗ್ರಹಿಸಲಿ). ಮತ್ತಾಯ 24:15.</w:t>
      </w:r>
    </w:p>
    <w:p>
      <w:pPr>
        <w:pStyle w:val="ArticleBody"/>
        <w:jc w:val="left"/>
      </w:pPr>
      <w:r>
        <w:rPr>
          <w:rFonts w:ascii="Nirmala UI" w:hAnsi="Nirmala UI" w:eastAsia="Nirmala UI" w:cs="Nirmala UI"/>
        </w:rPr>
        <w:t>ರೋಮದ ಧ್ವಜಚಿಹ್ನೆಗಳು ದೇವಾಲಯದ ಪ್ರಾಕಾರಗಳೊಳಗೆ ಸ್ಥಾಪಿಸಲ್ಪಟ್ಟಾಗ, ಯೆರೂಸಲೇಮಿನ ಕ್ರೈಸ್ತರು ನಗರವನ್ನು ಬಿಟ್ಟು ಓಡಿಹೋಗಬೇಕಾಗಿತ್ತು. ಯೆರೂಸಲೇಮಿನ ವಿನಾಶದ ಸೂಚನೆಯ ಎರಡು ಸಾಕ್ಷಿಗಳು, ಮುತ್ತಿಗೆಯ ಮುಂಚೆಯೇ ಆ ‘ಸೂಚನೆಯನ್ನು’ ಗುರುತಿಸುವುದರ ಗಂಭೀರತೆಯನ್ನು ಒತ್ತಿಹೇಳುತ್ತವೆ; ಮತ್ತು ಪ್ರೇರಿತ ವಚನವು ಮುಂದುವರಿದು, ಆ ಎರಡು ಸಾಕ್ಷಿಗಳು ತಮ್ಮ “ಹೆಚ್ಚು ನೇರವಾದ ಅನ್ವಯವನ್ನು” ಅಂತ್ಯಕಾಲದ ದಿನಗಳಲ್ಲಿ ಕಂಡುಕೊಳ್ಳುತ್ತವೆ ಎಂದು ಇನ್ನಷ್ಟು ಸ್ಪಷ್ಟಪಡಿಸುತ್ತದೆ. ಯೆಹೆಜ್ಕೇಲ ಮತ್ತು ಯೋಹಾನನು ದೇವಾಲಯದ ದರ್ಶನದಲ್ಲಿ ಇರುವ ಸಂಗತಿಯೊಡನೆ ಸಂಬಂಧಿಸಿ, ಯೆರೂಸಲೇಮಿನ ವಿನಾಶದ ಕುರಿತು ಕ್ರಿಸ್ತನು ನೀಡಿದ ಎಚ್ಚರಿಕೆಯನ್ನು ಉಲ್ಲೇಖಿಸುತ್ತಾ, ಸಿಸ್ಟರ್ ವೈಟ್ ಹೀಗೆ ಬರೆಯುತ್ತಾರೆ:</w:t>
      </w:r>
    </w:p>
    <w:p>
      <w:pPr>
        <w:pStyle w:val="ArticleScripture"/>
        <w:jc w:val="left"/>
      </w:pPr>
      <w:r>
        <w:rPr>
          <w:rFonts w:ascii="Nirmala UI" w:hAnsi="Nirmala UI" w:eastAsia="Nirmala UI" w:cs="Nirmala UI"/>
        </w:rPr>
        <w:t>“ಈ ಪ್ರವಾದನೆಗಳು ಯೆರೂಸಲೇಮಿನ ನಾಶದಲ್ಲಿ ಭಾಗಶಃ ನೆರವೇರಿದರೂ, ಅವುಗಳಿಗೆ ಅಂತ್ಯಕಾಲದ ವಿಷಯದಲ್ಲಿ ಇನ್ನೂ ಹೆಚ್ಚು ನೇರವಾದ ಅನ್ವಯವಿದೆ.</w:t>
      </w:r>
    </w:p>
    <w:p>
      <w:pPr>
        <w:pStyle w:val="ArticleScripture"/>
        <w:jc w:val="left"/>
      </w:pPr>
      <w:r>
        <w:rPr>
          <w:rFonts w:ascii="Nirmala UI" w:hAnsi="Nirmala UI" w:eastAsia="Nirmala UI" w:cs="Nirmala UI"/>
        </w:rPr>
        <w:t>“ನಾವು ಮಹತ್ತರವಾದ ಮತ್ತು ಗಂಭೀರವಾದ ಘಟನೆಗಳ ಅಂಚಿನ ಮೇಲೆ ನಿಂತಿದ್ದೇವೆ. ಪ್ರವಾದನೆ ವೇಗವಾಗಿ ನೆರವೇರಿಸುತ್ತಿದೆ. ಕರ್ತನು ಬಾಗಿಲಲ್ಲಿದ್ದಾನೆ. ಬೇಗನೇ ಜೀವಂತರಾದ ಎಲ್ಲರಿಗೂ ಅಪಾರ ಆಸಕ್ತಿಯ ವಿಷಯವಾಗುವ ಒಂದು ಕಾಲಘಟ್ಟವು ನಮ್ಮ ಮುಂದೆ ತೆರೆದುಕೊಳ್ಳಲಿದೆ. ಭೂತಕಾಲದ ವಿವಾದಗಳು ಮತ್ತೆ ಜೀವಂತಗೊಳ್ಳುವವು; ಹೊಸ ವಿವಾದಗಳು ಉದ್ಭವಿಸುವವು. ನಮ್ಮ ಲೋಕದಲ್ಲಿ ನಡೆಯಲಿರುವ ದೃಶ್ಯಗಳು ಇನ್ನೂ ಕನಸಿನಲ್ಲಿಯೂ ಊಹಿಸಲ್ಪಟ್ಟಿಲ್ಲ.” Testimonies, volume 5, 753.</w:t>
      </w:r>
    </w:p>
    <w:p>
      <w:pPr>
        <w:pStyle w:val="ArticleBody"/>
        <w:jc w:val="left"/>
      </w:pPr>
      <w:r>
        <w:rPr>
          <w:rFonts w:ascii="Nirmala UI" w:hAnsi="Nirmala UI" w:eastAsia="Nirmala UI" w:cs="Nirmala UI"/>
        </w:rPr>
        <w:t>ನಾಲ್ಕನೇ ಅಧ್ಯಾಯದಲ್ಲಿ, ‘ಆಕ್ರಮಣದ ಸಂಕೇತ’ವನ್ನು ಒತ್ತಿಹೇಳುತ್ತಿದ್ದ ಒಂದು ರೂಪಕವನ್ನು ಕ್ರಿಯಾರೂಪದಲ್ಲಿ ಪ್ರದರ್ಶಿಸಲು ಏಜೆಕಿಯೇಲನಿಗೆ ನಿರ್ದೇಶನ ಕೊಡಲಾಯಿತು. ತನ್ನ ಸಹೋದರರು ಕಾಣಲು ನಿರಾಕರಿಸಿದ ಐದು ಬಾರಿ ಏಜೆಕಿಯೇಲು ತನ್ನ ಪುಸ್ತಕದಲ್ಲಿ ಒಂದು ರೂಪಕವನ್ನು ಕ್ರಿಯಾರೂಪದಲ್ಲಿ ಪ್ರದರ್ಶಿಸಿದನು. ಏಜೆಕಿಯೇಲು ತನ್ನ ಸಹೋದರರಿಗೆ ಐದು ಬಾರಿ ಮಾತಾಡಿದನು, ಆದರೆ ಅವರು ಕೇಳಲು ನಿರಾಕರಿಸಿದರು. ಅವನು ಕ್ರಿಯಾರೂಪದಲ್ಲಿ ಪ್ರದರ್ಶಿಸಿದ ರೂಪಕಗಳೂ ಸಂದೇಶಗಳೂ, ಅವನ ರೂಪಕಗಳಿಗೂ ವಚನಗಳಿಗೂ ಸಂಬಂಧಿಸಿದ ‘ಜ್ಞಾನ’ದ ಹೆಚ್ಚುವರಿಯನ್ನು ಸ್ವೀಕರಿಸಲು ನಿರಾಕರಿಸುವ ಮೂರ್ಖ ಕನ್ಯೆಯರ ಐದುಮಟ್ಟಿನ ವರ್ಗವನ್ನು ಚಿತ್ರಿಸುತ್ತವೆ. ಆ ವಚನಗಳೂ ರೂಪಕಗಳೂ ಯೆರೂಸಲೇಮಿನ ನಾಶದೊಂದಿಗೆ ನೇರವಾಗಿ ಸಂಬಂಧಿತವಾಗಿದ್ದವು; ಅದಕ್ಕೆ “ಕಡೇ ದಿನಗಳಿಗೆ ಇನ್ನಷ್ಟು ನೇರವಾದ ಅನ್ವಯವಿದೆ.”</w:t>
      </w:r>
    </w:p>
    <w:p>
      <w:pPr>
        <w:pStyle w:val="ArticleScripture"/>
        <w:jc w:val="left"/>
      </w:pPr>
      <w:r>
        <w:rPr>
          <w:rFonts w:ascii="Nirmala UI" w:hAnsi="Nirmala UI" w:eastAsia="Nirmala UI" w:cs="Nirmala UI"/>
        </w:rPr>
        <w:t>ನೀನು ಸಹ, ಮನುಷ್ಯಕುಮಾರನೇ, ಒಂದು ಗಡಿಗಲ್ಲನ್ನು ತೆಗೆದುಕೊಂಡು ಅದನ್ನು ನಿನ್ನ ಮುಂದಿಡು, ಅದರ ಮೇಲೆ ಆ ನಗರವನ್ನು, ಅಂದರೆ ಯೆರೂಸಲೇಮನ್ನು, ಚಿತ್ರಿಸು. ಅದರ ವಿರುದ್ಧ ಮುತ್ತಿಗೆ ಹಾಕು, ಅದರ ವಿರುದ್ಧ ಕೋಟೆಕಟ್ಟನ್ನು ನಿರ್ಮಿಸು, ಅದರ ವಿರುದ್ಧ ಮಣ್ಣಿನ ಗುಡ್ಡವನ್ನು ಎಬ್ಬಿಸು; ಅದರ ವಿರುದ್ಧ ಪಾಳೆಯವನ್ನೂ ಹಾಕು, ಅದರ ಸುತ್ತಲೂ ಗೋಡೆ ಒಡೆಯುವ ಅಟ್ಟಿಗಳನ್ನು ನಿಲ್ಲಿಸು. ಇನ್ನೂ ನೀನು ನಿನಗಾಗಿ ಒಂದು ಕಬ್ಬಿಣದ ತವೆಯನ್ನು ತೆಗೆದುಕೊಂಡು, ಅದನ್ನು ನಿನ್ನ ಮತ್ತು ಆ ನಗರದ ಮಧ್ಯದಲ್ಲಿ ಕಬ್ಬಿಣದ ಗೋಡೆಯಾಗಿ ನಿಲ್ಲಿಸು; ಮತ್ತು ನಿನ್ನ ಮುಖವನ್ನು ಅದರ ಕಡೆಗೆ ತಿರುಗಿಸು; ಆಗ ಅದು ಮುತ್ತಿಗೆಗೊಳಗಾಗುವುದು, ಮತ್ತು ನೀನು ಅದರ ವಿರುದ್ಧ ಮುತ್ತಿಗೆ ಹಾಕುವೆ. ಇದು ಇಸ್ರಾಯೇಲಿನ ಮನೆತನಕ್ಕೆ ಒಂದು ಸಂಕೇತವಾಗುವುದು.</w:t>
      </w:r>
    </w:p>
    <w:p>
      <w:pPr>
        <w:pStyle w:val="ArticleScripture"/>
        <w:jc w:val="left"/>
      </w:pPr>
      <w:r>
        <w:rPr>
          <w:rFonts w:ascii="Nirmala UI" w:hAnsi="Nirmala UI" w:eastAsia="Nirmala UI" w:cs="Nirmala UI"/>
        </w:rPr>
        <w:t>ನೀನು ಸಹ ನಿನ್ನ ಎಡಬದಿಯ ಮೇಲೆ ಮಲಗಿ, ಅದರ ಮೇಲೆ ಇಸ್ರಾಯೇಲಿನ ಮನೆಯ ಅಕ್ರಮವನ್ನು ಹೊರು; ನೀನು ಅದರ ಮೇಲೆ ಮಲಗಿರುವ ದಿನಗಳ ಸಂಖ್ಯೆಗೆ ಅನುಸಾರವಾಗಿ ಅವರ ಅಕ್ರಮವನ್ನು ಹೊರುವೆ. ಯಾಕಂದರೆ ಅವರ ಅಕ್ರಮದ ವರ್ಷಗಳನ್ನು ನಾನು ದಿನಗಳ ಸಂಖ್ಯೆಗೆ ತಕ್ಕಂತೆ ನಿನಗೆ ನೇಮಿಸಿದ್ದೇನೆ; ಮೂರು ನೂರು ತೊಂಬತ್ತು ದಿನಗಳು: ಹೀಗೆ ನೀನು ಇಸ್ರಾಯೇಲಿನ ಮನೆಯ ಅಕ್ರಮವನ್ನು ಹೊರುವೆ. ಅವುಗಳನ್ನು ಪೂರ್ಣಗೊಳಿಸಿದ ನಂತರ, ಮತ್ತೆ ನಿನ್ನ ಬಲಬದಿಯ ಮೇಲೆ ಮಲಗಿ, ಯೆಹೂದದ ಮನೆಯ ಅಕ್ರಮವನ್ನು ನಲವತ್ತು ದಿನಗಳು ಹೊರುವೆ; ಪ್ರತಿ ದಿನವನ್ನು ಒಂದು ವರ್ಷದಂತೆ ನಾನು ನಿನಗೆ ನೇಮಿಸಿದ್ದೇನೆ. ಆದದರಿಂದ ನೀನು ಯೆರೂಸಲೇಮಿನ ಮುತ್ತಿಗೆಯ ಕಡೆಗೆ ನಿನ್ನ ಮುಖವನ್ನು ಸ್ಥಿರಪಡಿಸಿ, ನಿನ್ನ ಭುಜವನ್ನು ಬಿಚ್ಚಿಟ್ಟು, ಅದರ ವಿರುದ್ಧವಾಗಿ ಪ್ರವಾದಿಸು. ಇದಲ್ಲದೆ, ಇಗೋ, ನಾನು ನಿನ್ನ ಮೇಲೆ ಬಂಧನಗಳನ್ನು ಹಾಕುವೆ; ಆದದರಿಂದ ನೀನು ನಿನ್ನ ಮುತ್ತಿಗೆಯ ದಿನಗಳನ್ನು ಪೂರ್ಣಗೊಳಿಸುವ ತನಕ ಒಂದು ಬದಿಯಿಂದ ಮತ್ತೊಂದು ಬದಿಗೆ ತಿರುಗಿಕೊಳ್ಳಲಾರೆ. ಯೆಹೆಜ್ಕೇಲ 4:1–8.</w:t>
      </w:r>
    </w:p>
    <w:p>
      <w:pPr>
        <w:pStyle w:val="ArticleHeading"/>
        <w:jc w:val="left"/>
      </w:pPr>
      <w:r>
        <w:rPr>
          <w:rFonts w:ascii="Nirmala UI" w:hAnsi="Nirmala UI" w:eastAsia="Nirmala UI" w:cs="Nirmala UI"/>
        </w:rPr>
        <w:t>ಚಿಹ್ನೆ</w:t>
      </w:r>
    </w:p>
    <w:p>
      <w:pPr>
        <w:pStyle w:val="ArticleBody"/>
        <w:jc w:val="left"/>
      </w:pPr>
      <w:r>
        <w:rPr>
          <w:rFonts w:ascii="Nirmala UI" w:hAnsi="Nirmala UI" w:eastAsia="Nirmala UI" w:cs="Nirmala UI"/>
        </w:rPr>
        <w:t>“ಚಿಹ್ನೆ” ಎಂಬ ಪದವು ಯೆಹೆಜ್ಕೇಲನ ಪುಸ್ತಕದಲ್ಲಿ ಒಂಬತ್ತು ಬಾರಿ ಕಾಣುತ್ತದೆ. ನಾಲ್ಕನೇ ಅಧ್ಯಾಯದಲ್ಲಿ, ಯೆರೂಸಲೇಮಿನ ಮುತ್ತಿಗೆಯು ಇಸ್ರಾಯೇಲಿನ ಮನೆಯವರಿಗೆ “ಚಿಹ್ನೆ” ಆಗಿದೆ. ಹನ್ನೆರಡನೇ ಅಧ್ಯಾಯದಲ್ಲಿ, ಯೆಹೆಜ್ಕೇಲನುವೇ ಮತ್ತೆ ಯೆರೂಸಲೇಮಿನ ಮುತ್ತಿಗೆ ಮತ್ತು ನಾಶವನ್ನು ಸೂಚಿಸುವ “ಚಿಹ್ನೆ” ಆಗಿದ್ದಾನೆ.</w:t>
      </w:r>
    </w:p>
    <w:p>
      <w:pPr>
        <w:pStyle w:val="ArticleScripture"/>
        <w:jc w:val="left"/>
      </w:pPr>
      <w:r>
        <w:rPr>
          <w:rFonts w:ascii="Nirmala UI" w:hAnsi="Nirmala UI" w:eastAsia="Nirmala UI" w:cs="Nirmala UI"/>
        </w:rPr>
        <w:t>ಮನುಷ್ಯಕುಮಾರನೇ, ನೀನು ದ್ರೋಹಮಯವಾದ ಮನೆಯ ಮಧ್ಯದಲ್ಲಿ ವಾಸಿಸುತ್ತಿರುವೆ; ಅವರಿಗೆ ನೋಡುವ ಕಣ್ಣುಗಳಿವೆ, ಆದರೂ ನೋಡುವುದಿಲ್ಲ; ಅವರಿಗೆ ಕೇಳುವ ಕಿವಿಗಳಿವೆ, ಆದರೂ ಕೇಳುವುದಿಲ್ಲ; ಯಾಕಂದರೆ ಅವರು ದ್ರೋಹಮಯವಾದ ಮನೆ. ಆದದರಿಂದ, ಮನುಷ್ಯಕುಮಾರನೇ, ಸ್ಥಳಾಂತರಕ್ಕೆ ಬೇಕಾದ ಸಾಮಾನುಗಳನ್ನು ಸಿದ್ಧಪಡಿಸಿಕೋ, ಮತ್ತು ಹಗಲಿನಲ್ಲಿ ಅವರ ಕಣ್ಣೆದುರಿನಲ್ಲಿ ಸ್ಥಳಾಂತರಿಸು; ಅವರ ಕಣ್ಣೆದುರಿನಲ್ಲಿ ನೀನು ನಿನ್ನ ಸ್ಥಳದಿಂದ ಇನ್ನೊಂದು ಸ್ಥಳಕ್ಕೆ ಹೋಗಬೇಕು; ಅವರು ದ್ರೋಹಮಯವಾದ ಮನೆಯಾಗಿದ್ದರೂ, ಬಹುಶಃ ಅವರು ಪರಿಗಣಿಸುವರೇನೋ. ನಂತರ, ಸ್ಥಳಾಂತರಕ್ಕೆ ಬೇಕಾದ ಸಾಮಾನುಗಳಂತೆ, ನೀನು ಹಗಲಿನಲ್ಲಿ ಅವರ ಕಣ್ಣೆದುರಿನಲ್ಲಿ ನಿನ್ನ ಸಾಮಾನುಗಳನ್ನು ಹೊರಗೆ ತರು; ಮತ್ತು ಸಾಯಂಕಾಲದಲ್ಲಿ ಬಂಧನಕ್ಕೆ ಹೋಗುವವರು ಹೊರಡುವಂತೆ, ನೀನು ಅವರ ಕಣ್ಣೆದುರಿನಲ್ಲಿ ಹೊರಡಬೇಕು. ಅವರ ಕಣ್ಣೆದುರಿನಲ್ಲಿ ಗೋಡೆಯನ್ನು ತೋಡಿ, ಅದರಿಂದ ಹೊರಗೆ ತೆಗೆದುಕೊಂಡು ಹೋಗು. ಅವರ ಕಣ್ಣೆದುರಿನಲ್ಲಿ ಅದನ್ನು ನಿನ್ನ ಭುಜದ ಮೇಲೆ ಹೊತ್ತುಕೊಂಡು, ಸಂಧ್ಯಾಕಾಲದಲ್ಲಿ ಹೊರಗೆ ಕೊಂಡೊಯ್ಯು; ನೀನು ನೆಲವನ್ನು ಕಾಣದಂತೆ ನಿನ್ನ ಮುಖವನ್ನು ಮುಚ್ಚಿಕೋ; ಏಕೆಂದರೆ ನಾನು ನಿನ್ನನ್ನು ಇಸ್ರಾಯೇಲಿನ ಮನೆಯವರಿಗೆ ಸಂಕೇತವಾಗಿ ನೇಮಿಸಿದ್ದೇನೆ. ಯೆಹೆಜ್ಕೇಲ 12:2–6.</w:t>
      </w:r>
    </w:p>
    <w:p>
      <w:pPr>
        <w:pStyle w:val="ArticleBody"/>
        <w:jc w:val="left"/>
      </w:pPr>
      <w:r>
        <w:rPr>
          <w:rFonts w:ascii="Nirmala UI" w:hAnsi="Nirmala UI" w:eastAsia="Nirmala UI" w:cs="Nirmala UI"/>
        </w:rPr>
        <w:t>ಬಂಡಾಯಗಾರರ ಮನೆಯಲ್ಲಿ ಇರುವವರು ಅಭಿನಯದ ಮೂಲಕ ತೋರಿಸಲ್ಪಟ್ಟ ಆ ಉಪಮೆಯನ್ನು ಕಂಡಾಗ, ಅದರ ಅರ್ಥವೇನು ಎಂಬುದನ್ನು ಅವರು ತಿಳಿಯಲಿಲ್ಲ; ಆದದರಿಂದ ಅದನ್ನು ವಿವರಿಸಬೇಕೆಂದು ಅವರು ಏಜೆಕಿಯೇಲನನ್ನು ಕೇಳಿದರು.</w:t>
      </w:r>
    </w:p>
    <w:p>
      <w:pPr>
        <w:pStyle w:val="ArticleScripture"/>
        <w:jc w:val="left"/>
      </w:pPr>
      <w:r>
        <w:rPr>
          <w:rFonts w:ascii="Nirmala UI" w:hAnsi="Nirmala UI" w:eastAsia="Nirmala UI" w:cs="Nirmala UI"/>
        </w:rPr>
        <w:t>ಮನುಷ್ಯಕುಮಾರನೇ, ದ್ರೋಹಿಯಾದ ಇಸ್ರಾಯೇಲಿನ ಮನೆತನವು ನಿನಗೆ, “ನೀನು ಏನು ಮಾಡುತ್ತಿರುವೆ?” ಎಂದು ಕೇಳಲಿಲ್ಲವೋ? ಅವರಿಗೆ ಹೇಳು, “ಕರ್ತನಾದ ಯೆಹೋವನು ಹೀಗೆ ಹೇಳುತ್ತಾನೆ: ಈ ಭಾರವು ಯೆರೂಸಲೇಮಿನ ಅಧಿಪತಿಗೂ ಅವರ ಮಧ್ಯದಲ್ಲಿರುವ ಇಸ್ರಾಯೇಲಿನ ಸಮಸ್ತ ಮನೆತನಕ್ಕೂ ಸಂಬಂಧಪಟ್ಟದ್ದು.” ಹೇಳು, “ನಾನೇ ನಿಮಗೆ ಸಂಕೇತನು; ನಾನು ಮಾಡಿದಂತೆಯೇ ಅವರಿಗೆ ಆಗುವುದು; ಅವರು ಹೊರಡಿಸಲ್ಪಟ್ಟು ಸೆರೆಯೊಳಗೆ ಹೋಗುವರು.” ಯೆಹೆಜ್ಕೇಲನು 12:9–11.</w:t>
      </w:r>
    </w:p>
    <w:p>
      <w:pPr>
        <w:pStyle w:val="ArticleBody"/>
        <w:jc w:val="left"/>
      </w:pPr>
      <w:r>
        <w:rPr>
          <w:rFonts w:ascii="Nirmala UI" w:hAnsi="Nirmala UI" w:eastAsia="Nirmala UI" w:cs="Nirmala UI"/>
        </w:rPr>
        <w:t>ಯೆರೂಸಲೇಮಿನ ಮುತ್ತಿಗೆ ಕೊನೆಯ ದಿನಗಳಲ್ಲಿ ದೇವರ ಜನರಿಗೆ ಒಂದು ಸಂಕೇತವಾಗಿದೆ.</w:t>
      </w:r>
    </w:p>
    <w:p>
      <w:pPr>
        <w:pStyle w:val="ArticleScripture"/>
        <w:jc w:val="left"/>
      </w:pPr>
      <w:r>
        <w:rPr>
          <w:rFonts w:ascii="Nirmala UI" w:hAnsi="Nirmala UI" w:eastAsia="Nirmala UI" w:cs="Nirmala UI"/>
        </w:rPr>
        <w:t>“ಪ್ರಾಚೀನ ಪ್ರವಾದಿಗಳಲ್ಲಿ ಪ್ರತಿಯೊಬ್ಬರೂ ತಮ್ಮ ಸ್ವಕಾಲಕ್ಕಿಂತ ನಮ್ಮ ಕಾಲಕ್ಕಾಗಿಯೇ ಹೆಚ್ಚು ಮಾತನಾಡಿದರು; ಆದದರಿಂದ ಅವರ ಪ್ರವಾದನೆ ನಮಗೆ ಪರಿಣಾಮಕಾರಿಯಾಗಿದೆ. ‘ಇವುಗಳೆಲ್ಲವೂ ಅವರಿಗೆ ಮಾದರಿಗಳಾಗಿ ಸಂಭವಿಸಿತು; ಮತ್ತು ಯುಗಗಳ ಅಂತ್ಯವು ಬಂದಿರುವ ನಮ್ಮ ಎಚ್ಚರಿಕೆಗೆ ಅವು ಬರೆಯಲ್ಪಟ್ಟಿವೆ.’ 1 ಕೊರಿಂಥದವರಿಗೆ 10:11. ‘ಅವರು ತಮ್ಮಗಾಗಿ ಅಲ್ಲ, ನಮ್ಮಗಾಗಿ ಆ ಸಂಗತಿಗಳಲ್ಲಿ ಸೇವೆ ಮಾಡುತ್ತಿದ್ದರು; ಆ ಸಂಗತಿಗಳೇ ಈಗ ಸ್ವರ್ಗದಿಂದ ಕಳುಹಿಸಲ್ಪಟ್ಟ ಪವಿತ್ರಾತ್ಮನ ಮೂಲಕ ನಿಮಗೆ ಸುವಾರ್ತೆಯನ್ನು ಸಾರಿದವರಿಂದ ನಿಮಗೆ ಪ್ರಕಟಿಸಲ್ಪಟ್ಟಿವೆ; ಯಾವ ಸಂಗತಿಗಳೊಳಗೆ ದೇವದೂತರೂ ತೂರಿ ನೋಡಬೇಕೆಂದು ಅಪೇಕ್ಷಿಸುತ್ತಾರೆ.’ 1 ಪೇತ್ರ 1:12....”</w:t>
      </w:r>
    </w:p>
    <w:p>
      <w:pPr>
        <w:pStyle w:val="ArticleScripture"/>
        <w:jc w:val="left"/>
      </w:pPr>
      <w:r>
        <w:rPr>
          <w:rFonts w:ascii="Nirmala UI" w:hAnsi="Nirmala UI" w:eastAsia="Nirmala UI" w:cs="Nirmala UI"/>
        </w:rPr>
        <w:t>“ಈ ಕೊನೆಯ ಪೀಳಿಗೆಯಿಗಾಗಿ ಬೈಬಲ್ ತನ್ನ ಖಜಾನೆಗಳನ್ನು ಸಂಗ್ರಹಿಸಿ ಒಟ್ಟುಗೂಡಿಸಿ ಬಿಗಿಯಾಗಿ ಬಂಧಿಸಿದೆ. ಹಳೆಯ ಒಡಂಬಡಿಕೆಯ ಇತಿಹಾಸದಲ್ಲಿರುವ ಎಲ್ಲಾ ಮಹಾ ಘಟನೆಗಳೂ ಗಂಭೀರ ಕಾರ್ಯವ್ಯವಹಾರಗಳೂ ಈ ಕೊನೆಯ ದಿನಗಳಲ್ಲಿ ಸಭೆಯಲ್ಲಿ ಪುನರಾವರ್ತಿತವಾಗಿವೆ, ಮತ್ತು ಪುನರಾವರ್ತಿತವಾಗುತ್ತಿವೆ.” Selected Messages, book 3, 338, 339.</w:t>
      </w:r>
    </w:p>
    <w:p>
      <w:pPr>
        <w:pStyle w:val="ArticleHeading"/>
        <w:jc w:val="left"/>
      </w:pPr>
      <w:r>
        <w:rPr>
          <w:rFonts w:ascii="Nirmala UI" w:hAnsi="Nirmala UI" w:eastAsia="Nirmala UI" w:cs="Nirmala UI"/>
        </w:rPr>
        <w:t>ಇದೇ ದಿನ</w:t>
      </w:r>
    </w:p>
    <w:p>
      <w:pPr>
        <w:pStyle w:val="ArticleBody"/>
        <w:jc w:val="left"/>
      </w:pPr>
      <w:r>
        <w:rPr>
          <w:rFonts w:ascii="Nirmala UI" w:hAnsi="Nirmala UI" w:eastAsia="Nirmala UI" w:cs="Nirmala UI"/>
        </w:rPr>
        <w:t>‘ಯೆರೂಸಲೇಮಿನ ಮುತ್ತಿಗೆ ಮತ್ತು ನಾಶ’ ಎಂಬ ಕ್ರಿಯಾತ್ಮಕ ದೃಷ್ಟಾಂತದಲ್ಲಿ ಯೆಹೆಜ್ಕೇಲನು ಅಂತ್ಯಕಾಲದ ದೇವಜನರಿಗೆ ಒಂದು ಸಂಕೇತವಾಗಿದ್ದಾನೆ.</w:t>
      </w:r>
    </w:p>
    <w:p>
      <w:pPr>
        <w:pStyle w:val="ArticleScripture"/>
        <w:jc w:val="left"/>
      </w:pPr>
      <w:r>
        <w:rPr>
          <w:rFonts w:ascii="Nirmala UI" w:hAnsi="Nirmala UI" w:eastAsia="Nirmala UI" w:cs="Nirmala UI"/>
        </w:rPr>
        <w:t>ಮತ್ತೆ ಒಂಬತ್ತನೇ ವರ್ಷದಲ್ಲಿ, ಹತ್ತನೇ ತಿಂಗಳಲ್ಲಿ, ತಿಂಗಳ ಹತ್ತನೇ ದಿನದಲ್ಲಿ ಯೆಹೋವನ ವಾಕ್ಯವು ನನಗೆ ಬಂದು ಹೀಗೆಂದಿತು: ಮನುಷ್ಯಕುಮಾರನೇ, ಈ ದಿನದ ಹೆಸರನ್ನು, ಇದೇ ದಿನದ ಹೆಸರನ್ನು ಬರೆಯಿಕೋ; ಇದೇ ದಿನದಲ್ಲಿ ಬಾಬಿಲೋನಿನ ರಾಜನು ಯೆರೂಸಲೇಮಿನ ವಿರುದ್ಧವಾಗಿ ತನ್ನನ್ನು ಏರಿಸಿಕೊಂಡನು.</w:t>
      </w:r>
    </w:p>
    <w:p>
      <w:pPr>
        <w:pStyle w:val="ArticleScripture"/>
        <w:jc w:val="left"/>
      </w:pPr>
      <w:r>
        <w:rPr>
          <w:rFonts w:ascii="Nirmala UI" w:hAnsi="Nirmala UI" w:eastAsia="Nirmala UI" w:cs="Nirmala UI"/>
        </w:rPr>
        <w:t>ಬಂಡಾಯಮಾಡುವ ಮನೆಯವರಿಗೆ ಒಂದು ದೃಷ್ಟಾಂತವನ್ನು ಹೇಳಿ, ಅವರಿಗೆ ಹೀಗೆ ಹೇಳು: ಕರ್ತನಾದ ಯೆಹೋವನು ಹೀಗೆ ಹೇಳುತ್ತಾನೆ: ಹಂಡೆಯನ್ನು ಬೆಂಕಿಗೆ ಇಡು, ಅದನ್ನು ಇಟ್ಟು ಅದರಲ್ಲಿ ನೀರನ್ನೂ ಸುರಿಸು. ಅದರ ತುಂಡುಗಳನ್ನು ಅದರಲ್ಲಿ ಕೂಡಿಸು, ಹೌದು, ಪ್ರತಿಯೊಂದು ಉತ್ತಮ ತುಂಡನ್ನೂ—ತೊಡೆ ಮತ್ತು ಭುಜವನ್ನು—ಅದರೊಳಗೆ ಹಾಕು; ಆರಿಸಿದ ಎಲುಬುಗಳಿಂದ ಅದನ್ನು ತುಂಬಿಸು. ಹಿಂಡಿನೊಳಗಿನ ಶ್ರೇಷ್ಠದ್ದನ್ನು ತೆಗೆದುಕೋ, ಅದರ ಕೆಳಗೆ ಎಲುಬುಗಳನ್ನೂ ಹಚ್ಚು; ಅದನ್ನು ಚೆನ್ನಾಗಿ ಕುದಿಯುವಂತೆ ಮಾಡು, ಅದರ ಎಲುಬುಗಳೂ ಅದರಲ್ಲಿ ಬೇಯಲಿ. ಆದದರಿಂದ ಕರ್ತನಾದ ಯೆಹೋವನು ಹೀಗೆ ಹೇಳುತ್ತಾನೆ: ರಕ್ತಪಾತದ ನಗರಕ್ಕೆ ಅಯ್ಯೋ! ಕಳೆ ಅದರೊಳಗೇ ಇರುವ ಹಂಡೆಗೆ ಅಯ್ಯೋ, ಅದರ ಕಳೆ ಅದರಿಂದ ಹೋಗದ ಹಂಡೆಗೆ ಅಯ್ಯೋ! ಅದನ್ನು ತುಂಡು ತುಂಡಾಗಿ ಹೊರತೆಗೆ; ಅದರ ಮೇಲೆ ಚೀಟಿ ಬೀಳಬಾರದು. ಯಾಕಂದರೆ ಅವಳ ರಕ್ತವು ಅವಳ ಮಧ್ಯದಲ್ಲಿದೆ; ಅವಳು ಅದನ್ನು ಬಂಡೆಯ ಮೇಲ್ಮೈಮೇಲೆ ಇಟ್ಟಳು; ಧೂಳಿನಿಂದ ಮುಚ್ಚಲ್ಪಡುವಂತೆ ಅದನ್ನು ನೆಲದ ಮೇಲೆ ಸುರಿಸಲಿಲ್ಲ; ಕ್ರೋಧವು ಏಳುವಂತೆ ಮಾಡಿ ಪ್ರತೀಕಾರ ಕೈಗೊಳ್ಳುವದಕ್ಕಾಗಿ ನಾನು ಅವಳ ರಕ್ತವನ್ನು ಬಂಡೆಯ ಮೇಲ್ಮೈಮೇಲೆ ಇಟ್ಟಿದ್ದೇನೆ, ಅದು ಮುಚ್ಚಲ್ಪಡದಿರಲೆಂದು.</w:t>
      </w:r>
    </w:p>
    <w:p>
      <w:pPr>
        <w:pStyle w:val="ArticleScripture"/>
        <w:jc w:val="left"/>
      </w:pPr>
      <w:r>
        <w:rPr>
          <w:rFonts w:ascii="Nirmala UI" w:hAnsi="Nirmala UI" w:eastAsia="Nirmala UI" w:cs="Nirmala UI"/>
        </w:rPr>
        <w:t>ಆದಕಾರಣ ಕರ್ತನಾದ ಯೆಹೋವನು ಹೀಗೆ ಹೇಳುತ್ತಾನೆ: ರಕ್ತಪಾತದ ನಗರಕ್ಕೆ ಅಯ್ಯೋ! ನಾನು ಬೆಂಕಿಗಾಗಿ ರಾಶಿಯನ್ನು ಮಹತ್ತಾಗಿಸುವೆನು. ಕಟ್ಟಿಗೆಯನ್ನು ರಾಶಿರಾಶಿಯಾಗಿ ಹಾಕಿರಿ, ಬೆಂಕಿಯನ್ನು ಹೊತ್ತಿಸಿರಿ, ಮಾಂಸವನ್ನು ಚೆನ್ನಾಗಿ ಬೇಯಿಸಿರಿ, ಅದಕ್ಕೆ ಸುಗಂಧದ್ರವ್ಯಗಳನ್ನು ಹಾಕಿರಿ, ಎಲುಬುಗಳು ಸುಟ್ಟುಹೋಗಲಿ. ನಂತರ ಅದನ್ನು ಖಾಲಿಯಾಗಿ ಅದರ ಕೆಂಡಗಳ ಮೇಲೆ ಇಡಿರಿ; ಅದರ ತಾಮ್ರವು ಉರಿದು ಬಿಸಿಯಾಗಲಿ, ದಹಿಸಲಿ; ಅದರೊಳಗಿನ ಅಶುದ್ಧಿಯು ಅದರಲ್ಲಿ ಕರಗಿಹೋಗಲಿ; ಅದರ ಮೇಲ್ಪದರವು ನಾಶವಾಗಲಿ. ಅವಳು ಸುಳ್ಳುಗಳಿಂದ ತನ್ನನ್ನು ತಾನೇ ಸಾಯುವಷ್ಟು ಶ್ರಮಪಟ್ಟುಕೊಂಡಿದ್ದಾಳೆ; ಆದರೂ ಅವಳ ದೊಡ್ಡ ಮೇಲ್ಪದರವು ಅವಳೊಳಗಿಂದ ಹೊರಬಂದಿಲ್ಲ; ಅವಳ ಮೇಲ್ಪದರವು ಬೆಂಕಿಯಲ್ಲಿಯೇ ಇರಲಿದೆ. ನಿನ್ನ ಅಶುದ್ಧಿಯಲ್ಲಿ ಕಾಮವಿಕಾರವಿದೆ; ನಾನು ನಿನ್ನನ್ನು ಶುದ್ಧಿಪಡಿಸಿದ್ದರೂ ನೀನು ಶುದ್ಧಿಯಾಗಲಿಲ್ಲ; ನಾನು ನನ್ನ ಕೋಪವನ್ನು ನಿನ್ನ ಮೇಲೆ ತಣಿಸುವ ತನಕ ಇನ್ನು ಮುಂದೆ ನಿನ್ನ ಅಶುದ್ಧಿಯಿಂದ ನೀನು ಶುದ್ಧಿಯಾಗುವುದಿಲ್ಲ. ನಾನು ಯೆಹೋವನು ಇದನ್ನು ಹೇಳಿದ್ದೇನೆ: ಇದು ಸಂಭವಿಸುವುದು, ಮತ್ತು ನಾನು ಅದನ್ನು ಮಾಡುವೆನು; ನಾನು ಹಿಂದೆ ಸರಿಯುವುದಿಲ್ಲ, ಕರುಣೆ ತೋರಿಸುವುದಿಲ್ಲ, ಮನಸ್ಸು ಬದಲಾಯಿಸುವುದಿಲ್ಲ; ನಿನ್ನ ಮಾರ್ಗಗಳ ಪ್ರಕಾರ ಮತ್ತು ನಿನ್ನ ಕೃತ್ಯಗಳ ಪ್ರಕಾರವೇ ಅವರು ನಿನಗೆ ತೀರ್ಪು ನೀಡುವರು, ಎಂದು ಕರ್ತನಾದ ಯೆಹೋವನು ಹೇಳುತ್ತಾನೆ.</w:t>
      </w:r>
    </w:p>
    <w:p>
      <w:pPr>
        <w:pStyle w:val="ArticleScripture"/>
        <w:jc w:val="left"/>
      </w:pPr>
      <w:r>
        <w:rPr>
          <w:rFonts w:ascii="Nirmala UI" w:hAnsi="Nirmala UI" w:eastAsia="Nirmala UI" w:cs="Nirmala UI"/>
        </w:rPr>
        <w:t>ಮತ್ತೂ ಯೆಹೋವನ ವಾಕ್ಯವು ನನಗೆ ಬಂದು ಹೀಗೆ ಹೇಳಿತು: ಮನುಷ್ಯಕುಮಾರನೇ, ಇಗೋ, ನಾನು ಒಮ್ಮೆಯೇ ನಿನ್ನ ಕಣ್ಣಿನ ಇಚ್ಛಾಭಿಲಾಷೆಯನ್ನು ನಿನ್ನಿಂದ ತೆಗೆದುಹಾಕುವೆನು; ಆದರೂ ನೀನು ಶೋಕಿಸಬಾರದು, ಅಳಬಾರದು, ನಿನ್ನ ಕಣ್ಣೀರೂ ಹರಿಯಬಾರದು. ನಿಟ್ಟುಸಿರು ಬಿಡದೆ ಮೌನವಾಗಿರು; ಸತ್ತವರ ನಿಮಿತ್ತ ಶೋಕಾಚರಣೆ ಮಾಡಬೇಡ; ನಿನ್ನ ತಲೆಯ ಪಾಗೆಯನ್ನು ಕಟ್ಟುಕೋ, ನಿನ್ನ ಕಾಲುಗಳಿಗೆ ಪಾದರಕ್ಷೆಗಳನ್ನು ಹಾಕಿಕೋ, ನಿನ್ನ ತುಟಿಗಳನ್ನು ಮುಚ್ಚಿಕೊಳ್ಳಬೇಡ, ಜನರ ಅನ್ನವನ್ನು ತಿನ್ನಬೇಡ. ಹೀಗೆ ನಾನು ಬೆಳಿಗ್ಗೆ ಜನರೊಡನೆ ಮಾತನಾಡಿದೆನು; ಸಂಜೆಯಾದಾಗ ನನ್ನ ಹೆಂಡತಿ ಸತ್ತಳು; ಮತ್ತು ನಾನು ಆಜ್ಞಾಪಿಸಲ್ಪಟ್ಟಂತೆಯೇ ಬೆಳಿಗ್ಗೆ ಮಾಡಿದೆನು. ಆಗ ಜನರು ನನಗೆ, “ನೀನು ಹೀಗೆ ಮಾಡುತ್ತಿರುವದರಿಂದ ಈ ಸಂಗತಿಗಳು ನಮಗೆ ಏನರ್ಥವೋ ಅದನ್ನು ನಮಗೆ ತಿಳಿಸದಿರುವೆಯೋ?” ಎಂದು ಹೇಳಿದರು.</w:t>
      </w:r>
    </w:p>
    <w:p>
      <w:pPr>
        <w:pStyle w:val="ArticleScripture"/>
        <w:jc w:val="left"/>
      </w:pPr>
      <w:r>
        <w:rPr>
          <w:rFonts w:ascii="Nirmala UI" w:hAnsi="Nirmala UI" w:eastAsia="Nirmala UI" w:cs="Nirmala UI"/>
        </w:rPr>
        <w:t>ಆಗ ನಾನು ಅವರಿಗೆ ಉತ್ತರವಾಗಿ ಹೇಳಿದೆನು: ಯೆಹೋವನ ವಾಕ್ಯವು ನನಗೆ ಬಂದು ಹೀಗೆಂದಿತು: ಇಸ್ರಾಯೇಲಿನ ಮನೆತನಕ್ಕೆ ಹೇಳು, ಕರ್ತನಾದ ಯೆಹೋವನು ಹೀಗೆ ಹೇಳುತ್ತಾನೆ: ಇಗೋ, ನಿಮ್ಮ ಬಲದ ವೈಭವವೂ, ನಿಮ್ಮ ಕಣ್ಣುಗಳಿಗೆ ಪ್ರಿಯವಾದುದೂ, ನಿಮ್ಮ ಆತ್ಮವು ಕರುಣಿಸುವುದೂ ಆಗಿರುವ ನನ್ನ ಪರಿಶುದ್ಧಾಲಯವನ್ನು ನಾನು ಅಪವಿತ್ರಗೊಳಿಸುವೆನು; ಮತ್ತು ನೀವು ಹಿಂದೆ ಬಿಟ್ಟುಹೋದ ನಿಮ್ಮ ಪುತ್ರರು ಮತ್ತು ನಿಮ್ಮ ಪುತ್ರಿಯರು ಕತ್ತಿಯಿಂದ ಬೀಳುವರು. ಮತ್ತು ನಾನು ಮಾಡಿದಂತೆ ನೀವೂ ಮಾಡುವಿರಿ: ನೀವು ತುಟಿಗಳನ್ನು ಮುಚ್ಚಿಕೊಳ್ಳಬಾರದು, ಜನರ ಅನ್ನವನ್ನು ತಿನ್ನಬಾರದು. ನಿಮ್ಮ ಪಾಗೆಗಳು ನಿಮ್ಮ ತಲೆಗಳ ಮೇಲೆಯೇ ಇರುತ್ತವೆ, ನಿಮ್ಮ ಪಾದರಕ್ಷೆಗಳು ನಿಮ್ಮ ಕಾಲುಗಳ ಮೇಲೆಯೇ ಇರುತ್ತವೆ; ನೀವು ಅಳಲೂ ಬೇಡ, ಕಣ್ಣೀರು ಹಾಕಲೂ ಬೇಡ; ಆದರೆ ನಿಮ್ಮ ಅಕ್ರಮಗಳ ನಿಮಿತ್ತ ಕ್ಷೀಣಿಸಿಕೊಂಡು, ಒಬ್ಬರ ಕಡೆಗೆ ಒಬ್ಬರು ಮೊರೆಯಿಡುವಿರಿ. ಹೀಗೆ ಯೆಹೆಜ್ಕೇಲನು ನಿಮಗೆ ಒಂದು ಸೂಚಕನಾಗಿದ್ದಾನೆ: ಅವನು ಮಾಡಿದ ಎಲ್ಲದರ ಪ್ರಕಾರ ನೀವೂ ಮಾಡುವಿರಿ; ಇದು ಸಂಭವಿಸಿದಾಗ ನಾನು ಕರ್ತನಾದ ಯೆಹೋವನೆಂದು ನೀವು ತಿಳಿದುಕೊಳ್ಳುವಿರಿ. ಯೆಹೆಜ್ಕೇಲನು 24:1–24.</w:t>
      </w:r>
    </w:p>
    <w:p>
      <w:pPr>
        <w:pStyle w:val="ArticleBody"/>
        <w:jc w:val="left"/>
      </w:pPr>
      <w:r>
        <w:rPr>
          <w:rFonts w:ascii="Nirmala UI" w:hAnsi="Nirmala UI" w:eastAsia="Nirmala UI" w:cs="Nirmala UI"/>
        </w:rPr>
        <w:t>ಯೆಹೆಜ್ಕೇಲನು ಯೆರೂಸಲೇಮಿನ ಆರಂಭಿಕ ಮುತ್ತಿಗೆ ಹಾಗೂ ಅಂತಿಮ ನಾಶವನ್ನು, ಮತ್ತು ಅದರ ನಂತರ ಲವೋದಿಕேய ಸೆವೆಂಥ್-ಡೆ ಅಡ್ವೆಂಟಿಸ್ಟ್ ಸಭೆಯ ಸದಸ್ಯರ ಬಂಧನವನ್ನು ಗುರುತಿಸುವ ಒಂದು ಸಂಕೇತನು.</w:t>
      </w:r>
    </w:p>
    <w:p>
      <w:pPr>
        <w:pStyle w:val="ArticleScripture"/>
        <w:jc w:val="left"/>
      </w:pPr>
      <w:r>
        <w:rPr>
          <w:rFonts w:ascii="Nirmala UI" w:hAnsi="Nirmala UI" w:eastAsia="Nirmala UI" w:cs="Nirmala UI"/>
        </w:rPr>
        <w:t>“ಕ್ರಿಸ್ತನು ಒಲಿವೇತ ಪರ್ವತದ ಶಿಖರದಿಂದ ಕೆಳಗೆ ನೋಡಿದಾಗ, ಪ್ರತಿಯೊಂದು ಸಭೆಯಲ್ಲಿಯೂ ಇರುವ ಈ ಸ್ಥಿತಿಗತಿಗಳನ್ನು ಆತನು ಕಂಡನು. ಅತಿ ಮಹತ್ತರವಾದ ಬೆಳಕನ್ನು ಹೊಂದಿದ್ದ ಯೆರೂಸಲೇಮಿನ ಜನರ ಹೆಜ್ಜೆಗುರುತುಗಳಲ್ಲಿ ನಡೆಯುವ ಎಲ್ಲರ ಮೇಲಿಗೂ ಈ ಎಚ್ಚರಿಕೆಗಳು ಇಳಿದು ಬರುತ್ತವೆ. ಈ ಜನರು ನಮಗೆ ಎಚ್ಚರಿಕೆಯಾಗಿ ನಮ್ಮ ಮುಂದಿದ್ದಾರೆ. ನಮ್ಮ ಈ ದಿನಗಳಲ್ಲಿ ದೇವರ ಎಚ್ಚರಿಕೆಗಳನ್ನು ತಿರಸ್ಕರಿಸುವುದರಿಂದ, ಜನರು ಯೆರೂಸಲೇಮಿನ ಪಾಪವನ್ನೇ ಪುನರಾವರ್ತಿಸುತ್ತಿದ್ದಾರೆ. ಮಾನವ ಸಾಧನವು ಕಾಣದಿರುವುದನ್ನೂ ಕಾಣುವುದಿಲ್ಲವೆಂದು ನಿರ್ಧರಿಸಿರುವುದನ್ನೂ—ಬ್ಯಾಟಲ್ ಕ್ರೀಕ್‌ನಲ್ಲಿರುವ ಸಮಸ್ತ ಮಾನವ ಉಪಾಯಗಳ ಪರಿಣಾಮವನ್ನು—ಕರ್ತನು ಕಾಣುತ್ತಾನೆ. ದೇವರು ಮಾಡಬಹುದಾದ ಎಲ್ಲವನ್ನೂ ಆತನು ಮಾಡಿಕೊಂಡಿದ್ದಾನೆ. ಜನರ ಪಾಪಗಳು ಪಶ್ಚಾತ್ತಾಪವನ್ನು ಅನುಭವಿಸಲಾಗದ ಗಡಿಯನ್ನು ತಲುಪದಂತೆ, ಅವರ ಕಣ್ಣುಗಳ ಮುಂದೆ ಆತನು ಬೆಳಕನ್ನು ಮಿಂಚಿಸಿದ್ದಾನೆ. ಆದರೆ ನ್ಯಾಯಸಮ್ಮತವೂ ನೀತಿಸಮ್ಮತವೂ ಆದ ತತ್ತ್ವಗಳಿಂದ ದೀರ್ಘಕಾಲ ಕ್ರಮೇಣ ದೂರ ಸರಿದ ಪರಿಣಾಮವಾಗಿ, ಜನರು ತಮ್ಮನ್ನು ತಾವೇ ಬೆಳಕು ಮತ್ತು ಸತ್ಯ, ನ್ಯಾಯ ಮತ್ತು ಕರುಣೆ ಅರಿವಿಗೆ ಬಾರದ ಸ್ಥಳಕ್ಕೆ ತಂದಿದ್ದಾರೆ. ಈ ನಡೆ ಅವರ ಸ್ವಭಾವದ ಅವಿಭಾಜ್ಯ ಅಂಗವಾಗಿಬಿಟ್ಟಿದೆ.” Testimonies, volume 8, 68.</w:t>
      </w:r>
    </w:p>
    <w:p>
      <w:pPr>
        <w:pStyle w:val="ArticleHeading"/>
        <w:jc w:val="left"/>
      </w:pPr>
      <w:r>
        <w:rPr>
          <w:rFonts w:ascii="Nirmala UI" w:hAnsi="Nirmala UI" w:eastAsia="Nirmala UI" w:cs="Nirmala UI"/>
        </w:rPr>
        <w:t>ಆಲ್ಫಾ ಮತ್ತು ಓಮೆಗಾದ ಇಬ್ಬರು ಸಾಕ್ಷಿಗಳು</w:t>
      </w:r>
    </w:p>
    <w:p>
      <w:pPr>
        <w:pStyle w:val="ArticleBody"/>
        <w:jc w:val="left"/>
      </w:pPr>
      <w:r>
        <w:rPr>
          <w:rFonts w:ascii="Nirmala UI" w:hAnsi="Nirmala UI" w:eastAsia="Nirmala UI" w:cs="Nirmala UI"/>
        </w:rPr>
        <w:t>ಯೆಹೆಜ್ಕೇಲನನ್ನು ಅತೀಂದ್ರಿಯವಾಗಿ ಮೂಕರನ್ನಾಗಿ ಮಾಡಲಾಗಿತ್ತು; ಯೆರೂಸಲೇಮು ಪತನವಾದಾಗ ಆತನು ಮತ್ತೆ ಮಾತಾಡಲು ಸಮರ್ಥನಾಗುವನು, ಮತ್ತು ಆಗ ಆತನು ಒಂದು ‘ಸೂಚಕ’ ಆಗುವನೆಂದು ಅವನಿಗೆ ತಿಳಿಸಲಾಯಿತು. ಮುತ್ತಿಗೆಯ ಆರಂಭದಲ್ಲಿ, ತನ್ನ ಹೆಂಡತಿಯ ಮರಣದ ವಿಷಯದಲ್ಲಿ ಯೆಹೆಜ್ಕೇಲನು ದುಃಖಿಸದೆ ಇದ್ದದ್ದು ಅಲ್ಫಾ ಸೂಚಕವಾಗಿತ್ತು; ಮತ್ತು ಯೆರೂಸಲೇಮು ಪತನವಾದಾಗ ಯೆಹೆಜ್ಕೇಲನ ಬಾಯಿ ತೆರೆದದ್ದು ಓಮೇಗಾ ಸೂಚಕವಾಗಿತ್ತು. ನಾಶದವರೆಗೆ ಸಾಗುವ ಆ ಮುತ್ತಿಗೆಗೆ ಆರಂಭದಲ್ಲಿಯೂ ಅಂತ್ಯದಲ್ಲಿಯೂ ಒಂದು ಸೂಚಕದಿಂದ ಗುರುತು ನೀಡಲಾಗಿದೆ. ಇದೇ ದೃಷ್ಟಾಂತದ ಒಳಗೆ, ಅಲ್ಫಾ ಮತ್ತು ಓಮೇಗಾ ಸೂಚಕಕ್ಕೆ ಎರಡನೆಯ ಸಾಕ್ಷಿಯೂ ಕಾಣುತ್ತದೆ: ಯೆಹೆಜ್ಕೇಲನ “ಕಣ್ಣಿನ ಹಾರೈಕೆ”ಯ ಮರಣವು ಅಲ್ಫಾ ಆಗಿ, ಜನರ “ಕಣ್ಣಿನ ಹಾರೈಕೆ”ಯ ಮರಣವು ಆ ಅವಧಿಯ ಓಮೇಗಾ ಸೂಚಕವಾಗಿರುತ್ತದೆ. ಒಂದೂವರೆ ವರ್ಷದ ಅವಧಿಯು ಅಲ್ಫಾ ಮತ್ತು ಓಮೇಗಾ ಎಂಬ ಎರಡೂ ಸಾಕ್ಷಿಗಳನ್ನು ಹೊತ್ತುಕೊಳ್ಳುತ್ತದೆ. ಯೆಹೆಜ್ಕೇಲನ ಹೆಂಡತಿಯ ಮರಣವು ಸೇನೆಯ ಬಂಧನಕ್ಕೂ ತುಳಿಯಲ್ಪಡುವಿಕೆಯಕ್ಕೂ ಪ್ರತಿನಿಧಿಸಿತು; ಮತ್ತು ಯೆರೂಸಲೇಮಿನ ಓಮೇಗಾ ಮರಣವು ಪರಿಶುದ್ಧಸ್ಥಳದ ತುಳಿಯಲ್ಪಡುವಿಕೆಯನ್ನು ಪ್ರತಿನಿಧಿಸಿತು.</w:t>
      </w:r>
    </w:p>
    <w:p>
      <w:pPr>
        <w:pStyle w:val="ArticleScripture"/>
        <w:jc w:val="left"/>
      </w:pPr>
      <w:r>
        <w:rPr>
          <w:rFonts w:ascii="Nirmala UI" w:hAnsi="Nirmala UI" w:eastAsia="Nirmala UI" w:cs="Nirmala UI"/>
        </w:rPr>
        <w:t>ಹೀಗಾಗಿ ಯೆಹೆಜ್ಕೇಲನು ನಿಮಗೆ ಒಂದು ಸೂಚನೆಯಾಗಿದ್ದಾನೆ; ಅವನು ಮಾಡಿದ ಎಲ್ಲದರ ಪ್ರಕಾರವೇ ನೀವು ಮಾಡುವಿರಿ; ಇದು ಸಂಭವಿಸಿದಾಗ ನಾನು ಕರ್ತನಾದ ಯೆಹೋವನು ಎಂಬುದನ್ನು ನೀವು ತಿಳಿಯುವಿರಿ. ಇದಲ್ಲದೆ, ಮಾನವನ ಮಗನೇ, ನಾನು ಅವರ ಬಲವನ್ನು, ಅವರ ಮಹಿಮೆಯ ಆನಂದವನ್ನು, ಅವರ ಕಣ್ಣುಗಳ ಆಶೆಯನ್ನು, ಅವರು ಮನಸ್ಸುಹಾಕಿರುವದನ್ನು, ಅಂದರೆ ಅವರ ಪುತ್ರರು ಮತ್ತು ಪುತ್ರಿಯರನ್ನು, ಅವರಿಂದ ತೆಗೆದುಹಾಕುವ ಆ ದಿನದಲ್ಲಿ, ಆ ದಿನದಲ್ಲಿ ತಪ್ಪಿಸಿಕೊಂಡವನು ನಿನ್ನ ಬಳಿಗೆ ಬಂದು, ಅದನ್ನು ನಿನ್ನ ಕಿವಿಗಳಿಂದ ಕೇಳುವಂತೆ ಮಾಡುವುದಿಲ್ಲವೋ? ಆ ದಿನದಲ್ಲಿ ತಪ್ಪಿಸಿಕೊಂಡವನಿಗೋಸ್ಕರ ನಿನ್ನ ಬಾಯಿ ತೆರೆಯಲ್ಪಡುವುದು; ನೀನು ಮಾತನಾಡುವಿ, ಇನ್ನು ಮೂಕನಾಗಿರುವುದಿಲ್ಲ; ನೀನು ಅವರಿಗೆ ಒಂದು ಸೂಚನೆಯಾಗುವಿ; ಮತ್ತು ನಾನು ಕರ್ತನು ಎಂಬುದನ್ನು ಅವರು ತಿಳಿಯುವರು. ಯೆಹೆಜ್ಕೇಲನು 24:24–27.</w:t>
      </w:r>
    </w:p>
    <w:p>
      <w:pPr>
        <w:pStyle w:val="ArticleHeading"/>
        <w:jc w:val="left"/>
      </w:pPr>
      <w:r>
        <w:rPr>
          <w:rFonts w:ascii="Nirmala UI" w:hAnsi="Nirmala UI" w:eastAsia="Nirmala UI" w:cs="Nirmala UI"/>
        </w:rPr>
        <w:t>ಆರು ಮರಣಗಳು</w:t>
      </w:r>
    </w:p>
    <w:p>
      <w:pPr>
        <w:pStyle w:val="ArticleBody"/>
        <w:jc w:val="left"/>
      </w:pPr>
      <w:r>
        <w:rPr>
          <w:rFonts w:ascii="Nirmala UI" w:hAnsi="Nirmala UI" w:eastAsia="Nirmala UI" w:cs="Nirmala UI"/>
        </w:rPr>
        <w:t>ಯೆಹೆಜ್ಕೇಲನ ಪತ್ನಿಯ ಮರಣವು ಮುತ್ತಿಗೆಯ ಆರಂಭವನ್ನೂ, ಮತ್ತು ಪ್ರವಾದನಾತ್ಮಕವಾಗಿ ಕ್ರಿಸ್ತನ ವಧುವಾಗಿರುವ ಯೆರೂಸಲೇಮಿನ ಮರಣವನ್ನೂ ಸೂಚಿಸುತ್ತದೆ; ಹಾಗೆಯೇ ಅದು ಶೀಘ್ರದಲ್ಲೇ ಬರುವ ಭಾನುವಾರ ನಿಯಮವನ್ನು ಚಿತ್ರಿಸುತ್ತದೆ, ಅದಕ್ಕೆ ಮುಂಚಿತವಾಗಿ ಮುತ್ತಿಗೆಯಿಂದ ಪ್ರತಿನಿಧಿಸಲ್ಪಡುವ ಒಂದು ಅವಧಿ ಇರುತ್ತದೆ. ಮುತ್ತಿಗೆಯ ಅವಧಿಯೂ ವಿನಾಶವೂ ಪರಸ್ಪರ ನೇರವಾಗಿ ಸಂಬಂಧಗೊಂಡಿದ್ದರೂ ವಿಭಿನ್ನವಾದ ಎರಡು ಮಾರ್ಗಚಿಹ್ನೆಗಳಾಗಿವೆ. ಮುತ್ತಿಗೆ ಒಂದು ಕಾಲಾವಧಿಯಾಗಿದೆ, ಮತ್ತು ವಿನಾಶವು ಒಂದು ನಿರ್ದಿಷ್ಟ ಕಾಲಬಿಂದುವಾಗಿದೆ. ವಿನಾಶವೇ ಭಾನುವಾರ ನಿಯಮವಾಗಿದ್ದು, ಅದಕ್ಕೆ ಮುಂಚೆ ಮೃಗದ ಪ್ರತಿಮೆಯ ರೂಪುಗೊಳ್ಳುವ ಅವಧಿ ಬರುತ್ತದೆ. ಮೃಗದ ಪ್ರತಿಮೆಯ ಅವಧಿ ಮೃಗದ ಗುರುತಿನೊಂದಿಗೆ ಅಂತ್ಯಗೊಳ್ಳುತ್ತದೆ. ಯೇಸು ಮತ್ತಾಯ ಇಪ್ಪತ್ತ್ನಾಲ್ಕರಲ್ಲಿ ಯೆರೂಸಲೇಮಿನ ವಿನಾಶದ ಸೂಚನೆಯನ್ನು ಗುರುತಿಸಿದಾಗ, ಆತನು ನೋಹನ ದಿನಗಳನ್ನೂ ಉಲ್ಲೇಖಿಸಿದನು.</w:t>
      </w:r>
    </w:p>
    <w:p>
      <w:pPr>
        <w:pStyle w:val="ArticleScripture"/>
        <w:jc w:val="left"/>
      </w:pPr>
      <w:r>
        <w:rPr>
          <w:rFonts w:ascii="Nirmala UI" w:hAnsi="Nirmala UI" w:eastAsia="Nirmala UI" w:cs="Nirmala UI"/>
        </w:rPr>
        <w:t>ಆದರೆ ನೋಹನ ದಿನಗಳಲ್ಲಿ ಇದ್ದಂತೆಯೇ, ಮನುಷ್ಯಕುಮಾರನ ಆಗಮನವೂ ಆಗಿರುವುದು. ಏಕೆಂದರೆ ಜಲಪ್ರಳಯದ ಮೊದಲು ಇದ್ದ ಆ ದಿನಗಳಲ್ಲಿ, ನೋಹನು ನಾವೆಯೊಳಗೆ ಪ್ರವೇಶಿಸಿದ ದಿನದವರೆಗೆ ಅವರು ತಿನ್ನುತ್ತಾ ಕುಡಿಯುತ್ತಾ, ವಿವಾಹವಾಗುತ್ತಾ ವಿವಾಹಕ್ಕೆ ಕೊಡುತ್ತಾ ಇದ್ದರು; ಜಲಪ್ರಳಯವು ಬಂದು ಅವರನ್ನು ಎಲ್ಲರನ್ನೂ ಒಯ್ಯುವ ತನಕ ಅವರಿಗೆ ತಿಳಿದಿರಲಿಲ್ಲ; ಅದೇ ರೀತಿಯಾಗಿ ಮನುಷ್ಯಕುಮಾರನ ಆಗಮನವೂ ಆಗುವುದು. ಮತ್ತಾಯ 24:37–39.</w:t>
      </w:r>
    </w:p>
    <w:p>
      <w:pPr>
        <w:pStyle w:val="ArticleBody"/>
        <w:jc w:val="left"/>
      </w:pPr>
      <w:r>
        <w:rPr>
          <w:rFonts w:ascii="Nirmala UI" w:hAnsi="Nirmala UI" w:eastAsia="Nirmala UI" w:cs="Nirmala UI"/>
        </w:rPr>
        <w:t>ನೋಹನ ದಿನಗಳಲ್ಲಿ ಕೃಪಾಕಾಲದ ಬಾಗಿಲು ಮುಚ್ಚಲ್ಪಟ್ಟಿತು; ಹೀಗೆ ಅದು ಶೀಘ್ರದಲ್ಲೇ ಬರುವ ಭಾನುವಾರ ನಿಯಮವನ್ನು ಸಂಕೇತಿಸಿತು; ಅದೇ ವಿಷಯವು 1844ರ ಅಕ್ಟೋಬರ್ 22ರಂದು ಬಾಗಿಲು ಮುಚ್ಚಲ್ಪಟ್ಟ ಘಟನೆಯಲ್ಲಿಯೂ ಸಂಕೇತಿಸಲ್ಪಟ್ಟಿದೆ. 1844ರ ಆಗಸ್ಟ್ 12–17ರ ಎಕ್ಸೆಟರ್ ಶಿಬಿರಸಭೆಯಿಂದ ಆರಂಭವಾಗುವ ಅವಧಿಯು, ಮುಚ್ಚಿದ ಬಾಗಿಲಿನತ್ತ ನಡೆಸುವ ಒಂದು ಪ್ರವಾದನಾತ್ಮಕ ಅವಧಿಯನ್ನು ಪ್ರತಿನಿಧಿಸುತ್ತದೆ.</w:t>
      </w:r>
    </w:p>
    <w:p>
      <w:pPr>
        <w:pStyle w:val="ArticleBody"/>
        <w:jc w:val="left"/>
      </w:pPr>
      <w:r>
        <w:rPr>
          <w:rFonts w:ascii="Nirmala UI" w:hAnsi="Nirmala UI" w:eastAsia="Nirmala UI" w:cs="Nirmala UI"/>
        </w:rPr>
        <w:t>ನೋಹನ ದಿನಗಳಲ್ಲಿ, ನೋಹನು ಮೂರನೇ ದೂತನನ್ನು ಪ್ರತಿನಿಧಿಸುತ್ತಿದ್ದನು, ಮತ್ತು ಮೂರನೇ ದೂತನು 1844ರ ಅಕ್ಟೋಬರ್ 22ರ ಮುಚ್ಚಿದ ಬಾಗಿಲಿನವರೆಗೆ ತಲುಪಿದನು. ಯೇಸುವಿನ ಪ್ರಕಾರ “ಮಾನವಕುಮಾರನ ಆಗಮನ” ಹೇಗಿರುವುದೋ ಹಾಗೆಯೇ ಇರುವ ನೋಹನ ದಿನಗಳಲ್ಲಿ, ಪ್ರಕಟಣೆ ಹದಿನಾಲ್ಕನೆಯ ಅಧ್ಯಾಯದ ಮೂರು ದೂತರು ಮುಚ್ಚಿದ ಬಾಗಿಲಿನವರೆಗೆ ನಡೆಸಿಕೊಂಡು ಬಂದರು. ವಿಲಿಯಂ ಮಿಲ್ಲರ್ ಮೊದಲ ದೂತನ ಸಂದೇಶವನ್ನು ಪ್ರತಿನಿಧಿಸುತ್ತಿದ್ದನು, ಮತ್ತು ನೋಹನ ದಿನಗಳಲ್ಲಿ ಹನೋಖನಿಂದ ಅದರ ಮಾದರಿಯನ್ನು ಸೂಚಿಸಲಾಯಿತು. ಯೂದನು ಹನೋಖನ ಸಂದೇಶವನ್ನು ಮಿಲ್ಲರ್‌ನ ಸಂದೇಶಕ್ಕೆ ಸಮಾನಾಂತರವೆಂದು ಗುರುತಿಸುತ್ತಾನೆ.</w:t>
      </w:r>
    </w:p>
    <w:p>
      <w:pPr>
        <w:pStyle w:val="ArticleScripture"/>
        <w:jc w:val="left"/>
      </w:pPr>
      <w:r>
        <w:rPr>
          <w:rFonts w:ascii="Nirmala UI" w:hAnsi="Nirmala UI" w:eastAsia="Nirmala UI" w:cs="Nirmala UI"/>
        </w:rPr>
        <w:t>ಆದಾಮನಿಂದ ಏಳನೆಯವನಾದ ಹನೋಕ್ಕೂ ಇವರ ವಿಷಯವಾಗಿ ಪ್ರವಾದಿಸಿ ಹೀಗೆಂದನು: “ಇಗೋ, ಕರ್ತನು ತನ್ನ ಪವಿತ್ರರ ಹತ್ತು ಸಾವಿರರೊಂದಿಗೆ ಬರುತ್ತಿದ್ದಾನೆ; ಎಲ್ಲರ ಮೇಲೆಯೂ ನ್ಯಾಯತೀರ್ಪನ್ನು ಜಾರಿಗೆ ತರುವದಕ್ಕೂ, ಅವರೊಳಗಿನ ಭಕ್ತಿಹೀನರಾದ ಎಲ್ಲರನ್ನು ಅವರು ಭಕ್ತಿಹೀನತೆಯಿಂದ ಮಾಡಿದ ತಮ್ಮ ಎಲ್ಲಾ ಭಕ್ತಿಹೀನ ಕೃತ್ಯಗಳ ವಿಷಯದಲ್ಲಿಯೂ, ಭಕ್ತಿಹೀನ ಪಾಪಿಗಳು ಆತನ ವಿರುದ್ಧವಾಗಿ ಆಡಿದ ಎಲ್ಲಾ ಕಠೋರ ಮಾತುಗಳ ವಿಷಯದಲ್ಲಿಯೂ ದೋಷಿಗಳೆಂದು ತೋರಿಸುವದಕ್ಕೂ ಬರುತ್ತಿದ್ದಾನೆ.” ಯೂದ 1:14, 15.</w:t>
      </w:r>
    </w:p>
    <w:p>
      <w:pPr>
        <w:pStyle w:val="ArticleBody"/>
        <w:jc w:val="left"/>
      </w:pPr>
      <w:r>
        <w:rPr>
          <w:rFonts w:ascii="Nirmala UI" w:hAnsi="Nirmala UI" w:eastAsia="Nirmala UI" w:cs="Nirmala UI"/>
        </w:rPr>
        <w:t>ಮಿಲ್ಲರ್‌ನ ಮೊದಲ ದೂತನ ಸಂದೇಶವು, ಹನೋಕ್‌ನ ಸಂದೇಶದಲ್ಲಿ ಪೂರ್ವರೂಪಗೊಳಿಸಲ್ಪಟ್ಟಿದ್ದ “ನ್ಯಾಯತೀರ್ಪನ್ನು” ಪ್ರಕಟಿಸಿತು. ಹನೋಕ್‌ನ ಆರಂಭವು “ಆದಾಮನಿಂದ ಏಳನೇವನು” ಎಂಬ ಗುರುತಿನಿಂದ ಸೂಚಿಸಲ್ಪಟ್ಟಿದೆ. ಮಿಲ್ಲರ್‌ನ ಸಂದೇಶವು ಉತ್ತರ ರಾಜ್ಯದ ವಿರುದ್ಧದ “ಏಳು ಕಾಲಗಳು” ಬಂದಾಗ ಆರಂಭಗೊಂಡು ಅಂತ್ಯಗೊಂಡಿತು; ಮತ್ತು ನಲವತ್ತಾರು ವರ್ಷಗಳ ನಂತರ, ದಕ್ಷಿಣ ರಾಜ್ಯದ ವಿರುದ್ಧದ “ಏಳು ಕಾಲಗಳು” ನೆರವೇರಿದಾಗ, ಮೂರನೇ ದೂತನು 1844ರ ಅಕ್ಟೋಬರ್ 22ರಂದು ಬಂದನು. ನ್ಯಾಯತೀರ್ಪಿನ ಘಳಿಗೆಯ ಸಂದೇಶವಹಕರಾಗಿದ್ದ ಹನೋಕ್ ಮತ್ತು ಮಿಲ್ಲರ್ ಇಬ್ಬರಲ್ಲಿಯೂ, ಆರಂಭವು ಏಳು ಎಂಬ ಸಂಖ್ಯೆಯ ಗುರುತಿಸುವಿಕೆಯಿಂದಲೇ ಪ್ರಾರಂಭವಾಯಿತು. ಆದಾಮನಿಂದ ಏಳನೇವನಾದ ಹನೋಕ್‌ನಿಂದ ಆರಂಭವಾದ ಅವಧಿಯು, ಪ್ರಾಣಿಗಳು ನೌಕೆಯೊಳಗೆ ಪ್ರವೇಶಿಸಿದ ನಂತರದ ಏಳು ದಿನಗಳೊಂದಿಗೆ ಅಂತ್ಯಗೊಂಡಿತು, ಆಗ ಬಾಗಿಲು ಅಲೌಕಿಕವಾಗಿ ಮುಚ್ಚಲ್ಪಟ್ಟಿತು. ಯೇಸು ಯಾವಾಗಲೂ ಅಂತ್ಯವನ್ನು ಆರಂಭದ ಮೂಲಕವೇ ಚಿತ್ರಿಸುತ್ತಾನೆ.</w:t>
      </w:r>
    </w:p>
    <w:p>
      <w:pPr>
        <w:pStyle w:val="ArticleBody"/>
        <w:jc w:val="left"/>
      </w:pPr>
      <w:r>
        <w:rPr>
          <w:rFonts w:ascii="Nirmala UI" w:hAnsi="Nirmala UI" w:eastAsia="Nirmala UI" w:cs="Nirmala UI"/>
        </w:rPr>
        <w:t>ಹನೋಕು ಮೆಥೂಶೆಲಹನನ್ನು ಜನ್ಮನಿತ್ತನು; ಅವನು ಕ್ರಮವಾಗಿ ಲಾಮೆಕನನ್ನು ಜನ್ಮನಿತ್ತನು. ಲಾಮೆಕನೂ ಮೆಥೂಶೆಲಹನೂ ದ್ವಿತೀಯ ದೂತನ ಸಂದೇಶವನ್ನೂ, ಹಾಗೆಯೇ ಮಧ್ಯರಾತ್ರಿಯ ಘೋಷಣೆಯ ಸಂದೇಶವನ್ನೂ ಪ್ರತಿನಿಧಿಸುತ್ತಾರೆ. ಮಧ್ಯರಾತ್ರಿಯ ಘೋಷಣೆ ಮುಚ್ಚಿದ ಬಾಗಿಲುವರೆಗೆ ಮುಂದುವರಿಯಿತು; ಆದಕಾರಣ ಪ್ರವಾಹದ ವರ್ಷದಲ್ಲೇ ಮರಣಹೊಂದಿದ ಮೆಥೂಶೆಲಹನಿಂದ ಅದು ಪ್ರತಿನಿಧಿಸಲ್ಪಡುತ್ತದೆ. ಲಾಮೆಕನು ದ್ವಿತೀಯ ದೂತನ ಸಂದೇಶವನ್ನು ಪ್ರತಿನಿಧಿಸಿದನು, ಮತ್ತು ಲಾಮೆಕನು ಪ್ರವಾಹಕ್ಕಿಂತ ಐದು ವರ್ಷಗಳ ಮೊದಲು ಮರಣಹೊಂದಿದನು. ಬಾಗಿಲು ಮುಚ್ಚಿದಾಗ ಸಂಭವಿಸಿದ ಮೆಥೂಶೆಲಹನ ಮರಣದವರೆಗೆ, ಲಾಮೆಕನ ಮರಣದಿಂದ ಆರಂಭವಾದ ಆ ಐದು ವರ್ಷಗಳು, ಮೆಥೂಶೆಲಹನಿಂದ ಪ್ರತಿನಿಧಿಸಲ್ಪಟ್ಟ ಕ್ರಿಸ್ತನ ವಧುವಿನ ಮರಣಕ್ಕೆ ದಾರಿತರೆದ ಅವಧಿಯ ಆರಂಭವನ್ನು ಗುರುತಿಸಿದ ಯೆಹೆಜ್ಕೇಲನ ವಧುವಿನ ಮರಣದ ಪ್ರತಿರೂಪವಾಗಿದ್ದವು.</w:t>
      </w:r>
    </w:p>
    <w:p>
      <w:pPr>
        <w:pStyle w:val="ArticleBody"/>
        <w:jc w:val="left"/>
      </w:pPr>
      <w:r>
        <w:rPr>
          <w:rFonts w:ascii="Nirmala UI" w:hAnsi="Nirmala UI" w:eastAsia="Nirmala UI" w:cs="Nirmala UI"/>
        </w:rPr>
        <w:t>ಎನೋಕ್ 1798ರಲ್ಲಿ ಬಂದ ಮೊದಲನೆಯ ದೂತನನ್ನು ಪ್ರತಿರೂಪಿಸಿದನು; ಲಾಮೆಕ್ 1844 ಏಪ್ರಿಲ್ 19ರಂದು ಬಂದ ಎರಡನೆಯ ದೂತನನ್ನು ಪ್ರತಿರೂಪಿಸಿದನು; ಮತ್ತು ಮೆಥೂಸಲನು ನೋಹನಿಂದ ಪ್ರತಿರೂಪಿತವಾದ 1844 ಅಕ್ಟೋಬರ್ 22ರ ಮುಚ್ಚಿದ ಬಾಗಿಲಿನವರೆಗೆ ಎಕ್ಸೆಟರ್‌ನಿಂದ ಹೊರಟ ಮಧ್ಯರಾತ್ರಿ ಕೂಗನ್ನು ಪ್ರತಿರೂಪಿಸಿದನು. ಲಾಮೆಕನ ಮರಣದಿಂದ ಮೆಥೂಸಲನ ಮರಣದವರೆಗೆ ಇರುವ ಆ ಐದು ವರ್ಷಗಳು ಕ್ರಿ.ಪೂ. 587ರಿಂದ ಕ್ರಿ.ಪೂ. 586ರವರೆಗೆ ಇರುವ ಒಂದೂವರೆ ವರ್ಷವನ್ನು ಪ್ರತಿರೂಪಿಸಿದವು. ಲಾಮೆಕನಿಂದ ಮೆಥೂಸಲನವರೆಗೆ ಇರುವ ಆ ಐದು ವರ್ಷಗಳು 1448ರಿಂದ 1453ರವರೆಗೆ ಇರುವ ಐದು ವರ್ಷಗಳನ್ನು ಪ್ರತಿರೂಪಿಸುತ್ತವೆ.</w:t>
      </w:r>
    </w:p>
    <w:p>
      <w:pPr>
        <w:pStyle w:val="ArticleBody"/>
        <w:jc w:val="left"/>
      </w:pPr>
      <w:r>
        <w:rPr>
          <w:rFonts w:ascii="Nirmala UI" w:hAnsi="Nirmala UI" w:eastAsia="Nirmala UI" w:cs="Nirmala UI"/>
        </w:rPr>
        <w:t>ಕ್ರಿ.ಶ. 1448ರ ಅಕ್ಟೋಬರ್ 31ರಂದು ಜಾನ್ ಪಲೈಯೋಲೋಗೋಸ್ ಮೃತನಾದನು; ಮತ್ತು ಅವನ ಸಹೋದರನಾದ ಹನ್ನೊಂದನೇ ಕಾಂಸ್ಟಾಂಟೈನ್ (ಕೊನೆಯ ಕಾಂಸ್ಟಾಂಟೈನ್) ಪೂರ್ವ ರೋಮಿನ ಸಿಂಹಾಸನಾರೋಹಣಕ್ಕಾಗಿ ಇಸ್ಲಾಮಿಕ ಟರ್ಕಿ ಶಕ್ತಿಯಿಂದ ಅನುಮತಿಯನ್ನು ಯಾಚಿಸಿದನು. ಕ್ರಿ.ಶ. 1299ರ ಜುಲೈ 27ರಂದು ಅವನು ತೋರಿದ ಅಧೀನತೆ, ಪ್ರಕಟನೆ ಒಂಬತ್ತನೆಯ ಅಧ್ಯಾಯದ ಹತ್ತನೇ ವಚನದಲ್ಲಿ ನಿರೂಪಿಸಲ್ಪಟ್ಟ ಎರಡನೇ ನೂರು ಐವತ್ತು ವರ್ಷಗಳನ್ನು ನೆರವೇರಿಸಿತು. ಜಾನ್ ಪಲೈಯೋಲೋಗೋಸ್‌ನ ಮರಣದ ಐದು ವರ್ಷಗಳ ನಂತರ, ಮೆಹ್ಮೆದ್ ದ್ವಿತೀಯನು ಪೂರ್ವ ರೋಮಿನ ಬೈಜಾಂಟೈನ್ ಸಾಮ್ರಾಜ್ಯವನ್ನು ಜಯಿಸಿದಾಗ, ಅವನ ಸಹೋದರನಾದ ಹನ್ನೊಂದನೇ ಕಾಂಸ್ಟಾಂಟೈನ್ ಕಾನ್ಸ್ಟಾಂಟಿನೋಪಲ್‌ನ ಗೋಡೆಗಳ ಮೇಲೆಯೇ ಮೃತನಾದನು. “ಮೆಹ್ಮೆದ್” ಎಂಬುದು “ಮೊಹಮ್ಮದ್” ಎಂಬ ಹೆಸರಿನ ಟರ್ಕಿ ರೂಪಾಂತರವಾಗಿದೆ; ಆದಕಾರಣ, ಕ್ರಿ.ಶ. 632ರಲ್ಲಿ ಮೊದಲ ಮೊಹಮ್ಮದ್‌ನ ಮರಣವು ಪ್ರಕಟನೆ ಒಂಬತ್ತನೆಯ ಅಧ್ಯಾಯದ ಮೊದಲ ನೂರು ಐವತ್ತು ವರ್ಷದ ಪ್ರವಾದನೆಯನ್ನು ಆರಂಭಿಸಿತು (ಅದು ಐದನೇ ವಚನದಲ್ಲಿದೆ), ಮತ್ತು ಎಂಟು ನೂರು ಇಪ್ಪತ್ತೊಂದು ವರ್ಷಗಳ ನಂತರ “ಎರಡನೇ ಮೊಹಮ್ಮದ್”ನ ಕೈಯಲ್ಲಿ ಕೊನೆಯ ಕಾಂಸ್ಟಾಂಟೈನ್‌ನ ಮರಣದೊಂದಿಗೆ ಅದು ಅಂತ್ಯಗೊಂಡಿತು. ತನ್ನ ಮರಣಕ್ಕಿಂತ ಐದು ವರ್ಷಗಳ ಮೊದಲು ಮೊಹಮ್ಮದ್ ರೋಮಿನ ಪತನವನ್ನು ಮುಂಚಿತವಾಗಿ ಹೇಳಿದ್ದನು; ಮತ್ತು ಅದು “ಎರಡನೇ ಮೊಹಮ್ಮದ್” ಎಂಬ ಹೆಸರಿನ ಟರ್ಕನ ಮೂಲಕ ನೆರವೇರಿಸಲ್ಪಟ್ಟಿತು.</w:t>
      </w:r>
    </w:p>
    <w:p>
      <w:pPr>
        <w:pStyle w:val="ArticleBody"/>
        <w:jc w:val="left"/>
      </w:pPr>
      <w:r>
        <w:rPr>
          <w:rFonts w:ascii="Nirmala UI" w:hAnsi="Nirmala UI" w:eastAsia="Nirmala UI" w:cs="Nirmala UI"/>
        </w:rPr>
        <w:t>ಕೊನೆಯವನು, ಹನ್ನೊಂದನೆಯವನು ಆದ ಕಾನ್ಸ್ಟಾಂಟೈನ್, ಕಾನ್ಸ್ಟಾಂಟಿನೋಪಲ್ ಯುದ್ಧದಲ್ಲಿ ಮರಣಹೊಂದಿದನು; ಹೀಗೆ ತನ್ನ ಸಹೋದರ ಜಾನ್‌ನ ಮರಣದಿಂದ ತನ್ನ ಮರಣದವರೆಗೆ ಐದು ವರ್ಷಗಳ ಅವಧಿಯನ್ನು ಗುರುತಿಸಿದನು. ಆ ಐದು ವರ್ಷಗಳು, ಮಗನಾದ ಲಾಮೆಕನ ಮರಣದಿಂದ ತಂದೆಯಾದ ಮೆಥೂಸಲಹನ ಮರಣದವರೆಗೆ, ಅಂದರೆ ಐದು ವರ್ಷಗಳ ನಂತರ ನೌಕೆಯ ಮೇಲೆ ಬಾಗಿಲು ಮುಚ್ಚಲ್ಪಟ್ಟ ಕಾಲದ ಮೂಲಕ ಪ್ರತಿರೂಪಿಸಲ್ಪಟ್ಟವು. ಹೀಗಾಗಿ, ಎಜೆಕಿಯೇಲನ ವಧುವಿನ ಮರಣವು ಲಾಮೆಕನ ಮರಣದ ಮೂಲಕ ಪ್ರತಿರೂಪಿಸಲ್ಪಟ್ಟಿತು; ಮತ್ತು ಇವೆರಡೂ ಸೇರಿ 1448ರಲ್ಲಿ ಜಾನ್ ಪಲಾಯೊಲೋಗೊಸದ ಮರಣಕ್ಕೆ ಸಾಕ್ಷಿಯನ್ನು ಒದಗಿಸುತ್ತವೆ. ನಂತರ ಸಂಭವಿಸಿದ ಮೆಥೂಸಲಹನ ಮರಣವು ಕ್ರಿಸ್ತನ ವಧುವಿನ ಮರಣಕ್ಕೂ ಕ್ರಿ.ಪೂ. 586ರಲ್ಲಿ ಯೆರೂಸಲೇಮಿನ ನಾಶಕ್ಕೂ ಹೊಂದಿಕೆಯಾಗುತ್ತದೆ; ಮತ್ತು ಇವೆರಡೂ ಸೇರಿ ಹನ್ನೊಂದನೆಯ ಕಾನ್ಸ್ಟಾಂಟೈನಿನ ಮರಣಕ್ಕೂ ಹೊಂದಿಕೆಯಾಗುತ್ತವೆ.</w:t>
      </w:r>
    </w:p>
    <w:p>
      <w:pPr>
        <w:pStyle w:val="ArticleBody"/>
        <w:jc w:val="left"/>
      </w:pPr>
      <w:r>
        <w:rPr>
          <w:rFonts w:ascii="Nirmala UI" w:hAnsi="Nirmala UI" w:eastAsia="Nirmala UI" w:cs="Nirmala UI"/>
        </w:rPr>
        <w:t>ಒಂದು ಮರಣದಿಂದ ಆರಂಭವಾಗಿ ಒಂದು ಮರಣದಲ್ಲೇ ಅಂತ್ಯಗೊಳ್ಳುವ ಪ್ರವಾದ್ಯಕಾಲದ ಮೂರು ಸಾಕ್ಷಿಗಳು, ಮೃಗದ ಗುರುತಿನಲ್ಲಿ ಅಂತ್ಯಗೊಳ್ಳುವ ಮೃಗದ ಪ್ರತಿಮೆಯ ರೂಪಗೊಳ್ಳುವ ಅವಧಿಯನ್ನು ಚಿತ್ರಿಸುತ್ತವೆ; ಮತ್ತು ಇದು ಮಿಲ್ಲರೈಟ್ ಇತಿಹಾಸದಲ್ಲಿ ಮಧ್ಯರಾತ್ರಿ ಕೂಗಿನ ಘೋಷಣೆಯೊಡನೆ ಹಾಗು ನಮ್ಮ ಇಂದಿನ ಇತಿಹಾಸದಲ್ಲಿ ಮೃಗದ ಗುರುತಿನಲ್ಲಿ ಅಂತ್ಯಗೊಳ್ಳುವ ಮೃಗದ ಪ್ರತಿಮೆಯ ರೂಪಗೊಳ್ಳುವಿಕೆಯಾಗಿಯೂ ಹೊಂದಿಕೆಯಾಗುತ್ತದೆ. ಶೀಘ್ರದಲ್ಲೇ ಬರುವ ಭಾನುವಾರದ ಕಾನೂನಿನಲ್ಲಿ ಮೃಗದ ಗುರುತು ನೆರವೇರುವ ವೇಳೆ, ಯೆರೂಸಲೇಮಿನ ನಾಶದ ಸಂದರ್ಭದಲ್ಲಿ ಯೆಹೆಜ್ಕೇಲನು ತನ್ನ ಸ್ವಂತ ಇಚ್ಛೆಯಂತೆ “ಮಾತನಾಡಲು” ಶಕ್ತನಾದಿದ್ದಂತೆ, ಪ್ರವಾದ್ಯಾತ್ಮಕ “ಮಾತನಾಡುವಿಕೆ” ಸಹ ಅದಕ್ಕೆ ಅನುಸಾರವಾಗಿ ಆಗಮಿಸುತ್ತದೆ.</w:t>
      </w:r>
    </w:p>
    <w:p>
      <w:pPr>
        <w:pStyle w:val="ArticleHeading"/>
        <w:jc w:val="left"/>
      </w:pPr>
      <w:r>
        <w:rPr>
          <w:rFonts w:ascii="Nirmala UI" w:hAnsi="Nirmala UI" w:eastAsia="Nirmala UI" w:cs="Nirmala UI"/>
        </w:rPr>
        <w:t>ಮಾತನಾಡುವುದು</w:t>
      </w:r>
    </w:p>
    <w:p>
      <w:pPr>
        <w:pStyle w:val="ArticleBody"/>
        <w:jc w:val="left"/>
      </w:pPr>
      <w:r>
        <w:rPr>
          <w:rFonts w:ascii="Nirmala UI" w:hAnsi="Nirmala UI" w:eastAsia="Nirmala UI" w:cs="Nirmala UI"/>
        </w:rPr>
        <w:t>ಯೆರೂಸಲೇಮಿನ ನಾಶದಿಂದ ಪ್ರತಿರೂಪಿತವಾಗಿರುವ ಭಾನುವಾರ ಕಾನೂನಿನ ಸಂದರ್ಭದಲ್ಲಿ, ಸಂಯುಕ್ತ ಸಂಸ್ಥಾನಗಳ ಪ್ರವಾದ್ಯಾತ್ಮಕ ಮಾತು ಸುಳ್ಳು ಪ್ರವಾದಿಯು ನಾಗದಂತೆ ಮಾತನಾಡುವಾಗ ಗುರುತಿಸಲ್ಪಡುತ್ತದೆ.</w:t>
      </w:r>
    </w:p>
    <w:p>
      <w:pPr>
        <w:pStyle w:val="ArticleScripture"/>
        <w:jc w:val="left"/>
      </w:pPr>
      <w:r>
        <w:rPr>
          <w:rFonts w:ascii="Nirmala UI" w:hAnsi="Nirmala UI" w:eastAsia="Nirmala UI" w:cs="Nirmala UI"/>
        </w:rPr>
        <w:t>ಆಗ ನಾನು ಭೂಮಿಯಿಂದ ಮೇಲೇಳಿಬರುತ್ತಿದ್ದ ಮತ್ತೊಂದು ಮೃಗವನ್ನು ಕಂಡೆನು; ಅದಕ್ಕೆ ಕುರಿಮರಿಯಂತೆ ಎರಡು ಕೊಂಬುಗಳಿದ್ದವು, ಮತ್ತು ಅದು ಅಜಗನಂತೆ ಮಾತನಾಡಿತು. ಪ್ರಕಟಣೆ 13:11.</w:t>
      </w:r>
    </w:p>
    <w:p>
      <w:pPr>
        <w:pStyle w:val="ArticleBody"/>
        <w:jc w:val="left"/>
      </w:pPr>
      <w:r>
        <w:rPr>
          <w:rFonts w:ascii="Nirmala UI" w:hAnsi="Nirmala UI" w:eastAsia="Nirmala UI" w:cs="Nirmala UI"/>
        </w:rPr>
        <w:t>ಭಾನುವಾರದ ಕಾನೂನಿನ ಸಂದರ್ಭದಲ್ಲಿ, ಬಿಳಾಮನು ತನ್ನ ಕತ್ತೆಯನ್ನು ಮೂರನೆಯ ಬಾರಿ ಹೊಡೆಯುತ್ತಾನೆ; ಆಗ ಕತ್ತೆ ಮಾತನಾಡುತ್ತದೆ.</w:t>
      </w:r>
    </w:p>
    <w:p>
      <w:pPr>
        <w:pStyle w:val="ArticleScripture"/>
        <w:jc w:val="left"/>
      </w:pPr>
      <w:r>
        <w:rPr>
          <w:rFonts w:ascii="Nirmala UI" w:hAnsi="Nirmala UI" w:eastAsia="Nirmala UI" w:cs="Nirmala UI"/>
        </w:rPr>
        <w:t>ಆಗ ಯೆಹೋವನು ಆ ಕತ್ತೆಯ ಬಾಯಿಯನ್ನು ತೆರೆದನು; ಅವಳು ಬಿಳಾಮನಿಗೆ ಹೇಳಿದಳು, “ನೀನು ನನ್ನನ್ನು ಈ ಮೂರು ಸಾರಿ ಹೊಡೆದದ್ದು ಏಕೆ? ನಾನು ನಿನಗೆ ಏನು ಮಾಡಿದ್ದೇನೆ?” ಆಗ ಬಿಳಾಮನು ಆ ಕತ್ತೆಗೆ ಹೇಳಿದನು, “ನೀನು ನನ್ನನ್ನು ಹಾಸ್ಯಮಾಡಿದ್ದೀಯ; ನನ್ನ ಕೈಯಲ್ಲಿ ಕತ್ತಿಯಿದ್ದರೆ, ಈಗಲೇ ನಿನ್ನನ್ನು ಕೊಂದುಬಿಡುತ್ತಿದ್ದೆ.” ಆಗ ಆ ಕತ್ತೆಯು ಬಿಳಾಮನಿಗೆ ಹೇಳಿತು, “ನಾನು ನಿನ್ನ ಕತ್ತೆಯಲ್ಲವೆ? ನೀನು ನನ್ನನ್ನು ಹೊಂದಿದ ದಿನದಿಂದ ಇಂದಿನ ತನಕ ನೀನು ಸವಾರಿ ಮಾಡಿರುವುದು ನನ್ನ ಮೇಲಲ್ಲವೆ? ನಾನು ಎಂದಾದರೂ ನಿನ್ನೊಡನೆ ಹೀಗೆ ವರ್ತಿಸುವ ರೂಢಿಯುಳ್ಳವಳಾಗಿದ್ದೆನೆ?” ಅವನು ಹೇಳಿದನು, “ಇಲ್ಲ.” ಅಂಕೆಗಳು 22:28–30.</w:t>
      </w:r>
    </w:p>
    <w:p>
      <w:pPr>
        <w:pStyle w:val="ArticleBody"/>
        <w:jc w:val="left"/>
      </w:pPr>
      <w:r>
        <w:rPr>
          <w:rFonts w:ascii="Nirmala UI" w:hAnsi="Nirmala UI" w:eastAsia="Nirmala UI" w:cs="Nirmala UI"/>
        </w:rPr>
        <w:t>ಸುಳ್ಳು ಪ್ರವಾದಿಯು ಭಾನುವಾರದ ಕಾನೂನಿನ ಸಮಯದಲ್ಲಿ ಮಾತನಾಡುತ್ತಾನೆ; ಇಸ್ಲಾಮೂ ಸಹ ಭಾನುವಾರದ ಕಾನೂನಿನ ಸಮಯದಲ್ಲೇ ಮಾತನಾಡುತ್ತದೆ. ಪ್ರವಾದನಾತ್ಮಕವಾಗಿ ಇವೆರಡೂ ಸುಳ್ಳು ಪ್ರವಾದಿಗಳೇ. ಭಾನುವಾರದ ಕಾನೂನಿನ ಸಮಯದಲ್ಲಿ ತಡವಾದ ಹಬಕ್ಕೂಕನ “ದರ್ಶನ” ಮಾತಾಡುತ್ತದೆ.</w:t>
      </w:r>
    </w:p>
    <w:p>
      <w:pPr>
        <w:pStyle w:val="ArticleScripture"/>
        <w:jc w:val="left"/>
      </w:pPr>
      <w:r>
        <w:rPr>
          <w:rFonts w:ascii="Nirmala UI" w:hAnsi="Nirmala UI" w:eastAsia="Nirmala UI" w:cs="Nirmala UI"/>
        </w:rPr>
        <w:t>ದರ್ಶನವು ಇನ್ನೂ ನೇಮಿಸಲ್ಪಟ್ಟ ಕಾಲಕ್ಕಾಗಿಯೇ ಇದೆ; ಆದರೆ ಅಂತ್ಯದಲ್ಲಿ ಅದು ಮಾತನಾಡುವುದು, ಸುಳ್ಳಾಡದು; ಅದು ತಡವಾದರೂ ಅದರಿಗಾಗಿ ಕಾಯಿರಿ; ಯಾಕಂದರೆ ಅದು ನಿಶ್ಚಯವಾಗಿಯೇ ಬರುವುದು, ತಡಮಾಡದು. ಹಬಕ್ಕೂಕ 2:3.</w:t>
      </w:r>
    </w:p>
    <w:p>
      <w:pPr>
        <w:pStyle w:val="ArticleBody"/>
        <w:jc w:val="left"/>
      </w:pPr>
      <w:r>
        <w:rPr>
          <w:rFonts w:ascii="Nirmala UI" w:hAnsi="Nirmala UI" w:eastAsia="Nirmala UI" w:cs="Nirmala UI"/>
        </w:rPr>
        <w:t>ಹಬಕ್ಕೂಕನು ಸುಳ್ಳು ಪ್ರವಾದಿಗಳ ವಿರುದ್ಧವಾಗಿ ಮಾತಾಡುವ ಸತ್ಯಪ್ರವಾದಿಯಾಗಿದ್ದಾನೆ. ಹಬಕ್ಕೂಕನ ‘ದರ್ಶನ’ವು ಹಿಂದೆ ಮೂಕರಾಗಿದ್ದ ಯೆಹೆಜ್ಕೇಲನ ಬಾಯಿಮೂಲಕ ಮಾತಾಡುತ್ತದೆ; ನಂತರ ಅವನ ಬಾಯಿ ತೆರೆಯಲ್ಪಡುತ್ತದೆ. ದೇವರ ಬಾಯಿಯಾಗುವ ವಾಗ್ದಾನವು ಯೆರೆಮಿಯನಿಗೆ ನೀಡಲ್ಪಟ್ಟಿತ್ತು.</w:t>
      </w:r>
    </w:p>
    <w:p>
      <w:pPr>
        <w:pStyle w:val="ArticleScripture"/>
        <w:jc w:val="left"/>
      </w:pPr>
      <w:r>
        <w:rPr>
          <w:rFonts w:ascii="Nirmala UI" w:hAnsi="Nirmala UI" w:eastAsia="Nirmala UI" w:cs="Nirmala UI"/>
        </w:rPr>
        <w:t>ನನ್ನ ನೋವು ಯಾಕೆ ನಿತ್ಯವಾಗಿಯೇ ಇದೆ? ಗುಣವಾಗುವುದನ್ನು ನಿರಾಕರಿಸುವ ನನ್ನ ಗಾಯವು ಯಾಕೆ ಅಸಾಧ್ಯರೋಗವಾಗಿದೆ? ನೀನು ನನಗೆ ಸಂಪೂರ್ಣವಾಗಿ ಮೋಸಗಾರನಂತೆಯೂ, ಒಣಗಿಹೋಗುವ ನೀರಿನಂತೆಯೂ ಆಗುವೆಯೋ? ಆದದರಿಂದ ಕರ್ತನು ಹೀಗೆ ಹೇಳುತ್ತಾನೆ: ನೀನು ಹಿಂದಿರುಗಿದರೆ, ನಾನು ನಿನ್ನನ್ನು ಮತ್ತೆ ಕರೆತರುವೆನು, ಮತ್ತು ನೀನು ನನ್ನ ಸನ್ನಿಧಿಯಲ್ಲಿ ನಿಲ್ಲುವೆ; ಮತ್ತು ನೀನು ಹೀನವಾದುದರಿಂದ ಅಮೂಲ್ಯವಾದುದನ್ನು ಬೇರ್ಪಡಿಸಿದರೆ, ನೀನು ನನ್ನ ಬಾಯಿಯಂತಿರುವೆ; ಅವರು ನಿನ್ನ ಬಳಿಗೆ ಹಿಂದಿರುಗಲಿ, ಆದರೆ ನೀನು ಅವರ ಬಳಿಗೆ ಹಿಂದಿರುಗಬೇಡ. ಯೆರೆಮೀಯ 15:18, 19.</w:t>
      </w:r>
    </w:p>
    <w:p>
      <w:pPr>
        <w:pStyle w:val="ArticleBody"/>
        <w:jc w:val="left"/>
      </w:pPr>
      <w:r>
        <w:rPr>
          <w:rFonts w:ascii="Nirmala UI" w:hAnsi="Nirmala UI" w:eastAsia="Nirmala UI" w:cs="Nirmala UI"/>
        </w:rPr>
        <w:t>ಭಾನುವಾರದ ಕಾನೂನಿನ ಸಮಯದಲ್ಲಿ, ಜಕರ್ಯನ ಒಂಬತ್ತು ತಿಂಗಳ ಮೂಕತ್ವವು ಅವನು ಮಾತನಾಡಿ ತನ್ನ ಮಗನ ಹೆಸರು ಯೋಹಾನನೇ ಆಗಿರಬೇಕು ಎಂದು ದೃಢೀಕರಿಸಿದಾಗ ಅಂತ್ಯವಾಯಿತು. ಜಕರ್ಯನು ಮೂರನೆಯ ದೂತನ ವಾಕ್ಯವನ್ನು ನಂಬದ ನಾಯಕತ್ವವನ್ನು ಪ್ರತಿನಿಧಿಸಿದನು; ಮತ್ತು ಯೋಹಾನನು ಎಲೀಯನ ಚಳುವಳಿಯನ್ನು—ಕ್ರಿಸ್ತನ ದ್ವಿತೀಯ ಆಗಮನವನ್ನು ಮುನ್ನಡೆಸುವ ಸಭೆಯನ್ನು—ಪ್ರತಿನಿಧಿಸಿದನು.</w:t>
      </w:r>
    </w:p>
    <w:p>
      <w:pPr>
        <w:pStyle w:val="ArticleScripture"/>
        <w:jc w:val="left"/>
      </w:pPr>
      <w:r>
        <w:rPr>
          <w:rFonts w:ascii="Nirmala UI" w:hAnsi="Nirmala UI" w:eastAsia="Nirmala UI" w:cs="Nirmala UI"/>
        </w:rPr>
        <w:t>ಆಗ ಜಕರ್ಯನು ದೂತನಿಗೆ ಹೇಳಿದನು: “ಇದು ನನಗೆ ಯಾವದರಿಂದ ತಿಳಿಯುವುದು? ಯಾಕಂದರೆ ನಾನು ವೃದ್ಧನು, ನನ್ನ ಹೆಂಡತಿಯೂ ಬಹಳ ವಯಸ್ಸಾಗಿರುವಳು.” ಅದಕ್ಕೆ ದೂತನು ಉತ್ತರಿಸಿ ಅವನಿಗೆ ಹೇಳಿದನು: “ನಾನು ದೇವರ ಸನ್ನಿಧಿಯಲ್ಲಿ ನಿಂತಿರುವ ಗಬ್ರಿಯೇಲನು; ನಿನ್ನೊಂದಿಗೆ ಮಾತಾಡುವುದಕ್ಕೂ ಈ ಶುಭವಾರ್ತೆಯನ್ನು ನಿನಗೆ ತಿಳಿಸುವುದಕ್ಕೂ ಕಳುಹಿಸಲ್ಪಟ್ಟಿದ್ದೇನೆ. ಮತ್ತು ಇಗೋ, ಈ ಸಂಗತಿಗಳು ನೆರವೇರುವ ದಿನದವರೆಗೆ ನೀನು ಮೂಕನಾಗಿ ಮಾತಾಡಲಾರವನಾಗಿರುವೆ; ಯಾಕಂದರೆ ತಕ್ಕ ಸಮಯದಲ್ಲಿ ನೆರವೇರುವ ನನ್ನ ಮಾತುಗಳನ್ನು ನೀನು ನಂಬಲಿಲ್ಲ.”</w:t>
      </w:r>
    </w:p>
    <w:p>
      <w:pPr>
        <w:pStyle w:val="ArticleScripture"/>
        <w:jc w:val="left"/>
      </w:pPr>
      <w:r>
        <w:rPr>
          <w:rFonts w:ascii="Nirmala UI" w:hAnsi="Nirmala UI" w:eastAsia="Nirmala UI" w:cs="Nirmala UI"/>
        </w:rPr>
        <w:t>ಜನರು ಜಕರ್ಯನಿಗಾಗಿ ಕಾದಿದ್ದರು; ಅವನು ದೇವಾಲಯದಲ್ಲಿ ಇಷ್ಟು ಕಾಲ ತಡಮಾಡಿದ್ದಕ್ಕೆ ಅವರು ಆಶ್ಚರ್ಯಪಟ್ಟರು. ಅವನು ಹೊರಗೆ ಬಂದಾಗ, ಅವರೊಡನೆ ಮಾತಾಡಲಾರದೆ ಇದ್ದನು; ಆಗ ಅವನು ದೇವಾಲಯದಲ್ಲಿ ದರ್ಶನವನ್ನು ಕಂಡಿದ್ದಾನೆಂದು ಅವರು ಗ್ರಹಿಸಿದರು; ಏಕೆಂದರೆ ಅವನು ಅವರಿಗೆ ಸಂಜ್ಞೆ ಮಾಡುತ್ತಿದ್ದನು ಮತ್ತು ಮೂಕನಾಗಿಯೇ ಉಳಿದನು. ಲೂಕ 1:18–22.</w:t>
      </w:r>
    </w:p>
    <w:p>
      <w:pPr>
        <w:pStyle w:val="ArticleBody"/>
        <w:jc w:val="left"/>
      </w:pPr>
      <w:r>
        <w:rPr>
          <w:rFonts w:ascii="Nirmala UI" w:hAnsi="Nirmala UI" w:eastAsia="Nirmala UI" w:cs="Nirmala UI"/>
        </w:rPr>
        <w:t>ಜಕರ್ಯನು ಯಾಜಕರ ಎಂಟನೇ ವರ್ಗದವನಾಗಿದ್ದನು.</w:t>
      </w:r>
    </w:p>
    <w:p>
      <w:pPr>
        <w:pStyle w:val="ArticleScripture"/>
        <w:jc w:val="left"/>
      </w:pPr>
      <w:r>
        <w:rPr>
          <w:rFonts w:ascii="Nirmala UI" w:hAnsi="Nirmala UI" w:eastAsia="Nirmala UI" w:cs="Nirmala UI"/>
        </w:rPr>
        <w:t>ಯೂದಾಯದ ಅರಸನಾದ ಹೆರೋದನ ದಿನಗಳಲ್ಲಿ, ಅಬೀಯನ ವರ್ಗಕ್ಕೆ ಸೇರಿದ ಜಕರ್ಯನೆಂಬ ಒಬ್ಬ ಯಾಜಕನಿದ್ದನು; ಅವನ ಹೆಂಡತಿ ಆರೋನನ ಪುತ್ರಿಯರಲ್ಲಿ ಒಬ್ಬಳಾಗಿದ್ದು, ಅವಳ ಹೆಸರು ಎಲಿಸಬೆತಳು. ಅವರು ಇಬ್ಬರೂ ದೇವರ ಸನ್ನಿಧಿಯಲ್ಲಿ ನೀತಿವಂತರಾಗಿದ್ದು, ಕರ್ತನ ಎಲ್ಲಾ ಆಜ್ಞೆಗಳಲ್ಲಿಯೂ ವಿಧಿಗಳಲ್ಲಿಯೂ ನಿರ್ದೋಷಿಗಳಾಗಿ ನಡೆಯುತ್ತಿದ್ದರು. ಎಲಿಸಬೆತಳು ಬಂಜೆಯಾಗಿದ್ದ ಕಾರಣ ಅವರಿಗೆ ಸಂತಾನವಿರಲಿಲ್ಲ; ಮತ್ತು ಅವರು ಇಬ್ಬರೂ ವಯೋವೃದ್ಧರಾಗಿದ್ದರು. ಅವನು ತನ್ನ ವರ್ಗದ ಕ್ರಮಾನುಸಾರ ದೇವರ ಸನ್ನಿಧಿಯಲ್ಲಿ ಯಾಜಕ ಸೇವೆಯನ್ನು ನಿರ್ವಹಿಸುತ್ತಿದ್ದಾಗ, ಯಾಜಕತ್ವದ ಸಂಪ್ರದಾಯದ ಪ್ರಕಾರ, ಕರ್ತನ ದೇವಾಲಯದೊಳಗೆ ಹೋಗಿ ಧೂಪ ಹಚ್ಚುವುದು ಅವನ ಪಾಲಾಗಿತ್ತು. ಧೂಪದ ಸಮಯದಲ್ಲಿ ಜನಸಮೂಹವೆಲ್ಲವೂ ಹೊರಗೆ ಪ್ರಾರ್ಥನೆ ಮಾಡುತ್ತಿತ್ತು. ಲೂಕ 1:5–10.</w:t>
      </w:r>
    </w:p>
    <w:p>
      <w:pPr>
        <w:pStyle w:val="ArticleBody"/>
        <w:jc w:val="left"/>
      </w:pPr>
      <w:r>
        <w:rPr>
          <w:rFonts w:ascii="Nirmala UI" w:hAnsi="Nirmala UI" w:eastAsia="Nirmala UI" w:cs="Nirmala UI"/>
        </w:rPr>
        <w:t>ಎಲ್ಲಾ ಪ್ರವಾದಿಗಳೂ ಅಂತ್ಯಕಾಲವನ್ನು ಪ್ರತಿನಿಧಿಸುತ್ತಾರೆ; ಮತ್ತು ಎಜಕಿಯೇಲನು ಮಾಡಿದಂತೆಯೇ ಜಕರ್ಯನು ದೇವಾಲಯದೊಳಗೆ ಪ್ರವೇಶಿಸಿದನು. ಅವನು ಯಾಜಕರ ಎಂಟನೇ ಕ್ರಮಕ್ಕೆ ಸೇರಿದವನಾಗಿದ್ದು, ಅದು ಹಳೆಯ ಲೋಕದಿಂದ ಹೊಸ ಲೋಕಕ್ಕೆ ಹೋದ ನೋಹನ ನೌಕೆಯಲ್ಲಿದ್ದ ಎಂಟು ಆತ್ಮಗಳ ಸಂಕೇತವನ್ನು ಸೂಚಿಸುತ್ತದೆ. ಅವನೂ ಅವನ ಹೆಂಡತಿಯೂ ಇಬ್ಬರೂ ನಿರ್ದೋಷಿಗಳಾಗಿದ್ದರು; ಆದರೆ ಜಕರ್ಯನು ಗಬ್ರಿಯೇಲನ ಮಾತುಗಳನ್ನು ಸಂದೇಹಿಸಿದನು. ಮಿಲ್ಲರೈಟ್ ಚಳವಳಿಯು ಫಿಲಡೆಲ್ಫಿಯರಾಗಿ (ನಿರ್ದೋಷಿಗಳಾಗಿ) ಆರಂಭಗೊಂಡಿತು, ಆದರೆ 1856ರಲ್ಲಿ ಲವೊದಿಕಿಯರಾಗಿ ಪರಿವರ್ತಿತವಾಯಿತು. ಅಂತ್ಯಕಾಲದಲ್ಲಿ ದೂತನ ಸಂದೇಶವೆಂದರೆ ಮೂರನೇ ದೂತನ ಸಂದೇಶವೇ ಆಗಿದ್ದು, ಜಕರ್ಯನಿಗೆ ಗಬ್ರಿಯೇಲನ ಸಂದೇಶವು ಮೂರನೇ ದೂತನ ಸಂದೇಶವನ್ನೂ, ಯೋಹಾನ ಬಾಪ್ಟಿಸ್ಮಗಾರನಿಂದ ಪ್ರತಿನಿಧಿಸಲ್ಪಟ್ಟ ಎಲೀಯನ ಸಂದೇಶವನ್ನೂ ಸಹ ಪ್ರತಿನಿಧಿಸುತ್ತದೆ.</w:t>
      </w:r>
    </w:p>
    <w:p>
      <w:pPr>
        <w:pStyle w:val="ArticleScripture"/>
        <w:jc w:val="left"/>
      </w:pPr>
      <w:r>
        <w:rPr>
          <w:rFonts w:ascii="Nirmala UI" w:hAnsi="Nirmala UI" w:eastAsia="Nirmala UI" w:cs="Nirmala UI"/>
        </w:rPr>
        <w:t>ಅವನಿಗೆ ಧೂಪವೇದಿಯ ಬಲಭಾಗದಲ್ಲಿ ಕರ್ತನ ದೂತನು ನಿಂತಿರುವದಾಗಿ ಕಾಣಿಸಿತು. ಜಕರ್ಯನು ಅವನನ್ನು ಕಂಡಾಗ ಆತನು ಗಾಬರಿಗೊಂಡನು, ಮತ್ತು ಅವನ ಮೇಲೆ ಭಯವು ಬಂತು. ಆದರೆ ದೂತನು ಅವನಿಗೆ, “ಜಕರ್ಯನೇ, ಭಯಪಡಬೇಡ; ನಿನ್ನ ಪ್ರಾರ್ಥನೆಯು ಕೇಳಲ್ಪಟ್ಟಿದೆ; ನಿನ್ನ ಹೆಂಡತಿ ಎಲಿಸಬೆತ್ತು ನಿನಗೆ ಒಬ್ಬ ಮಗನನ್ನು ಹೆರುವಳು, ಮತ್ತು ನೀನು ಅವನಿಗೆ ಯೋಹಾನನೆಂದು ಹೆಸರು ಇಡಬೇಕು. ನಿನಗೆ ಸಂತೋಷವೂ ಉಲ್ಲಾಸವೂ ಉಂಟಾಗುವುದು; ಅವನ ಜನನದ ನಿಮಿತ್ತ ಅನೇಕರೂ ಆನಂದಿಸುವರು. ಯಾಕಂದರೆ ಅವನು ಕರ್ತನ ದೃಷ್ಟಿಯಲ್ಲಿ ಮಹಾನಾಗಿರುವನು; ದ್ರಾಕ್ಷಾರಸವನ್ನಾಗಲಿ ಮದ್ಯವನ್ನಾಗಲಿ ಕುಡಿಯನು; ಮತ್ತು ತಾಯಿಯ ಗರ್ಭದಿಂದಲೇ ಪವಿತ್ರಾತ್ಮನಿಂದ ತುಂಬಿರುವನು. ಇಸ್ರಾಯೇಲಿನ ಮಕ್ಕಳಲ್ಲಿ ಅನೇಕರನ್ನು ಅವನು ಅವರ ದೇವರಾದ ಕರ್ತನ ಕಡೆಗೆ ತಿರುಗಿಸುವನು. ತಂದೆಯರ ಹೃದಯಗಳನ್ನು ಮಕ್ಕಳ ಕಡೆಗೂ, ಅವಿಧೇಯರನ್ನು ನೀತಿವಂತರ ಜ್ಞಾನಕ್ಕಾಗಿಯೂ ತಿರುಗಿಸುವದಕ್ಕಾಗಿ, ಕರ್ತನಿಗಾಗಿ ಸಿದ್ಧಪಡಿಸಲ್ಪಟ್ಟ ಜನರನ್ನು ಸಿದ್ಧಮಾಡುವದಕ್ಕಾಗಿ, ಅವನು ಏಲೀಯನ ಆತ್ಮ ಮತ್ತು ಶಕ್ತಿಯೊಂದಿಗೆ ಅವನ ಮುಂದಾಗಿ ಹೋಗುವನು” ಎಂದು ಹೇಳಿದನು. ಆಗ ಜಕರ್ಯನು ದೂತನಿಗೆ, “ಇದನ್ನು ನಾನು ಯಾವದರಿಂದ ತಿಳಿದುಕೊಳ್ಳಲಿ? ಯಾಕಂದರೆ ನಾನು ವೃದ್ಧನು, ಮತ್ತು ನನ್ನ ಹೆಂಡತಿಯು ವಯಸ್ಸಿನಲ್ಲಿ ಬಹಳ ಮುನ್ನಡೆದಿದ್ದಾಳೆ” ಎಂದು ಹೇಳಿದನು. ಆಗ ದೂತನು ಉತ್ತರವಾಗಿ ಅವನಿಗೆ, “ನಾನು ದೇವರ ಸನ್ನಿಧಿಯಲ್ಲಿ ನಿಂತಿರುವ ಗಬ್ರಿಯೇಲನು; ನಿನಗೆ ಮಾತಾಡುವುದಕ್ಕೂ ಈ ಶುಭವಾರ್ತೆಯನ್ನು ನಿನಗೆ ತಿಳಿಸುವುದಕ್ಕೂ ಕಳುಹಿಸಲ್ಪಟ್ಟಿದ್ದೇನೆ” ಎಂದನು. ಲೂಕ 1:11–19.</w:t>
      </w:r>
    </w:p>
    <w:p>
      <w:pPr>
        <w:pStyle w:val="ArticleBody"/>
        <w:jc w:val="left"/>
      </w:pPr>
      <w:r>
        <w:rPr>
          <w:rFonts w:ascii="Nirmala UI" w:hAnsi="Nirmala UI" w:eastAsia="Nirmala UI" w:cs="Nirmala UI"/>
        </w:rPr>
        <w:t>ಬರಬೇಕಾಗಿದ್ದ ಎಲೀಯನ ಸಂದೇಶವು ನೆರವೇರುವುದೆಂಬ ವಿಷಯದಲ್ಲಿ ಜಕರ್ಯನು ಸಂದೇಹಪಟ್ಟನು.</w:t>
      </w:r>
    </w:p>
    <w:p>
      <w:pPr>
        <w:pStyle w:val="ArticleScripture"/>
        <w:jc w:val="left"/>
      </w:pPr>
      <w:r>
        <w:rPr>
          <w:rFonts w:ascii="Nirmala UI" w:hAnsi="Nirmala UI" w:eastAsia="Nirmala UI" w:cs="Nirmala UI"/>
        </w:rPr>
        <w:t>ಇಗೋ, ಯೆಹೋವನ ಮಹಾ ಮತ್ತು ಭಯಂಕರ ದಿನವು ಬರುವದಕ್ಕಿಂತ ಮುಂಚೆ ನಾನು ಪ್ರವಾದಿಯಾದ ಏಲಿಯನನ್ನು ನಿಮ್ಮ ಬಳಿಗೆ ಕಳುಹಿಸುವೆನು. ಅವನು ತಂದೆಗಳ ಹೃದಯವನ್ನು ಮಕ್ಕಳ ಕಡೆಗೂ, ಮಕ್ಕಳ ಹೃದಯವನ್ನು ಅವರ ತಂದೆಗಳ ಕಡೆಗೂ ತಿರುಗಿಸುವನು; ಇಲ್ಲವಾದರೆ ನಾನು ಬಂದು ಭೂಮಿಯನ್ನು ಶಾಪದಿಂದ ಹೊಡೆಯುವೆನು. ಮಲಾಕಿ 4:5, 6.</w:t>
      </w:r>
    </w:p>
    <w:p>
      <w:pPr>
        <w:pStyle w:val="ArticleBody"/>
        <w:jc w:val="left"/>
      </w:pPr>
      <w:r>
        <w:rPr>
          <w:rFonts w:ascii="Nirmala UI" w:hAnsi="Nirmala UI" w:eastAsia="Nirmala UI" w:cs="Nirmala UI"/>
        </w:rPr>
        <w:t>ಒಂಬತ್ತನೇ ಅಧ್ಯಾಯದಲ್ಲಿರುವ ಏಜೆಕಿಯೇಲನ ಮುದ್ರಣದ ಸಂದರ್ಭದೊಳಗೆ, ಲವೊದಿಕಾಯದ ಸೆವೆಂಥ್-ಡೇ ಅಡ್ವೆಂಟಿಸ್ಟ್ ಸಭೆಯ ನಾಯಕತ್ವವನ್ನು ಜಕರೀಯನ ಅವಿಶ್ವಾಸದಿಂದ ಏಕೆ ಪ್ರತಿರೂಪಿಸಲಾಯಿತು ಎಂಬುದನ್ನು ಸಿಸ್ಟರ್ ವೈಟ್ ಗುರುತಿಸುತ್ತಾರೆ.</w:t>
      </w:r>
    </w:p>
    <w:p>
      <w:pPr>
        <w:pStyle w:val="ArticleScripture"/>
        <w:jc w:val="left"/>
      </w:pPr>
      <w:r>
        <w:rPr>
          <w:rFonts w:ascii="Nirmala UI" w:hAnsi="Nirmala UI" w:eastAsia="Nirmala UI" w:cs="Nirmala UI"/>
        </w:rPr>
        <w:t>“ತಮ್ಮ ಸ್ವಂತ ಆತ್ಮಿಕ ಅವನತಿಯ ವಿಷಯವಾಗಿ ಶೋಕಿಸುವುದಿಲ್ಲದವರೂ, ಇತರರ ಪಾಪಗಳಿಗಾಗಿ ವಿಲಾಪಿಸುವುದಿಲ್ಲದವರೂ ಆಗಿರುವ ವರ್ಗವು ದೇವರ ಮುದ್ರೆಯಿಲ್ಲದೆ ಬಿಟ್ಟುಕೊಡಲ್ಪಡುವರು. ಕರ್ತನು ತನ್ನ ದೂತರಿಗೆ—ತಮ್ಮ ಕೈಗಳಲ್ಲಿ ಸಂಹಾರಾಯುಧಗಳನ್ನು ಹೊಂದಿರುವ ಆ ಪುರುಷರಿಗೆ—ಈ ಆಜ್ಞೆಯನ್ನು ನೀಡುತ್ತಾನೆ: ‘ನೀವು ಅವನ ಹಿಂದೆ ನಗರದ ಮಧ್ಯವಾಗಿ ಹೋಗಿ ಹೊಡೆಯಿರಿ; ನಿಮ್ಮ ಕಣ್ಣು ಕನಿಕರಿಸಬಾರದು, ನೀವು ದಯೆ ತೋರಿಸಬಾರದು: ವೃದ್ಧರೂ ಯುವಕರೂ, ಕನ್ಯೆಯರೂ ಚಿಕ್ಕ ಮಕ್ಕಳೂ ಸ್ತ್ರೀಯರೂ—ಎಲ್ಲರನ್ನೂ ಸಂಪೂರ್ಣವಾಗಿ ಸಂಹರಿಸಿರಿ; ಆದರೆ ಗುರುತು ಇರುವ ಯಾವ ಮನುಷ್ಯನ ಬಳಿಗೂ ಹತ್ತಬೇಡಿರಿ; ಮತ್ತು ನನ್ನ ಪರಿಶುದ್ಧಾಲಯದಿಂದ ಆರಂಭಿಸಿರಿ. ಆಗ ಅವರು ಮನೆಯ ಮುಂದಿದ್ದ ವೃದ್ಧ ಪುರುಷರಿಂದ ಆರಂಭಿಸಿದರು.’”</w:t>
      </w:r>
    </w:p>
    <w:p>
      <w:pPr>
        <w:pStyle w:val="ArticleScripture"/>
        <w:jc w:val="left"/>
      </w:pPr>
      <w:r>
        <w:rPr>
          <w:rFonts w:ascii="Nirmala UI" w:hAnsi="Nirmala UI" w:eastAsia="Nirmala UI" w:cs="Nirmala UI"/>
        </w:rPr>
        <w:t>“ಇಲ್ಲಿ ನಾವು ನೋಡುವುದು ಏನೆಂದರೆ ಸಭೆ—ಕರ್ತನ ಪರಿಶುದ್ಧಾಲಯ—ದೇವರ ಕೋಪದ ಘಾತವನ್ನು ಮೊದಲಾಗಿ ಅನುಭವಿಸಿತು. ಪ್ರಾಚೀನರು, ಅಂದರೆ ದೇವರು ಮಹಾ ಬೆಳಕನ್ನು ನೀಡಿದ್ದವರೂ ಜನರ ಆತ್ಮಿಕ ಹಿತಾಸಕ್ತಿಗಳ ಕಾವಲುಗಾರರಾಗಿ ನಿಂತಿದ್ದವರೂ, ತಮ್ಮ ಮೇಲೆ ಇಡಲ್ಪಟ್ಟ ಭರವಸೆಗೆ ದ್ರೋಹಮಾಡಿದ್ದರು. ಹಿಂದಿನ ದಿನಗಳಲ್ಲಿ ಇದ್ದಂತೆಯೇ ಅದ್ಭುತಗಳನ್ನೂ ದೇವರ ಶಕ್ತಿಯ ಸ್ಪಷ್ಟ ಪ್ರಕಟನೆಗಳನ್ನೂ ನಾವು ನಿರೀಕ್ಷಿಸಬೇಕಾಗಿಲ್ಲ ಎಂಬ ನಿಲುವನ್ನು ಅವರು ತೆಗೆದುಕೊಂಡಿದ್ದರು. ಕಾಲಗಳು ಬದಲಾಗಿದೆ. ಈ ಮಾತುಗಳು ಅವರ ಅವಿಶ್ವಾಸವನ್ನು ಬಲಪಡಿಸುತ್ತವೆ; ಮತ್ತು ಅವರು ಹೇಳುವದೇನೆಂದರೆ: ಕರ್ತನು ಒಳ್ಳೆಯದನ್ನೂ ಮಾಡುವುದಿಲ್ಲ, ಕೆಟ್ಟದನ್ನೂ ಮಾಡುವುದಿಲ್ಲ. ತನ್ನ ಜನರನ್ನು ನ್ಯಾಯತೀರ್ಪಿನಿಂದ ಭೇಟಿ ಮಾಡುವಷ್ಟು ಆತನು ಅಷ್ಟು ಕರುಣಾಳುವಲ್ಲವೆಂದು ಅವರು ಭಾವಿಸುತ್ತಾರೆ. ಹೀಗೆ ‘ಸಮಾಧಾನ ಮತ್ತು ಭದ್ರತೆ’ ಎಂಬುದೇ, ಇನ್ನು ಮುಂದೆ ದೇವರ ಜನರಿಗೆ ಅವರ ಅತಿಕ್ರಮಗಳನ್ನು ಮತ್ತು ಯಾಕೋಬನ ಮನೆಯವರಿಗೆ ಅವರ ಪಾಪಗಳನ್ನು ತೋರಿಸಲು ಕಹಳೆಯಂತೆ ಸ್ವರವನ್ನು ಎತ್ತದಿರುವ ಮನುಷ್ಯರಿಂದ ಕೇಳಿಬರುವ ಕೂಗಾಗಿದೆ. ಭೂಕರಿಸದ ಈ ಮೂಕ ನಾಯಿಗಳೇ, ಅವಮಾನಿತನಾದ ದೇವರ ನ್ಯಾಯಸಮ್ಮತ ಪ್ರತೀಕಾರವನ್ನು ಅನುಭವಿಸುವವರು. ಗಂಡಸರು, ಯುವತಿಯರು, ಮತ್ತು ಚಿಕ್ಕ ಮಕ್ಕಳೂ ಎಲ್ಲರೂ ಒಟ್ಟಿಗೇ ನಾಶವಾಗುತ್ತಾರೆ.” Testimonies, volume 5, 211.</w:t>
      </w:r>
    </w:p>
    <w:p>
      <w:pPr>
        <w:pStyle w:val="ArticleBody"/>
        <w:jc w:val="left"/>
      </w:pPr>
      <w:r>
        <w:rPr>
          <w:rFonts w:ascii="Nirmala UI" w:hAnsi="Nirmala UI" w:eastAsia="Nirmala UI" w:cs="Nirmala UI"/>
        </w:rPr>
        <w:t>ಮೂರನೇ ದೂತನ ಸಂದೇಶವಾದ, ಯೋಹಾನ ಬಾಪ್ತಿಸ್ಮನ ಇತಿಹಾಸವನ್ನೂ ವಿಲಿಯಂ ಮಿಲ್ಲರ್ ಅವರ ಇತಿಹಾಸವನ್ನೂ ಪುನರಾವರ್ತಿಸುವ ಎಲೀಯನ ಸಂದೇಶವನ್ನು ಜಕರೀಯನು ಸಂದೇಹಪಟ್ಟನು.</w:t>
      </w:r>
    </w:p>
    <w:p>
      <w:pPr>
        <w:pStyle w:val="ArticleHeading"/>
        <w:jc w:val="left"/>
      </w:pPr>
      <w:r>
        <w:rPr>
          <w:rFonts w:ascii="Nirmala UI" w:hAnsi="Nirmala UI" w:eastAsia="Nirmala UI" w:cs="Nirmala UI"/>
        </w:rPr>
        <w:t>ಐದು ತಿಂಗಳು</w:t>
      </w:r>
    </w:p>
    <w:p>
      <w:pPr>
        <w:pStyle w:val="ArticleBody"/>
        <w:jc w:val="left"/>
      </w:pPr>
      <w:r>
        <w:rPr>
          <w:rFonts w:ascii="Nirmala UI" w:hAnsi="Nirmala UI" w:eastAsia="Nirmala UI" w:cs="Nirmala UI"/>
        </w:rPr>
        <w:t>ಎಲಿಸಬೆತ್ತು ತನ್ನ ಗರ್ಭಧಾರಣೆಯನ್ನು ಐದು ತಿಂಗಳುಗಳವರೆಗೆ ಮರೆಮಾಡಿಕೊಂಡಳು.</w:t>
      </w:r>
    </w:p>
    <w:p>
      <w:pPr>
        <w:pStyle w:val="ArticleScripture"/>
        <w:jc w:val="left"/>
      </w:pPr>
      <w:r>
        <w:rPr>
          <w:rFonts w:ascii="Nirmala UI" w:hAnsi="Nirmala UI" w:eastAsia="Nirmala UI" w:cs="Nirmala UI"/>
        </w:rPr>
        <w:t>ಆ ದಿನಗಳಾದ ನಂತರ ಅವನ ಹೆಂಡತಿ ಎಲಿಸಬೆತ್ತು ಗರ್ಭವತಿಯಾದಳು; ಮತ್ತು ಅವಳು ಐದು ತಿಂಗಳು ತನ್ನನ್ನು ಅಡಗಿಸಿಕೊಂಡು, “ಪ್ರಭುವು ನನ್ನನ್ನು ಗಮನಿಸಿ, ಮನುಷ್ಯರ ಮಧ್ಯದಲ್ಲಿದ್ದ ನನ್ನ ನಿಂದೆಯನ್ನು ತೆಗೆದುಹಾಕುವ ದಿನಗಳಲ್ಲಿ ನನಗೆ ಹೀಗೆ ಮಾಡಿದನು” ಎಂದು ಹೇಳಿದಳು. ಆರನೆಯ ತಿಂಗಳಲ್ಲಿ ದೇವರಿಂದ ಗಬ್ರಿಯೇಲನೆಂಬ ದೂತನು ಗಲಿಲಾಯದ ನಜರೇತನೆಂಬ ಪಟ್ಟಣಕ್ಕೆ ಕಳುಹಿಸಲ್ಪಟ್ಟನು. ಲೂಕ 1:24–26.</w:t>
      </w:r>
    </w:p>
    <w:p>
      <w:pPr>
        <w:pStyle w:val="ArticleBody"/>
        <w:jc w:val="left"/>
      </w:pPr>
      <w:r>
        <w:rPr>
          <w:rFonts w:ascii="Nirmala UI" w:hAnsi="Nirmala UI" w:eastAsia="Nirmala UI" w:cs="Nirmala UI"/>
        </w:rPr>
        <w:t>ಜಖರಿಯನು ಯಾಜಕರ ಎಂಟನೇ ಕ್ರಮಕ್ಕೆ ಸೇರಿದವನಾಗಿದ್ದನು; ಇದು ಅವನ ಮಗ ಯೋಹಾನನ ಎಂಟನೇ ದಿನದ ಸುನ್ನತಿಯೊಂದಿಗೆ ಹೊಂದಿಕೆಯಾಗುತ್ತದೆ; ಆ ದಿನ ಜಖರಿಯನು ಮತ್ತೆ ಮಾತಾಡುವವನಾಗಿದ್ದನು. ಅವನು ಮತ್ತು ಅವನ ಮಗ ಯೋಹಾನನು ನೋಹನ ನೌಕೆಯಲ್ಲಿ ಇದ್ದ ಎಂಟು ಪ್ರಾಣಿಗಳನ್ನು ಪ್ರತಿನಿಧಿಸುತ್ತಾರೆ; ಅವರು ಐದು ತಿಂಗಳುಗಳ ಕಾಲ, ಅಂದರೆ ನೂರು ಐವತ್ತು ದಿನಗಳ ಕಾಲ, ಪ್ರವಾಹದ ನೀರುಗಳಿಂದ ಬಂದ ಮರಣದಿಂದ ಮರೆಯಾಗಿಸಲ್ಪಟ್ಟಿದ್ದರು. ಗರ್ಭಧಾರಣೆಯ ನೂರು ಐವತ್ತು ದಿನಗಳೂ ಪ್ರವಾಹದ ನೀರಿನ ನೂರು ಐವತ್ತು ದಿನಗಳೂ ಪ್ರಕಟನೆ ಒಂಬತ್ತರಲ್ಲಿ ಉಲ್ಲೇಖಿಸಲಾದ ಐದು ತಿಂಗಳುಗಳ ಎರಡು ಅವಧಿಗಳೊಂದಿಗೆ ಹೊಂದಿಕೆಯಾಗುತ್ತವೆ.</w:t>
      </w:r>
    </w:p>
    <w:p>
      <w:pPr>
        <w:pStyle w:val="ArticleBody"/>
        <w:jc w:val="left"/>
      </w:pPr>
      <w:r>
        <w:rPr>
          <w:rFonts w:ascii="Nirmala UI" w:hAnsi="Nirmala UI" w:eastAsia="Nirmala UI" w:cs="Nirmala UI"/>
        </w:rPr>
        <w:t>ಜಕರ್ಯನು ಮತ್ತು ಅವನ ಮಗ ಯೋಹಾನನೂ ಸಹ ಲವೊದಿಕಾಯದ ಏಳನೆಯ ಸಭೆಯು ಫಿಲಡೆಲ್ಫಿಯಾದ ಎಂಟನೆಯ ಸಭೆಯಾಗಿ ಪರಿವರ್ತನೆಗೊಳ್ಳುವಾಗದ ಸ್ಥಿತಿಯನ್ನು ಪ್ರತಿನಿಧಿಸುತ್ತಾರೆ. ಜಕರ್ಯನ ಎಂಟನೆಯ ಪಾಳಿಯ ಸೇವೆಯಿಂದ ಹಿಡಿದು ಅವನ ಮಗ ಯೋಹಾನನ ಎಂಟನೆಯ ದಿನದ ಸುನ್ನತಿವರೆಗೂ ಇರುವ ಅವಧಿಯು, ಆರಂಭವನ್ನೂ ಅಂತ್ಯವನ್ನೂ ಗುರುತಿಸುವ ಎಂಟನೆಯ ಸಂಖ್ಯೆಯಿಂದ ಲಕ್ಷಣೀಕೃತವಾದ ಒಂದು ಪ್ರವಾದಿಕ ಕಾಲವನ್ನು ಸೂಚಿಸುತ್ತದೆ. ಆ ಪ್ರವಾದಿಕ ಕಾಲಾವಧಿಯೊಳಗೆ, ಅಡಗಿರುವ ಅವಧಿಯನ್ನು ಪ್ರತಿನಿಧಿಸುವ ಐದು ತಿಂಗಳ ಕಾಲವಿದೆ.</w:t>
      </w:r>
    </w:p>
    <w:p>
      <w:pPr>
        <w:pStyle w:val="ArticleBody"/>
        <w:jc w:val="left"/>
      </w:pPr>
      <w:r>
        <w:rPr>
          <w:rFonts w:ascii="Nirmala UI" w:hAnsi="Nirmala UI" w:eastAsia="Nirmala UI" w:cs="Nirmala UI"/>
        </w:rPr>
        <w:t>ಪ್ರವಾದನೆಯ “ಮಾತನಾಡುವಿಕೆ” ಶೀಘ್ರದಲ್ಲೇ ಬರಲಿರುವ ಭಾನುವಾರದ ಕಾನೂನನ್ನು ಗುರುತಿಸುತ್ತದೆ; ಆದ್ದರಿಂದ ಜಕರ್ಯನು ತನ್ನ ಮಗನು ಸುನ್ನತಿಯ ಕ್ರಿಯೆಯಿಂದ ಪ್ರತಿನಿಧಿಸಲ್ಪಟ್ಟಂತೆ ಮುದ್ರೆಯಿಡಲ್ಪಡುವ ಸಮಯವಾದ ಭಾನುವಾರದ ಕಾನೂನಿನ ಸಂದರ್ಭದಲ್ಲಿ ಮಾತನಾಡುತ್ತಾನೆ. ಆ ಇತಿಹಾಸದಲ್ಲಿ, ಜಕರ್ಯನು ಮಾತನಾಡುವ ಭಾನುವಾರದ ಕಾನೂನಿಗೆ ಮುನ್ನ, ಐದು ತಿಂಗಳ ಅಂತ್ಯದಲ್ಲಿ, ಆರನೆಯ ತಿಂಗಳಲ್ಲಿ ಮರಿಯಳು ಎಲಿಸಬೆತ್ತಳನ್ನು ಭೇಟಿಮಾಡುತ್ತಾಳೆ; ಆಗ ಪವಿತ್ರಾತ್ಮನು ಎಲಿಸಬೆತ್ತಳಿಗೆ ಅಭಿಷೇಕ ಮಾಡುತ್ತಾನೆ; ಅವಳು ಒಬ್ಬ ಸ್ತ್ರೀಯಾಗಿ ದೇವರ ಸಭೆಗೆ ಶೀಘ್ರದಲ್ಲೇ ಬರಲಿರುವ ಭಾನುವಾರದ ಕಾನೂನಿಗೆ ನಾಲ್ಕು ತಿಂಗಳು ಮುಂಚೆಯೇ ದೊರೆಯುವ ಅಭಿಷೇಕವನ್ನು ಪ್ರತಿನಿಧಿಸುತ್ತಾಳೆ.</w:t>
      </w:r>
    </w:p>
    <w:p>
      <w:pPr>
        <w:pStyle w:val="ArticleScripture"/>
        <w:jc w:val="left"/>
      </w:pPr>
      <w:r>
        <w:rPr>
          <w:rFonts w:ascii="Nirmala UI" w:hAnsi="Nirmala UI" w:eastAsia="Nirmala UI" w:cs="Nirmala UI"/>
        </w:rPr>
        <w:t>ಆ ದಿನಗಳಲ್ಲಿ ಮರಿಯಳು ಎದ್ದು ತ್ವರಿತವಾಗಿ ಯೂದಾಯದ ಪರ್ವತ ಪ್ರದೇಶಕ್ಕೆ, ಯೂದಾಯದ ಒಂದು ಪಟ್ಟಣಕ್ಕೆ ಹೋಗಿ, ಜಕರ್ಯನ ಮನೆಯಲ್ಲಿ ಪ್ರವೇಶಿಸಿ ಎಲಿಶಬೆತ್ತಳಿಗೆ ವಂದನೆ ಸಲ್ಲಿಸಿದಳು. ಮರಿಯಳ ವಂದನೆಯ ಶಬ್ದವನ್ನು ಎಲಿಶಬೆತ್ತು ಕೇಳಿದಾಗ, ಆಕೆಯ ಗರ್ಭದಲ್ಲಿದ್ದ ಶಿಶು ಹರ್ಷದಿಂದ ಜಿಗಿತವಾಡಿತು; ಮತ್ತು ಎಲಿಶಬೆತ್ತು ಪರಿಶುದ್ಧಾತ್ಮದಿಂದ ಪರಿಪೂರ್ಣಳಾದಳು. ಆಗ ಆಕೆ ಉನ್ನತ ಸ್ವರದಲ್ಲಿ ಹೇಳಿದಳು: “ಸ್ತ್ರೀಯರಲ್ಲಿ ನೀನು ಧನ್ಯಳು, ಮತ್ತು ನಿನ್ನ ಗರ್ಭಫಲವು ಧನ್ಯವಾಗಿದೆ. ನನ್ನ ಕರ್ತನ ತಾಯಿ ನನ್ನ ಬಳಿಗೆ ಬರುವುದು ನನಗೆ ಎಂಥ ಭಾಗ್ಯ! ಏಕೆಂದರೆ, ನೋಡು, ನಿನ್ನ ವಂದನೆಯ ಸ್ವರವು ನನ್ನ ಕಿವಿಗೆ ಬಿದ್ದ ಕೂಡಲೆ, ನನ್ನ ಗರ್ಭದಲ್ಲಿದ್ದ ಶಿಶು ಸಂತೋಷದಿಂದ ಜಿಗಿತವಾಡಿತು. ನಂಬಿದವಳಾದ ನೀನು ಧನ್ಯಳು; ಯಾಕಂದರೆ ಕರ್ತನಿಂದ ಆಕೆಗೆ ಹೇಳಲ್ಪಟ್ಟ ಸಂಗತಿಗಳು ನೆರವೇರಲಿವೆ.” ಲೂಕ 1:39–45.</w:t>
      </w:r>
    </w:p>
    <w:p>
      <w:pPr>
        <w:pStyle w:val="ArticleBody"/>
        <w:jc w:val="left"/>
      </w:pPr>
      <w:r>
        <w:rPr>
          <w:rFonts w:ascii="Nirmala UI" w:hAnsi="Nirmala UI" w:eastAsia="Nirmala UI" w:cs="Nirmala UI"/>
        </w:rPr>
        <w:t>ಐದು ತಿಂಗಳ ಅಂತ್ಯದಲ್ಲಿ, ಎಲಿಸಬೆತ್ ಮರಿಯಳಿಗೆ “ಉಚ್ಚಸ್ವರದಿಂದ” ಮಾತಾಡಿ, ಗಬ್ರಿಯೇಲನ ಸಂದೇಶದಲ್ಲಿ ಮರಿಯಳಿಟ್ಟಿದ್ದ ನಂಬಿಕೆಯನ್ನು ಸ್ತುತಿಸಿದಳು; ಅಂತ್ಯಕಾಲದಲ್ಲಿ ಆ ಸಂದೇಶವೇ ಮೂರನೆಯ ದೂತನ ಸಂದೇಶವಾಗಿದೆ. ಎಲಿಸಬೆತ್‌ನ ಪತಿಯಾದ ಜಕರಿಯನು ನಂಬದೆ ಹೋದನು, ಆದರೆ ಮರಿಯಳು ಹಾಗಲ್ಲ. ಜಕರಿಯನ ನಂತರ ಐದು ತಿಂಗಳು ಕಳೆದ ಮೇಲೆ ಮರಿಯಳು ಗಬ್ರಿಯೇಲನ ಸಂದೇಶವನ್ನು ಕೇಳಿದಳು; ಆದಕಾರಣ ಮೂರನೆಯ ದೂತನಲ್ಲಿ ಅವಳ ನಂಬಿಕೆಯ ಆಗಮನವು, ಐದು ತಿಂಗಳ ಗುಪ್ತ ಸಂದೇಶವು ಪ್ರಕಟಗೊಂಡ ನಂತರ ಸಂಭವಿಸುವುದಾಗಿ ಗುರುತಿಸಲ್ಪಟ್ಟಿದೆ. ಅಂತ್ಯಕಾಲದಲ್ಲಿನ ಐದು ತಿಂಗಳ ಗುಪ್ತ ಸಂದೇಶವು ಪ್ರಕಟನೆಯ ಪುಸ್ತಕದ ಒಂಬತ್ತನೆಯ ಅಧ್ಯಾಯದ ಐದನೇ ವಚನದಲ್ಲಿರುವ ಮೊದಲ ಐದು ತಿಂಗಳಾಗಿದೆ. ಮರಿಯಳು ಮೂರನೆಯ ದೂತನ ಸಂದೇಶವನ್ನು ಅಂಗೀಕರಿಸುವ ಅಂತ್ಯಕಾಲದ ಸಭೆಯನ್ನು ಪ್ರತಿನಿಧಿಸುತ್ತಾಳೆ; ಆ ಸಂದೇಶವು, ಸುಮಾರು ನಾಲ್ಕು ತಿಂಗಳುಗಳ ನಂತರ ಶೀಘ್ರದಲ್ಲೇ ಬರುವ ಭಾನುವಾರದ ಕಾನೂನಿನ ಘೋಷಣೆ ಉಂಟಾಗುವ ಮೊದಲು, ಐದು ತಿಂಗಳ ವಿಷಯದ ಒಂದು ವಿಶೇಷ ಮುದ್ರೆಬಿಚ್ಚುವಿಕೆಯನ್ನು ಒಳಗೊಂಡಿದೆ.</w:t>
      </w:r>
    </w:p>
    <w:p>
      <w:pPr>
        <w:pStyle w:val="ArticleBody"/>
        <w:jc w:val="left"/>
      </w:pPr>
      <w:r>
        <w:rPr>
          <w:rFonts w:ascii="Nirmala UI" w:hAnsi="Nirmala UI" w:eastAsia="Nirmala UI" w:cs="Nirmala UI"/>
        </w:rPr>
        <w:t>ಮರಿಯಳ ಭೇಟಿಯ ಗುರುತುಬಿಂದುಗಳಲ್ಲಿ, ಜಕರಿಯ ಮತ್ತು ಎಲಿಸಬೆತರಿಂದ ಪ್ರತಿನಿಧಿಸಲ್ಪಟ್ಟ ಮೊದಲನೆಯ ಮತ್ತು ಎರಡನೆಯ ದೂತರ ಚಳುವಳಿ, ಮರಿಯಳು ಮತ್ತು ಯೋಸೇಫರಿಂದ ಪ್ರತಿನಿಧಿಸಲ್ಪಟ್ಟ ಮೂರನೆಯ ದೂತನ ಚಳುವಳಿಯೊಂದಿಗೆ ಸಂಪರ್ಕ ಹೊಂದುತ್ತದೆ. ಜಕರಿಯನು ಮೂರನೆಯ ದೂತನ ಸಂದೇಶವನ್ನು ನಂಬದಿದ್ದ ಒಂದು ಸಭೆಯ ಅಧಿಕೃತ ಪ್ರತಿನಿಧಿಯನ್ನು ಸೂಚಿಸುತ್ತಾನೆ; ಮತ್ತು ಬಡಗಿಯಾದ ಯೋಸೇಫನು, ಸ್ವಯಂ-ಆಧಾರಿತ ಕಾರ್ಯದಿಂದ ಪ್ರತಿನಿಧಿಸಲ್ಪಟ್ಟಿರುವ ಒಂದು ಚಳುವಳಿಯನ್ನು ಸೂಚಿಸುತ್ತಾನೆ. ಅಡ್ವೆಂಟಿಸಂ ಅದು ಆರಂಭವಾದಂತೆಯೇ ಅಂತ್ಯಗೊಳ್ಳುತ್ತದೆ; ಮತ್ತು ಅದು ಒಂದು ಸಂಘಟಿತ ಸಭಾ-ಸಂರಚನೆಯಾಗಿ ಅಲ್ಲ, ಒಂದು ಚಳುವಳಿಯಾಗಿ ಆರಂಭವಾಯಿತು. ಯೋಸೇಫ, ಮರಿಯಳು ಮತ್ತು ಕ್ರಿಸ್ತರಿಂದ ಪ್ರತಿನಿಧಿಸಲ್ಪಟ್ಟ ಒಂದು ಲಕ್ಷ ನಲವತ್ತ್ನಾಲ್ಕು ಸಾವಿರರ ಚಳುವಳಿ, ಜಕರಿಯ, ಎಲಿಸಬೆತ್ ಮತ್ತು ಯೋಹಾನರಿಂದ ಪ್ರತಿನಿಧಿಸಲ್ಪಟ್ಟ ಮಿಲ್ಲರೈಟ್ ಚಳುವಳಿಯ ನೇರ ಬಂಧುಗಳಾಗಿದ್ದಾರೆ; ಮತ್ತು 1863ರ ಅವಿಶ್ವಾಸವು ಜಕರಿಯನಲ್ಲಿ ಪ್ರತಿನಿಧಿಸಲ್ಪಟ್ಟಿದೆ. 1863ವು ಮೊದಲನೆಯ ಮತ್ತು ಎರಡನೆಯ ದೂತರ ಸಂದೇಶಗಳ ಅವಿಶ್ವಾಸವನ್ನು ಪ್ರತಿನಿಧಿಸುತ್ತದೆ; ಮತ್ತು ಮೂರನೆಯ ದೂತನ ಚಳುವಳಿ ಮರಿಯಳ ನಂಬಿಕೆಯನ್ನು ಪ್ರತಿನಿಧಿಸುತ್ತದೆ.</w:t>
      </w:r>
    </w:p>
    <w:p>
      <w:pPr>
        <w:pStyle w:val="ArticleScripture"/>
        <w:jc w:val="left"/>
      </w:pPr>
      <w:r>
        <w:rPr>
          <w:rFonts w:ascii="Nirmala UI" w:hAnsi="Nirmala UI" w:eastAsia="Nirmala UI" w:cs="Nirmala UI"/>
        </w:rPr>
        <w:t>“ಪರಲೋಕದಿಂದ ಬಂದ ಬಲಿಷ್ಠ ದೂತನಿಗೆ ಸಹಾಯ ಮಾಡಲು ದೂತರನ್ನು ಕಳುಹಿಸಲಾಯಿತು; ಮತ್ತು ಎಲ್ಲೆಡೆ ಧ್ವನಿಸುತ್ತಿರುವಂತೆಯೇ ತೋರಿದ ಸ್ವರಗಳನ್ನು ನಾನು ಕೇಳಿದೆನು: ‘ನನ್ನ ಜನರೇ, ನೀವು ಅವಳ ಪಾಪಗಳಲ್ಲಿ ಪಾಲುಗಾರರಾಗದ ಹಾಗೆಯೂ, ಅವಳ ಪೀಡೆಗಳಲ್ಲಿ ಪಾಲು ಹೊಂದದ ಹಾಗೆಯೂ, ಅವಳೊಳಗಿಂದ ಹೊರಬನ್ನಿರಿ. ಯಾಕಂದರೆ ಅವಳ ಪಾಪಗಳು ಪರಲೋಕದವರೆಗೂ ಏರಿಹೋಗಿವೆ, ಮತ್ತು ದೇವರು ಅವಳ ಅಕ್ರಮಗಳನ್ನು ಜ್ಞಾಪಿಸಿಕೊಂಡಿದ್ದಾನೆ.’ ಈ ಸಂದೇಶವು ಮೂರನೆಯ ಸಂದೇಶಕ್ಕೆ ಒಂದು ಸೇರಿಕೆಯಾಗಿರುವಂತೆಯೇ ತೋರಿತು; ಹೇಗೆಂದರೆ 1844ರಲ್ಲಿ ಮಧ್ಯರಾತ್ರಿ ಘೋಷಣೆಯು ಎರಡನೆಯ ದೂತನ ಸಂದೇಶಕ್ಕೆ ಸೇರಿಕೊಂಡಿತೋ ಹಾಗೆಯೇ. ದೇವರ ಮಹಿಮೆಯು ಸಹನಶೀಲರಾಗಿ ನಿರೀಕ್ಷಿಸುತ್ತಿದ್ದ ಪರಿಶುದ್ಧರ ಮೇಲೆ ನೆಲೆಗೊಂಡಿತು; ಮತ್ತು ಅವರು ಭಯವಿಲ್ಲದೆ ಕೊನೆಯ ಗಂಭೀರ ಎಚ್ಚರಿಕೆಯನ್ನು ನೀಡುತ್ತಾ, ಬಾಬೆಲಿನ ಪತನವನ್ನು ಘೋಷಿಸಿ, ದೇವರ ಜನರು ಅವಳ ಭಯಾನಕ ವಿಧಿಯಿಂದ ತಪ್ಪಿಸಿಕೊಳ್ಳುವಂತೆ ಅವಳೊಳಗಿಂದ ಹೊರಬರಬೇಕೆಂದು ಕರೆಯಿದರು.” Early Writings, 277.</w:t>
      </w:r>
    </w:p>
    <w:p>
      <w:pPr>
        <w:pStyle w:val="ArticleBody"/>
        <w:jc w:val="left"/>
      </w:pPr>
      <w:r>
        <w:rPr>
          <w:rFonts w:ascii="Nirmala UI" w:hAnsi="Nirmala UI" w:eastAsia="Nirmala UI" w:cs="Nirmala UI"/>
        </w:rPr>
        <w:t>ಎರಡು ಸಂದೇಶಗಳ ಒಟ್ಟುಗೂಡಿಕೆಯನ್ನು ಮರಿಯಳು ಎಲಿಸಬೆತ್ತಳನ್ನು ಭೇಟಿಯಾದ ಘಟನೆಯ ಮೂಲಕ ಪ್ರತಿನಿಧಿಸಲಾಗಿದೆ; ಮತ್ತು ಆ ಕ್ಷಣವು ಮರೆವಿನಲ್ಲಿದ್ದ ಐದು ತಿಂಗಳು ಬಹಿರಂಗಗೊಳ್ಳುವಾಗ ಬಂದಿತು. ಅದೇ ಬಿಂದುವಿನಲ್ಲಿ ಎರಡು ಪ್ರವಾದನೆಗಳು ಒಂದಾಗುತ್ತವೆ ಮತ್ತು ಒಟ್ಟಾಗಿ ಪ್ರಕಟಿಸಲ್ಪಡುತ್ತವೆ. ಒಂದನ್ನು ಎಲಿಸಬೆತ್ತು ಪ್ರಕಟಿಸಿದಳು, ಮತ್ತೊಂದನ್ನು ಮರಿಯಳು ಪ್ರಕಟಿಸಿದಳು. ಈ ಎರಡು ಸಂದೇಶಗಳ ಒಟ್ಟುಗೂಡಿಕೆ, ಮಧ್ಯರಾತ್ರಿಯ ಕೂಗು ದ್ವಿತೀಯ ದೂತನ ಸಂದೇಶದೊಡನೆ ಯಾವಾಗ ಒಂದಾಗುತ್ತದೆ ಎಂಬುದನ್ನು ಗುರುತಿಸುತ್ತದೆ; ಮತ್ತು ಅದು ಮಿಲ್ಲರೈಟ್ ಇತಿಹಾಸದಲ್ಲಿ ಎಕ್ಸೆಟರ್ ಶಿಬಿರ ಸಭೆಯಲ್ಲಿ ಸಂಭವಿಸಿತು.</w:t>
      </w:r>
    </w:p>
    <w:p>
      <w:pPr>
        <w:pStyle w:val="ArticleBody"/>
        <w:jc w:val="left"/>
      </w:pPr>
      <w:r>
        <w:rPr>
          <w:rFonts w:ascii="Nirmala UI" w:hAnsi="Nirmala UI" w:eastAsia="Nirmala UI" w:cs="Nirmala UI"/>
        </w:rPr>
        <w:t>ಎಲಿಸಬೆತ್ ಮತ್ತು ನಂತರ ಮರಿಯಳು ತಮ್ಮ ಘೋಷಣೆಗಳನ್ನು ಮಾಡಿದ ನಂತರ, “ಮರಿಯಳು ಆಕೆಯ ಬಳಿಯಲ್ಲಿ ಸುಮಾರು ಮೂರು ತಿಂಗಳು ಉಳಿದುಕೊಂಡು, ತನ್ನ ಮನೆಯ ಕಡೆಗೆ ಹಿಂದಿರುಗಿದಳು.” ಲೂಕ 1:56. ಎಕ್ಸೆಟರ್‌ನಿಂದ 1844ರ ಅಕ್ಟೋಬರ್ 22ರವರೆಗೆ ಇರುವ ಅರವತ್ತಾರು ದಿನಗಳ ಅವಧಿಯನ್ನು ಆ ನಾಲ್ಕು ತಿಂಗಳುಗಳು ಸೂಚಿಸುತ್ತವೆ; ಅವು ಜಕರ್ಯನು ಮಾತಾಡಿದಾಗ, ಶೀಘ್ರದಲ್ಲೇ ಬರುವ ಭಾನುವಾರ ಕಾಯ್ದೆ ಸಂದರ್ಭದಲ್ಲಿ ಅಂತ್ಯಗೊಂಡವು. ಆ ನಾಲ್ಕು ತಿಂಗಳುಗಳು ಮಧ್ಯರಾತ್ರಿಯ ಕೂಗಿನ ಸಂದೇಶದ ಘೋಷಣೆಯ ಅವಧಿಯನ್ನು ಸೂಚಿಸುತ್ತವೆ; ಅದು ಅಡಗಿರುವ ಐದು ತಿಂಗಳುಗಳ ಸಂದೇಶದ ನಂತರ ಬರುತ್ತದೆ.</w:t>
      </w:r>
    </w:p>
    <w:p>
      <w:pPr>
        <w:pStyle w:val="ArticleBody"/>
        <w:jc w:val="left"/>
      </w:pPr>
      <w:r>
        <w:rPr>
          <w:rFonts w:ascii="Nirmala UI" w:hAnsi="Nirmala UI" w:eastAsia="Nirmala UI" w:cs="Nirmala UI"/>
        </w:rPr>
        <w:t>ಮಿಲ್ಲರೈಟ್ ಇತಿಹಾಸದಲ್ಲಿನ ಎರಡು ಸಂದೇಶಗಳು ಪ್ರಥಮ ಮತ್ತು ದ್ವಿತೀಯ ದೂತರ ಸಂದೇಶಗಳಾಗಿದ್ದವು; ಮತ್ತು ಪ್ರಥಮ ದೂತನ ಸಂದೇಶಕ್ಕೆ ಶಕ್ತಿ ಬಂದದ್ದು ಐದು ತಿಂಗಳ ಅವಧಿಯಿಂದ ಆರಂಭವಾದ ಒಂದು ಕಾಲಪ್ರವಚನದ ಪರಿಪೂರ್ಣತೆಯಿಂದಾಗಿತ್ತು; ಆ ಅವಧಿ ತನ್ನ ಪರಿಪೂರ್ಣತೆಗೆ ಮುನ್ನ ಆಗಸ್ಟ್ 11, 1840ಕ್ಕೆ ಹತ್ತು ದಿನಗಳವರೆಗೆ ಭಾಗಶಃ ಮರೆವಿನಲ್ಲಿದ್ದುದು, ಯೋಸಿಯಾ ಲಿಚ್ ವಿವರಿಸಿದಂತೆ. ದ್ವಿತೀಯ ದೂತನ ಸಂದೇಶಕ್ಕೆ ಶಕ್ತಿ ಬಂದದ್ದು 1843ರ ತಪ್ಪಾದ ಮುನ್ನೂಟದ ತಿದ್ದುಪಡಿಯಿಂದಾಗಿತ್ತು; ಅದು ಸ್ಯಾಮುವೇಲ್ ಸ್ನೋ ವಿವರಿಸಿದಂತೆ ಎಕ್ಸೆಟರ್ ಶಿಬಿರಸಭೆಯಲ್ಲಿ ಸಂಭವಿಸಿತು.</w:t>
      </w:r>
    </w:p>
    <w:p>
      <w:pPr>
        <w:pStyle w:val="ArticleBody"/>
        <w:jc w:val="left"/>
      </w:pPr>
      <w:r>
        <w:rPr>
          <w:rFonts w:ascii="Nirmala UI" w:hAnsi="Nirmala UI" w:eastAsia="Nirmala UI" w:cs="Nirmala UI"/>
        </w:rPr>
        <w:t>ಅರ್ಧರಾತ್ರಿಯ ಕೂಗಿನ ದ್ವಿಗುಣ ಸಂದೇಶದ ಪ್ರಕಟಣೆಯನ್ನು, ಬಾಗಿಲು ಮುಚ್ಚುವ ಮೊದಲು ಇದ್ದ ಒಂದು ಸ್ವಲ್ಪ ಅವಧಿಯಾಗಿ ಪ್ರತಿನಿಧಿಸಲಾಗಿದೆ; ನೋಹನ ಕಥೆಯಲ್ಲಿ ಆ ಬಾಗಿಲು ತೆರೆಯಲ್ಪಟ್ಟದ್ದರಿಂದ ಐದು ತಿಂಗಳ ಅವಧಿ ಆರಂಭವಾಗಿ, ಅದು ನೌಕೆ ಅರಾರಾತ್ ಪರ್ವತದ ಮೇಲೆ ನೆಲೆಗೊಂಡುದರಿಂದ ಅಂತ್ಯಗೊಂಡಿತು. ಅರ್ಧರಾತ್ರಿಯ ಕೂಗಿನ ಪ್ರಕಟಣೆಯ ಅವಧಿಯು, 1840 ಆಗಸ್ಟ್ 11 ಕ್ಕಿಂತ ಹತ್ತು ದಿನಗಳ ಮೊದಲು ಸಂಭವಿಸಿದ ಗುಪ್ತ ಐದು ತಿಂಗಳ ಅವಿಚ್ಛೇದನದ ನಂತರ ಬರುತ್ತದೆ; ಹಾಗೆಯೇ 1843ರ ಚಾರ್ಟ್ ಮೇಲೆ ತಾನು ಆವರಿಸಿದ್ದ ಸಂಖ್ಯೆಗಳ ಮೇಲಿಂದ ಕರ್ತನು ತನ್ನ ಕೈಯನ್ನು ತೆಗೆದುಹಾಕಿದ ನಂತರವೂ ಅದು ಬರುತ್ತದೆ. ಆಗಸ್ಟ್ 1 ರಿಂದ 11 ರವರೆಗಿನ ಹತ್ತು ದಿನಗಳು, ಎಕ್ಸೆಟರ್‌ನಿಂದ 1844 ಅಕ್ಟೋಬರ್ 22 ರವರೆಗಿನ ಅರವತ್ತಾರು ದಿನಗಳಿಗೆ ಹೊಂದಿಕೆಯಾಗುತ್ತವೆ; ಮತ್ತು ದ್ವಿಗುಣ ಸಾಕ್ಷಿಯು, ಮೊದಲ ನಿರಾಶೆಯನ್ನು ಉಂಟುಮಾಡಿದ ತಪ್ಪಾದ ಪ್ರಕಟಣೆಯ ತಿದ್ದುಪಡಿಯೊಂದಿಗೆ ಕೂಡಿಬಂದ, ಗುಪ್ತ ಐದು ತಿಂಗಳ ಅವಿಚ್ಛೇದನವನ್ನು ಗುರುತಿಸುತ್ತದೆ; ಮತ್ತು ಅದು ಆರನೆಯ ತಿಂಗಳಲ್ಲಿ ಮರಿಯಳು ಎಲಿಜಬೆತ್ತಳನ್ನು ಭೇಟಿ ಮಾಡಿ ವಂದಿಸುವಾಗ ಸಂಭವಿಸುತ್ತದೆ.</w:t>
      </w:r>
    </w:p>
    <w:p>
      <w:pPr>
        <w:pStyle w:val="ArticleBody"/>
        <w:jc w:val="left"/>
      </w:pPr>
      <w:r>
        <w:rPr>
          <w:rFonts w:ascii="Nirmala UI" w:hAnsi="Nirmala UI" w:eastAsia="Nirmala UI" w:cs="Nirmala UI"/>
        </w:rPr>
        <w:t>ಭಾನುವಾರ ಕಾನೂನಿನ ಸಮಯದಲ್ಲಿ, ಯುನೈಟೆಡ್ ಸ್ಟೇಟ್ಸ್ ಅಜಗನಾಗಿ ಮಾತನಾಡುತ್ತದೆ, ಇಸ್ಲಾಂನ ಕತ್ತೆ ಮಾತನಾಡುತ್ತದೆ, ಮತ್ತು ಹಬಕ್ಕೂಕನ ದರ್ಶನವು ಯೆರೇಮಿಯ, ಜಕರ್ಯ ಮತ್ತು ಯೆಹೆಜ್ಕೇಲನ ಬಾಯಿಮೂಲಕ ಮಾತನಾಡುತ್ತದೆ. ಭಾನುವಾರ ಕಾನೂನಿನ ಸಮಯದಲ್ಲಿ ಯೆಹೆಜ್ಕೇಲನು ಒಂದು ಸಂಕೇತವಾಗಿದ್ದಾನೆ; ಹೀಗಾಗಿ, ಭಾನುವಾರ ಕಾನೂನಿನ ಸಮಯದಲ್ಲಿ ಎತ್ತಲ್ಪಡುವ ಧ್ವಜವನ್ನು ಪ್ರತಿನಿಧಿಸುತ್ತಾನೆ. ಯೆಹೆಜ್ಕೇಲನಲ್ಲಿ ‘ಸಂಕೇತ’ ಎಂಬ ಪದದ ಒಂಬತ್ತು ಉಲ್ಲೇಖಗಳಲ್ಲಿ ಎರಡು “ಸಬ್ಬತ್ತುಗಳನ್ನು” ಪವಿತ್ರೀಕರಣದ ಸಂಕೇತವೆಂದು ಗುರುತಿಸುತ್ತವೆ; ಅದು ಮಾನವತೆಯೊಡನೆ ದೈವತ್ವದ ಸಂಯೋಗವನ್ನು ಪ್ರತಿನಿಧಿಸುತ್ತದೆ.</w:t>
      </w:r>
    </w:p>
    <w:p>
      <w:pPr>
        <w:pStyle w:val="ArticleScripture"/>
        <w:jc w:val="left"/>
      </w:pPr>
      <w:r>
        <w:rPr>
          <w:rFonts w:ascii="Nirmala UI" w:hAnsi="Nirmala UI" w:eastAsia="Nirmala UI" w:cs="Nirmala UI"/>
        </w:rPr>
        <w:t>ಆದರೆ ನನ್ನ ನಾಮದ ನಿಮಿತ್ತ ನಾನು ಕಾರ್ಯಮಾಡಿದೆನು; ಅವರು ಇದ್ದ ಅನ್ಯಜನರ ಮುಂದೆ, ಅವರ ಕಣ್ಣೆದುರಿನಲ್ಲಿ, ಅದು ಅಪವಿತ್ರವಾಗದಿರಲೆಂದು ಹೀಗೆ ಮಾಡಿದೆನು; ಯಾಕಂದರೆ ಅವರನ್ನು ಈಜಿಪ್ಟ್ ದೇಶದಿಂದ ಹೊರತಂದಾಗ, ಅವರ ದೃಷ್ಟಿಗೆ ನಾನು ನನನ್ನು ಅವರಿಗೆ ತಿಳಿಯಪಡಿಸಿದ್ದೆನು. ಆದದರಿಂದ ನಾನು ಅವರನ್ನು ಈಜಿಪ್ಟ್ ದೇಶದಿಂದ ಹೊರಗೆ ಬರಮಾಡಿ ಅರಣ್ಯಕ್ಕೆ ಕರೆದುಕೊಂಡು ಬಂದೆನು. ಮತ್ತು ನನ್ನ ವಿಧಿಗಳನ್ನು ಅವರಿಗೆ ಕೊಟ್ಟೆನು; ನನ್ನ ನ್ಯಾಯತೀರ್ಪುಗಳನ್ನು ಅವರಿಗೆ ತಿಳಿಸಿದೆನು; ಅವನ್ನು ಮನುಷ್ಯನು ಕೈಗೊಂಡರೆ, ಅವುಗಳ ಮೂಲಕವೇ ಅವನು ಜೀವಿಸುವನು.</w:t>
      </w:r>
    </w:p>
    <w:p>
      <w:pPr>
        <w:pStyle w:val="ArticleScripture"/>
        <w:jc w:val="left"/>
      </w:pPr>
      <w:r>
        <w:rPr>
          <w:rFonts w:ascii="Nirmala UI" w:hAnsi="Nirmala UI" w:eastAsia="Nirmala UI" w:cs="Nirmala UI"/>
        </w:rPr>
        <w:t>ಇದಲ್ಲದೆ ನಾನು ಅವರಿಗೆ ನನ್ನ ವಿಶ್ರಾಂತಿದಿನಗಳನ್ನೂ ಕೊಟ್ಟೆನು; ಅವು ನನ್ನ ಮತ್ತು ಅವರ ಮಧ್ಯದಲ್ಲಿ ಒಂದು ಸಂಕೇತವಾಗಿರಲಿ, ಮತ್ತು ನಾನು ಅವರನ್ನು ಪರಿಶುದ್ಧಗೊಳಿಸುವ ಕರ್ತನೆಂಬುದನ್ನು ಅವರು ತಿಳಿದುಕೊಳ್ಳಲಿ ಎಂದು. ಆದರೆ ಇಸ್ರಾಯೇಲಿನ ಮನೆತನವು ಅರಣ್ಯದಲ್ಲಿ ನನ್ನ ವಿರುದ್ಧ ಬಂಡಾಯವೇಳಿತು; ಅವರು ನನ್ನ ವಿಧಿಗಳಲ್ಲಿ ನಡೆಯಲಿಲ್ಲ, ನನ್ನ ನ್ಯಾಯತೀರ್ಪುಗಳನ್ನು ಅಸಹ್ಯಪಟ್ಟರು—ಅವುಗಳನ್ನು ಮನುಷ್ಯನು ಆಚರಿಸಿದರೆ ಅವುಗಳಲ್ಲಿ ಬದುಕುವನು—ಮತ್ತೂ ನನ್ನ ವಿಶ್ರಾಂತಿದಿನಗಳನ್ನು ಬಹಳವಾಗಿ ಅಪವಿತ್ರಗೊಳಿಸಿದರು; ಆಗ ನಾನು ಅರಣ್ಯದಲ್ಲಿ ಅವರ ಮೇಲೆ ನನ್ನ ಕ್ರೋಧವನ್ನು ಸುರಿದು, ಅವರನ್ನು ಸಂಹರಿಸುವೆನು ಎಂದು ಹೇಳಿದೆನು. ಆದರೆ ನಾನು ನನ್ನ ಹೆಸರಿನ ನಿಮಿತ್ತವೇ ಕಾರ್ಯಮಾಡಿದೆನು, ನಾನು ಅವರನ್ನು ಹೊರಗೆ ತಂದ ಜನಾಂಗಗಳ ಕಣ್ಣೆದುರಿನಲ್ಲಿ ಅದು ಅಪವಿತ್ರಗೊಳ್ಳದಂತೆ. ಇದಲ್ಲದೆ ನಾನು ಅರಣ್ಯದಲ್ಲಿಯೇ ಅವರಿಗೆ ನನ್ನ ಕೈಯನ್ನು ಎತ್ತಿ, ಹಾಲೂ ಜೇನೂ ಹರಿಯುವ, ಎಲ್ಲಾ ದೇಶಗಳ ಮಹಿಮೆಯಾಗಿರುವ ನಾನು ಅವರಿಗೆ ಕೊಟ್ಟ ದೇಶಕ್ಕೆ ಅವರನ್ನು ತರುವುದಿಲ್ಲವೆಂದು ಪ್ರತಿಜ್ಞೆ ಮಾಡಿದೆನು; ಏಕೆಂದರೆ ಅವರು ನನ್ನ ನ್ಯಾಯತೀರ್ಪುಗಳನ್ನು ಅಸಹ್ಯಪಟ್ಟರು, ನನ್ನ ವಿಧಿಗಳಲ್ಲಿ ನಡೆಯಲಿಲ್ಲ, ನನ್ನ ವಿಶ್ರಾಂತಿದಿನಗಳನ್ನು ಅಪವಿತ್ರಗೊಳಿಸಿದರು; ಅವರ ಹೃದಯವು ಅವರ ವಿಗ್ರಹಗಳ ಹಿಂದೆ ಹೋಯಿತು. ಆದಾಗ್ಯೂ ಅವರನ್ನು ನಾಶಮಾಡದೆ ನನ್ನ ಕಣ್ಣು ಅವರನ್ನು ಕರುಣೆಯಿಂದ ಬಿಡಿಸಿತು; ಅರಣ್ಯದಲ್ಲಿಯೇ ಅವರನ್ನು ಸಂಪೂರ್ಣವಾಗಿ ಅಂತ್ಯಮಾಡಲಿಲ್ಲ. ಆದರೆ ನಾನು ಅರಣ್ಯದಲ್ಲಿ ಅವರ ಮಕ್ಕಳಿಗೆ ಹೇಳಿದೆನು: ನಿಮ್ಮ ಪಿತೃಗಳ ವಿಧಿಗಳಲ್ಲಿ ನಡೆಯಬೇಡಿರಿ, ಅವರ ನ್ಯಾಯತೀರ್ಪುಗಳನ್ನು ಆಚರಿಸಬೇಡಿರಿ, ಅವರ ವಿಗ್ರಹಗಳಿಂದ ನಿಮ್ಮನ್ನು ಅಪವಿತ್ರಗೊಳಿಸಿಕೊಳ್ಳಬೇಡಿರಿ. ನಾನು ನಿಮ್ಮ ದೇವರಾದ ಕರ್ತನು; ನನ್ನ ವಿಧಿಗಳಲ್ಲಿ ನಡೆಯಿರಿ, ನನ್ನ ನ್ಯಾಯತೀರ್ಪುಗಳನ್ನು ಕಾಪಾಡಿ ಅವುಗಳನ್ನು ಆಚರಿಸಿರಿ; ನನ್ನ ವಿಶ್ರಾಂತಿದಿನಗಳನ್ನು ಪರಿಶುದ್ಧವಾಗಿರಿಸಿರಿ; ಅವು ನನ್ನ ಮತ್ತು ನಿಮ್ಮ ಮಧ್ಯದಲ್ಲಿ ಒಂದು ಸಂಕೇತವಾಗಿರಲಿ, ನಿಮ್ಮ ದೇವರಾದ ಕರ್ತನು ನಾನೇ ಎಂದು ನೀವು ತಿಳಿದುಕೊಳ್ಳುವಂತೆ. ಯೆಹೆಜ್ಕೇಲನು 20:9–20.</w:t>
      </w:r>
    </w:p>
    <w:p>
      <w:pPr>
        <w:pStyle w:val="ArticleBody"/>
        <w:jc w:val="left"/>
      </w:pPr>
      <w:r>
        <w:rPr>
          <w:rFonts w:ascii="Nirmala UI" w:hAnsi="Nirmala UI" w:eastAsia="Nirmala UI" w:cs="Nirmala UI"/>
        </w:rPr>
        <w:t>ಯೆಹೆಜ್ಕೇಲನು ಒಂದು ಲಕ್ಷ ನಲವತ್ತನಾಲ್ಕು ಸಾವಿರರ ಧ್ವಜಚಿಹ್ನೆಯನ್ನು ಪ್ರತಿನಿಧಿಸುತ್ತಾನೆ; ದೈವತ್ವವು ಮಾನವತ್ವದೊಂದಿಗೆ ಸಂಯೋಜಿತವಾಗಿರುವ ಚಿಹ್ನೆಯು ಕರ್ತನ “ಸಬ್ಬತ್ತುಗಳು” ಆಗಿವೆ. ಮುತ್ತಿಗೆಯ ಆರಂಭದಲ್ಲಿ ಯೆಹೆಜ್ಕೇಲನು ಒಂದು ಚಿಹ್ನೆಯಾಗಿದ್ದಾನೆ; ಮತ್ತು ಅವನು ಧ್ವಜಚಿಹ್ನೆಯಾಗಿ ಎತ್ತಲ್ಪಡುವ ಯೆರೂಸಲೇಮಿನ ನಾಶಕಾಲದಲ್ಲಿಯೂ ಅವನೇ ಆ ಚಿಹ್ನೆಯಾಗಿದ್ದಾನೆ. ಮುತ್ತಿಗೆಯ ಆರಂಭದಲ್ಲಿ, ನೋಡಲು ಮತ್ತು ಕೇಳಲು ನಿರಾಕರಿಸುವವರು, ಆತನ “ಸಬ್ಬತ್ತುಗಳನ್ನು” ಅಪವಿತ್ರಗೊಳಿಸುವವರೂ ಸಹ ಒಂದು ಚಿಹ್ನೆಯಾಗಿದ್ದಾರೆ.</w:t>
      </w:r>
    </w:p>
    <w:p>
      <w:pPr>
        <w:pStyle w:val="ArticleScripture"/>
        <w:jc w:val="left"/>
      </w:pPr>
      <w:r>
        <w:rPr>
          <w:rFonts w:ascii="Nirmala UI" w:hAnsi="Nirmala UI" w:eastAsia="Nirmala UI" w:cs="Nirmala UI"/>
        </w:rPr>
        <w:t>ಆಮೇಲೆ ಇಸ್ರಾಯೇಲಿನ ಹಿರಿಯರಲ್ಲಿ ಕೆಲವರು ನನ್ನ ಬಳಿಗೆ ಬಂದು ನನ್ನ ಮುಂದೆ ಕೂತರು. ಆಗ ಯೆಹೋವನ ವಾಕ್ಯವು ನನಗೆ ಬಂದು ಹೀಗೆಂದಿತು: “ಮನುಷ್ಯಪುತ್ರನೇ, ಈ ಮನುಷ್ಯರು ತಮ್ಮ ವಿಗ್ರಹಗಳನ್ನು ತಮ್ಮ ಹೃದಯದಲ್ಲಿ ಸ್ಥಾಪಿಸಿಕೊಂಡಿದ್ದಾರೆ; ತಮ್ಮ ಅಕ್ರಮದ ಅಡ್ಡಿಬಂಡೆಯನ್ನು ತಮ್ಮ ಮುಖದ ಮುಂದೆ ಇಟ್ಟಿದ್ದಾರೆ; ಇಂಥವರಿಂದ ನಾನು ವಿಚಾರಿಸಲ್ಪಡಬೇಕೋ? ಆದಕಾರಣ ನೀನು ಅವರಿಗೆ ಮಾತಾಡಿ ಹೀಗೆ ಹೇಳು: ಕರ್ತನಾದ ಯೆಹೋವನು ಹೀಗೆ ಹೇಳುತ್ತಾನೆ: ಇಸ್ರಾಯೇಲಿನ ಮನೆತನದ ಪ್ರತಿಯೊಬ್ಬನು ತನ್ನ ವಿಗ್ರಹಗಳನ್ನು ತನ್ನ ಹೃದಯದಲ್ಲಿ ಸ್ಥಾಪಿಸಿಕೊಂಡು, ತನ್ನ ಅಕ್ರಮದ ಅಡ್ಡಿಬಂಡೆಯನ್ನು ತನ್ನ ಮುಖದ ಮುಂದೆ ಇಟ್ಟು, ಪ್ರವಾದಿಯ ಬಳಿಗೆ ಬಂದರೆ, ಅವನು ಬಂದದ್ದಕ್ಕೆ ತಕ್ಕಂತೆ ನಾನು ಯೆಹೋವನೇ ಅವನಿಗೆ ಅವನ ವಿಗ್ರಹಗಳ ಬಹುಸಂಖ್ಯೆಗೆ ಅನುಗುಣವಾಗಿ ಉತ್ತರಕೊಡುವೆನು; ಇದರಿಂದ ಇಸ್ರಾಯೇಲಿನ ಮನೆತನವನ್ನು ಅವರದೇ ಹೃದಯದಲ್ಲಿ ಹಿಡಿದುಕೊಳ್ಳುವೆನು, ಏಕೆಂದರೆ ಅವರು ತಮ್ಮ ವಿಗ್ರಹಗಳ ನಿಮಿತ್ತ ಎಲ್ಲರೂ ನನ್ನಿಂದ ದೂರವಾಗಿದ್ದಾರೆ.”</w:t>
      </w:r>
    </w:p>
    <w:p>
      <w:pPr>
        <w:pStyle w:val="ArticleScripture"/>
        <w:jc w:val="left"/>
      </w:pPr>
      <w:r>
        <w:rPr>
          <w:rFonts w:ascii="Nirmala UI" w:hAnsi="Nirmala UI" w:eastAsia="Nirmala UI" w:cs="Nirmala UI"/>
        </w:rPr>
        <w:t>ಆದಕಾರಣ ಇಸ್ರಾಯೇಲಿನ ಮನೆಯವರಿಗೆ ಹೇಳು: ಕರ್ತನಾದ ಯೆಹೋವನು ಹೀಗೆ ಹೇಳುತ್ತಾನೆ; ಮನಸ್ಸು ತಿರುಗಿಸಿರಿ, ನಿಮ್ಮ ವಿಗ್ರಹಗಳಿಂದ ಹಿಂದಿರುಗಿರಿ; ಮತ್ತು ನಿಮ್ಮ ಎಲ್ಲಾ ಅಸಹ್ಯಕಾರ್ಯಗಳಿಂದ ನಿಮ್ಮ ಮುಖಗಳನ್ನು ತಿರುಗಿಸಿರಿ. ಏಕೆಂದರೆ ಇಸ್ರಾಯೇಲಿನ ಮನೆಯವರಲ್ಲಿ ಪ್ರತಿಯೊಬ್ಬನಾಗಲಿ, ಇಸ್ರಾಯೇಲಿನಲ್ಲಿ ವಾಸಿಸುವ ಪರದೇಶಿಗನಾಗಲಿ, ನನ್ನಿಂದ ತನ್ನನ್ನು ಪ್ರತ್ಯೇಕಿಸಿಕೊಂಡು, ತನ್ನ ವಿಗ್ರಹಗಳನ್ನು ತನ್ನ ಹೃದಯದಲ್ಲಿ ಸ್ಥಾಪಿಸಿ, ತನ್ನ ಅಧರ್ಮದ ಅಡ್ಡಿಬೀಳುವ ಕಲ್ಲನ್ನು ತನ್ನ ಮುಖದ ಮುಂದೆ ಇಟ್ಟುಕೊಂಡು, ನನ್ನ ವಿಷಯವಾಗಿ ನನ್ನನ್ನು ವಿಚಾರಿಸಲು ಒಬ್ಬ ಪ್ರವಾದಿಯ ಬಳಿಗೆ ಬಂದರೆ, ನಾನು ಕರ್ತನು ಸ್ವತಃ ಅವನಿಗೆ ಉತ್ತರಿಸುವೆನು. ನಾನು ಆ ಮನುಷ್ಯನಿಗೆ ವಿರೋಧವಾಗಿ ನನ್ನ ಮುಖವನ್ನು ನಿಲ್ಲಿಸಿ, ಅವನನ್ನು ಒಂದು ಸಂಕೇತವೂ ಗಾದೆಯೂ ಆಗುವಂತೆ ಮಾಡಿ, ಅವನನ್ನು ನನ್ನ ಜನರ ಮಧ್ಯದಿಂದ ಕಡಿದುಹಾಕುವೆನು; ಆಗ ನೀವು ನಾನು ಕರ್ತನೆಂದು ತಿಳಿದುಕೊಳ್ಳುವಿರಿ. ಮತ್ತು ಪ್ರವಾದಿಯು ಒಂದು ಮಾತು ಹೇಳುವಾಗ ಮೋಸಹೊಂದಿದ್ದರೆ, ನಾನು ಕರ್ತನು ಆ ಪ್ರವಾದಿಯನ್ನು ಮೋಸಹೊಂದಿಸಿದ್ದೇನೆ; ನಾನು ಅವನ ಮೇಲೆ ನನ್ನ ಕೈಯನ್ನು ಚಾಚಿ, ಅವನನ್ನು ನನ್ನ ಜನರಾದ ಇಸ್ರಾಯೇಲಿನ ಮಧ್ಯದಿಂದ ನಾಶಮಾಡುವೆನು. ಅವರು ತಮ್ಮ ಅಧರ್ಮದ ದಂಡನೆಯನ್ನು ಹೊರುವವರು; ಪ್ರವಾದಿಯ ದಂಡನೆಯು ಅವನನ್ನು ವಿಚಾರಿಸುವವನ ದಂಡನೆಯಂತೆಯೇ ಇರುವುದು; ಇದರಿಂದ ಇಸ್ರಾಯೇಲಿನ ಮನೆ ಇನ್ನು ಮುಂದೆ ನನ್ನಿಂದ ತಪ್ಪಿಹೋಗದೆ, ತಮ್ಮ ಎಲ್ಲಾ ಅಪರಾಧಗಳಿಂದ ಇನ್ನೂ ಅಪವಿತ್ರರಾಗದೆ, ಅವರು ನನ್ನ ಜನರಾಗುವರು ಮತ್ತು ನಾನು ಅವರ ದೇವರಾಗಿರುವೆನು ಎಂದು ಕರ್ತನಾದ ಯೆಹೋವನು ಹೇಳುತ್ತಾನೆ. ಯೆಹೆಜ್ಕೇಲನು 14:1–11.</w:t>
      </w:r>
    </w:p>
    <w:p>
      <w:pPr>
        <w:pStyle w:val="ArticleBody"/>
        <w:jc w:val="left"/>
      </w:pPr>
      <w:r>
        <w:rPr>
          <w:rFonts w:ascii="Nirmala UI" w:hAnsi="Nirmala UI" w:eastAsia="Nirmala UI" w:cs="Nirmala UI"/>
        </w:rPr>
        <w:t>ನಾಶ್ವಿಲ್ಲಿನಲ್ಲಿ, ಲಾವೊದಿಕೀಯ ಸೆವೆನ್ತ್-ಡೇ ಅಡ್ವೆಂಟಿಸ್ಟ್ ಸಭೆಯೊಳಗಿನವರು—ಜಕರ್ಯನಂತೆ ನಂಬದವರು; “ಹಿಂದಿನ ದಿನಗಳಲ್ಲಿ ಇದ್ದಂತೆ ಅದ್ಭುತಗಳಿಗೂ ದೇವರ ಶಕ್ತಿಯ ಸ್ಪಷ್ಟ ಪ್ರಕಟಣೆಯಿಗೂ ನಾವು ಎದುರುನೋಡಬೇಕಾಗಿಲ್ಲ” ಎಂಬ ನಿಲುವನ್ನು ತೆಗೆದುಕೊಂಡವರು, 1840 ರಿಂದ 1844ರವರೆಗಿನ ಅವಧಿಯಿಂದ ಪ್ರತಿನಿಧಿಸಲ್ಪಟ್ಟಂತೆ—ಅಡ್ವೆಂಟಿಸಂನ ಹೊರಗಿನವರಿಂದ ತಾವು ಎಚ್ಚರಿಕೆಯನ್ನು ಏಕೆ ನೀಡಲಿಲ್ಲ ಎಂಬ ವಿಷಯದಲ್ಲಿ ಪ್ರಶ್ನಿಸಲ್ಪಡುವರು. ಎಕ್ಸೆಟರ್ ಶಿಬಿರ ಸಭೆಯಲ್ಲಿ ಪರಸ್ಪರ ವಿರೋಧವಾಗಿದ್ದ ಎರಡು ಗುಡಾರಗಳಿಂದ ಪ್ರತಿನಿಧಿಸಲ್ಪಟ್ಟ ಜ್ಞಾನಿಗಳೂ ಮೂರ್ಖರೂ ನಡುವಿನ ವಿಭಜನೆಯನ್ನು ಗುರುತಿಸುವ ಸುಳ್ಳು “ಶಾಂತಿ ಮತ್ತು ಸುರಕ್ಷತೆ” ಸಂದೇಶದ “ಸೂಚಕ”ರಾಗಿ ಅವರು ಆಗುತ್ತಾರೆ. ಅವರು ವಿಗ್ರಹಾರಾಧನೆ ಮತ್ತು ಬಂಡಾಯದ “ಸೂಚಕ”ವನ್ನು ಧರಿಸುತ್ತಾರೆ, ಆದರೆ ಏಜೆಕಿಯೇಲನು ನಿಜವಾದ ಪ್ರವಾದ್ಯಾತ್ಮಕ ಎಚ್ಚರಿಕೆಯ ಸಂದೇಶವನ್ನು ಹೊರುತ್ತಾನೆ. ಮುತ್ತುಗೆಯ ಅಂತ್ಯದಲ್ಲಿ, ಯೆರೂಸಲೇಮ್ ನಾಶವಾಗುವಾಗ—ಅದು ಭಾನುವಾರ ಕಾಯ್ದೆಯನ್ನು ಪ್ರತಿನಿಧಿಸುವುದು—ಬಂಡಾಯದ ಸೂಚಕವು ಮೃಗದ ಗುರುತು ಆಗಿರುತ್ತದೆ, ಮತ್ತು ವಿಧೇಯತೆಯ ಸೂಚಕವು ದೇವರ ಮುದ್ರೆ ಆಗಿರುತ್ತದೆ.</w:t>
      </w:r>
    </w:p>
    <w:p>
      <w:pPr>
        <w:pStyle w:val="ArticleBody"/>
        <w:jc w:val="left"/>
      </w:pPr>
      <w:r>
        <w:rPr>
          <w:rFonts w:ascii="Nirmala UI" w:hAnsi="Nirmala UI" w:eastAsia="Nirmala UI" w:cs="Nirmala UI"/>
        </w:rPr>
        <w:t>ಭಾನುವಾರದ ಕಾನೂನಿನ ಸಂದರ್ಭದಲ್ಲಿ ಅಡ್ವೆಂಟಿಸಂಗೆ ಸಂಬಂಧಿಸಿದ ಅನುಗ್ರಹಕಾಲವು ಸಂಪೂರ್ಣವಾಗಿ ಮುಕ್ತಾಯಗೊಳ್ಳುತ್ತದೆ; ಅಲ್ಲಿ ನೀತಿವಂತರಿಗೂ ದುಷ್ಟರಿಗೂ ಗುರುತು ಇರುವ ಒಂದು ಚಿಹ್ನೆ ಇದೆ. ಸಮೀಪಿಸುತ್ತಿರುವ ಭಾನುವಾರದ ಕಾನೂನಿನಲ್ಲಿ ಅನುಗ್ರಹಕಾಲದ ಮುಕ್ತಾಯವು, ಮಿಖಾಯೇಲನು ಎದ್ದು ನಿಲ್ಲುವಾಗ ಸಂಭವಿಸುವ ಅನುಗ್ರಹಕಾಲದ ಮುಕ್ತಾಯಕ್ಕೆ ಪ್ರತಿರೂಪವಾಗಿದ್ದು, ಅಲ್ಲಿ ಅಸಂಖ್ಯಾತ ಜನಸಮೂಹಗಳ ಮರಣದ ಚಿಹ್ನೆಯು ಗೋಗ ಮತ್ತು ಮಾಗೋಗರ ಮೂಲಕ ಪ್ರತಿನಿಧಿಸಲ್ಪಟ್ಟಿದೆ.</w:t>
      </w:r>
    </w:p>
    <w:p>
      <w:pPr>
        <w:pStyle w:val="ArticleScripture"/>
        <w:jc w:val="left"/>
      </w:pPr>
      <w:r>
        <w:rPr>
          <w:rFonts w:ascii="Nirmala UI" w:hAnsi="Nirmala UI" w:eastAsia="Nirmala UI" w:cs="Nirmala UI"/>
        </w:rPr>
        <w:t>ದೇಶದ ಮೂಲಕ ಸಂಚರಿಸುವವರು ಯಾರಾದರೂ ಒಬ್ಬ ಮನುಷ್ಯನ ಎಲುಬನ್ನು ಕಂಡಾಗ, ಅದಕ್ಕೆ ಸಮೀಪವಾಗಿ ಒಂದು ಗುರುತನ್ನು ನಿಲ್ಲಿಸುವರು; ಸಮಾಧಿ ಮಾಡುವವರು ಬಂದು ಅದನ್ನು ಹಾಮೋನ್‌ಗೋಗಿನ ತಗ್ಗಿನಲ್ಲಿ ಸಮಾಧಿ ಮಾಡುವ ತನಕ ಅದು ಅಲ್ಲೇ ಇರುವುದು. ಆ ನಗರದ ಹೆಸರೂ ಹಾಮೋನಾಹ ಆಗಿರುವುದು. ಈ ವಿಧವಾಗಿ ಅವರು ದೇಶವನ್ನು ಶುದ್ಧಿಗೊಳಿಸುವರು. ಯೆಹೆಜ್ಕೇಲ 39:15, 16.</w:t>
      </w:r>
    </w:p>
    <w:p>
      <w:pPr>
        <w:pStyle w:val="ArticleBody"/>
        <w:jc w:val="left"/>
      </w:pPr>
      <w:r>
        <w:rPr>
          <w:rFonts w:ascii="Nirmala UI" w:hAnsi="Nirmala UI" w:eastAsia="Nirmala UI" w:cs="Nirmala UI"/>
        </w:rPr>
        <w:t>ಒಡಂಬಡಿಕೆಯ ಸಂಕೇತವು ಯೆಹೆಜ್ಕೇಲನು ಗ್ರಂಥದ ಮுப்பತ್ತೇಳನೆಯ ಅಧ್ಯಾಯದಲ್ಲಿ ಗುರುತಿಸಲ್ಪಟ್ಟಿದೆ; ಅಲ್ಲಿ ಸತ್ತ ಎಲುಬುಗಳ ಕಣಿವೆಗೆ ಜೀವವು ತರಲ್ಪಡುತ್ತದೆ ಮತ್ತು ಎರಡು ಕಡ್ಡಿಗಳು ಒಂದಾಗಿಸಲ್ಪಡುತ್ತವೆ. ಎಲುಬುಗಳಿಗೆ ಇಸ್ಲಾಂನ ಸಂದೇಶದ ಮೂಲಕ ಜೀವವು ತರಲ್ಪಡುತ್ತದೆ; ಅದನ್ನು ನಾಲ್ಕು ಗಾಳಿಗಳಾಗಿ ಪ್ರತಿನಿಧಿಸಲಾಗಿದೆ; ಹೀಗೆ ಅದು 1840ರ ಆಗಸ್ಟ್ 11 ಅನ್ನು ಪೂರ್ವರೂಪಿಸುತ್ತದೆ. ಎರಡು ಕಡ್ಡಿಗಳು ಒಂದಾಗಿ ಸೇರಿಸಲ್ಪಡುತ್ತವೆ; ಹೀಗೆ ಅದು ಎರಡನೆಯ ದೂತನ ಸಂದೇಶವು ಮಧ್ಯರಾತ್ರಿಯ ಕೂಗಿನ ಸಂದೇಶದೊಂದಿಗೆ ಒಂದಾಗುವುದನ್ನು ಪ್ರತಿನಿಧಿಸುತ್ತದೆ. ಎಲುಬುಗಳು ಮೊದಲನೆಯ ದೂತನ ಶಕ್ತೀಕರಣವಾಗಿದ್ದು, ಎರಡು ಕಡ್ಡಿಗಳು ಎರಡನೆಯ ದೂತನ ಶಕ್ತೀಕರಣವಾಗಿವೆ. ಆ ಬಳಿಕ ದೇವರ ಜನರು ಆತನ ಅಂತ್ಯಕಾಲದ ಆಯ್ಕೆಯಾದ ಒಡಂಬಡಿಕೆಯ ಜನರಾಗಿದ್ದು, ಯೋಹಾನನ ಮೂಲಕ ಒಂದು ಲಕ್ಷ ನಲವತ್ತುನಾಲ್ಕು ಸಾವಿರರೆಂದು ಪ್ರತಿನಿಧಿಸಲ್ಪಟ್ಟಿದ್ದಾರೆ.</w:t>
      </w:r>
    </w:p>
    <w:p>
      <w:pPr>
        <w:pStyle w:val="ArticleScripture"/>
        <w:jc w:val="left"/>
      </w:pPr>
      <w:r>
        <w:rPr>
          <w:rFonts w:ascii="Nirmala UI" w:hAnsi="Nirmala UI" w:eastAsia="Nirmala UI" w:cs="Nirmala UI"/>
        </w:rPr>
        <w:t>ಇದಲ್ಲದೆ ನಾನು ಅವರೊಡನೆ ಸಮಾಧಾನದ ಒಡಂಬಡಿಕೆಯನ್ನು ಮಾಡುವೆನು; ಅದು ಅವರೊಡನೆ ನಿತ್ಯಕಾಲದ ಒಡಂಬಡಿಕೆಯಾಗಿರುವುದು; ಮತ್ತು ನಾನು ಅವರನ್ನು ಸ್ಥಾಪಿಸಿ, ಅವರನ್ನು ಬಹಳಪಡಿಸಿ, ನನ್ನ ಪರಿಶುದ್ಧಾಲಯವನ್ನು ಅವರ ಮಧ್ಯದಲ್ಲಿ ಸದಾಕಾಲವೂ ಸ್ಥಾಪಿಸುವೆನು. ನನ್ನ ಗುಡಾರವೂ ಅವರೊಡನೆ ಇರುವದು; ಹೌದು, ನಾನು ಅವರ ದೇವರಾಗಿರುವೆನು, ಮತ್ತು ಅವರು ನನ್ನ ಪ್ರಜೆಯಾಗಿರುವರು. ನನ್ನ ಪರಿಶುದ್ಧಾಲಯವು ಅವರ ಮಧ್ಯದಲ್ಲಿ ಸದಾಕಾಲವೂ ಇರುವಾಗ, ನಾನು ಯೆಹೋವನು ಇಸ್ರಾಯೇಲನ್ನು ಪರಿಶುದ್ಧಪಡಿಸುವವನಾಗಿದ್ದೇನೆಂದು ಜನಾಂಗಗಳು ತಿಳಿದುಕೊಳ್ಳುವವು. ಯೆಹೆಜ್ಕೇಲನು 37:26–28.</w:t>
      </w:r>
    </w:p>
    <w:p>
      <w:pPr>
        <w:pStyle w:val="ArticleBody"/>
        <w:jc w:val="left"/>
      </w:pPr>
      <w:r>
        <w:rPr>
          <w:rFonts w:ascii="Nirmala UI" w:hAnsi="Nirmala UI" w:eastAsia="Nirmala UI" w:cs="Nirmala UI"/>
        </w:rPr>
        <w:t>ದೇವತ್ವ ಮತ್ತು ಮಾನವತ್ವಗಳ ಸಂಯೋಗವು ದೇವರ ವಾಕ್ಯದೊಳಗೆ ನಾನಾವಿಧಗಳಲ್ಲಿ ಪ್ರತಿನಿಧಿಸಲ್ಪಟ್ಟಿದೆ; ಅವುಗಳಲ್ಲಿ ಒಂದು ದೃಷ್ಟಾಂತವೆಂದರೆ, ಮಾನವನ ಉನ್ನತ ಸ್ವಭಾವದೊಳಗೆ ಇರುವ “ಆತ್ಮದ ಕೋಟೆ” ದೇವರ ಪರಿಶುದ್ಧಾಲಯದ ಕೋಟೆಗೆ ಸಂಯೋಜಿಸಲ್ಪಡುವುದು. ದೇವರ ಕೋಟೆಯನ್ನು ಪ್ರತಿನಿಧಿಸುವ ಪರಲೋಕದ ಸಿಂಹಾಸನಮಂದಿರವು ಮಾನವನ ಉನ್ನತ ಸ್ವಭಾವದ ಕೋಟೆಯೊಂದಿಗೆ ಏಕೀಕೃತವಾದಾಗ, ದೇವರ ಜನರು “ಪರಿಶುದ್ಧೀಕರಿಸಲ್ಪಡುತ್ತಾರೆ,” ಮತ್ತು ಆತನು “ಯುಗಯುಗಾಂತರಕ್ಕೂ ಅವರ ಮಧ್ಯದಲ್ಲಿ ವಾಸಿಸುತ್ತಾನೆ.”</w:t>
      </w:r>
    </w:p>
    <w:p>
      <w:pPr>
        <w:pStyle w:val="ArticleBody"/>
        <w:jc w:val="left"/>
      </w:pPr>
      <w:r>
        <w:rPr>
          <w:rFonts w:ascii="Nirmala UI" w:hAnsi="Nirmala UI" w:eastAsia="Nirmala UI" w:cs="Nirmala UI"/>
        </w:rPr>
        <w:t>ಮೂವತ್ತೇಳನೆಯ ಅಧ್ಯಾಯದ ನಂತರ, ಯೆಹೆಜ್ಕೇಲನು ಮೂವತ್ತೆಂಟನೆಯ ಮತ್ತು ಮೂವತ್ತೊಂಬತ್ತನೆಯ ಅಧ್ಯಾಯಗಳನ್ನು ನಿರೂಪಿಸುತ್ತಾನೆ; ಅಲ್ಲಿ ಅವನು ಗೋಗೆ ಮತ್ತು ಮಾಗೋಗೆಯನ್ನು ದೇವರು ಆರಿಸಿಕೊಂಡ ಒಡಂಬಡಿಕೆಯ ಜನರ ಹೊರಗಿರುವ ಮಾನವಕುಲದ ಒಕ್ಕೂಟದ ಸಂಕೇತಗಳಾಗಿ ಉದ್ದೇಶಿಸಿ ಮಾತನಾಡುತ್ತಾನೆ. ನಲವತ್ತನೆಯ ಅಧ್ಯಾಯದಲ್ಲಿ, ಮೂವತ್ತೇಳನೆಯ ಅಧ್ಯಾಯದ ಒಡಂಬಡಿಕೆಯ ಜನರು ಸಮಸ್ತ ಭೂಮಿಯನ್ನು ತುಂಬುವ ದೇವಾಲಯವಾಗಿ ಪ್ರತಿನಿಧಿಸಲ್ಪಟ್ಟಿದ್ದಾರೆ. ಮೂವತ್ತೆಂಟನೆಯಿಂದ ನಲವತ್ತನೆಯವರೆಗೆ ಇರುವ ಅಧ್ಯಾಯಗಳು, 38 ಮತ್ತು 40 ಎಂಬ ಸಂಖ್ಯೆಗಳ ಮೂಲಕ ಪ್ರತಿನಿಧಿಸಲ್ಪಟ್ಟಿರುವಂತೆ, ಅಂತ್ಯದ ದಿನಗಳಲ್ಲಿ ದೇವರ ಒಡಂಬಡಿಕೆಯ ಜನರ ಉದಯವನ್ನು ಪ್ರತಿನಿಧಿಸುತ್ತವೆ.</w:t>
      </w:r>
    </w:p>
    <w:p>
      <w:pPr>
        <w:pStyle w:val="ArticleBody"/>
        <w:jc w:val="left"/>
      </w:pPr>
      <w:r>
        <w:rPr>
          <w:rFonts w:ascii="Nirmala UI" w:hAnsi="Nirmala UI" w:eastAsia="Nirmala UI" w:cs="Nirmala UI"/>
        </w:rPr>
        <w:t>ಮುಂದಿನ ಲೇಖನದಲ್ಲಿ ನಾವು ಈ ವಿಷಯಗಳನ್ನು ಮುಂದುವರಿಸುತ್ತೇವೆ.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ನಲವತ್ತನೆಯ ವಚನದ ಗುಪ್ತ ಇತಿಹಾಸ - ಸಂಖ್ಯೆ ಮೂವತ್ತೆರಡು</dc:title>
  <dc:subject>ಯೆಹೆಜ್ಕೇಲ ಸಂಖ್ಯೆ ಹದಿಮೂರು</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