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Nne</w:t>
      </w:r>
    </w:p>
    <w:p>
      <w:pPr>
        <w:pStyle w:val="ArticleSubtitle"/>
        <w:jc w:val="left"/>
      </w:pPr>
      <w:r>
        <w:rPr>
          <w:rFonts w:ascii="Arial" w:hAnsi="Arial" w:eastAsia="Arial" w:cs="Arial"/>
        </w:rPr>
        <w:t>Kufunua Danieli 11:40 – Uchunguzi wa Kinabii wa Mlinganisho ya Kihistoria na Matukio ya Wakati Ujao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Em dem didin de ku sazîya Daniel beşa yanzdehan ravebikin, dema em aya çilî vedibêjin. Aya çilî, di wateya pêxemberî de, hevrêziya aya çardehan a Daniel beşa heştan e; çimkî ronahîya ku Mesîh, wek Şêrê eşîra Yehûda, di sala 1798-an de mohrê wê vekir, li ser Daniel beşa heştan aya çardehan ava bûbû, wusa jî ronahîya ku Wî di sala 1989-an de mohrê wê vekir, li ser aya çilî ava bûbû.</w:t>
      </w:r>
    </w:p>
    <w:p>
      <w:pPr>
        <w:pStyle w:val="ArticleBody"/>
        <w:jc w:val="left"/>
      </w:pPr>
      <w:r>
        <w:rPr>
          <w:rFonts w:ascii="Times New Roman" w:hAnsi="Times New Roman" w:eastAsia="Times New Roman" w:cs="Times New Roman"/>
        </w:rPr>
        <w:t>Nkakwa twe twaakikolokya, naye ne tutakigobyamu ddala mu kiwandiiko ekyasooka, bwe tukozesa enkola y’enkuba ey’oluvannyuma ey’“olunyiriri ku lunyiriri,” olunyiriri olw’amakumi ana luteekawo emitendera ebiri egy’enjawulo, kubanga lulimu ekiseera eky’enkomerero eri entambula y’omubaka ow’olubereberye era n’entambula y’omubaka ow’okusatu.</w:t>
      </w:r>
    </w:p>
    <w:p>
      <w:pPr>
        <w:pStyle w:val="ArticleBody"/>
        <w:jc w:val="left"/>
      </w:pPr>
      <w:r>
        <w:rPr>
          <w:rFonts w:ascii="Times New Roman" w:hAnsi="Times New Roman" w:eastAsia="Times New Roman" w:cs="Times New Roman"/>
        </w:rPr>
        <w:t>Ezalongo tozwiisa hamwe “ekiseera ky’enkomerero” ekya olunyiriri olw’amakumi ana mu 1798, n’“ekiseera ky’enkomerero” kyalwo mu 1989, tusanga nti Danyeri essuula ey’omunaana, olunyiriri olw’ekkumi n’ennya, lukwatagana ne Danyeri essuula eyo kkumi na emu, olunyiriri olw’amakumi ana, kubanga byombi biriikirira okumanya okuggulwawo mu byafaayo eby’obunnabbi eby’abamalayika abasatu ab’Okubikkulirwa essuula eya kkumi n’ennya. Era bikwatagana n’olw’okuba nti olunyiriri olw’ekkumi n’ennya kwe kwolesebwa kwa “mareh” okw’okulabika okw’amangu okwa Kristo eri yeekaalu, ate olunyiriri olw’amakumi ana kwe kwolesebwa kwa “chazon” okw’emyaka enkumi bbiri mu bitaano mu abiri egy’ebyafaayo eby’obunnabbi. Ekimu kye kifo ky’ekiseera ekigere, ekirala kye bbanga ly’ekiseera.</w:t>
      </w:r>
    </w:p>
    <w:p>
      <w:pPr>
        <w:pStyle w:val="ArticleBody"/>
        <w:jc w:val="left"/>
      </w:pPr>
      <w:r>
        <w:rPr>
          <w:rFonts w:ascii="Times New Roman" w:hAnsi="Times New Roman" w:eastAsia="Times New Roman" w:cs="Times New Roman"/>
        </w:rPr>
        <w:t>Kimwe gihagarariye kugarurwa no kwezwa kw’urusengero, ikindi kigahagararira kurimburwa no gukandagirwa kw’urusengero. Kimwe gihagarariye imyaka ibihumbi bibiri na magana atatu, ikindi kigahagararira imyaka ibihumbi bibiri na magana atanu n’amakumyabiri. Kimwe gishushanywa n’uruzi Ulai, ikindi n’uruzi Hiddekel. Kimwe gihagarariye ubumuntu, ikindi kigahagararira ubumana. Iyo byumviswe neza, umurongo wa mirongo ine ufitanyijwe isano n’umurongo wa cumi n’ine, biratangaje cyane mu bwimbitse bwabyo. Umwaka wa 1798 uhagarariye umurimo w’ubumana, kandi umwaka wa 1989 uhagarariye kwigomeka kw’ubumuntu.</w:t>
      </w:r>
    </w:p>
    <w:p>
      <w:pPr>
        <w:pStyle w:val="ArticleBody"/>
        <w:jc w:val="left"/>
      </w:pPr>
      <w:r>
        <w:rPr>
          <w:rFonts w:ascii="Times New Roman" w:hAnsi="Times New Roman" w:eastAsia="Times New Roman" w:cs="Times New Roman"/>
        </w:rPr>
        <w:t>Tukamanyisa mu ngambo ya ntete yavatangidilako ukuti ulondolosho lwa kutoba vilimbu vitatu ku mfumu ya ku kabanga ka ku mambwe lwalangilwa mu mutandikilo wa lulendo, lelo ukushininkisha ukwa pa cinshi vyakucitika ivyalangilwe cilingile ukubikishiwa nansha bwino, pantu amavesi amakumi yane na yabili ukufika na pa vesi amakumi yane na yane, mu cine yalongana na vesi amakumi yane na yamo, iyo ili Mulandu wa Mulungu wa pa Sande uwisa bwangu mu United States. Epo e po ubumbano bwa mbali itatu bushitwamo, kabili epo e po ubutumwa bwa kulila ukukalamba bwa “ku kabanga” na “ku mambwe” butendeka.</w:t>
      </w:r>
    </w:p>
    <w:p>
      <w:pPr>
        <w:pStyle w:val="ArticleBody"/>
        <w:jc w:val="left"/>
      </w:pPr>
      <w:r>
        <w:rPr>
          <w:rFonts w:ascii="Times New Roman" w:hAnsi="Times New Roman" w:eastAsia="Times New Roman" w:cs="Times New Roman"/>
        </w:rPr>
        <w:t>Mu Daniel 11, ophunzira a Chiadiventisi kwa zaka zambiri azindikira kuti Danieli amagwiritsa ntchito njira yapadera m’mafananizo ake a Roma. Uriah Smith akunena za zimenezi m’buku lotchedwa Daniel and Revelation. Choyamba Danieli amasonyeza mmene Roma imatengera ulamuliro wa dziko lapansi, ndipo kenaka m’ndime zotsatira amabwerera m’mbuyo kuyambira pachiyambi cha mbiriyo, kufotokoza kugonjetsa kwa ndale, ndi kusonyeza mmene Roma imagwirizanirana ndi anthu a Mulungu pa mbiri yomweyo ija. Ndiyeno potsiriza, amasonyeza mmene Roma imafikira mapeto ake. Mfundo imene Danieli amagwiritsa ntchito imatchedwa, “kubwereza ndi kufutukula.”</w:t>
      </w:r>
    </w:p>
    <w:p>
      <w:pPr>
        <w:pStyle w:val="ArticleBody"/>
        <w:jc w:val="left"/>
      </w:pPr>
      <w:r>
        <w:rPr>
          <w:rFonts w:ascii="Times New Roman" w:hAnsi="Times New Roman" w:eastAsia="Times New Roman" w:cs="Times New Roman"/>
        </w:rPr>
        <w:t>Ndela eyi ya matatu yadiywe mu mavhesi makumi ana kufika makumi ana na mashanu. Mavhesi makumi ana kufika makumi ana na matatu, adayisha ndela ya matatu ya Roma ya kisasa kukamata dunia yote; kisha mu vhesi makumi ana na ine, Daniel adzokera nyuma ku vhesi makumi ana na imwe, pa “habari” zomwe pamenepo zinalalikidwa na bendera ya wale mia moja na makumi ana na nne elfu, na pamenepo upapa ukatoka na ghadhabu kuu kuharibu na kuangamiza kabisa wengi. Kisha mu vhesi makumi ana na mashanu, na sura ya kumi na mbili, vhesi ya kwanza, upapa wafika mwisho wake pasipo mtu wa kumsaidia, kati ya bahari na mlima mtukufu mtakatifu, wakati muda wa rehema wa wanadamu wafungwa.</w:t>
      </w:r>
    </w:p>
    <w:p>
      <w:pPr>
        <w:pStyle w:val="ArticleBody"/>
        <w:jc w:val="left"/>
      </w:pPr>
      <w:r>
        <w:rPr>
          <w:rFonts w:ascii="Times New Roman" w:hAnsi="Times New Roman" w:eastAsia="Times New Roman" w:cs="Times New Roman"/>
        </w:rPr>
        <w:t>Daniel kumi na moja, mstari wa thelathini, tunaona mwanzo wa historia ambayo Dada White ainukuu neno kwa neno hadi mstari wa thelathini na sita, kisha akaandika, “matukio yanayofanana na yale yaliyoelezwa katika mistari hii yatatukia.” Mstari wa thelathini na wa thelathini na moja hutambulisha mpito wa kihistoria kutoka Roma ya kipagani kwenda Roma ya upapa kuwa falme ya nne na ya tano ya unabii wa Biblia, mtawalia. Mstari wa thelathini na moja hueleza historia inayowakilisha jinsi Roma ya upapa ilivyowekwa juu ya kiti cha enzi cha dunia katika mwaka wa 538.</w:t>
      </w:r>
    </w:p>
    <w:p>
      <w:pPr>
        <w:pStyle w:val="ArticleBody"/>
        <w:jc w:val="left"/>
      </w:pPr>
      <w:r>
        <w:rPr>
          <w:rFonts w:ascii="Times New Roman" w:hAnsi="Times New Roman" w:eastAsia="Times New Roman" w:cs="Times New Roman"/>
        </w:rPr>
        <w:t>Mu mstari wa thelathini na moja, jambo la kwanza kutambulishwa ni wakati ambapo Clovis, mfalme wa Wafranki (Ufaransa ya kisasa), alisimama kwa niaba ya upapa katika mwaka 496. Kisha Clovis akageuka kutoka katika upagani wa waziwazi na kuingia katika upagani uliofichika wa Ukatoliki (dini ya mkewe Clotilda). Ndipo akakiweka kiti chake cha enzi wakfu kwa kuinua upapa hadi kwenye kiti cha enzi cha dunia. Clovis aliwakilishwa na “mikono,” katika mstari huo, kwa maana aliweka wakfu mkono wake wa nguvu za kijeshi na mkono wake wa uwezo wa kifedha kwa kazi ile aliyoianza wakati huo.</w:t>
      </w:r>
    </w:p>
    <w:p>
      <w:pPr>
        <w:pStyle w:val="ArticleBody"/>
        <w:jc w:val="left"/>
      </w:pPr>
      <w:r>
        <w:rPr>
          <w:rFonts w:ascii="Times New Roman" w:hAnsi="Times New Roman" w:eastAsia="Times New Roman" w:cs="Times New Roman"/>
        </w:rPr>
        <w:t>Ihongerero rya mbere rya Clovis ryagereranyaga umurimo w’abami bose b’u Burayi bwahoze ari ubupagani, bari baragenewe gutanga ubufasha bunyuranye maraya w’i Roma uko amateka yagendaga ahishurwa. Clovis, hanyuma Ubufaransa, yasizwe n’itorero Gatolika ahabwa izina ry’imfura y’itorero Gatolika, kandi n’umukobwa mukuru w’itorero Gatolika. Yari ikimenyetso cy’uwa mbere mu bami benshi bari kuzisambana na maraya w’i Tiro.</w:t>
      </w:r>
    </w:p>
    <w:p>
      <w:pPr>
        <w:pStyle w:val="ArticleBody"/>
        <w:jc w:val="left"/>
      </w:pPr>
      <w:r>
        <w:rPr>
          <w:rFonts w:ascii="Times New Roman" w:hAnsi="Times New Roman" w:eastAsia="Times New Roman" w:cs="Times New Roman"/>
        </w:rPr>
        <w:t>Mu ngambwe iyi y’ubuhanuzi, Clovis yari yaragereranyijwe na Ahabu, na we wakoze ubusambanyi na Yezebeli (ikimenyetso cy’itorero Gatolika mu gitabo cy’Ibyahishuwe), kandi na we yari umwami mukuru wa mbere w’imiryango icumi, nk’uko Clovis yabaye ikimenyetso gikuru cya mbere cy’amahembe icumi (reba Daniyeli igice cya karindwi) y’i Roma ya gipagani. Abo bami b’i Burayi amaherezo bari kuzashyira indaya y’i Babuloni ku ntebe y’isi. Muri ubu buryo, Ahabu na Clovis bombi bagereranya Leta Zunze Ubumwe za Amerika, zikora ubusambanyi n’ubupapa mu minsi y’imperuka.</w:t>
      </w:r>
    </w:p>
    <w:p>
      <w:pPr>
        <w:pStyle w:val="ArticleBody"/>
        <w:jc w:val="left"/>
      </w:pPr>
      <w:r>
        <w:rPr>
          <w:rFonts w:ascii="Times New Roman" w:hAnsi="Times New Roman" w:eastAsia="Times New Roman" w:cs="Times New Roman"/>
        </w:rPr>
        <w:t>Ronald Reagan alianzisha uasherati huo, naye atakuwa rais wa mwisho atakayewalazimisha wale wafalme wengine tisa wa Umoja wa Mataifa nao pia kutenda tendo lilo hilo. Reagan alikuwa rais wakati wa mwisho mwaka 1989, na kwa hiyo lazima kwa namna ya kinabii amwakilishe rais wa mwisho katika historia ambapo wale wafalme wengine tisa wanatimiza tendo lilo hilo, kwa maana Yesu huueleza mwisho wa jambo kwa mwanzo wa jambo. Reagan alikuwa mtu tajiri, mtu mashuhuri wa vyombo vya habari, aliyetambulika sana kwa mtindo wake wa pekee wa kusema, ambaye hapo kwanza alikuwa katika chama cha Democratic, na ambaye baadaye alihamia katika chama cha Republican.</w:t>
      </w:r>
    </w:p>
    <w:p>
      <w:pPr>
        <w:pStyle w:val="ArticleBody"/>
        <w:jc w:val="left"/>
      </w:pPr>
      <w:r>
        <w:rPr>
          <w:rFonts w:ascii="Times New Roman" w:hAnsi="Times New Roman" w:eastAsia="Times New Roman" w:cs="Times New Roman"/>
        </w:rPr>
        <w:t>در آیتی سی‌ویکم، بازوهایی که نمایانگر پاپیت بودند، مَقدِسِ قوّت را نجس می‌ساختند. از لحاظ نبوی، مَقدِسِ قوّت، هم برای رومِ بت‌پرست و هم برای رومِ پاپی، شهرِ روم بود. این بر این واقعیت مبتنی است که هر دو روم، در دوره‌ای معین از شهرِ روم فرمان راندند، و هنگامی که از شهرِ روم فرمان می‌راندند، عملاً شکست‌ناپذیر بودند.</w:t>
      </w:r>
    </w:p>
    <w:p>
      <w:pPr>
        <w:pStyle w:val="ArticleBody"/>
        <w:jc w:val="left"/>
      </w:pPr>
      <w:r>
        <w:rPr>
          <w:rFonts w:ascii="Times New Roman" w:hAnsi="Times New Roman" w:eastAsia="Times New Roman" w:cs="Times New Roman"/>
        </w:rPr>
        <w:t>Roma ya kipagani ilianza utawala wake wa miaka mia tatu sitini katika Vita vya Actium, mwaka 31 KK. Danieli sura ya kumi na moja, mstari wa ishirini na nne, inatambulisha kwamba wangetabiri mashauri yao kutoka ngome yao, iliyokuwa Mji wa Roma, kwa “wakati.” “Wakati” wa kiunabii ni miaka mia tatu sitini, na miaka mia tatu sitini baada ya Vita vya Actium, ambako Antony na Cleopatra walishindwa, Konstantino alihama kutoka Mji wa Roma kwenda Mji wa Konstantinopoli, na kipindi cha kutoshindika kwa Roma ya kipagani kikawa kimekwisha.</w:t>
      </w:r>
    </w:p>
    <w:p>
      <w:pPr>
        <w:pStyle w:val="ArticleBody"/>
        <w:jc w:val="left"/>
      </w:pPr>
      <w:r>
        <w:rPr>
          <w:rFonts w:ascii="Times New Roman" w:hAnsi="Times New Roman" w:eastAsia="Times New Roman" w:cs="Times New Roman"/>
        </w:rPr>
        <w:t>Dema astengiya sêyemîn a erdnîgarî ji bo Romaya papalê (Gotan) di sala 538-an de ji Bajarê Roma derxistin, desthilatdariya serwer a Romaya papalê ya hezar û du sed û şêst salî dest pê kir û heta 1798-an berdewam kir, dema ku papa ji Bajarê Roma hate rakirin; bi vî awayî birîna kujer a pêxemberî li ajelê papalî hat dayîn, û di sala paşîn de, 1799-an, ew papa (jinê ku li ser ajelê siwar bû) di dîlgirtinê de mir.</w:t>
      </w:r>
    </w:p>
    <w:p>
      <w:pPr>
        <w:pStyle w:val="ArticleBody"/>
        <w:jc w:val="left"/>
      </w:pPr>
      <w:r>
        <w:rPr>
          <w:rFonts w:ascii="Times New Roman" w:hAnsi="Times New Roman" w:eastAsia="Times New Roman" w:cs="Times New Roman"/>
        </w:rPr>
        <w:t>Amaboko (Clovis) yashushanyaga ubupapa yagombaga guhumanya ubuturo bwera bw’imbaraga, kandi Konstantino yatangiye uwo murimo mu buryo bwa filozofiya, agaragaza ko uwo murwa wari umurwa wo ku rwego rwo hasi ugereranyije na Konstantinopoli; kandi uhereye icyo gihe, intambara zo muri ayo mateka zakozwe n’abanzi ba Roma zahoraga zishingiye ku kugaba ibitero ku Murwa wa Roma; kandi mu mwaka wa 476, ntiyongeye ukundi kubaho umutegetsi wari inkomoko nyakuri y’Abaroma wategekaga muri uwo murwa, kugeza mu mwaka wa 538, ubwo uwo murwa wahindukaga ubuturo bwera bw’imbaraga bwa Roma y’ubupapa.</w:t>
      </w:r>
    </w:p>
    <w:p>
      <w:pPr>
        <w:pStyle w:val="ArticleBody"/>
        <w:jc w:val="left"/>
      </w:pPr>
      <w:r>
        <w:rPr>
          <w:rFonts w:ascii="Times New Roman" w:hAnsi="Times New Roman" w:eastAsia="Times New Roman" w:cs="Times New Roman"/>
        </w:rPr>
        <w:t>ئەحاب، کلۆڤیس، و فەرەنسا نموونەی وڵاتە یەکگرتووەکانن، و حەرەمی هێزی وڵاتە یەکگرتووەکان دەستووری وڵاتە یەکگرتووەکانە. ئەو بەڵگەنامەیە بەڵگەنامەیەکی خودایییە، و نیشانەڕێیەکە لە مێژووی پێشبینیکراودا. لەو کاتەوەی رۆنالدد ریگان لەو مێژووەی کە بەرەو ساڵی 1989 دەچوو پشتگیری لە پاپایەتی کرد، دەستور لەژێر هێرشێکی بەردەوام و هەڵکشانەوەدا بووە، وەک چۆن حەرەمی هێز لە تێکچوون و کەوتنی ڕۆمای بەتپەرستدا وا بوو. کاتێک یاسای یەکشەممەی نزیکەهاتووی لە وڵاتە یەکگرتووەکاندا بەجێدەهێنرێت، دەستور بە تەواوی ڕووخێندرێت. لە سەردەمی ریگانەوە هەتا ئەو یاسایەی یەکشەممە، ئەو مێژووەی لە ساڵی 330 تا 538 دووبارە دەبێتەوە. لە ساڵی 538دا، پاپایەتی لەسەر تەخت دانرا، وەها کە بووە نموونەی چاکبوونەوەی برینی کوشندەی لەو یاسای یەکشەممەدا.</w:t>
      </w:r>
    </w:p>
    <w:p>
      <w:pPr>
        <w:pStyle w:val="ArticleBody"/>
        <w:jc w:val="left"/>
      </w:pPr>
      <w:r>
        <w:rPr>
          <w:rFonts w:ascii="Times New Roman" w:hAnsi="Times New Roman" w:eastAsia="Times New Roman" w:cs="Times New Roman"/>
        </w:rPr>
        <w:t>Ronald Reagan-ina kutaa Sunday law-ria kutaa, ni kipindi kya unabii kyenye Mungu mwenyewe amekitambulisha kwa neno lake la kiunabii. “Mikono,” iliyowakilishwa na Clovis, nayo pia ilipaswa kuiondoa “the daily” kutoka katika ufalme wa Dola ya Kirumi, ambao hapo kwanza ulikuwa wa kipagani. Dini ya dola hiyo ilikuwa ya kipagani tangu mwanzo kabisa, naye Clovis akaanza kazi ya kuibadilisha dini ya upagani wa waziwazi kwa dini ya Ukatoliki, ambao kwa hakika ni upagani uliofichwa.</w:t>
      </w:r>
    </w:p>
    <w:p>
      <w:pPr>
        <w:pStyle w:val="ArticleBody"/>
        <w:jc w:val="left"/>
      </w:pPr>
      <w:r>
        <w:rPr>
          <w:rFonts w:ascii="Times New Roman" w:hAnsi="Times New Roman" w:eastAsia="Times New Roman" w:cs="Times New Roman"/>
        </w:rPr>
        <w:t>Dewletên Yekbûyî yên Amerîkayê dema ku di yasa Yekşemê ya ku zû tê de nîşana desthilatdariya papayî bicîh dike, bi tevahî olê Protestanîzmê radike; çimkî tenê pênaseya peyva “Protestan” ew e ku li dijî Romayê protesto bike. Heke tu nîşana desthilatdariya Romayê qebûl bikî, tu li dijî Romayê protesto nakî. Di Amos beşa sêyem de, ayeta sêyem de, Amos ev pirsa retorîk dipirse: “Ma du kes dikarin bi hev re bimeşin, heya ku li hev nekevin?”</w:t>
      </w:r>
    </w:p>
    <w:p>
      <w:pPr>
        <w:pStyle w:val="ArticleScripture"/>
        <w:jc w:val="left"/>
      </w:pPr>
      <w:r>
        <w:rPr>
          <w:rFonts w:ascii="Times New Roman" w:hAnsi="Times New Roman" w:eastAsia="Times New Roman" w:cs="Times New Roman"/>
        </w:rPr>
        <w:t>“Abamerika mbu ha kileo bidi mu kutwalilila mazu a Leta ku mikalile ne misangulo ya ekelesia, ba Protestante bali kulondelela mu nkombo ya ba papista. Kangi, ne kubuyapo, bali kukingulula luekeelo ku Papasiya bwa kutwala cipuna ca bukulu mu Amerika ya ba Protestante, ico aena alya ya kilozya mu Nsi ya Kale.” *The Great Controversy*, 573.</w:t>
      </w:r>
    </w:p>
    <w:p>
      <w:pPr>
        <w:pStyle w:val="ArticleBody"/>
        <w:jc w:val="left"/>
      </w:pPr>
      <w:r>
        <w:rPr>
          <w:rFonts w:ascii="Times New Roman" w:hAnsi="Times New Roman" w:eastAsia="Times New Roman" w:cs="Times New Roman"/>
        </w:rPr>
        <w:t>Mu mwaka wa 508, igihe idini rya gipagani ryakuweho rikareka kuba idini ryemewe ku mugaragaro ry’ubwami, byabereye ikigereranyo cy’uko icyabuzaga, Pawulo avugaho muri 2 Abatesalonike igice cya kabiri, cyari cyarakuweho mbere y’ihishurwa ry’umuntu w’icyaha mu itegeko ryo kuziririza ku Cyumweru rizaza vuba muri Leta Zunze Ubumwe z’Amerika. Gutsindishwa no gushyirwa munsi idini rya gipagani ryagaragaraga ku mugaragaro, rigasimburwa n’idini rya gipagani ryihishe rya Gatolika, ntibyabaye ako kanya, kandi amateka abyandika ko byatangiriye ku ihindukirira rya Clovis rikamujyana muri Gatolika mu mwaka wa 496, bikuzura rwose mu mwaka wa 508.</w:t>
      </w:r>
    </w:p>
    <w:p>
      <w:pPr>
        <w:pStyle w:val="ArticleBody"/>
        <w:jc w:val="left"/>
      </w:pPr>
      <w:r>
        <w:rPr>
          <w:rFonts w:ascii="Times New Roman" w:hAnsi="Times New Roman" w:eastAsia="Times New Roman" w:cs="Times New Roman"/>
        </w:rPr>
        <w:t>Reagan a myaka, guhera mu 1989, kugeza ku itegeko rya ku Cyumweru rigiye kuza vuba, Ubuporotesitanti nyakuri buzaba bwarabujijwe rwose muri Leta Zunze Ubumwe za Amerika. Muri icyo gihe Itegeko Nshinga, “ubuhungiro bw’imbaraga” bwa Leta Zunze Ubumwe za Amerika, rizakurwaho, kandi umurimo wa kane w’izo “ngabo” zo mu murongo wa mirongo itatu n’umwe uzaba usohojwe, kuko icyo gihe izo “ngabo” zizashyira ubupapa ku ntebe y’ubwami bw’isi, nk’uko byagenze mu mwaka wa 538.</w:t>
      </w:r>
    </w:p>
    <w:p>
      <w:pPr>
        <w:pStyle w:val="ArticleBody"/>
        <w:jc w:val="left"/>
      </w:pPr>
      <w:r>
        <w:rPr>
          <w:rFonts w:ascii="Times New Roman" w:hAnsi="Times New Roman" w:eastAsia="Times New Roman" w:cs="Times New Roman"/>
        </w:rPr>
        <w:t>Paapaalichi mootummaa bara 538 keessa teessoo mootummaa yeroo qabate, seenaa kitaaba Daani’el keessatti ibsamuun akkaataa paapaalichaan addunyaan to’atamte irraa gara dhimma paapaalichaan seenaa sana keessatti saba Waaqayyoo itti ari’atameetti jijjiirama. Lakkoofsa kudha afurffaa, boqonnaa kudhaffaa Daani’el keessatti, Gabri’eel mul’ata inni dhiheessuuf jedhu kaayyoon isaa “bara dhumaa keessatti wanti saba Waaqayyoo irratti dhufu maal akka ta’e” agarsiisuudha jechuun Daani’elitti beeksisee ture.</w:t>
      </w:r>
    </w:p>
    <w:p>
      <w:pPr>
        <w:pStyle w:val="ArticleScripture"/>
        <w:jc w:val="left"/>
      </w:pPr>
      <w:r>
        <w:rPr>
          <w:rFonts w:ascii="Times New Roman" w:hAnsi="Times New Roman" w:eastAsia="Times New Roman" w:cs="Times New Roman"/>
        </w:rPr>
        <w:t>ئێستا هاتووم تا تێبگەیەنم بەوەی کە لە ڕۆژانی دواییدا چی بەسەر گەلەکەت دێت؛ چونکە هێشتا ئەو بینینە بۆ زۆر ڕۆژانە. دانیال 10:14.</w:t>
      </w:r>
    </w:p>
    <w:p>
      <w:pPr>
        <w:pStyle w:val="ArticleBody"/>
        <w:jc w:val="left"/>
      </w:pPr>
      <w:r>
        <w:rPr>
          <w:rFonts w:ascii="Times New Roman" w:hAnsi="Times New Roman" w:eastAsia="Times New Roman" w:cs="Times New Roman"/>
        </w:rPr>
        <w:t>Verse thirty-two heta verse thirty-six ngw'ene ziri aya verse Sister White avugire butereevu ko zizosubirwamwo, kandi ayo ma verse asigura uguhamwa kwabaye mu gihe c’ingoma y’ubupapa y’imyaka igihumbi amajana abiri na mirongo itandatu, uhereye igihe bwashizwe ku ntebe y’ubwami mu mwaka wa 538, gushika aho bwakira uruguma rwarwo rwica mu 1798.</w:t>
      </w:r>
    </w:p>
    <w:p>
      <w:pPr>
        <w:pStyle w:val="ArticleScripture"/>
        <w:jc w:val="left"/>
      </w:pPr>
      <w:r>
        <w:rPr>
          <w:rFonts w:ascii="Times New Roman" w:hAnsi="Times New Roman" w:eastAsia="Times New Roman" w:cs="Times New Roman"/>
        </w:rPr>
        <w:t>Na bango bakoluka mabe na kondimana, akobebisa bango na maloba ya kolengola motema; kasi bato oyo bayebi Nzambe na bango bakokóma makasi mpe bakosala misala minene. Mpe baoyo bazali na bososoli kati na bato bakoteya bato mingi; nzokande bakokweya na mopanga, mpe na moto, mpe na bokangami, mpe na bopunzi, mikolo mingi. Sikawa, tango bakokweya, bakosalisa bango na lisalisi moke; kasi bato mingi bakosangana na bango na maloba ya kolengola motema. Mpe basusu kati na baoyo bazali na bososoli bakokweya, mpo na komeka bango, mpe mpo na kopetola bango, mpe mpo na kokómisa bango mpembe, kino na ntango ya suka; mpo ezali naino mpo na ntango oyo etyamá. Mpe mokonzi akosala kolanda mokano na ye moko; mpe akomitolisa mpe akomitombola likoló ya nzambe nyonso, mpe akoloba makambo ya kokamwa na kotelemela Nzambe ya banzambe, mpe akolongwa malamu kino nkanda ekokokisama; mpo oyo ekatamaki esengeli kosalema. Daniele 11:32–36.</w:t>
      </w:r>
    </w:p>
    <w:p>
      <w:pPr>
        <w:pStyle w:val="ArticleBody"/>
        <w:jc w:val="left"/>
      </w:pPr>
      <w:r>
        <w:rPr>
          <w:rFonts w:ascii="Times New Roman" w:hAnsi="Times New Roman" w:eastAsia="Times New Roman" w:cs="Times New Roman"/>
        </w:rPr>
        <w:t>Malembo aya mazoloka minyoko ya Bileko ya Molili, mpe bongo molongo ya tuku misato na motoba elakisi ete bopapa bokolonga kino nkanda ya liboso ya Nzambe na bokonzi ya nɔrdi ya Yisraele ekokisama na 1798. Daniele alakisaki liboso ndenge bopapa batiyamaki na kiti ya bokonzi ya mokili, na nsima ndenge bopapa esalaki na bato ya Nzambe, mpe na nsuka bokweyi ya suka ya bopapa. Molongo ya tuku minei kino tuku minei na misato ya Daniele mokapo ya zomi na moko elakisi ndenge bopapa ezwi bokonzi likoló ya mokili, bongo molongo ya tuku minei na minei elakisi ndenge anyokoli bato ya Nzambe ya mikolo ya nsuka, mpe na nsuka molongo ya tuku minei na mitano elakisi ndenge akokóma na suka na ye ya nsuka, na moto moko te mpo na kosunga ye.</w:t>
      </w:r>
    </w:p>
    <w:p>
      <w:pPr>
        <w:pStyle w:val="ArticleBody"/>
        <w:jc w:val="left"/>
      </w:pPr>
      <w:r>
        <w:rPr>
          <w:rFonts w:ascii="Times New Roman" w:hAnsi="Times New Roman" w:eastAsia="Times New Roman" w:cs="Times New Roman"/>
        </w:rPr>
        <w:t>Neno la Kiebrania linalomaanisha “ukweli” liliumbwa na Yule Mwanaisimu wa Ajabu kwa kuleta pamoja herufi ya kwanza, ya kumi na tatu, na ya mwisho ya alfabeti ya Kiebrania ili kuunda neno “ukweli.” Kumi na tatu ni ishara ya uasi, na wa kwanza humwakilisha wa mwisho.</w:t>
      </w:r>
    </w:p>
    <w:p>
      <w:pPr>
        <w:pStyle w:val="ArticleBody"/>
        <w:jc w:val="left"/>
      </w:pPr>
      <w:r>
        <w:rPr>
          <w:rFonts w:ascii="Times New Roman" w:hAnsi="Times New Roman" w:eastAsia="Times New Roman" w:cs="Times New Roman"/>
        </w:rPr>
        <w:t>Vesi ya makumi tatu na moja inaeleza mwisho wa Rumi ya kipagani kama ufalme wa nne wa unabii wa Biblia, na vesi ya makumi tatu na sita ilitambulisha mwisho wa Rumi ya upapa kama ufalme wa tano wa unabii wa Biblia. Kati ya maelezo ya kwanza ya kuanguka kwa Rumi na maelezo ya mwisho ya kuanguka kwa Rumi mna uasi, unaowakilishwa na upapa kuwaua mamilioni ya watu wa Mungu katika historia iliyo kati ya mwanzo na mwisho. Utumizi wa vesi hizi umebeba sahihi ya “kweli.”</w:t>
      </w:r>
    </w:p>
    <w:p>
      <w:pPr>
        <w:pStyle w:val="ArticleBody"/>
        <w:jc w:val="left"/>
      </w:pPr>
      <w:r>
        <w:rPr>
          <w:rFonts w:ascii="Times New Roman" w:hAnsi="Times New Roman" w:eastAsia="Times New Roman" w:cs="Times New Roman"/>
        </w:rPr>
        <w:t>Avesi makumi e ana e a lima, ia e fakatusa i avesita makumi e tolu e oono, e kamata i te paʼūga o te pule faka-pāpasi, kae fakaoti foki i te paʼūga o te pule faka-pāpasi. I loto i te tala fakasolopito telā e kamata i te 1798, ke oko atu ki te tapuniga o te avanoaga o te alofa tunoa, e nofo i ei te ‵tekeatuga a Loma o aso nei, telā e toe tamate ei a tino o te Atua. A te fakagaluegaga o nei avesita e amo foki i te fakailoga o te “muni,” kae e fetaui tasi mo te suā tino mo te suā tino ke tuku mai ei a molimau e tokolua kolā e fakatu aka ei te “muni,” kae e fakamatala katoatoa ne laina e lua a Loma, telā ko te fakailoga telā ka “fakamautinoa te fakaasiga”.</w:t>
      </w:r>
    </w:p>
    <w:p>
      <w:pPr>
        <w:pStyle w:val="ArticleScripture"/>
        <w:jc w:val="left"/>
      </w:pPr>
      <w:r>
        <w:rPr>
          <w:rFonts w:ascii="Times New Roman" w:hAnsi="Times New Roman" w:eastAsia="Times New Roman" w:cs="Times New Roman"/>
        </w:rPr>
        <w:t>Na katika nyakati hizo wengi watainuka kumpinga mfalme wa kusini; tena wanyang’anyi wa watu wako watajiinua ili kuthibitisha maono; lakini wataanguka. Danieli 11:14.</w:t>
      </w:r>
    </w:p>
    <w:p>
      <w:pPr>
        <w:pStyle w:val="ArticleBody"/>
        <w:jc w:val="left"/>
      </w:pPr>
      <w:r>
        <w:rPr>
          <w:rFonts w:ascii="Times New Roman" w:hAnsi="Times New Roman" w:eastAsia="Times New Roman" w:cs="Times New Roman"/>
        </w:rPr>
        <w:t>Ekinyume ky’obunabbi Danieli ky’akozesa mu ssuula eya kkumi n’emu tekikozesebwa mu nnyiriri amakumi asatu okutuuka ku amakumi asatu mu mukaaga byokka, era ne mu amakumi ana okutuuka ku amakumi ana mu ttaano. Ennyiriri kkumi na nnya okutuuka ku kkumi na mwenda ziraga engeri Rooma ey’obupagaani gye yafugamu ensi, oluvannyuma ennyiriri amakumi abiri okutuuka ku amakumi abiri mu nnya ziraga engeri Rooma ey’obupagaani gye yakolaganamu n’abantu ba Katonda, era okuva ku lunyiriri olw’amakumi abiri mu nnya okutuuka ku amakumi asatu okugwa kwa Rooma ey’obupagaani kuteekebwawo.</w:t>
      </w:r>
    </w:p>
    <w:p>
      <w:pPr>
        <w:pStyle w:val="ArticleBody"/>
        <w:jc w:val="left"/>
      </w:pPr>
      <w:r>
        <w:rPr>
          <w:rFonts w:ascii="Times New Roman" w:hAnsi="Times New Roman" w:eastAsia="Times New Roman" w:cs="Times New Roman"/>
        </w:rPr>
        <w:t>Mstari wa kumi na nne ni mwanzo wa Rumi ya kipagani, na mstari wa thelathini ni mwisho wa Rumi ya kipagani. Katika historia iliyowakilishwa katikati, Rumi ya kipagani inatambulishwa kuwa ilimsulubisha Kristo; hivyo, uasi wa katikati unatambulisha mistari hii kuwa “kweli.” Alfa na Omega ameweka sahihi Yake katika sura yote ya kumi na moja ya kitabu cha Danieli.</w:t>
      </w:r>
    </w:p>
    <w:p>
      <w:pPr>
        <w:pStyle w:val="ArticleBody"/>
        <w:jc w:val="left"/>
      </w:pPr>
      <w:r>
        <w:rPr>
          <w:rFonts w:ascii="Times New Roman" w:hAnsi="Times New Roman" w:eastAsia="Times New Roman" w:cs="Times New Roman"/>
        </w:rPr>
        <w:t>Mstari wa arobaini una historia iandiiye mu myaka ya Ronald Reagan, kandi ikagaragaza ubufatanye bwakozwe hagati ya Perezida wa Leta Zunze Ubumwe za Amerika n’umuntu w’icyaha. Igaragaza igihe cyihariye gisozwa no gushyira ubupapa ku ntebe y’isi, nk’uko byari bimeze mu mwaka wa 538. Ntabwo ari impanuka ko Clovis, umwami w’Abafaranki, ari bo Bufaransa bw’iki gihe, ari ikimenyetso cya Leta Zunze Ubumwe za Amerika. Clovis yashushanyaga Reagan. Reagan yari ikimenyetso cy’Abaporotesitanti, nk’uko Clovis na we yari ikimenyetso cy’abapagani.</w:t>
      </w:r>
    </w:p>
    <w:p>
      <w:pPr>
        <w:pStyle w:val="ArticleBody"/>
        <w:jc w:val="left"/>
      </w:pPr>
      <w:r>
        <w:rPr>
          <w:rFonts w:ascii="Times New Roman" w:hAnsi="Times New Roman" w:eastAsia="Times New Roman" w:cs="Times New Roman"/>
        </w:rPr>
        <w:t>شەڕەکەی کلوڤیس، پاشای فرانکەکان، لەوەدا کە بۆ کاتۆلیکایەتی گەڕایەوە، شەڕی تولبیاک بوو (هەروەها بە ناوی شەڕی زولپیش یان شەڕی کۆڵۆنیش ناسراوە). ئەم شەڕە لە ساڵی 496 ڕوویدا. کلوڤیس لەو کاتەدا بتپەرست بوو، بەڵام لە ماوەی شەڕەکەدا، کاتێک وا دەهات کە هێزەکانی لە مەترسیی شکستدان، بۆ یارمەتی نوێژی بۆ خودای مەسیحیی هاوسەرە کاتۆلیکەکەی کرد و پەیمانی دا کە ئەگەر بە سەرکەوتوویی دەربچێت، بۆ مەسیحییەت دەگەڕێتەوە. کلوڤیس بەڕاستی شەڕەکەی بردەوە، و لە ئەنجامی ئەوەدا، خۆی و بەشێکی گرنگ لە جەنگاوەرە فرانکییەکانی بۆ کاتۆلیکایەتی گەڕانەوە، و ئەمە بووە نیشانەی ڕووداوێکی گرنگ لە مەسیحی‌کردنی فرانکەکاندا.</w:t>
      </w:r>
    </w:p>
    <w:p>
      <w:pPr>
        <w:pStyle w:val="ArticleBody"/>
        <w:jc w:val="left"/>
      </w:pPr>
      <w:r>
        <w:rPr>
          <w:rFonts w:ascii="Times New Roman" w:hAnsi="Times New Roman" w:eastAsia="Times New Roman" w:cs="Times New Roman"/>
        </w:rPr>
        <w:t>Ronald Reagan, owo yalekelwanga ukuti ni Muprotestanti, alondolola ukuti icamutintile ukulenga ubungano bwamfihlo na papa wa ku Roma, kwali ukuti asangwanga no kuyumfwa ukuti Soviet Union e antikristu wa bupolofita bwa muli Baibolo. Mu nkondo yakwe Reagan iyo alwilenemo ne ya kale Soviet Union, ukwabula ukumanya ukucimfyanya kwakwe pa muntu uwali antikristu, aikatene na antikristu.</w:t>
      </w:r>
    </w:p>
    <w:p>
      <w:pPr>
        <w:pStyle w:val="ArticleScripture"/>
        <w:jc w:val="left"/>
      </w:pPr>
      <w:r>
        <w:rPr>
          <w:rFonts w:ascii="Times New Roman" w:hAnsi="Times New Roman" w:eastAsia="Times New Roman" w:cs="Times New Roman"/>
        </w:rPr>
        <w:t>“Abāla me kīmaikeda igūa hena ya kīhī̃ndī kĩa irio, na matona kũmenya ũhoro wa antikristo, nĩmagīikara mũthemba wa antikristo.” Kress Collection, 105.</w:t>
      </w:r>
    </w:p>
    <w:p>
      <w:pPr>
        <w:pStyle w:val="ArticleBody"/>
        <w:jc w:val="left"/>
      </w:pPr>
      <w:r>
        <w:rPr>
          <w:rFonts w:ascii="Times New Roman" w:hAnsi="Times New Roman" w:eastAsia="Times New Roman" w:cs="Times New Roman"/>
        </w:rPr>
        <w:t>Amerika e ka le sesupo sa boporofeta se menahaneng habeli, joalokaha ho emeloa ke manaka a mabeli a sebata sa lefatshe. Fora le yona ke sesupo sa boporofeta se menahaneng habeli, joalokaha ho emeloa ke Sodoma le Egepeta ho Tshenolo kgaolo ya leshome le motso o mong. Fora ke ngwana wa letsibolo wa bopapa, mme Reagan, ya emelang Amerika, e ne e le wa pele ho marena a leshome a Tshenolo kgaolo ya leshome le metso e supileng mehleng ya bofelo ho feba le seotswa sa Tyre, se neng se lebetsoe ho tloha ka 1798. O ne a lebetsoe nakong ya bofelo ka 1798, empa o qala ho hopolwa nakong ya bofelo ka 1989.</w:t>
      </w:r>
    </w:p>
    <w:p>
      <w:pPr>
        <w:pStyle w:val="ArticleBody"/>
        <w:jc w:val="left"/>
      </w:pPr>
      <w:r>
        <w:rPr>
          <w:rFonts w:ascii="Times New Roman" w:hAnsi="Times New Roman" w:eastAsia="Times New Roman" w:cs="Times New Roman"/>
        </w:rPr>
        <w:t>Klovis, mweberere w’u Bufaransa, yaranze intangiriro y’igihe cyatumye ubupapa bushyirwa ku ntebe y’ubwami mu 538, aho ubupapa bwahise bushyiraho itegeko ryo ku cyumweru mu Nama ya Orléans. Reagan, umuyobozi wa Leta Zunze Ubumwe z’Amerika, yaranze intangiriro y’igihe kirimo kuyobora ku kuba ubupapa bwongera gushyirwa ku ntebe y’ubwami bw’isi mu itegeko ryo ku cyumweru rigiye kuza vuba.</w:t>
      </w:r>
    </w:p>
    <w:p>
      <w:pPr>
        <w:pStyle w:val="ArticleBody"/>
        <w:jc w:val="left"/>
      </w:pPr>
      <w:r>
        <w:rPr>
          <w:rFonts w:ascii="Times New Roman" w:hAnsi="Times New Roman" w:eastAsia="Times New Roman" w:cs="Times New Roman"/>
        </w:rPr>
        <w:t>Faransa ni ubwami bw’impande ebyiri bwashyize ubupapa ku ngoma mu wa 538, kandi Faransa, ibinyujije kuri Jenerali Berthier wa Napoléon, yakuye ubupapa ku ntebe y’ubwami mu wa 1798. Leta Zunze Ubumwe za Amerika zishyira ubupapa ku ntebe y’ubwami mu minsi y’imperuka, kandi nk’umwami w’ikirenga mu bami icumi, Leta Zunze Ubumwe za Amerika amaherezo “zizamugira umusaka kandi yambaye ubusa, kandi zizamurya inyama ze, kandi zizamutwikana umuriro.”</w:t>
      </w:r>
    </w:p>
    <w:p>
      <w:pPr>
        <w:pStyle w:val="ArticleBody"/>
        <w:jc w:val="left"/>
      </w:pPr>
      <w:r>
        <w:rPr>
          <w:rFonts w:ascii="Times New Roman" w:hAnsi="Times New Roman" w:eastAsia="Times New Roman" w:cs="Times New Roman"/>
        </w:rPr>
        <w:t>ئایەتی چل تاریخچەی ئایەتی سی و یەک لەخۆ دەگرێت، و دیاری دەکات کە کاری دووبارە دانانی پاپایەتی لەسەر تەختی زەوی، بەو ماوەی کاتە نوێنەرایەتی دەکرێت کە بە رونالد ریگان دەست پێ دەکات و بە سەرۆکی کۆتاییی ویلایەتە یەکگرتووەکانی ئەمریکا کۆتایی دێت. ئەو سەرۆکەی کۆتاییە، بە ریگان نیشان‌کراوە، چونکە عیسا هەمیشە کۆتایی بە دەستپێک نیشان دەدات.</w:t>
      </w:r>
    </w:p>
    <w:p>
      <w:pPr>
        <w:pStyle w:val="ArticleBody"/>
        <w:jc w:val="left"/>
      </w:pPr>
      <w:r>
        <w:rPr>
          <w:rFonts w:ascii="Times New Roman" w:hAnsi="Times New Roman" w:eastAsia="Times New Roman" w:cs="Times New Roman"/>
        </w:rPr>
        <w:t>Mundallin waahyada ugu horreeya ee Daanyeel kow iyo toban, taariikhdaas nebiyadeed ayaa la soo bandhigay (aayadda labaad), waxaan ka helaynaa taariikhdii ka horraysay taariikhda boqortooyada Giriigga. Giriiggu waa astaan u ah Qaramada Midoobay, iyo dawladnimada hal-aduunka ah ee tobanka boqor ee Muujintii toddoba iyo toban. Aayadda saddexaad ee Daanyeel kow iyo toban waxay soo bandhigaysaa Iskandarka Weyn, halka aayadda labaadna ay matalayso taariikhda ka horraysa dawladnimada hal-aduunka ah ee maalmaha ugu dambeeya.</w:t>
      </w:r>
    </w:p>
    <w:p>
      <w:pPr>
        <w:pStyle w:val="ArticleBody"/>
        <w:jc w:val="left"/>
      </w:pPr>
      <w:r>
        <w:rPr>
          <w:rFonts w:ascii="Times New Roman" w:hAnsi="Times New Roman" w:eastAsia="Times New Roman" w:cs="Times New Roman"/>
        </w:rPr>
        <w:t>Ku msari wa kwanza, Gabrieli anataja tu kwamba alikuwa amemtia nguvu Dario mwanzoni mwa ufalme wa Wamedi na Waajemi, lakini Gabrieli alikuwa amemjia Danieli katika sura ya kumi, wakati Koreshi, Mwajemi, wala si Dario, Mmedi, alipokuwa akitawala wakati huo. Baada ya kuufungamanisha wazi ufalme huo pamoja kama ufalme wa kinabii wenye sehemu mbili wa Wamedi na Waajemi (kama ilivyo Ufaransa na Marekani), ndipo Gabrieli anapoanzisha historia inayoutangulia ufalme wa ulimwengu wote wa Aleksanda Mkuu.</w:t>
      </w:r>
    </w:p>
    <w:p>
      <w:pPr>
        <w:pStyle w:val="ArticleScripture"/>
        <w:jc w:val="left"/>
      </w:pPr>
      <w:r>
        <w:rPr>
          <w:rFonts w:ascii="Times New Roman" w:hAnsi="Times New Roman" w:eastAsia="Times New Roman" w:cs="Times New Roman"/>
        </w:rPr>
        <w:t>Basi none ndikulangishe bulelelo. Lola, kuzakwimya abasekuru batatu na kabili mu Peresiya; kabili wa kane akaluba uwakucila bonse ubutuntulu: kabili ku maka yakwe mu butuntulu bwakwe akasunkanya bonse ukulwisha ubwami bwa Grecia. Daniele 11:2.</w:t>
      </w:r>
    </w:p>
    <w:p>
      <w:pPr>
        <w:pStyle w:val="ArticleBody"/>
        <w:jc w:val="left"/>
      </w:pPr>
      <w:r>
        <w:rPr>
          <w:rFonts w:ascii="Times New Roman" w:hAnsi="Times New Roman" w:eastAsia="Times New Roman" w:cs="Times New Roman"/>
        </w:rPr>
        <w:t>ئالفا و ئۆمەگا هەمیشە کۆتایی شتێک، لەگەڵ دەستپێکی ئەو شتە، پیشان دەدات، و ئایەتی دوو باس لەو مێژوویە دەکات کە پێش لێسەپاندنی حکومەتی یەک-جیهانی دەکەوێت، وەک لە شانشینی یۆنانی ئەسکەندەری گەورەدا نیشان دراوە. ئایەتی دوو، هێڵێکی پێغەمبەرییە سەبارەت بە ویلایەتە یەکگرتووەکان، کە وەک هێزی دوو-شاخی ڕۆژانی دوا، وەک لە هێزی دوو-لایەنەی مادی و فارسییەکان، و هەروەها لە فەڕەنسا، نموونەی پێشینەی بۆ هاتووە. ئەو ئایەتە پاشایانی دیاری دەکات کە دەبنە نموونەی سەرۆکەکانی ویلایەتە یەکگرتووەکان لە ڕۆژانی دوا، ئەوانەی کە پێش حکومەتی سێ-لایەنەی یەک-جیهانیی ئەژدیها، ئاژەڵ، و پێغەمبەری درۆزن دەوەستنەوە. کلوڤیس هاوتای ڕێگان بوو وەک یەکەمین سەرۆک لە سەرەتای ئەو مێژوویەی کە بە دانانەوەی دژە-مەسیح لەسەر تەخت دەگەیەنێت.</w:t>
      </w:r>
    </w:p>
    <w:p>
      <w:pPr>
        <w:pStyle w:val="ArticleBody"/>
        <w:jc w:val="left"/>
      </w:pPr>
      <w:r>
        <w:rPr>
          <w:rFonts w:ascii="Times New Roman" w:hAnsi="Times New Roman" w:eastAsia="Times New Roman" w:cs="Times New Roman"/>
        </w:rPr>
        <w:t>Kuuma mu gihe cya Kuro, muri Daniyeli igice cya cumi na kimwe, haza kubaho abami batatu, hanyuma hakurikiraho uwa kane, wari umukire cyane kubarusha bose. Dariyo yari umwami wa mbere w’Ubwami bw’Abamedi n’Abaperesi, kandi Kuro, wari utegeka igihe Daniyeli yahabwaga amateka na Gaburiyeli, yari umwami wa kabiri. Abami bane bari kuzakurikira Kuro; bityo rero, uwa kane muri abo bami bakurikiyeho yari kuba umwami wa gatandatu.</w:t>
      </w:r>
    </w:p>
    <w:p>
      <w:pPr>
        <w:pStyle w:val="ArticleBody"/>
        <w:jc w:val="left"/>
      </w:pPr>
      <w:r>
        <w:rPr>
          <w:rFonts w:ascii="Times New Roman" w:hAnsi="Times New Roman" w:eastAsia="Times New Roman" w:cs="Times New Roman"/>
        </w:rPr>
        <w:t>Urutonde rwa gatandatu rwari kuba urutonde rukize kurusha izindi, kandi perezida (umwami) ukize yari gukangurira bose kurwanya ubwami bw’u Bugiriki. Abaperezida kuva kuri Reagan, bari Bush wa mbere, Clinton, Bush wa kabiri, Obama; bityo uwa gatandatu, kandi ukize kurusha abandi, mwami yari kuba Trump. Uwo mwami (perezida) yari “gukangurira” ubwami bw’u Bugiriki (abashyigikira ubuhuzabikorwa bw’isi yose). Ibisobanuro by’ijambo ry’Igiheburayo “gukangurira,” biratanga umucyo cyane.</w:t>
      </w:r>
    </w:p>
    <w:p>
      <w:pPr>
        <w:pStyle w:val="ArticleBody"/>
        <w:jc w:val="left"/>
      </w:pPr>
      <w:r>
        <w:rPr>
          <w:rFonts w:ascii="Times New Roman" w:hAnsi="Times New Roman" w:eastAsia="Times New Roman" w:cs="Times New Roman"/>
        </w:rPr>
        <w:t>Mu kyewandiiko ekyo, ekigambo ky’Olwebbulaniya ekivvuunuddwa ngo “okukubiriza” kye kikolo ekyasooka ekitegeeza “okuzuukusa” oba “okugolokosa okuva mu tulo.” Mu byafaayo ebifaananyizibwa omufuzi ow’okuna oluvannyuma lwa Kuulo, walizuukusibwa pulezidenti omugagga ennyo okusinga pulezidenti omulala yenna; era olw’amaanyi ge n’obuyinza bwe waaliwo “okuzuukusa” okwakuleetebwa okulwanyisa Buyonaani. Buyonaani, kubanga kabonero ka nsi yonna okwegatta, enkulaakulana ey’ebigunjufu, n’“obuwokisiimu,” kanditeekebwa mu kitangaala ky’ebyafaayo bya pulezidenti ow’omukaaga, era ye asingayo obugagga. Yandizuukusizza ensi yonna ku bulumbaganyi bw’“obuwokisiimu” obw’enkulaakulana ey’ebigunjufu n’okufuga ensi yonna.</w:t>
      </w:r>
    </w:p>
    <w:p>
      <w:pPr>
        <w:pStyle w:val="ArticleBody"/>
        <w:jc w:val="left"/>
      </w:pPr>
      <w:r>
        <w:rPr>
          <w:rFonts w:ascii="Times New Roman" w:hAnsi="Times New Roman" w:eastAsia="Times New Roman" w:cs="Times New Roman"/>
        </w:rPr>
        <w:t>"woke-ism" ya maendeleo hoyoma, ni kusema, okuvumbuka okukolekerwa mu buhambi bwa purezidenti omugaga okukira bona, kubaho n’erhembe rya Republican, mu kiseera kyonyene n’okuvumbuka kw’abasigazi ikumi kubaho mu erhembe rya Protestant.</w:t>
      </w:r>
    </w:p>
    <w:p>
      <w:pPr>
        <w:pStyle w:val="ArticleBody"/>
        <w:jc w:val="left"/>
      </w:pPr>
      <w:r>
        <w:rPr>
          <w:rFonts w:ascii="Times New Roman" w:hAnsi="Times New Roman" w:eastAsia="Times New Roman" w:cs="Times New Roman"/>
        </w:rPr>
        <w:t>Tukalutwila kulisambililo lyetu lya Danyele 11:40 mu cilembelo cakonkapo.</w:t>
      </w:r>
    </w:p>
    <w:p>
      <w:pPr>
        <w:pStyle w:val="ArticleScripture"/>
        <w:jc w:val="left"/>
      </w:pPr>
      <w:r>
        <w:rPr>
          <w:rFonts w:ascii="Times New Roman" w:hAnsi="Times New Roman" w:eastAsia="Times New Roman" w:cs="Times New Roman"/>
        </w:rPr>
        <w:t>“Usiku wa kupungua kwa imani na uchaji Mungu ulioenea sana, bado katika makanisa haya wamo wafuasi wa kweli wa Kristo. Kabla ya ziara ya mwisho ya hukumu za Mungu juu ya dunia, kutakuwapo miongoni mwa watu wa Bwana uamsho wa utawa wa asili ambao haujashuhudiwa tangu nyakati za mitume. Roho na nguvu za Mungu zitamiminwa juu ya watoto Wake. Wakati huo wengi watajitenga na makanisa yale ambayo ndani yake upendo wa ulimwengu huu umechukua mahali pa upendo kwa Mungu na kwa neno Lake. Wengi, miongoni mwa wahudumu na watu pia, watakubali kwa furaha kweli hizo kuu ambazo Mungu amefanya zitangazwe wakati huu ili kuwaandaa watu kwa ajili ya kuja kwa pili kwa Bwana. Adui wa roho hutamani kuzuia kazi hii; na kabla ya wakati wa mwamko kama huo kufika, atajitahidi kuuzuia kwa kuingiza kitu bandia. Katika makanisa yale ambayo anaweza kuyaweka chini ya nguvu yake ya udanganyifu, atafanya ionekane kana kwamba baraka maalumu ya Mungu imemiminwa; yataonekana yale yanayodhaniwa kuwa ni hamasa kubwa ya kidini. Makutano mengi yatafurahi kwa shangwe kwamba Mungu anatenda kwa ajili yao kwa namna ya ajabu, ilhali kazi hiyo ni ya roho mwingine. Chini ya kifuniko cha dini, Shetani atatafuta kueneza ushawishi wake juu ya ulimwengu wa Kikristo.” Pambano Kuu,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Nne</dc:title>
  <dc:subject>Kufunua Danieli 11:40 – Uchunguzi wa Kinabii wa Mlinganisho ya Kihistoria na Matukio ya Wakati Ujao</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