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ya Danieli - Mia Moja Arobaini na Sita</w:t>
      </w:r>
    </w:p>
    <w:p>
      <w:pPr>
        <w:pStyle w:val="ArticleSubtitle"/>
        <w:jc w:val="left"/>
      </w:pPr>
      <w:r>
        <w:rPr>
          <w:rFonts w:ascii="Arial" w:hAnsi="Arial" w:eastAsia="Arial" w:cs="Arial"/>
        </w:rPr>
        <w:t>Kusuka Nyuzi za Kinabii: Rais wa Mwisho, Udikteta, na Sheria ya Jumapili Inayokaribia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2024-03-19</w:t>
      </w:r>
    </w:p>
    <w:p>
      <w:pPr>
        <w:pStyle w:val="ArticleBody"/>
        <w:jc w:val="left"/>
      </w:pPr>
      <w:r>
        <w:rPr>
          <w:rFonts w:ascii="Times New Roman" w:hAnsi="Times New Roman" w:eastAsia="Times New Roman" w:cs="Times New Roman"/>
        </w:rPr>
        <w:t>Tuli mu gikorwa cyo kumenya imiterere y’ubuhanuzi iba iriho igihe perezida wa nyuma wa Leta Zunze Ubumwe za Amerika ahawe ububasha nk’umutegetsi w’igitugu mu mateka ayobora ku itegeko rya Ku Cyumweru rigiye kuza vuba. Nta kintu gikorerwa mu cyuho, kandi abaturage b’inyamaswa y’isi bagabanyijemo hafi ku rugero rungana mu isuzuma ryabo kuri Trump. Abashyigikiye imyumvire ye bashobora kubona bitabagoye impamvu akeneye gusukura igishanga, n’impamvu ibyo hafi bidashoboka kuba, keretse Trump afashe umwanya w’umunyagitugu. Abanyagitugu bafite imbaraga kurusha abandi ni abafite ijanisha rinini ry’abaturage bashyigikiye umurimo umunyagitugu aba agerageza gukora. Mbere y’uko Hitler azamuka ku butegetsi byasabaga ingorofani yuzuye amafaranga kugira ngo ugure umugati umwe.</w:t>
      </w:r>
    </w:p>
    <w:p>
      <w:pPr>
        <w:pStyle w:val="ArticleBody"/>
        <w:jc w:val="left"/>
      </w:pPr>
      <w:r>
        <w:rPr>
          <w:rFonts w:ascii="Times New Roman" w:hAnsi="Times New Roman" w:eastAsia="Times New Roman" w:cs="Times New Roman"/>
        </w:rPr>
        <w:t>Hitler akakyura ekyo, era newakubadde nga Abagirimaani tebaagala nnyo kukkiriza bingi ku byafaayo ebyo, Hitler yafuna obuwagizi obungi nnyo olw’omulimu gwe. Ensonga ezitunuulidde Amerika, n’ensi yonna, zireeta okwawukana wakati mu bannansi, era kati ensalo zitandise okusimbibwa. Ekiseera okuva ku Lutalo lw’Obwenkulakulanya okutuuka mu 1798 kikiikirira ebbanga ery’okuteekateeka erikwatagana n’ekiseera eky’okuteeka akabonero ku b’emitwalo kikumi mu amakumi ana mu enkumi nnya. Patriot Act ye yalaga entandikwa y’okuddinngana okw’omwoyo okw’Olutalo lw’Obwenkulakulanya. Yesu bulijjo alaga enkomerero ng’akozesa entandikwa, era ensolo ey’ensi yatandika n’Olutalo lw’Obwenkulakulanya, bwe kityo n’okukoma erikoma n’olumu. Olusooka lwali lwa butonde, olusembayo lwa mwoyo.</w:t>
      </w:r>
    </w:p>
    <w:p>
      <w:pPr>
        <w:pStyle w:val="ArticleBody"/>
        <w:jc w:val="left"/>
      </w:pPr>
      <w:r>
        <w:rPr>
          <w:rFonts w:ascii="Myanmar Text" w:hAnsi="Myanmar Text" w:eastAsia="Myanmar Text" w:cs="Myanmar Text"/>
        </w:rPr>
        <w:t>သမ္မတနိုင်ငံတော်အမေရိကန်၏</w:t>
      </w:r>
      <w:r>
        <w:rPr>
          <w:rFonts w:ascii="Times New Roman" w:hAnsi="Times New Roman" w:eastAsia="Times New Roman" w:cs="Times New Roman"/>
        </w:rPr>
        <w:t xml:space="preserve"> </w:t>
      </w:r>
      <w:r>
        <w:rPr>
          <w:rFonts w:ascii="Myanmar Text" w:hAnsi="Myanmar Text" w:eastAsia="Myanmar Text" w:cs="Myanmar Text"/>
        </w:rPr>
        <w:t>ပြည်တွင်းစစ်သည်</w:t>
      </w:r>
      <w:r>
        <w:rPr>
          <w:rFonts w:ascii="Times New Roman" w:hAnsi="Times New Roman" w:eastAsia="Times New Roman" w:cs="Times New Roman"/>
        </w:rPr>
        <w:t xml:space="preserve"> </w:t>
      </w:r>
      <w:r>
        <w:rPr>
          <w:rFonts w:ascii="Myanmar Text" w:hAnsi="Myanmar Text" w:eastAsia="Myanmar Text" w:cs="Myanmar Text"/>
        </w:rPr>
        <w:t>အမှန်တကယ်</w:t>
      </w:r>
      <w:r>
        <w:rPr>
          <w:rFonts w:ascii="Times New Roman" w:hAnsi="Times New Roman" w:eastAsia="Times New Roman" w:cs="Times New Roman"/>
        </w:rPr>
        <w:t xml:space="preserve"> </w:t>
      </w:r>
      <w:r>
        <w:rPr>
          <w:rFonts w:ascii="Myanmar Text" w:hAnsi="Myanmar Text" w:eastAsia="Myanmar Text" w:cs="Myanmar Text"/>
        </w:rPr>
        <w:t>ဖြစ်ပွားခဲ့သကဲ့သို့</w:t>
      </w:r>
      <w:r>
        <w:rPr>
          <w:rFonts w:ascii="Times New Roman" w:hAnsi="Times New Roman" w:eastAsia="Times New Roman" w:cs="Times New Roman"/>
        </w:rPr>
        <w:t xml:space="preserve"> </w:t>
      </w:r>
      <w:r>
        <w:rPr>
          <w:rFonts w:ascii="Myanmar Text" w:hAnsi="Myanmar Text" w:eastAsia="Myanmar Text" w:cs="Myanmar Text"/>
        </w:rPr>
        <w:t>နောက်ဆုံးသော</w:t>
      </w:r>
      <w:r>
        <w:rPr>
          <w:rFonts w:ascii="Times New Roman" w:hAnsi="Times New Roman" w:eastAsia="Times New Roman" w:cs="Times New Roman"/>
        </w:rPr>
        <w:t xml:space="preserve"> </w:t>
      </w:r>
      <w:r>
        <w:rPr>
          <w:rFonts w:ascii="Myanmar Text" w:hAnsi="Myanmar Text" w:eastAsia="Myanmar Text" w:cs="Myanmar Text"/>
        </w:rPr>
        <w:t>ကာလ၌လည်း</w:t>
      </w:r>
      <w:r>
        <w:rPr>
          <w:rFonts w:ascii="Times New Roman" w:hAnsi="Times New Roman" w:eastAsia="Times New Roman" w:cs="Times New Roman"/>
        </w:rPr>
        <w:t xml:space="preserve"> </w:t>
      </w:r>
      <w:r>
        <w:rPr>
          <w:rFonts w:ascii="Myanmar Text" w:hAnsi="Myanmar Text" w:eastAsia="Myanmar Text" w:cs="Myanmar Text"/>
        </w:rPr>
        <w:t>ထပ်မံဖြစ်ပွားရမည်ဖြစ်သည်။</w:t>
      </w:r>
      <w:r>
        <w:rPr>
          <w:rFonts w:ascii="Times New Roman" w:hAnsi="Times New Roman" w:eastAsia="Times New Roman" w:cs="Times New Roman"/>
        </w:rPr>
        <w:t xml:space="preserve"> </w:t>
      </w:r>
      <w:r>
        <w:rPr>
          <w:rFonts w:ascii="Myanmar Text" w:hAnsi="Myanmar Text" w:eastAsia="Myanmar Text" w:cs="Myanmar Text"/>
        </w:rPr>
        <w:t>ထိုစစ်ပွဲသည်</w:t>
      </w:r>
      <w:r>
        <w:rPr>
          <w:rFonts w:ascii="Times New Roman" w:hAnsi="Times New Roman" w:eastAsia="Times New Roman" w:cs="Times New Roman"/>
        </w:rPr>
        <w:t xml:space="preserve"> </w:t>
      </w:r>
      <w:r>
        <w:rPr>
          <w:rFonts w:ascii="Myanmar Text" w:hAnsi="Myanmar Text" w:eastAsia="Myanmar Text" w:cs="Myanmar Text"/>
        </w:rPr>
        <w:t>ပထမဆုံး</w:t>
      </w:r>
      <w:r>
        <w:rPr>
          <w:rFonts w:ascii="Times New Roman" w:hAnsi="Times New Roman" w:eastAsia="Times New Roman" w:cs="Times New Roman"/>
        </w:rPr>
        <w:t xml:space="preserve"> </w:t>
      </w:r>
      <w:r>
        <w:rPr>
          <w:rFonts w:ascii="Myanmar Text" w:hAnsi="Myanmar Text" w:eastAsia="Myanmar Text" w:cs="Myanmar Text"/>
        </w:rPr>
        <w:t>ရီပတ်ဘလီကန်</w:t>
      </w:r>
      <w:r>
        <w:rPr>
          <w:rFonts w:ascii="Times New Roman" w:hAnsi="Times New Roman" w:eastAsia="Times New Roman" w:cs="Times New Roman"/>
        </w:rPr>
        <w:t xml:space="preserve"> </w:t>
      </w:r>
      <w:r>
        <w:rPr>
          <w:rFonts w:ascii="Myanmar Text" w:hAnsi="Myanmar Text" w:eastAsia="Myanmar Text" w:cs="Myanmar Text"/>
        </w:rPr>
        <w:t>သမ္မတ၏</w:t>
      </w:r>
      <w:r>
        <w:rPr>
          <w:rFonts w:ascii="Times New Roman" w:hAnsi="Times New Roman" w:eastAsia="Times New Roman" w:cs="Times New Roman"/>
        </w:rPr>
        <w:t xml:space="preserve"> </w:t>
      </w:r>
      <w:r>
        <w:rPr>
          <w:rFonts w:ascii="Myanmar Text" w:hAnsi="Myanmar Text" w:eastAsia="Myanmar Text" w:cs="Myanmar Text"/>
        </w:rPr>
        <w:t>ပေါ်ထွန်းလာခြင်းကို</w:t>
      </w:r>
      <w:r>
        <w:rPr>
          <w:rFonts w:ascii="Times New Roman" w:hAnsi="Times New Roman" w:eastAsia="Times New Roman" w:cs="Times New Roman"/>
        </w:rPr>
        <w:t xml:space="preserve"> </w:t>
      </w:r>
      <w:r>
        <w:rPr>
          <w:rFonts w:ascii="Myanmar Text" w:hAnsi="Myanmar Text" w:eastAsia="Myanmar Text" w:cs="Myanmar Text"/>
        </w:rPr>
        <w:t>မှတ်သားစေခဲ့ပြီး၊</w:t>
      </w:r>
      <w:r>
        <w:rPr>
          <w:rFonts w:ascii="Times New Roman" w:hAnsi="Times New Roman" w:eastAsia="Times New Roman" w:cs="Times New Roman"/>
        </w:rPr>
        <w:t xml:space="preserve"> </w:t>
      </w:r>
      <w:r>
        <w:rPr>
          <w:rFonts w:ascii="Myanmar Text" w:hAnsi="Myanmar Text" w:eastAsia="Myanmar Text" w:cs="Myanmar Text"/>
        </w:rPr>
        <w:t>ထိုသမ္မတသည်</w:t>
      </w:r>
      <w:r>
        <w:rPr>
          <w:rFonts w:ascii="Times New Roman" w:hAnsi="Times New Roman" w:eastAsia="Times New Roman" w:cs="Times New Roman"/>
        </w:rPr>
        <w:t xml:space="preserve"> </w:t>
      </w:r>
      <w:r>
        <w:rPr>
          <w:rFonts w:ascii="Myanmar Text" w:hAnsi="Myanmar Text" w:eastAsia="Myanmar Text" w:cs="Myanmar Text"/>
        </w:rPr>
        <w:t>နောက်ဆုံး</w:t>
      </w:r>
      <w:r>
        <w:rPr>
          <w:rFonts w:ascii="Times New Roman" w:hAnsi="Times New Roman" w:eastAsia="Times New Roman" w:cs="Times New Roman"/>
        </w:rPr>
        <w:t xml:space="preserve"> </w:t>
      </w:r>
      <w:r>
        <w:rPr>
          <w:rFonts w:ascii="Myanmar Text" w:hAnsi="Myanmar Text" w:eastAsia="Myanmar Text" w:cs="Myanmar Text"/>
        </w:rPr>
        <w:t>ရီပတ်ဘလီကန်</w:t>
      </w:r>
      <w:r>
        <w:rPr>
          <w:rFonts w:ascii="Times New Roman" w:hAnsi="Times New Roman" w:eastAsia="Times New Roman" w:cs="Times New Roman"/>
        </w:rPr>
        <w:t xml:space="preserve"> </w:t>
      </w:r>
      <w:r>
        <w:rPr>
          <w:rFonts w:ascii="Myanmar Text" w:hAnsi="Myanmar Text" w:eastAsia="Myanmar Text" w:cs="Myanmar Text"/>
        </w:rPr>
        <w:t>သမ္မတ၏</w:t>
      </w:r>
      <w:r>
        <w:rPr>
          <w:rFonts w:ascii="Times New Roman" w:hAnsi="Times New Roman" w:eastAsia="Times New Roman" w:cs="Times New Roman"/>
        </w:rPr>
        <w:t xml:space="preserve"> </w:t>
      </w:r>
      <w:r>
        <w:rPr>
          <w:rFonts w:ascii="Myanmar Text" w:hAnsi="Myanmar Text" w:eastAsia="Myanmar Text" w:cs="Myanmar Text"/>
        </w:rPr>
        <w:t>ပုံရိပ်နမူနာဖြစ်သည်။</w:t>
      </w:r>
      <w:r>
        <w:rPr>
          <w:rFonts w:ascii="Times New Roman" w:hAnsi="Times New Roman" w:eastAsia="Times New Roman" w:cs="Times New Roman"/>
        </w:rPr>
        <w:t xml:space="preserve"> </w:t>
      </w:r>
      <w:r>
        <w:rPr>
          <w:rFonts w:ascii="Myanmar Text" w:hAnsi="Myanmar Text" w:eastAsia="Myanmar Text" w:cs="Myanmar Text"/>
        </w:rPr>
        <w:t>ရီပတ်ဘလီကန်ပါတီသည်</w:t>
      </w:r>
      <w:r>
        <w:rPr>
          <w:rFonts w:ascii="Times New Roman" w:hAnsi="Times New Roman" w:eastAsia="Times New Roman" w:cs="Times New Roman"/>
        </w:rPr>
        <w:t xml:space="preserve"> </w:t>
      </w:r>
      <w:r>
        <w:rPr>
          <w:rFonts w:ascii="Myanmar Text" w:hAnsi="Myanmar Text" w:eastAsia="Myanmar Text" w:cs="Myanmar Text"/>
        </w:rPr>
        <w:t>ကြာရှည်စွာ</w:t>
      </w:r>
      <w:r>
        <w:rPr>
          <w:rFonts w:ascii="Times New Roman" w:hAnsi="Times New Roman" w:eastAsia="Times New Roman" w:cs="Times New Roman"/>
        </w:rPr>
        <w:t xml:space="preserve"> </w:t>
      </w:r>
      <w:r>
        <w:rPr>
          <w:rFonts w:ascii="Myanmar Text" w:hAnsi="Myanmar Text" w:eastAsia="Myanmar Text" w:cs="Myanmar Text"/>
        </w:rPr>
        <w:t>တည်ရှိနေခဲ့သော</w:t>
      </w:r>
      <w:r>
        <w:rPr>
          <w:rFonts w:ascii="Times New Roman" w:hAnsi="Times New Roman" w:eastAsia="Times New Roman" w:cs="Times New Roman"/>
        </w:rPr>
        <w:t xml:space="preserve"> </w:t>
      </w:r>
      <w:r>
        <w:rPr>
          <w:rFonts w:ascii="Myanmar Text" w:hAnsi="Myanmar Text" w:eastAsia="Myanmar Text" w:cs="Myanmar Text"/>
        </w:rPr>
        <w:t>ဒမိုကရက်ပါတီ၏</w:t>
      </w:r>
      <w:r>
        <w:rPr>
          <w:rFonts w:ascii="Times New Roman" w:hAnsi="Times New Roman" w:eastAsia="Times New Roman" w:cs="Times New Roman"/>
        </w:rPr>
        <w:t xml:space="preserve"> </w:t>
      </w:r>
      <w:r>
        <w:rPr>
          <w:rFonts w:ascii="Myanmar Text" w:hAnsi="Myanmar Text" w:eastAsia="Myanmar Text" w:cs="Myanmar Text"/>
        </w:rPr>
        <w:t>ကျွန်စနစ်ကို</w:t>
      </w:r>
      <w:r>
        <w:rPr>
          <w:rFonts w:ascii="Times New Roman" w:hAnsi="Times New Roman" w:eastAsia="Times New Roman" w:cs="Times New Roman"/>
        </w:rPr>
        <w:t xml:space="preserve"> </w:t>
      </w:r>
      <w:r>
        <w:rPr>
          <w:rFonts w:ascii="Myanmar Text" w:hAnsi="Myanmar Text" w:eastAsia="Myanmar Text" w:cs="Myanmar Text"/>
        </w:rPr>
        <w:t>ထောက်ခံသော</w:t>
      </w:r>
      <w:r>
        <w:rPr>
          <w:rFonts w:ascii="Times New Roman" w:hAnsi="Times New Roman" w:eastAsia="Times New Roman" w:cs="Times New Roman"/>
        </w:rPr>
        <w:t xml:space="preserve"> </w:t>
      </w:r>
      <w:r>
        <w:rPr>
          <w:rFonts w:ascii="Myanmar Text" w:hAnsi="Myanmar Text" w:eastAsia="Myanmar Text" w:cs="Myanmar Text"/>
        </w:rPr>
        <w:t>ရပ်တည်ချက်ကို</w:t>
      </w:r>
      <w:r>
        <w:rPr>
          <w:rFonts w:ascii="Times New Roman" w:hAnsi="Times New Roman" w:eastAsia="Times New Roman" w:cs="Times New Roman"/>
        </w:rPr>
        <w:t xml:space="preserve"> </w:t>
      </w:r>
      <w:r>
        <w:rPr>
          <w:rFonts w:ascii="Myanmar Text" w:hAnsi="Myanmar Text" w:eastAsia="Myanmar Text" w:cs="Myanmar Text"/>
        </w:rPr>
        <w:t>ဆန့်ကျင်ရန်အတွက်</w:t>
      </w:r>
      <w:r>
        <w:rPr>
          <w:rFonts w:ascii="Times New Roman" w:hAnsi="Times New Roman" w:eastAsia="Times New Roman" w:cs="Times New Roman"/>
        </w:rPr>
        <w:t xml:space="preserve"> </w:t>
      </w:r>
      <w:r>
        <w:rPr>
          <w:rFonts w:ascii="Myanmar Text" w:hAnsi="Myanmar Text" w:eastAsia="Myanmar Text" w:cs="Myanmar Text"/>
        </w:rPr>
        <w:t>ကျွန်စနစ်ဆန့်ကျင်ရေးပါတီအဖြစ်</w:t>
      </w:r>
      <w:r>
        <w:rPr>
          <w:rFonts w:ascii="Times New Roman" w:hAnsi="Times New Roman" w:eastAsia="Times New Roman" w:cs="Times New Roman"/>
        </w:rPr>
        <w:t xml:space="preserve"> </w:t>
      </w:r>
      <w:r>
        <w:rPr>
          <w:rFonts w:ascii="Myanmar Text" w:hAnsi="Myanmar Text" w:eastAsia="Myanmar Text" w:cs="Myanmar Text"/>
        </w:rPr>
        <w:t>ပေါ်ပေါက်လာခဲ့သည်။</w:t>
      </w:r>
      <w:r>
        <w:rPr>
          <w:rFonts w:ascii="Times New Roman" w:hAnsi="Times New Roman" w:eastAsia="Times New Roman" w:cs="Times New Roman"/>
        </w:rPr>
        <w:t xml:space="preserve"> </w:t>
      </w:r>
      <w:r>
        <w:rPr>
          <w:rFonts w:ascii="Myanmar Text" w:hAnsi="Myanmar Text" w:eastAsia="Myanmar Text" w:cs="Myanmar Text"/>
        </w:rPr>
        <w:t>ထိုနိုင်ငံရေးအငြင်းပွားမှုက</w:t>
      </w:r>
      <w:r>
        <w:rPr>
          <w:rFonts w:ascii="Times New Roman" w:hAnsi="Times New Roman" w:eastAsia="Times New Roman" w:cs="Times New Roman"/>
        </w:rPr>
        <w:t xml:space="preserve"> </w:t>
      </w:r>
      <w:r>
        <w:rPr>
          <w:rFonts w:ascii="Myanmar Text" w:hAnsi="Myanmar Text" w:eastAsia="Myanmar Text" w:cs="Myanmar Text"/>
        </w:rPr>
        <w:t>ပြည်တွင်းစစ်နှင့်</w:t>
      </w:r>
      <w:r>
        <w:rPr>
          <w:rFonts w:ascii="Times New Roman" w:hAnsi="Times New Roman" w:eastAsia="Times New Roman" w:cs="Times New Roman"/>
        </w:rPr>
        <w:t xml:space="preserve"> </w:t>
      </w:r>
      <w:r>
        <w:rPr>
          <w:rFonts w:ascii="Myanmar Text" w:hAnsi="Myanmar Text" w:eastAsia="Myanmar Text" w:cs="Myanmar Text"/>
        </w:rPr>
        <w:t>လင်ကွန်း၏</w:t>
      </w:r>
      <w:r>
        <w:rPr>
          <w:rFonts w:ascii="Times New Roman" w:hAnsi="Times New Roman" w:eastAsia="Times New Roman" w:cs="Times New Roman"/>
        </w:rPr>
        <w:t xml:space="preserve"> </w:t>
      </w:r>
      <w:r>
        <w:rPr>
          <w:rFonts w:ascii="Myanmar Text" w:hAnsi="Myanmar Text" w:eastAsia="Myanmar Text" w:cs="Myanmar Text"/>
        </w:rPr>
        <w:t>သမ္မတရာထူးရရှိမှုကို</w:t>
      </w:r>
      <w:r>
        <w:rPr>
          <w:rFonts w:ascii="Times New Roman" w:hAnsi="Times New Roman" w:eastAsia="Times New Roman" w:cs="Times New Roman"/>
        </w:rPr>
        <w:t xml:space="preserve"> </w:t>
      </w:r>
      <w:r>
        <w:rPr>
          <w:rFonts w:ascii="Myanmar Text" w:hAnsi="Myanmar Text" w:eastAsia="Myanmar Text" w:cs="Myanmar Text"/>
        </w:rPr>
        <w:t>ဖြစ်ပေါ်စေခဲ့သည်။</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ပထမဆုံး</w:t>
      </w:r>
      <w:r>
        <w:rPr>
          <w:rFonts w:ascii="Times New Roman" w:hAnsi="Times New Roman" w:eastAsia="Times New Roman" w:cs="Times New Roman"/>
        </w:rPr>
        <w:t xml:space="preserve"> </w:t>
      </w:r>
      <w:r>
        <w:rPr>
          <w:rFonts w:ascii="Myanmar Text" w:hAnsi="Myanmar Text" w:eastAsia="Myanmar Text" w:cs="Myanmar Text"/>
        </w:rPr>
        <w:t>ရီပတ်ဘလီကန်</w:t>
      </w:r>
      <w:r>
        <w:rPr>
          <w:rFonts w:ascii="Times New Roman" w:hAnsi="Times New Roman" w:eastAsia="Times New Roman" w:cs="Times New Roman"/>
        </w:rPr>
        <w:t xml:space="preserve"> </w:t>
      </w:r>
      <w:r>
        <w:rPr>
          <w:rFonts w:ascii="Myanmar Text" w:hAnsi="Myanmar Text" w:eastAsia="Myanmar Text" w:cs="Myanmar Text"/>
        </w:rPr>
        <w:t>သမ္မတကို</w:t>
      </w:r>
      <w:r>
        <w:rPr>
          <w:rFonts w:ascii="Times New Roman" w:hAnsi="Times New Roman" w:eastAsia="Times New Roman" w:cs="Times New Roman"/>
        </w:rPr>
        <w:t xml:space="preserve"> </w:t>
      </w:r>
      <w:r>
        <w:rPr>
          <w:rFonts w:ascii="Myanmar Text" w:hAnsi="Myanmar Text" w:eastAsia="Myanmar Text" w:cs="Myanmar Text"/>
        </w:rPr>
        <w:t>ပြည်တွင်းစစ်မှ</w:t>
      </w:r>
      <w:r>
        <w:rPr>
          <w:rFonts w:ascii="Times New Roman" w:hAnsi="Times New Roman" w:eastAsia="Times New Roman" w:cs="Times New Roman"/>
        </w:rPr>
        <w:t xml:space="preserve"> </w:t>
      </w:r>
      <w:r>
        <w:rPr>
          <w:rFonts w:ascii="Myanmar Text" w:hAnsi="Myanmar Text" w:eastAsia="Myanmar Text" w:cs="Myanmar Text"/>
        </w:rPr>
        <w:t>ခွဲထုတ်ရန်</w:t>
      </w:r>
      <w:r>
        <w:rPr>
          <w:rFonts w:ascii="Times New Roman" w:hAnsi="Times New Roman" w:eastAsia="Times New Roman" w:cs="Times New Roman"/>
        </w:rPr>
        <w:t xml:space="preserve"> </w:t>
      </w:r>
      <w:r>
        <w:rPr>
          <w:rFonts w:ascii="Myanmar Text" w:hAnsi="Myanmar Text" w:eastAsia="Myanmar Text" w:cs="Myanmar Text"/>
        </w:rPr>
        <w:t>မဖြစ်နိုင်သကဲ့သို့၊</w:t>
      </w:r>
      <w:r>
        <w:rPr>
          <w:rFonts w:ascii="Times New Roman" w:hAnsi="Times New Roman" w:eastAsia="Times New Roman" w:cs="Times New Roman"/>
        </w:rPr>
        <w:t xml:space="preserve"> </w:t>
      </w:r>
      <w:r>
        <w:rPr>
          <w:rFonts w:ascii="Myanmar Text" w:hAnsi="Myanmar Text" w:eastAsia="Myanmar Text" w:cs="Myanmar Text"/>
        </w:rPr>
        <w:t>နောက်ဆုံး</w:t>
      </w:r>
      <w:r>
        <w:rPr>
          <w:rFonts w:ascii="Times New Roman" w:hAnsi="Times New Roman" w:eastAsia="Times New Roman" w:cs="Times New Roman"/>
        </w:rPr>
        <w:t xml:space="preserve"> </w:t>
      </w:r>
      <w:r>
        <w:rPr>
          <w:rFonts w:ascii="Myanmar Text" w:hAnsi="Myanmar Text" w:eastAsia="Myanmar Text" w:cs="Myanmar Text"/>
        </w:rPr>
        <w:t>ရီပတ်ဘလီကန်</w:t>
      </w:r>
      <w:r>
        <w:rPr>
          <w:rFonts w:ascii="Times New Roman" w:hAnsi="Times New Roman" w:eastAsia="Times New Roman" w:cs="Times New Roman"/>
        </w:rPr>
        <w:t xml:space="preserve"> </w:t>
      </w:r>
      <w:r>
        <w:rPr>
          <w:rFonts w:ascii="Myanmar Text" w:hAnsi="Myanmar Text" w:eastAsia="Myanmar Text" w:cs="Myanmar Text"/>
        </w:rPr>
        <w:t>သမ္မတသည်လည်း</w:t>
      </w:r>
      <w:r>
        <w:rPr>
          <w:rFonts w:ascii="Times New Roman" w:hAnsi="Times New Roman" w:eastAsia="Times New Roman" w:cs="Times New Roman"/>
        </w:rPr>
        <w:t xml:space="preserve"> </w:t>
      </w:r>
      <w:r>
        <w:rPr>
          <w:rFonts w:ascii="Myanmar Text" w:hAnsi="Myanmar Text" w:eastAsia="Myanmar Text" w:cs="Myanmar Text"/>
        </w:rPr>
        <w:t>ပြည်တွင်းစစ်တစ်ရပ်၏</w:t>
      </w:r>
      <w:r>
        <w:rPr>
          <w:rFonts w:ascii="Times New Roman" w:hAnsi="Times New Roman" w:eastAsia="Times New Roman" w:cs="Times New Roman"/>
        </w:rPr>
        <w:t xml:space="preserve"> </w:t>
      </w:r>
      <w:r>
        <w:rPr>
          <w:rFonts w:ascii="Myanmar Text" w:hAnsi="Myanmar Text" w:eastAsia="Myanmar Text" w:cs="Myanmar Text"/>
        </w:rPr>
        <w:t>ချက်ချင်းမတိုင်မီကာလကို</w:t>
      </w:r>
      <w:r>
        <w:rPr>
          <w:rFonts w:ascii="Times New Roman" w:hAnsi="Times New Roman" w:eastAsia="Times New Roman" w:cs="Times New Roman"/>
        </w:rPr>
        <w:t xml:space="preserve"> </w:t>
      </w:r>
      <w:r>
        <w:rPr>
          <w:rFonts w:ascii="Myanmar Text" w:hAnsi="Myanmar Text" w:eastAsia="Myanmar Text" w:cs="Myanmar Text"/>
        </w:rPr>
        <w:t>အမွေဆက်ခံရမည်ဖြစ်သည်။</w:t>
      </w:r>
      <w:r>
        <w:rPr>
          <w:rFonts w:ascii="Times New Roman" w:hAnsi="Times New Roman" w:eastAsia="Times New Roman" w:cs="Times New Roman"/>
        </w:rPr>
        <w:t xml:space="preserve"> </w:t>
      </w:r>
      <w:r>
        <w:rPr>
          <w:rFonts w:ascii="Myanmar Text" w:hAnsi="Myanmar Text" w:eastAsia="Myanmar Text" w:cs="Myanmar Text"/>
        </w:rPr>
        <w:t>ယေရှုသည်</w:t>
      </w:r>
      <w:r>
        <w:rPr>
          <w:rFonts w:ascii="Times New Roman" w:hAnsi="Times New Roman" w:eastAsia="Times New Roman" w:cs="Times New Roman"/>
        </w:rPr>
        <w:t xml:space="preserve"> </w:t>
      </w:r>
      <w:r>
        <w:rPr>
          <w:rFonts w:ascii="Myanmar Text" w:hAnsi="Myanmar Text" w:eastAsia="Myanmar Text" w:cs="Myanmar Text"/>
        </w:rPr>
        <w:t>ဝိညာဉ်ရေးလောကကို</w:t>
      </w:r>
      <w:r>
        <w:rPr>
          <w:rFonts w:ascii="Times New Roman" w:hAnsi="Times New Roman" w:eastAsia="Times New Roman" w:cs="Times New Roman"/>
        </w:rPr>
        <w:t xml:space="preserve"> </w:t>
      </w:r>
      <w:r>
        <w:rPr>
          <w:rFonts w:ascii="Myanmar Text" w:hAnsi="Myanmar Text" w:eastAsia="Myanmar Text" w:cs="Myanmar Text"/>
        </w:rPr>
        <w:t>ဖော်ပြရန်</w:t>
      </w:r>
      <w:r>
        <w:rPr>
          <w:rFonts w:ascii="Times New Roman" w:hAnsi="Times New Roman" w:eastAsia="Times New Roman" w:cs="Times New Roman"/>
        </w:rPr>
        <w:t xml:space="preserve"> </w:t>
      </w:r>
      <w:r>
        <w:rPr>
          <w:rFonts w:ascii="Myanmar Text" w:hAnsi="Myanmar Text" w:eastAsia="Myanmar Text" w:cs="Myanmar Text"/>
        </w:rPr>
        <w:t>သဘာဝလောကကို</w:t>
      </w:r>
      <w:r>
        <w:rPr>
          <w:rFonts w:ascii="Times New Roman" w:hAnsi="Times New Roman" w:eastAsia="Times New Roman" w:cs="Times New Roman"/>
        </w:rPr>
        <w:t xml:space="preserve"> </w:t>
      </w:r>
      <w:r>
        <w:rPr>
          <w:rFonts w:ascii="Myanmar Text" w:hAnsi="Myanmar Text" w:eastAsia="Myanmar Text" w:cs="Myanmar Text"/>
        </w:rPr>
        <w:t>အသုံးပြုတော်မူခဲ့သည်။</w:t>
      </w:r>
      <w:r>
        <w:rPr>
          <w:rFonts w:ascii="Times New Roman" w:hAnsi="Times New Roman" w:eastAsia="Times New Roman" w:cs="Times New Roman"/>
        </w:rPr>
        <w:t xml:space="preserve"> </w:t>
      </w:r>
      <w:r>
        <w:rPr>
          <w:rFonts w:ascii="Myanmar Text" w:hAnsi="Myanmar Text" w:eastAsia="Myanmar Text" w:cs="Myanmar Text"/>
        </w:rPr>
        <w:t>နဂါး၏ပါတီသည်</w:t>
      </w:r>
      <w:r>
        <w:rPr>
          <w:rFonts w:ascii="Times New Roman" w:hAnsi="Times New Roman" w:eastAsia="Times New Roman" w:cs="Times New Roman"/>
        </w:rPr>
        <w:t xml:space="preserve"> </w:t>
      </w:r>
      <w:r>
        <w:rPr>
          <w:rFonts w:ascii="Myanmar Text" w:hAnsi="Myanmar Text" w:eastAsia="Myanmar Text" w:cs="Myanmar Text"/>
        </w:rPr>
        <w:t>မိမိ၏ဖခင်အဖြစ်</w:t>
      </w:r>
      <w:r>
        <w:rPr>
          <w:rFonts w:ascii="Times New Roman" w:hAnsi="Times New Roman" w:eastAsia="Times New Roman" w:cs="Times New Roman"/>
        </w:rPr>
        <w:t xml:space="preserve"> </w:t>
      </w:r>
      <w:r>
        <w:rPr>
          <w:rFonts w:ascii="Myanmar Text" w:hAnsi="Myanmar Text" w:eastAsia="Myanmar Text" w:cs="Myanmar Text"/>
        </w:rPr>
        <w:t>မုသာ၏ဖခင်ကို</w:t>
      </w:r>
      <w:r>
        <w:rPr>
          <w:rFonts w:ascii="Times New Roman" w:hAnsi="Times New Roman" w:eastAsia="Times New Roman" w:cs="Times New Roman"/>
        </w:rPr>
        <w:t xml:space="preserve"> </w:t>
      </w:r>
      <w:r>
        <w:rPr>
          <w:rFonts w:ascii="Myanmar Text" w:hAnsi="Myanmar Text" w:eastAsia="Myanmar Text" w:cs="Myanmar Text"/>
        </w:rPr>
        <w:t>ပိုင်ဆိုင်ထားပြီး၊</w:t>
      </w:r>
      <w:r>
        <w:rPr>
          <w:rFonts w:ascii="Times New Roman" w:hAnsi="Times New Roman" w:eastAsia="Times New Roman" w:cs="Times New Roman"/>
        </w:rPr>
        <w:t xml:space="preserve"> </w:t>
      </w:r>
      <w:r>
        <w:rPr>
          <w:rFonts w:ascii="Myanmar Text" w:hAnsi="Myanmar Text" w:eastAsia="Myanmar Text" w:cs="Myanmar Text"/>
        </w:rPr>
        <w:t>ဒမိုကရက်ပါတီ၏</w:t>
      </w:r>
      <w:r>
        <w:rPr>
          <w:rFonts w:ascii="Times New Roman" w:hAnsi="Times New Roman" w:eastAsia="Times New Roman" w:cs="Times New Roman"/>
        </w:rPr>
        <w:t xml:space="preserve"> </w:t>
      </w:r>
      <w:r>
        <w:rPr>
          <w:rFonts w:ascii="Myanmar Text" w:hAnsi="Myanmar Text" w:eastAsia="Myanmar Text" w:cs="Myanmar Text"/>
        </w:rPr>
        <w:t>ထင်ရှားသော</w:t>
      </w:r>
      <w:r>
        <w:rPr>
          <w:rFonts w:ascii="Times New Roman" w:hAnsi="Times New Roman" w:eastAsia="Times New Roman" w:cs="Times New Roman"/>
        </w:rPr>
        <w:t xml:space="preserve"> </w:t>
      </w:r>
      <w:r>
        <w:rPr>
          <w:rFonts w:ascii="Myanmar Text" w:hAnsi="Myanmar Text" w:eastAsia="Myanmar Text" w:cs="Myanmar Text"/>
        </w:rPr>
        <w:t>လက္ခဏာမှာ</w:t>
      </w:r>
      <w:r>
        <w:rPr>
          <w:rFonts w:ascii="Times New Roman" w:hAnsi="Times New Roman" w:eastAsia="Times New Roman" w:cs="Times New Roman"/>
        </w:rPr>
        <w:t xml:space="preserve"> </w:t>
      </w:r>
      <w:r>
        <w:rPr>
          <w:rFonts w:ascii="Myanmar Text" w:hAnsi="Myanmar Text" w:eastAsia="Myanmar Text" w:cs="Myanmar Text"/>
        </w:rPr>
        <w:t>မုသာဖြစ်သည်။</w:t>
      </w:r>
      <w:r>
        <w:rPr>
          <w:rFonts w:ascii="Times New Roman" w:hAnsi="Times New Roman" w:eastAsia="Times New Roman" w:cs="Times New Roman"/>
        </w:rPr>
        <w:t xml:space="preserve"> </w:t>
      </w:r>
      <w:r>
        <w:rPr>
          <w:rFonts w:ascii="Myanmar Text" w:hAnsi="Myanmar Text" w:eastAsia="Myanmar Text" w:cs="Myanmar Text"/>
        </w:rPr>
        <w:t>ဤနည်းလမ်း၏</w:t>
      </w:r>
      <w:r>
        <w:rPr>
          <w:rFonts w:ascii="Times New Roman" w:hAnsi="Times New Roman" w:eastAsia="Times New Roman" w:cs="Times New Roman"/>
        </w:rPr>
        <w:t xml:space="preserve"> </w:t>
      </w:r>
      <w:r>
        <w:rPr>
          <w:rFonts w:ascii="Myanmar Text" w:hAnsi="Myanmar Text" w:eastAsia="Myanmar Text" w:cs="Myanmar Text"/>
        </w:rPr>
        <w:t>ရှေးရိုးစံနမူနာတစ်ရပ်မှာ</w:t>
      </w:r>
      <w:r>
        <w:rPr>
          <w:rFonts w:ascii="Times New Roman" w:hAnsi="Times New Roman" w:eastAsia="Times New Roman" w:cs="Times New Roman"/>
        </w:rPr>
        <w:t xml:space="preserve"> </w:t>
      </w:r>
      <w:r>
        <w:rPr>
          <w:rFonts w:ascii="Myanmar Text" w:hAnsi="Myanmar Text" w:eastAsia="Myanmar Text" w:cs="Myanmar Text"/>
        </w:rPr>
        <w:t>၎င်းတို့သည်</w:t>
      </w:r>
      <w:r>
        <w:rPr>
          <w:rFonts w:ascii="Times New Roman" w:hAnsi="Times New Roman" w:eastAsia="Times New Roman" w:cs="Times New Roman"/>
        </w:rPr>
        <w:t xml:space="preserve"> </w:t>
      </w:r>
      <w:r>
        <w:rPr>
          <w:rFonts w:ascii="Myanmar Text" w:hAnsi="Myanmar Text" w:eastAsia="Myanmar Text" w:cs="Myanmar Text"/>
        </w:rPr>
        <w:t>လူနည်းစုများအပေါ်</w:t>
      </w:r>
      <w:r>
        <w:rPr>
          <w:rFonts w:ascii="Times New Roman" w:hAnsi="Times New Roman" w:eastAsia="Times New Roman" w:cs="Times New Roman"/>
        </w:rPr>
        <w:t xml:space="preserve"> </w:t>
      </w:r>
      <w:r>
        <w:rPr>
          <w:rFonts w:ascii="Myanmar Text" w:hAnsi="Myanmar Text" w:eastAsia="Myanmar Text" w:cs="Myanmar Text"/>
        </w:rPr>
        <w:t>စာနာနားလည်မှုရှိသော</w:t>
      </w:r>
      <w:r>
        <w:rPr>
          <w:rFonts w:ascii="Times New Roman" w:hAnsi="Times New Roman" w:eastAsia="Times New Roman" w:cs="Times New Roman"/>
        </w:rPr>
        <w:t xml:space="preserve"> </w:t>
      </w:r>
      <w:r>
        <w:rPr>
          <w:rFonts w:ascii="Myanmar Text" w:hAnsi="Myanmar Text" w:eastAsia="Myanmar Text" w:cs="Myanmar Text"/>
        </w:rPr>
        <w:t>ပါတီဖြစ်သည်ဟု</w:t>
      </w:r>
      <w:r>
        <w:rPr>
          <w:rFonts w:ascii="Times New Roman" w:hAnsi="Times New Roman" w:eastAsia="Times New Roman" w:cs="Times New Roman"/>
        </w:rPr>
        <w:t xml:space="preserve"> </w:t>
      </w:r>
      <w:r>
        <w:rPr>
          <w:rFonts w:ascii="Myanmar Text" w:hAnsi="Myanmar Text" w:eastAsia="Myanmar Text" w:cs="Myanmar Text"/>
        </w:rPr>
        <w:t>ဆိုကြခြင်းပင်</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Scripture"/>
        <w:jc w:val="left"/>
      </w:pPr>
      <w:r>
        <w:rPr>
          <w:rFonts w:ascii="Times New Roman" w:hAnsi="Times New Roman" w:eastAsia="Times New Roman" w:cs="Times New Roman"/>
        </w:rPr>
        <w:t>Muikeng mu taena a profeta a mashika, ba lesa kuenu mu kuvwala kwa mĩkoko, kanshi munda yabo ba mbumba ba kulya. Mweba mu ke ba manyina ku miselo yabo. Bantu ba kokota ngape ku miba, nangwa makuyu ku matunga? Omu byonka, muti onse mulotu uleta miselo milotu; kanshi muti mubifi uleta miselo mibifi. Muti mulotu kaukakwanisa kuleta miselo mibifi, nangwa muti mubifi kuleta miselo milotu. Muti onse uushaleta miselo milotu utemwa panshi no kutaywa mu mulilo. Awo, ku miselo yabo mweba mu ke ba manyina. Mateo 7:15–20.</w:t>
      </w:r>
    </w:p>
    <w:p>
      <w:pPr>
        <w:pStyle w:val="ArticleBody"/>
        <w:jc w:val="left"/>
      </w:pPr>
      <w:r>
        <w:rPr>
          <w:rFonts w:ascii="Times New Roman" w:hAnsi="Times New Roman" w:eastAsia="Times New Roman" w:cs="Times New Roman"/>
        </w:rPr>
        <w:t>Mizi ya muti huamua matunda yenye utazaa, na mizi ya chama cha Democratic ni msimamo wao wa kuunga mkono utumwa. Mizi ya chama cha Republican ni msimamo wao wa kupinga utumwa.</w:t>
      </w:r>
    </w:p>
    <w:p>
      <w:pPr>
        <w:pStyle w:val="ArticleScripture"/>
        <w:jc w:val="left"/>
      </w:pPr>
      <w:r>
        <w:rPr>
          <w:rFonts w:ascii="Times New Roman" w:hAnsi="Times New Roman" w:eastAsia="Times New Roman" w:cs="Times New Roman"/>
        </w:rPr>
        <w:t>Wakariri nikuwe, ee Mukama, bwe nkwegayirira; naye ka njogere naawe ku misango gyo nti, Lwaki ekkubo ly’ababi liba n’omukisa? lwaki bonna abakola eby’obulimba obungi baba bulungi? Wabasimba, weewaawo, era bamaze okunywera emmizi; bakula, weewaawo, era babala ebibala: oli kumpi mu kamwa kaabwe, naye wala okuva mu mutima gwabwe. Yeremiya 12:1, 2.</w:t>
      </w:r>
    </w:p>
    <w:p>
      <w:pPr>
        <w:pStyle w:val="ArticleBody"/>
        <w:jc w:val="left"/>
      </w:pPr>
      <w:r>
        <w:rPr>
          <w:rFonts w:ascii="Times New Roman" w:hAnsi="Times New Roman" w:eastAsia="Times New Roman" w:cs="Times New Roman"/>
        </w:rPr>
        <w:t>Okuza kwa Ntwa ya Bana ya Maphakathi kubekwa mu muktalelo wa “banhu ba mali,” mweene mwaabaita Sista White, abo balangila isoko lya kutengeselamo mbuli ya kuyanja byuma bya mahanga, ne apo balinyata abapina.</w:t>
      </w:r>
    </w:p>
    <w:p>
      <w:pPr>
        <w:pStyle w:val="ArticleScripture"/>
        <w:jc w:val="left"/>
      </w:pPr>
      <w:r>
        <w:rPr>
          <w:rFonts w:ascii="Times New Roman" w:hAnsi="Times New Roman" w:eastAsia="Times New Roman" w:cs="Times New Roman"/>
        </w:rPr>
        <w:t>“Vu India, China, Russia, na vu mimbanzi ya Amerika, maelfu ya balume na bakento bakefwá ne nzala. Bantu ya mbongo, sambu bazali na ngolo, bazali kuyala zando. Bazali kusumba na ntalu ya nsi nyonso yina bakoki kuzwa, mpe na nima bazali kuteka yo na bantalu yina menata mingi. Yayi zola kutuba nzala sambu na bakilasi ya bantu ya nsiku ya nsi, mpe yo tasuka na mvita ya bana-mboka.” Manuscript Releases, volume 5, 305.</w:t>
      </w:r>
    </w:p>
    <w:p>
      <w:pPr>
        <w:pStyle w:val="ArticleBody"/>
        <w:jc w:val="left"/>
      </w:pPr>
      <w:r>
        <w:rPr>
          <w:rFonts w:ascii="Times New Roman" w:hAnsi="Times New Roman" w:eastAsia="Times New Roman" w:cs="Times New Roman"/>
        </w:rPr>
        <w:t>Vita vya wenyewe kwa wenyewe katika historia ya Lincoln vilikuwa halisi na vilihusu utumwa halisi. Watawala wa kimataifa waliochochewa na yule joka wanazalisha vita vya wenyewe kwa wenyewe katika siku za mwisho ambavyo vinategemea jitihada zao za kuondoa tabaka la kati, na kuacha tu wasomi matajiri kupita kiasi, na watwana maskini kupita kiasi. Ni tabaka la kati linalohifadhi uhuru wa kijamii, kiuchumi, na wa dini, na litakapoondolewa hakuna kinga dhidi ya utekelezwaji wa ukabaila. Mafanikio makuu ya Mapinduzi ya Ufaransa yalikuwa kwamba yalimaliza mfumo wa ukabaila, ambao watawala wa kimataifa sasa wanatafuta kuurudisha tena, kwa kuliondoa tabaka la kati. Mpango wa watawala wa kimataifa kwa kiasi kikubwa unategemea kulifurika tabaka la kati kwa wahamiaji haramu, jambo linalopunguza uzalishaji wa kiuchumi, kushusha mishahara, na kupanua mfumo wa ustawi wa serikali.</w:t>
      </w:r>
    </w:p>
    <w:p>
      <w:pPr>
        <w:pStyle w:val="ArticleBody"/>
        <w:jc w:val="left"/>
      </w:pPr>
      <w:r>
        <w:rPr>
          <w:rFonts w:ascii="Times New Roman" w:hAnsi="Times New Roman" w:eastAsia="Times New Roman" w:cs="Times New Roman"/>
        </w:rPr>
        <w:t>Ntwa ya nkondo ya mibale ya mokili mobimba, na eleko ya bokono monene ya nkita, Tata Charles Coughlin, nganga-nzambe moko ya Lingomba ya Katolike ya Roma, akómaki moto ya lokumu mpo na masolo na ye ya radio, oyo ezalaki kokóma epai ya bamillio ya bayoki na ekólo mobimba. Masolo na ye ya radio ezalaki kokokana na bopusi oyo Rush Limbaugh azalaki na yango na kala ya penepene. Coughlin asalelaki esika na ye ya radio mpo na kolobela makambo mingi ya ndenge na ndenge, kati na yango politiki, nkita, mpe makambo ya bomoi ya bato na lisanga. Na ebandeli asungaki Mokonzi Franklin D. Roosevelt mpe mwango na ye ya New Deal. Masolo ya radio ya Coughlin, oyo mbala mingi ezalaki ya kolamusa nkanda mpe ya ntembe makasi, ekómisaki ye moto ya bokabwani na politiki ya Amerika. Atako azalaki na ebele ya balandi oyo bazalaki sembo mpe ya komipesa, akutanaki mpe na bopamelami mpe na bofundami uta na biteni ndenge na ndenge mpo na makanisi na ye ya koleka ndelo.</w:t>
      </w:r>
    </w:p>
    <w:p>
      <w:pPr>
        <w:pStyle w:val="ArticleBody"/>
        <w:jc w:val="left"/>
      </w:pPr>
      <w:r>
        <w:rPr>
          <w:rFonts w:ascii="Times New Roman" w:hAnsi="Times New Roman" w:eastAsia="Times New Roman" w:cs="Times New Roman"/>
        </w:rPr>
        <w:t>Mawazo ya awali ya kisiasa, kiuchumi, na kijamii ya Coughlin yalipitishwa na Franklin Roosevelt na yakawa msingi wa sera zake za New Deal, ambazo zilianzisha balaa la mfumo wa Social Security unaozidi kuongezeka, na mfumo wa ustawi wa jamii nchini Marekani. Sera zake za New Deal zikawa alama kuu ya urithi wake, na zilikuwa kipengele cha mandhari ya kinabii iliyoongoza kwenye, na iliyofuatia baada ya Vita vya Pili vya Dunia. “Kwa matunda yao mtawatambua.” Kwa sababu ya utekelezaji wa sera za New Deal za Roosevelt, mdororo mkuu wa uchumi ulidumu kwa muda mrefu zaidi nchini Marekani kuliko katika taifa lolote jingine duniani.</w:t>
      </w:r>
    </w:p>
    <w:p>
      <w:pPr>
        <w:pStyle w:val="ArticleBody"/>
        <w:jc w:val="left"/>
      </w:pPr>
      <w:r>
        <w:rPr>
          <w:rFonts w:ascii="Malgun Gothic" w:hAnsi="Malgun Gothic" w:eastAsia="Malgun Gothic" w:cs="Malgun Gothic"/>
        </w:rPr>
        <w:t>루스벨트는</w:t>
      </w:r>
      <w:r>
        <w:rPr>
          <w:rFonts w:ascii="Times New Roman" w:hAnsi="Times New Roman" w:eastAsia="Times New Roman" w:cs="Times New Roman"/>
        </w:rPr>
        <w:t xml:space="preserve"> </w:t>
      </w:r>
      <w:r>
        <w:rPr>
          <w:rFonts w:ascii="Malgun Gothic" w:hAnsi="Malgun Gothic" w:eastAsia="Malgun Gothic" w:cs="Malgun Gothic"/>
        </w:rPr>
        <w:t>민주당원이었으며</w:t>
      </w:r>
      <w:r>
        <w:rPr>
          <w:rFonts w:ascii="Times New Roman" w:hAnsi="Times New Roman" w:eastAsia="Times New Roman" w:cs="Times New Roman"/>
        </w:rPr>
        <w:t xml:space="preserve">, </w:t>
      </w:r>
      <w:r>
        <w:rPr>
          <w:rFonts w:ascii="Malgun Gothic" w:hAnsi="Malgun Gothic" w:eastAsia="Malgun Gothic" w:cs="Malgun Gothic"/>
        </w:rPr>
        <w:t>그러므로</w:t>
      </w:r>
      <w:r>
        <w:rPr>
          <w:rFonts w:ascii="Times New Roman" w:hAnsi="Times New Roman" w:eastAsia="Times New Roman" w:cs="Times New Roman"/>
        </w:rPr>
        <w:t xml:space="preserve"> </w:t>
      </w:r>
      <w:r>
        <w:rPr>
          <w:rFonts w:ascii="Malgun Gothic" w:hAnsi="Malgun Gothic" w:eastAsia="Malgun Gothic" w:cs="Malgun Gothic"/>
        </w:rPr>
        <w:t>용의</w:t>
      </w:r>
      <w:r>
        <w:rPr>
          <w:rFonts w:ascii="Times New Roman" w:hAnsi="Times New Roman" w:eastAsia="Times New Roman" w:cs="Times New Roman"/>
        </w:rPr>
        <w:t xml:space="preserve"> </w:t>
      </w:r>
      <w:r>
        <w:rPr>
          <w:rFonts w:ascii="Malgun Gothic" w:hAnsi="Malgun Gothic" w:eastAsia="Malgun Gothic" w:cs="Malgun Gothic"/>
        </w:rPr>
        <w:t>영감을</w:t>
      </w:r>
      <w:r>
        <w:rPr>
          <w:rFonts w:ascii="Times New Roman" w:hAnsi="Times New Roman" w:eastAsia="Times New Roman" w:cs="Times New Roman"/>
        </w:rPr>
        <w:t xml:space="preserve"> </w:t>
      </w:r>
      <w:r>
        <w:rPr>
          <w:rFonts w:ascii="Malgun Gothic" w:hAnsi="Malgun Gothic" w:eastAsia="Malgun Gothic" w:cs="Malgun Gothic"/>
        </w:rPr>
        <w:t>받은</w:t>
      </w:r>
      <w:r>
        <w:rPr>
          <w:rFonts w:ascii="Times New Roman" w:hAnsi="Times New Roman" w:eastAsia="Times New Roman" w:cs="Times New Roman"/>
        </w:rPr>
        <w:t xml:space="preserve"> </w:t>
      </w:r>
      <w:r>
        <w:rPr>
          <w:rFonts w:ascii="Malgun Gothic" w:hAnsi="Malgun Gothic" w:eastAsia="Malgun Gothic" w:cs="Malgun Gothic"/>
        </w:rPr>
        <w:t>세계주의자였다</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도입한</w:t>
      </w:r>
      <w:r>
        <w:rPr>
          <w:rFonts w:ascii="Times New Roman" w:hAnsi="Times New Roman" w:eastAsia="Times New Roman" w:cs="Times New Roman"/>
        </w:rPr>
        <w:t xml:space="preserve"> </w:t>
      </w:r>
      <w:r>
        <w:rPr>
          <w:rFonts w:ascii="Malgun Gothic" w:hAnsi="Malgun Gothic" w:eastAsia="Malgun Gothic" w:cs="Malgun Gothic"/>
        </w:rPr>
        <w:t>뉴딜</w:t>
      </w:r>
      <w:r>
        <w:rPr>
          <w:rFonts w:ascii="Times New Roman" w:hAnsi="Times New Roman" w:eastAsia="Times New Roman" w:cs="Times New Roman"/>
        </w:rPr>
        <w:t xml:space="preserve"> </w:t>
      </w:r>
      <w:r>
        <w:rPr>
          <w:rFonts w:ascii="Malgun Gothic" w:hAnsi="Malgun Gothic" w:eastAsia="Malgun Gothic" w:cs="Malgun Gothic"/>
        </w:rPr>
        <w:t>정책은</w:t>
      </w:r>
      <w:r>
        <w:rPr>
          <w:rFonts w:ascii="Times New Roman" w:hAnsi="Times New Roman" w:eastAsia="Times New Roman" w:cs="Times New Roman"/>
        </w:rPr>
        <w:t xml:space="preserve"> </w:t>
      </w:r>
      <w:r>
        <w:rPr>
          <w:rFonts w:ascii="Malgun Gothic" w:hAnsi="Malgun Gothic" w:eastAsia="Malgun Gothic" w:cs="Malgun Gothic"/>
        </w:rPr>
        <w:t>초부유층과</w:t>
      </w:r>
      <w:r>
        <w:rPr>
          <w:rFonts w:ascii="Times New Roman" w:hAnsi="Times New Roman" w:eastAsia="Times New Roman" w:cs="Times New Roman"/>
        </w:rPr>
        <w:t xml:space="preserve"> </w:t>
      </w:r>
      <w:r>
        <w:rPr>
          <w:rFonts w:ascii="Malgun Gothic" w:hAnsi="Malgun Gothic" w:eastAsia="Malgun Gothic" w:cs="Malgun Gothic"/>
        </w:rPr>
        <w:t>초빈곤층으로</w:t>
      </w:r>
      <w:r>
        <w:rPr>
          <w:rFonts w:ascii="Times New Roman" w:hAnsi="Times New Roman" w:eastAsia="Times New Roman" w:cs="Times New Roman"/>
        </w:rPr>
        <w:t xml:space="preserve"> </w:t>
      </w:r>
      <w:r>
        <w:rPr>
          <w:rFonts w:ascii="Malgun Gothic" w:hAnsi="Malgun Gothic" w:eastAsia="Malgun Gothic" w:cs="Malgun Gothic"/>
        </w:rPr>
        <w:t>이루어진</w:t>
      </w:r>
      <w:r>
        <w:rPr>
          <w:rFonts w:ascii="Times New Roman" w:hAnsi="Times New Roman" w:eastAsia="Times New Roman" w:cs="Times New Roman"/>
        </w:rPr>
        <w:t xml:space="preserve"> </w:t>
      </w:r>
      <w:r>
        <w:rPr>
          <w:rFonts w:ascii="Malgun Gothic" w:hAnsi="Malgun Gothic" w:eastAsia="Malgun Gothic" w:cs="Malgun Gothic"/>
        </w:rPr>
        <w:t>시민</w:t>
      </w:r>
      <w:r>
        <w:rPr>
          <w:rFonts w:ascii="Times New Roman" w:hAnsi="Times New Roman" w:eastAsia="Times New Roman" w:cs="Times New Roman"/>
        </w:rPr>
        <w:t xml:space="preserve"> </w:t>
      </w:r>
      <w:r>
        <w:rPr>
          <w:rFonts w:ascii="Malgun Gothic" w:hAnsi="Malgun Gothic" w:eastAsia="Malgun Gothic" w:cs="Malgun Gothic"/>
        </w:rPr>
        <w:t>대중을</w:t>
      </w:r>
      <w:r>
        <w:rPr>
          <w:rFonts w:ascii="Times New Roman" w:hAnsi="Times New Roman" w:eastAsia="Times New Roman" w:cs="Times New Roman"/>
        </w:rPr>
        <w:t xml:space="preserve"> </w:t>
      </w:r>
      <w:r>
        <w:rPr>
          <w:rFonts w:ascii="Malgun Gothic" w:hAnsi="Malgun Gothic" w:eastAsia="Malgun Gothic" w:cs="Malgun Gothic"/>
        </w:rPr>
        <w:t>만들어</w:t>
      </w:r>
      <w:r>
        <w:rPr>
          <w:rFonts w:ascii="Times New Roman" w:hAnsi="Times New Roman" w:eastAsia="Times New Roman" w:cs="Times New Roman"/>
        </w:rPr>
        <w:t xml:space="preserve"> </w:t>
      </w:r>
      <w:r>
        <w:rPr>
          <w:rFonts w:ascii="Malgun Gothic" w:hAnsi="Malgun Gothic" w:eastAsia="Malgun Gothic" w:cs="Malgun Gothic"/>
        </w:rPr>
        <w:t>내기</w:t>
      </w:r>
      <w:r>
        <w:rPr>
          <w:rFonts w:ascii="Times New Roman" w:hAnsi="Times New Roman" w:eastAsia="Times New Roman" w:cs="Times New Roman"/>
        </w:rPr>
        <w:t xml:space="preserve"> </w:t>
      </w:r>
      <w:r>
        <w:rPr>
          <w:rFonts w:ascii="Malgun Gothic" w:hAnsi="Malgun Gothic" w:eastAsia="Malgun Gothic" w:cs="Malgun Gothic"/>
        </w:rPr>
        <w:t>위한</w:t>
      </w:r>
      <w:r>
        <w:rPr>
          <w:rFonts w:ascii="Times New Roman" w:hAnsi="Times New Roman" w:eastAsia="Times New Roman" w:cs="Times New Roman"/>
        </w:rPr>
        <w:t xml:space="preserve"> </w:t>
      </w:r>
      <w:r>
        <w:rPr>
          <w:rFonts w:ascii="Malgun Gothic" w:hAnsi="Malgun Gothic" w:eastAsia="Malgun Gothic" w:cs="Malgun Gothic"/>
        </w:rPr>
        <w:t>장기적</w:t>
      </w:r>
      <w:r>
        <w:rPr>
          <w:rFonts w:ascii="Times New Roman" w:hAnsi="Times New Roman" w:eastAsia="Times New Roman" w:cs="Times New Roman"/>
        </w:rPr>
        <w:t xml:space="preserve"> </w:t>
      </w:r>
      <w:r>
        <w:rPr>
          <w:rFonts w:ascii="Malgun Gothic" w:hAnsi="Malgun Gothic" w:eastAsia="Malgun Gothic" w:cs="Malgun Gothic"/>
        </w:rPr>
        <w:t>계획의</w:t>
      </w:r>
      <w:r>
        <w:rPr>
          <w:rFonts w:ascii="Times New Roman" w:hAnsi="Times New Roman" w:eastAsia="Times New Roman" w:cs="Times New Roman"/>
        </w:rPr>
        <w:t xml:space="preserve"> </w:t>
      </w:r>
      <w:r>
        <w:rPr>
          <w:rFonts w:ascii="Malgun Gothic" w:hAnsi="Malgun Gothic" w:eastAsia="Malgun Gothic" w:cs="Malgun Gothic"/>
        </w:rPr>
        <w:t>일부였다</w:t>
      </w:r>
      <w:r>
        <w:rPr>
          <w:rFonts w:ascii="Times New Roman" w:hAnsi="Times New Roman" w:eastAsia="Times New Roman" w:cs="Times New Roman"/>
        </w:rPr>
        <w:t xml:space="preserve">. </w:t>
      </w:r>
      <w:r>
        <w:rPr>
          <w:rFonts w:ascii="Malgun Gothic" w:hAnsi="Malgun Gothic" w:eastAsia="Malgun Gothic" w:cs="Malgun Gothic"/>
        </w:rPr>
        <w:t>남북전쟁의</w:t>
      </w:r>
      <w:r>
        <w:rPr>
          <w:rFonts w:ascii="Times New Roman" w:hAnsi="Times New Roman" w:eastAsia="Times New Roman" w:cs="Times New Roman"/>
        </w:rPr>
        <w:t xml:space="preserve"> </w:t>
      </w:r>
      <w:r>
        <w:rPr>
          <w:rFonts w:ascii="Malgun Gothic" w:hAnsi="Malgun Gothic" w:eastAsia="Malgun Gothic" w:cs="Malgun Gothic"/>
        </w:rPr>
        <w:t>문자적</w:t>
      </w:r>
      <w:r>
        <w:rPr>
          <w:rFonts w:ascii="Times New Roman" w:hAnsi="Times New Roman" w:eastAsia="Times New Roman" w:cs="Times New Roman"/>
        </w:rPr>
        <w:t xml:space="preserve"> </w:t>
      </w:r>
      <w:r>
        <w:rPr>
          <w:rFonts w:ascii="Malgun Gothic" w:hAnsi="Malgun Gothic" w:eastAsia="Malgun Gothic" w:cs="Malgun Gothic"/>
        </w:rPr>
        <w:t>노예제는</w:t>
      </w:r>
      <w:r>
        <w:rPr>
          <w:rFonts w:ascii="Times New Roman" w:hAnsi="Times New Roman" w:eastAsia="Times New Roman" w:cs="Times New Roman"/>
        </w:rPr>
        <w:t xml:space="preserve">, </w:t>
      </w:r>
      <w:r>
        <w:rPr>
          <w:rFonts w:ascii="Malgun Gothic" w:hAnsi="Malgun Gothic" w:eastAsia="Malgun Gothic" w:cs="Malgun Gothic"/>
        </w:rPr>
        <w:t>이제</w:t>
      </w:r>
      <w:r>
        <w:rPr>
          <w:rFonts w:ascii="Times New Roman" w:hAnsi="Times New Roman" w:eastAsia="Times New Roman" w:cs="Times New Roman"/>
        </w:rPr>
        <w:t xml:space="preserve"> </w:t>
      </w:r>
      <w:r>
        <w:rPr>
          <w:rFonts w:ascii="Malgun Gothic" w:hAnsi="Malgun Gothic" w:eastAsia="Malgun Gothic" w:cs="Malgun Gothic"/>
        </w:rPr>
        <w:t>현대</w:t>
      </w:r>
      <w:r>
        <w:rPr>
          <w:rFonts w:ascii="Times New Roman" w:hAnsi="Times New Roman" w:eastAsia="Times New Roman" w:cs="Times New Roman"/>
        </w:rPr>
        <w:t xml:space="preserve"> </w:t>
      </w:r>
      <w:r>
        <w:rPr>
          <w:rFonts w:ascii="Malgun Gothic" w:hAnsi="Malgun Gothic" w:eastAsia="Malgun Gothic" w:cs="Malgun Gothic"/>
        </w:rPr>
        <w:t>바벨론의</w:t>
      </w:r>
      <w:r>
        <w:rPr>
          <w:rFonts w:ascii="Times New Roman" w:hAnsi="Times New Roman" w:eastAsia="Times New Roman" w:cs="Times New Roman"/>
        </w:rPr>
        <w:t xml:space="preserve"> </w:t>
      </w:r>
      <w:r>
        <w:rPr>
          <w:rFonts w:ascii="Malgun Gothic" w:hAnsi="Malgun Gothic" w:eastAsia="Malgun Gothic" w:cs="Malgun Gothic"/>
        </w:rPr>
        <w:t>세계주의적</w:t>
      </w:r>
      <w:r>
        <w:rPr>
          <w:rFonts w:ascii="Times New Roman" w:hAnsi="Times New Roman" w:eastAsia="Times New Roman" w:cs="Times New Roman"/>
        </w:rPr>
        <w:t xml:space="preserve"> </w:t>
      </w:r>
      <w:r>
        <w:rPr>
          <w:rFonts w:ascii="Malgun Gothic" w:hAnsi="Malgun Gothic" w:eastAsia="Malgun Gothic" w:cs="Malgun Gothic"/>
        </w:rPr>
        <w:t>억만장자</w:t>
      </w:r>
      <w:r>
        <w:rPr>
          <w:rFonts w:ascii="Times New Roman" w:hAnsi="Times New Roman" w:eastAsia="Times New Roman" w:cs="Times New Roman"/>
        </w:rPr>
        <w:t xml:space="preserve"> </w:t>
      </w:r>
      <w:r>
        <w:rPr>
          <w:rFonts w:ascii="Malgun Gothic" w:hAnsi="Malgun Gothic" w:eastAsia="Malgun Gothic" w:cs="Malgun Gothic"/>
        </w:rPr>
        <w:t>상인들이</w:t>
      </w:r>
      <w:r>
        <w:rPr>
          <w:rFonts w:ascii="Times New Roman" w:hAnsi="Times New Roman" w:eastAsia="Times New Roman" w:cs="Times New Roman"/>
        </w:rPr>
        <w:t xml:space="preserve"> </w:t>
      </w:r>
      <w:r>
        <w:rPr>
          <w:rFonts w:ascii="Malgun Gothic" w:hAnsi="Malgun Gothic" w:eastAsia="Malgun Gothic" w:cs="Malgun Gothic"/>
        </w:rPr>
        <w:t>루스벨트의</w:t>
      </w:r>
      <w:r>
        <w:rPr>
          <w:rFonts w:ascii="Times New Roman" w:hAnsi="Times New Roman" w:eastAsia="Times New Roman" w:cs="Times New Roman"/>
        </w:rPr>
        <w:t xml:space="preserve"> </w:t>
      </w:r>
      <w:r>
        <w:rPr>
          <w:rFonts w:ascii="Malgun Gothic" w:hAnsi="Malgun Gothic" w:eastAsia="Malgun Gothic" w:cs="Malgun Gothic"/>
        </w:rPr>
        <w:t>뉴딜을</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이해하는</w:t>
      </w:r>
      <w:r>
        <w:rPr>
          <w:rFonts w:ascii="Times New Roman" w:hAnsi="Times New Roman" w:eastAsia="Times New Roman" w:cs="Times New Roman"/>
        </w:rPr>
        <w:t xml:space="preserve"> </w:t>
      </w:r>
      <w:r>
        <w:rPr>
          <w:rFonts w:ascii="Malgun Gothic" w:hAnsi="Malgun Gothic" w:eastAsia="Malgun Gothic" w:cs="Malgun Gothic"/>
        </w:rPr>
        <w:t>완전한</w:t>
      </w:r>
      <w:r>
        <w:rPr>
          <w:rFonts w:ascii="Times New Roman" w:hAnsi="Times New Roman" w:eastAsia="Times New Roman" w:cs="Times New Roman"/>
        </w:rPr>
        <w:t xml:space="preserve"> </w:t>
      </w:r>
      <w:r>
        <w:rPr>
          <w:rFonts w:ascii="Malgun Gothic" w:hAnsi="Malgun Gothic" w:eastAsia="Malgun Gothic" w:cs="Malgun Gothic"/>
        </w:rPr>
        <w:t>상태로</w:t>
      </w:r>
      <w:r>
        <w:rPr>
          <w:rFonts w:ascii="Times New Roman" w:hAnsi="Times New Roman" w:eastAsia="Times New Roman" w:cs="Times New Roman"/>
        </w:rPr>
        <w:t xml:space="preserve"> </w:t>
      </w:r>
      <w:r>
        <w:rPr>
          <w:rFonts w:ascii="Malgun Gothic" w:hAnsi="Malgun Gothic" w:eastAsia="Malgun Gothic" w:cs="Malgun Gothic"/>
        </w:rPr>
        <w:t>이끌기</w:t>
      </w:r>
      <w:r>
        <w:rPr>
          <w:rFonts w:ascii="Times New Roman" w:hAnsi="Times New Roman" w:eastAsia="Times New Roman" w:cs="Times New Roman"/>
        </w:rPr>
        <w:t xml:space="preserve"> </w:t>
      </w:r>
      <w:r>
        <w:rPr>
          <w:rFonts w:ascii="Malgun Gothic" w:hAnsi="Malgun Gothic" w:eastAsia="Malgun Gothic" w:cs="Malgun Gothic"/>
        </w:rPr>
        <w:t>위해</w:t>
      </w:r>
      <w:r>
        <w:rPr>
          <w:rFonts w:ascii="Times New Roman" w:hAnsi="Times New Roman" w:eastAsia="Times New Roman" w:cs="Times New Roman"/>
        </w:rPr>
        <w:t xml:space="preserve"> </w:t>
      </w:r>
      <w:r>
        <w:rPr>
          <w:rFonts w:ascii="Malgun Gothic" w:hAnsi="Malgun Gothic" w:eastAsia="Malgun Gothic" w:cs="Malgun Gothic"/>
        </w:rPr>
        <w:t>고안된</w:t>
      </w:r>
      <w:r>
        <w:rPr>
          <w:rFonts w:ascii="Times New Roman" w:hAnsi="Times New Roman" w:eastAsia="Times New Roman" w:cs="Times New Roman"/>
        </w:rPr>
        <w:t xml:space="preserve"> </w:t>
      </w:r>
      <w:r>
        <w:rPr>
          <w:rFonts w:ascii="Malgun Gothic" w:hAnsi="Malgun Gothic" w:eastAsia="Malgun Gothic" w:cs="Malgun Gothic"/>
        </w:rPr>
        <w:t>광범위한</w:t>
      </w:r>
      <w:r>
        <w:rPr>
          <w:rFonts w:ascii="Times New Roman" w:hAnsi="Times New Roman" w:eastAsia="Times New Roman" w:cs="Times New Roman"/>
        </w:rPr>
        <w:t xml:space="preserve"> </w:t>
      </w:r>
      <w:r>
        <w:rPr>
          <w:rFonts w:ascii="Malgun Gothic" w:hAnsi="Malgun Gothic" w:eastAsia="Malgun Gothic" w:cs="Malgun Gothic"/>
        </w:rPr>
        <w:t>불법</w:t>
      </w:r>
      <w:r>
        <w:rPr>
          <w:rFonts w:ascii="Times New Roman" w:hAnsi="Times New Roman" w:eastAsia="Times New Roman" w:cs="Times New Roman"/>
        </w:rPr>
        <w:t xml:space="preserve"> </w:t>
      </w:r>
      <w:r>
        <w:rPr>
          <w:rFonts w:ascii="Malgun Gothic" w:hAnsi="Malgun Gothic" w:eastAsia="Malgun Gothic" w:cs="Malgun Gothic"/>
        </w:rPr>
        <w:t>이민에</w:t>
      </w:r>
      <w:r>
        <w:rPr>
          <w:rFonts w:ascii="Times New Roman" w:hAnsi="Times New Roman" w:eastAsia="Times New Roman" w:cs="Times New Roman"/>
        </w:rPr>
        <w:t xml:space="preserve"> </w:t>
      </w:r>
      <w:r>
        <w:rPr>
          <w:rFonts w:ascii="Malgun Gothic" w:hAnsi="Malgun Gothic" w:eastAsia="Malgun Gothic" w:cs="Malgun Gothic"/>
        </w:rPr>
        <w:t>자금을</w:t>
      </w:r>
      <w:r>
        <w:rPr>
          <w:rFonts w:ascii="Times New Roman" w:hAnsi="Times New Roman" w:eastAsia="Times New Roman" w:cs="Times New Roman"/>
        </w:rPr>
        <w:t xml:space="preserve"> </w:t>
      </w:r>
      <w:r>
        <w:rPr>
          <w:rFonts w:ascii="Malgun Gothic" w:hAnsi="Malgun Gothic" w:eastAsia="Malgun Gothic" w:cs="Malgun Gothic"/>
        </w:rPr>
        <w:t>대면서</w:t>
      </w:r>
      <w:r>
        <w:rPr>
          <w:rFonts w:ascii="Times New Roman" w:hAnsi="Times New Roman" w:eastAsia="Times New Roman" w:cs="Times New Roman"/>
        </w:rPr>
        <w:t xml:space="preserve"> </w:t>
      </w:r>
      <w:r>
        <w:rPr>
          <w:rFonts w:ascii="Malgun Gothic" w:hAnsi="Malgun Gothic" w:eastAsia="Malgun Gothic" w:cs="Malgun Gothic"/>
        </w:rPr>
        <w:t>초고속으로</w:t>
      </w:r>
      <w:r>
        <w:rPr>
          <w:rFonts w:ascii="Times New Roman" w:hAnsi="Times New Roman" w:eastAsia="Times New Roman" w:cs="Times New Roman"/>
        </w:rPr>
        <w:t xml:space="preserve"> </w:t>
      </w:r>
      <w:r>
        <w:rPr>
          <w:rFonts w:ascii="Malgun Gothic" w:hAnsi="Malgun Gothic" w:eastAsia="Malgun Gothic" w:cs="Malgun Gothic"/>
        </w:rPr>
        <w:t>가속되고</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영적</w:t>
      </w:r>
      <w:r>
        <w:rPr>
          <w:rFonts w:ascii="Times New Roman" w:hAnsi="Times New Roman" w:eastAsia="Times New Roman" w:cs="Times New Roman"/>
        </w:rPr>
        <w:t>·</w:t>
      </w:r>
      <w:r>
        <w:rPr>
          <w:rFonts w:ascii="Malgun Gothic" w:hAnsi="Malgun Gothic" w:eastAsia="Malgun Gothic" w:cs="Malgun Gothic"/>
        </w:rPr>
        <w:t>경제적</w:t>
      </w:r>
      <w:r>
        <w:rPr>
          <w:rFonts w:ascii="Times New Roman" w:hAnsi="Times New Roman" w:eastAsia="Times New Roman" w:cs="Times New Roman"/>
        </w:rPr>
        <w:t xml:space="preserve"> </w:t>
      </w:r>
      <w:r>
        <w:rPr>
          <w:rFonts w:ascii="Malgun Gothic" w:hAnsi="Malgun Gothic" w:eastAsia="Malgun Gothic" w:cs="Malgun Gothic"/>
        </w:rPr>
        <w:t>노예</w:t>
      </w:r>
      <w:r>
        <w:rPr>
          <w:rFonts w:ascii="Times New Roman" w:hAnsi="Times New Roman" w:eastAsia="Times New Roman" w:cs="Times New Roman"/>
        </w:rPr>
        <w:t xml:space="preserve"> </w:t>
      </w:r>
      <w:r>
        <w:rPr>
          <w:rFonts w:ascii="Malgun Gothic" w:hAnsi="Malgun Gothic" w:eastAsia="Malgun Gothic" w:cs="Malgun Gothic"/>
        </w:rPr>
        <w:t>상태를</w:t>
      </w:r>
      <w:r>
        <w:rPr>
          <w:rFonts w:ascii="Times New Roman" w:hAnsi="Times New Roman" w:eastAsia="Times New Roman" w:cs="Times New Roman"/>
        </w:rPr>
        <w:t xml:space="preserve"> </w:t>
      </w:r>
      <w:r>
        <w:rPr>
          <w:rFonts w:ascii="Malgun Gothic" w:hAnsi="Malgun Gothic" w:eastAsia="Malgun Gothic" w:cs="Malgun Gothic"/>
        </w:rPr>
        <w:t>상징한다</w:t>
      </w:r>
      <w:r>
        <w:rPr>
          <w:rFonts w:ascii="Times New Roman" w:hAnsi="Times New Roman" w:eastAsia="Times New Roman" w:cs="Times New Roman"/>
        </w:rPr>
        <w:t xml:space="preserve">. </w:t>
      </w:r>
      <w:r>
        <w:rPr>
          <w:rFonts w:ascii="Malgun Gothic" w:hAnsi="Malgun Gothic" w:eastAsia="Malgun Gothic" w:cs="Malgun Gothic"/>
        </w:rPr>
        <w:t>제삼차</w:t>
      </w:r>
      <w:r>
        <w:rPr>
          <w:rFonts w:ascii="Times New Roman" w:hAnsi="Times New Roman" w:eastAsia="Times New Roman" w:cs="Times New Roman"/>
        </w:rPr>
        <w:t xml:space="preserve"> </w:t>
      </w:r>
      <w:r>
        <w:rPr>
          <w:rFonts w:ascii="Malgun Gothic" w:hAnsi="Malgun Gothic" w:eastAsia="Malgun Gothic" w:cs="Malgun Gothic"/>
        </w:rPr>
        <w:t>세계대전에</w:t>
      </w:r>
      <w:r>
        <w:rPr>
          <w:rFonts w:ascii="Times New Roman" w:hAnsi="Times New Roman" w:eastAsia="Times New Roman" w:cs="Times New Roman"/>
        </w:rPr>
        <w:t xml:space="preserve"> </w:t>
      </w:r>
      <w:r>
        <w:rPr>
          <w:rFonts w:ascii="Malgun Gothic" w:hAnsi="Malgun Gothic" w:eastAsia="Malgun Gothic" w:cs="Malgun Gothic"/>
        </w:rPr>
        <w:t>직면하게</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대통령은</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제이차</w:t>
      </w:r>
      <w:r>
        <w:rPr>
          <w:rFonts w:ascii="Times New Roman" w:hAnsi="Times New Roman" w:eastAsia="Times New Roman" w:cs="Times New Roman"/>
        </w:rPr>
        <w:t xml:space="preserve"> </w:t>
      </w:r>
      <w:r>
        <w:rPr>
          <w:rFonts w:ascii="Malgun Gothic" w:hAnsi="Malgun Gothic" w:eastAsia="Malgun Gothic" w:cs="Malgun Gothic"/>
        </w:rPr>
        <w:t>세계대전</w:t>
      </w:r>
      <w:r>
        <w:rPr>
          <w:rFonts w:ascii="Times New Roman" w:hAnsi="Times New Roman" w:eastAsia="Times New Roman" w:cs="Times New Roman"/>
        </w:rPr>
        <w:t xml:space="preserve"> </w:t>
      </w:r>
      <w:r>
        <w:rPr>
          <w:rFonts w:ascii="Malgun Gothic" w:hAnsi="Malgun Gothic" w:eastAsia="Malgun Gothic" w:cs="Malgun Gothic"/>
        </w:rPr>
        <w:t>동안</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대통령에</w:t>
      </w:r>
      <w:r>
        <w:rPr>
          <w:rFonts w:ascii="Times New Roman" w:hAnsi="Times New Roman" w:eastAsia="Times New Roman" w:cs="Times New Roman"/>
        </w:rPr>
        <w:t xml:space="preserve"> </w:t>
      </w:r>
      <w:r>
        <w:rPr>
          <w:rFonts w:ascii="Malgun Gothic" w:hAnsi="Malgun Gothic" w:eastAsia="Malgun Gothic" w:cs="Malgun Gothic"/>
        </w:rPr>
        <w:t>의해</w:t>
      </w:r>
      <w:r>
        <w:rPr>
          <w:rFonts w:ascii="Times New Roman" w:hAnsi="Times New Roman" w:eastAsia="Times New Roman" w:cs="Times New Roman"/>
        </w:rPr>
        <w:t xml:space="preserve"> </w:t>
      </w:r>
      <w:r>
        <w:rPr>
          <w:rFonts w:ascii="Malgun Gothic" w:hAnsi="Malgun Gothic" w:eastAsia="Malgun Gothic" w:cs="Malgun Gothic"/>
        </w:rPr>
        <w:t>시행된</w:t>
      </w:r>
      <w:r>
        <w:rPr>
          <w:rFonts w:ascii="Times New Roman" w:hAnsi="Times New Roman" w:eastAsia="Times New Roman" w:cs="Times New Roman"/>
        </w:rPr>
        <w:t xml:space="preserve"> </w:t>
      </w:r>
      <w:r>
        <w:rPr>
          <w:rFonts w:ascii="Malgun Gothic" w:hAnsi="Malgun Gothic" w:eastAsia="Malgun Gothic" w:cs="Malgun Gothic"/>
        </w:rPr>
        <w:t>사회적</w:t>
      </w:r>
      <w:r>
        <w:rPr>
          <w:rFonts w:ascii="Times New Roman" w:hAnsi="Times New Roman" w:eastAsia="Times New Roman" w:cs="Times New Roman"/>
        </w:rPr>
        <w:t xml:space="preserve"> </w:t>
      </w:r>
      <w:r>
        <w:rPr>
          <w:rFonts w:ascii="Malgun Gothic" w:hAnsi="Malgun Gothic" w:eastAsia="Malgun Gothic" w:cs="Malgun Gothic"/>
        </w:rPr>
        <w:t>의존</w:t>
      </w:r>
      <w:r>
        <w:rPr>
          <w:rFonts w:ascii="Times New Roman" w:hAnsi="Times New Roman" w:eastAsia="Times New Roman" w:cs="Times New Roman"/>
        </w:rPr>
        <w:t xml:space="preserve"> </w:t>
      </w:r>
      <w:r>
        <w:rPr>
          <w:rFonts w:ascii="Malgun Gothic" w:hAnsi="Malgun Gothic" w:eastAsia="Malgun Gothic" w:cs="Malgun Gothic"/>
        </w:rPr>
        <w:t>프로그램의</w:t>
      </w:r>
      <w:r>
        <w:rPr>
          <w:rFonts w:ascii="Times New Roman" w:hAnsi="Times New Roman" w:eastAsia="Times New Roman" w:cs="Times New Roman"/>
        </w:rPr>
        <w:t xml:space="preserve"> </w:t>
      </w:r>
      <w:r>
        <w:rPr>
          <w:rFonts w:ascii="Malgun Gothic" w:hAnsi="Malgun Gothic" w:eastAsia="Malgun Gothic" w:cs="Malgun Gothic"/>
        </w:rPr>
        <w:t>위기에도</w:t>
      </w:r>
      <w:r>
        <w:rPr>
          <w:rFonts w:ascii="Times New Roman" w:hAnsi="Times New Roman" w:eastAsia="Times New Roman" w:cs="Times New Roman"/>
        </w:rPr>
        <w:t xml:space="preserve"> </w:t>
      </w:r>
      <w:r>
        <w:rPr>
          <w:rFonts w:ascii="Malgun Gothic" w:hAnsi="Malgun Gothic" w:eastAsia="Malgun Gothic" w:cs="Malgun Gothic"/>
        </w:rPr>
        <w:t>직면하게</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영감은</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사실을</w:t>
      </w:r>
      <w:r>
        <w:rPr>
          <w:rFonts w:ascii="Times New Roman" w:hAnsi="Times New Roman" w:eastAsia="Times New Roman" w:cs="Times New Roman"/>
        </w:rPr>
        <w:t xml:space="preserve"> </w:t>
      </w:r>
      <w:r>
        <w:rPr>
          <w:rFonts w:ascii="Malgun Gothic" w:hAnsi="Malgun Gothic" w:eastAsia="Malgun Gothic" w:cs="Malgun Gothic"/>
        </w:rPr>
        <w:t>밝혀</w:t>
      </w:r>
      <w:r>
        <w:rPr>
          <w:rFonts w:ascii="Times New Roman" w:hAnsi="Times New Roman" w:eastAsia="Times New Roman" w:cs="Times New Roman"/>
        </w:rPr>
        <w:t xml:space="preserve"> </w:t>
      </w:r>
      <w:r>
        <w:rPr>
          <w:rFonts w:ascii="Malgun Gothic" w:hAnsi="Malgun Gothic" w:eastAsia="Malgun Gothic" w:cs="Malgun Gothic"/>
        </w:rPr>
        <w:t>주며</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날들의</w:t>
      </w:r>
      <w:r>
        <w:rPr>
          <w:rFonts w:ascii="Times New Roman" w:hAnsi="Times New Roman" w:eastAsia="Times New Roman" w:cs="Times New Roman"/>
        </w:rPr>
        <w:t xml:space="preserve"> </w:t>
      </w:r>
      <w:r>
        <w:rPr>
          <w:rFonts w:ascii="Malgun Gothic" w:hAnsi="Malgun Gothic" w:eastAsia="Malgun Gothic" w:cs="Malgun Gothic"/>
        </w:rPr>
        <w:t>지도자들이</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문제를</w:t>
      </w:r>
      <w:r>
        <w:rPr>
          <w:rFonts w:ascii="Times New Roman" w:hAnsi="Times New Roman" w:eastAsia="Times New Roman" w:cs="Times New Roman"/>
        </w:rPr>
        <w:t xml:space="preserve"> </w:t>
      </w:r>
      <w:r>
        <w:rPr>
          <w:rFonts w:ascii="Malgun Gothic" w:hAnsi="Malgun Gothic" w:eastAsia="Malgun Gothic" w:cs="Malgun Gothic"/>
        </w:rPr>
        <w:t>어떻게</w:t>
      </w:r>
      <w:r>
        <w:rPr>
          <w:rFonts w:ascii="Times New Roman" w:hAnsi="Times New Roman" w:eastAsia="Times New Roman" w:cs="Times New Roman"/>
        </w:rPr>
        <w:t xml:space="preserve"> </w:t>
      </w:r>
      <w:r>
        <w:rPr>
          <w:rFonts w:ascii="Malgun Gothic" w:hAnsi="Malgun Gothic" w:eastAsia="Malgun Gothic" w:cs="Malgun Gothic"/>
        </w:rPr>
        <w:t>다루어야</w:t>
      </w:r>
      <w:r>
        <w:rPr>
          <w:rFonts w:ascii="Times New Roman" w:hAnsi="Times New Roman" w:eastAsia="Times New Roman" w:cs="Times New Roman"/>
        </w:rPr>
        <w:t xml:space="preserve"> </w:t>
      </w:r>
      <w:r>
        <w:rPr>
          <w:rFonts w:ascii="Malgun Gothic" w:hAnsi="Malgun Gothic" w:eastAsia="Malgun Gothic" w:cs="Malgun Gothic"/>
        </w:rPr>
        <w:t>할지</w:t>
      </w:r>
      <w:r>
        <w:rPr>
          <w:rFonts w:ascii="Times New Roman" w:hAnsi="Times New Roman" w:eastAsia="Times New Roman" w:cs="Times New Roman"/>
        </w:rPr>
        <w:t xml:space="preserve"> </w:t>
      </w:r>
      <w:r>
        <w:rPr>
          <w:rFonts w:ascii="Malgun Gothic" w:hAnsi="Malgun Gothic" w:eastAsia="Malgun Gothic" w:cs="Malgun Gothic"/>
        </w:rPr>
        <w:t>알지</w:t>
      </w:r>
      <w:r>
        <w:rPr>
          <w:rFonts w:ascii="Times New Roman" w:hAnsi="Times New Roman" w:eastAsia="Times New Roman" w:cs="Times New Roman"/>
        </w:rPr>
        <w:t xml:space="preserve"> </w:t>
      </w:r>
      <w:r>
        <w:rPr>
          <w:rFonts w:ascii="Malgun Gothic" w:hAnsi="Malgun Gothic" w:eastAsia="Malgun Gothic" w:cs="Malgun Gothic"/>
        </w:rPr>
        <w:t>못할</w:t>
      </w:r>
      <w:r>
        <w:rPr>
          <w:rFonts w:ascii="Times New Roman" w:hAnsi="Times New Roman" w:eastAsia="Times New Roman" w:cs="Times New Roman"/>
        </w:rPr>
        <w:t xml:space="preserve"> </w:t>
      </w:r>
      <w:r>
        <w:rPr>
          <w:rFonts w:ascii="Malgun Gothic" w:hAnsi="Malgun Gothic" w:eastAsia="Malgun Gothic" w:cs="Malgun Gothic"/>
        </w:rPr>
        <w:t>것임도</w:t>
      </w:r>
      <w:r>
        <w:rPr>
          <w:rFonts w:ascii="Times New Roman" w:hAnsi="Times New Roman" w:eastAsia="Times New Roman" w:cs="Times New Roman"/>
        </w:rPr>
        <w:t xml:space="preserve"> </w:t>
      </w:r>
      <w:r>
        <w:rPr>
          <w:rFonts w:ascii="Malgun Gothic" w:hAnsi="Malgun Gothic" w:eastAsia="Malgun Gothic" w:cs="Malgun Gothic"/>
        </w:rPr>
        <w:t>밝혀</w:t>
      </w:r>
      <w:r>
        <w:rPr>
          <w:rFonts w:ascii="Times New Roman" w:hAnsi="Times New Roman" w:eastAsia="Times New Roman" w:cs="Times New Roman"/>
        </w:rPr>
        <w:t xml:space="preserve"> </w:t>
      </w:r>
      <w:r>
        <w:rPr>
          <w:rFonts w:ascii="Malgun Gothic" w:hAnsi="Malgun Gothic" w:eastAsia="Malgun Gothic" w:cs="Malgun Gothic"/>
        </w:rPr>
        <w:t>준다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“Abangi si benshi, ndetse no mu barimu n’abanyapolitiki, basobanukirwa impamvu zishingiyeho imimerere y’iki gihe y’umuryango mugari. Abafite ububasha bwo kuyobora leta ntibashobora gukemura ikibazo cy’iyangirika ry’imico, ubukene, ubukene bukabije, n’ubwiyongere bw’ubugizi bwa nabi. Barwana ubusa bashaka gushyira ibikorwa by’ubucuruzi ku rufatiro rurushaho gukomera. Iyo abantu barushaho kwitondera inyigisho z’Ijambo ry’Imana, babona umuti w’ibibazo bibazahaza.”</w:t>
      </w:r>
    </w:p>
    <w:p>
      <w:pPr>
        <w:pStyle w:val="ArticleScripture"/>
        <w:jc w:val="left"/>
      </w:pPr>
      <w:r>
        <w:rPr>
          <w:rFonts w:ascii="Times New Roman" w:hAnsi="Times New Roman" w:eastAsia="Times New Roman" w:cs="Times New Roman"/>
        </w:rPr>
        <w:t>“Imiandiko Yera isobanura imimerere y’isi izaba iriho mbere gato yo kuza kwa kabiri kwa Kristo. Ku byerekeye abantu birundanyiriza ubutunzi bwinshi binyuze mu bujura no mu bwambuzi, handitswe ngo: ‘Mwihunikiye ubutunzi ku minsi y’imperuka. Dore, igihembo cy’abakozi basaruye mu mirima yanyu, mwimanye ku buriganya, kirataka: kandi gutaka kw’abasaruraga kwinjiye mu matwi y’Umwami Nyiringabo. Mwariho mu munezero ku isi, kandi mwiberaga mu iraha; mwagaburiye imitima yanyu nk’aho ari ku munsi wo kubaga. Mwakondemeye umukiranutsi kandi muramwica; kandi ntabarwanya.’ Yakobo 5:3–6.” Testimonies, volume 9, 13.</w:t>
      </w:r>
    </w:p>
    <w:p>
      <w:pPr>
        <w:pStyle w:val="ArticleBody"/>
        <w:jc w:val="left"/>
      </w:pPr>
      <w:r>
        <w:rPr>
          <w:rFonts w:ascii="Times New Roman" w:hAnsi="Times New Roman" w:eastAsia="Times New Roman" w:cs="Times New Roman"/>
        </w:rPr>
        <w:t>amapulezidenti omusembayo alikwata “enkoba z’obufuzi,” naye talisobola “okugonjoola ekizibu ky’obuvundu bw’empisa, obwavu, obusabirizi, n’obumenyi bw’amateeka obweyongera.” Era talisobola “okuteeka emirimu gy’obusuubuzi ku musingi ogusingawo obunywevu.” Ebizibu bino byonna bikwatagana n’ababanki n’abasuubuzi abagagga ennyo ab’ennaku ez’oluvannyuma. “Obusabirizi” bukozesebwa okunnyonnyola embeera y’abo abeesigama ku buyambi obuweebwa abaavu oba obulamuzi obuweebwa gavumenti ez’ebitundu oba ebibiina eby’obugabi. Mu bibiina by’abantu bingi, obusabirizi bwakwataganyizibwanga n’ensonyi ez’ekibiina ky’abantu era emirundi mingi ne buviiramu okuteekebwa ku bbali n’okusosolebwa kw’abo abayitamu mu bwavu. Enteekateeka mu byafaayo bya Amerika eyafulumya “obusabirizi,” ye nteekateeka egambibwa okuba nga yagunjibwa okuyamba abo abasibiddwa mu bwavu okusobola okugwegattulako. Mu kifo ky’ekyo, yafulumya enkola ya gavumenti ey’obuyambi ey’okukuuma abo basabirizi mu buddu bw’ebyenfuna.</w:t>
      </w:r>
    </w:p>
    <w:p>
      <w:pPr>
        <w:pStyle w:val="ArticleBody"/>
        <w:jc w:val="left"/>
      </w:pPr>
      <w:r>
        <w:rPr>
          <w:rFonts w:ascii="Times New Roman" w:hAnsi="Times New Roman" w:eastAsia="Times New Roman" w:cs="Times New Roman"/>
        </w:rPr>
        <w:t>Kinyume cha muda mfupi baada ya Vita vya Pili vya Dunia, Umoja wa Mataifa ulianza kufanya kazi. Hili lilitoa ushuhuda wa pili kutoka katika vita viwili vya kwanza vya dunia kwamba ufalme wa saba (Umoja wa Mataifa) utawekwa juu ya kiti cha enzi cha dunia. Vita vya kwanza vya dunia vilitambulisha jukumu la mfumo wa benki wa ulimwengu mzima uliokubaliwa katika historia ya vita vya kwanza vya dunia, na makusudi ya wale mabenki na wafanyabiashara wa dunia ya kurudi kwenye mfumo wa kifyudali, kama ulivyowakilishwa katika vita vya pili vya dunia. Mipango yote hii; serikali ya dunia moja, mfumo wa uchumi wa matajiri kupita kiasi kuwatawala maskini kupita kiasi, na mfumo mmoja wa fedha wa ulimwengu ambao utamruhusu kushiriki tu yeyote yule ambaye utaona inafaa amruhusu, ilitoka kwa yule joka, ambaye yuko vitani na rais wa nane, ambaye ni mmoja wa wale saba.</w:t>
      </w:r>
    </w:p>
    <w:p>
      <w:pPr>
        <w:pStyle w:val="ArticleBody"/>
        <w:jc w:val="left"/>
      </w:pPr>
      <w:r>
        <w:rPr>
          <w:rFonts w:ascii="Malgun Gothic" w:hAnsi="Malgun Gothic" w:eastAsia="Malgun Gothic" w:cs="Malgun Gothic"/>
        </w:rPr>
        <w:t>해당</w:t>
      </w:r>
      <w:r>
        <w:rPr>
          <w:rFonts w:ascii="Times New Roman" w:hAnsi="Times New Roman" w:eastAsia="Times New Roman" w:cs="Times New Roman"/>
        </w:rPr>
        <w:t xml:space="preserve"> </w:t>
      </w:r>
      <w:r>
        <w:rPr>
          <w:rFonts w:ascii="Malgun Gothic" w:hAnsi="Malgun Gothic" w:eastAsia="Malgun Gothic" w:cs="Malgun Gothic"/>
        </w:rPr>
        <w:t>요소들이</w:t>
      </w:r>
      <w:r>
        <w:rPr>
          <w:rFonts w:ascii="Times New Roman" w:hAnsi="Times New Roman" w:eastAsia="Times New Roman" w:cs="Times New Roman"/>
        </w:rPr>
        <w:t xml:space="preserve"> </w:t>
      </w:r>
      <w:r>
        <w:rPr>
          <w:rFonts w:ascii="Malgun Gothic" w:hAnsi="Malgun Gothic" w:eastAsia="Malgun Gothic" w:cs="Malgun Gothic"/>
        </w:rPr>
        <w:t>보여</w:t>
      </w:r>
      <w:r>
        <w:rPr>
          <w:rFonts w:ascii="Times New Roman" w:hAnsi="Times New Roman" w:eastAsia="Times New Roman" w:cs="Times New Roman"/>
        </w:rPr>
        <w:t xml:space="preserve"> </w:t>
      </w:r>
      <w:r>
        <w:rPr>
          <w:rFonts w:ascii="Malgun Gothic" w:hAnsi="Malgun Gothic" w:eastAsia="Malgun Gothic" w:cs="Malgun Gothic"/>
        </w:rPr>
        <w:t>주는</w:t>
      </w:r>
      <w:r>
        <w:rPr>
          <w:rFonts w:ascii="Times New Roman" w:hAnsi="Times New Roman" w:eastAsia="Times New Roman" w:cs="Times New Roman"/>
        </w:rPr>
        <w:t xml:space="preserve"> </w:t>
      </w:r>
      <w:r>
        <w:rPr>
          <w:rFonts w:ascii="Malgun Gothic" w:hAnsi="Malgun Gothic" w:eastAsia="Malgun Gothic" w:cs="Malgun Gothic"/>
        </w:rPr>
        <w:t>논리는</w:t>
      </w:r>
      <w:r>
        <w:rPr>
          <w:rFonts w:ascii="Times New Roman" w:hAnsi="Times New Roman" w:eastAsia="Times New Roman" w:cs="Times New Roman"/>
        </w:rPr>
        <w:t xml:space="preserve">, </w:t>
      </w:r>
      <w:r>
        <w:rPr>
          <w:rFonts w:ascii="Malgun Gothic" w:hAnsi="Malgun Gothic" w:eastAsia="Malgun Gothic" w:cs="Malgun Gothic"/>
        </w:rPr>
        <w:t>문제</w:t>
      </w:r>
      <w:r>
        <w:rPr>
          <w:rFonts w:ascii="Times New Roman" w:hAnsi="Times New Roman" w:eastAsia="Times New Roman" w:cs="Times New Roman"/>
        </w:rPr>
        <w:t xml:space="preserve"> </w:t>
      </w:r>
      <w:r>
        <w:rPr>
          <w:rFonts w:ascii="Malgun Gothic" w:hAnsi="Malgun Gothic" w:eastAsia="Malgun Gothic" w:cs="Malgun Gothic"/>
        </w:rPr>
        <w:t>해결에</w:t>
      </w:r>
      <w:r>
        <w:rPr>
          <w:rFonts w:ascii="Times New Roman" w:hAnsi="Times New Roman" w:eastAsia="Times New Roman" w:cs="Times New Roman"/>
        </w:rPr>
        <w:t xml:space="preserve"> </w:t>
      </w:r>
      <w:r>
        <w:rPr>
          <w:rFonts w:ascii="Malgun Gothic" w:hAnsi="Malgun Gothic" w:eastAsia="Malgun Gothic" w:cs="Malgun Gothic"/>
        </w:rPr>
        <w:t>접근함에</w:t>
      </w:r>
      <w:r>
        <w:rPr>
          <w:rFonts w:ascii="Times New Roman" w:hAnsi="Times New Roman" w:eastAsia="Times New Roman" w:cs="Times New Roman"/>
        </w:rPr>
        <w:t xml:space="preserve"> </w:t>
      </w:r>
      <w:r>
        <w:rPr>
          <w:rFonts w:ascii="Malgun Gothic" w:hAnsi="Malgun Gothic" w:eastAsia="Malgun Gothic" w:cs="Malgun Gothic"/>
        </w:rPr>
        <w:t>있어</w:t>
      </w:r>
      <w:r>
        <w:rPr>
          <w:rFonts w:ascii="Times New Roman" w:hAnsi="Times New Roman" w:eastAsia="Times New Roman" w:cs="Times New Roman"/>
        </w:rPr>
        <w:t xml:space="preserve"> </w:t>
      </w:r>
      <w:r>
        <w:rPr>
          <w:rFonts w:ascii="Malgun Gothic" w:hAnsi="Malgun Gothic" w:eastAsia="Malgun Gothic" w:cs="Malgun Gothic"/>
        </w:rPr>
        <w:t>독재적으로</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수밖에</w:t>
      </w:r>
      <w:r>
        <w:rPr>
          <w:rFonts w:ascii="Times New Roman" w:hAnsi="Times New Roman" w:eastAsia="Times New Roman" w:cs="Times New Roman"/>
        </w:rPr>
        <w:t xml:space="preserve"> </w:t>
      </w:r>
      <w:r>
        <w:rPr>
          <w:rFonts w:ascii="Malgun Gothic" w:hAnsi="Malgun Gothic" w:eastAsia="Malgun Gothic" w:cs="Malgun Gothic"/>
        </w:rPr>
        <w:t>없다고</w:t>
      </w:r>
      <w:r>
        <w:rPr>
          <w:rFonts w:ascii="Times New Roman" w:hAnsi="Times New Roman" w:eastAsia="Times New Roman" w:cs="Times New Roman"/>
        </w:rPr>
        <w:t xml:space="preserve"> </w:t>
      </w:r>
      <w:r>
        <w:rPr>
          <w:rFonts w:ascii="Malgun Gothic" w:hAnsi="Malgun Gothic" w:eastAsia="Malgun Gothic" w:cs="Malgun Gothic"/>
        </w:rPr>
        <w:t>느끼게</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대통령을</w:t>
      </w:r>
      <w:r>
        <w:rPr>
          <w:rFonts w:ascii="Times New Roman" w:hAnsi="Times New Roman" w:eastAsia="Times New Roman" w:cs="Times New Roman"/>
        </w:rPr>
        <w:t xml:space="preserve"> </w:t>
      </w:r>
      <w:r>
        <w:rPr>
          <w:rFonts w:ascii="Malgun Gothic" w:hAnsi="Malgun Gothic" w:eastAsia="Malgun Gothic" w:cs="Malgun Gothic"/>
        </w:rPr>
        <w:t>분명히</w:t>
      </w:r>
      <w:r>
        <w:rPr>
          <w:rFonts w:ascii="Times New Roman" w:hAnsi="Times New Roman" w:eastAsia="Times New Roman" w:cs="Times New Roman"/>
        </w:rPr>
        <w:t xml:space="preserve"> </w:t>
      </w:r>
      <w:r>
        <w:rPr>
          <w:rFonts w:ascii="Malgun Gothic" w:hAnsi="Malgun Gothic" w:eastAsia="Malgun Gothic" w:cs="Malgun Gothic"/>
        </w:rPr>
        <w:t>보여</w:t>
      </w:r>
      <w:r>
        <w:rPr>
          <w:rFonts w:ascii="Times New Roman" w:hAnsi="Times New Roman" w:eastAsia="Times New Roman" w:cs="Times New Roman"/>
        </w:rPr>
        <w:t xml:space="preserve"> </w:t>
      </w:r>
      <w:r>
        <w:rPr>
          <w:rFonts w:ascii="Malgun Gothic" w:hAnsi="Malgun Gothic" w:eastAsia="Malgun Gothic" w:cs="Malgun Gothic"/>
        </w:rPr>
        <w:t>준다</w:t>
      </w:r>
      <w:r>
        <w:rPr>
          <w:rFonts w:ascii="Times New Roman" w:hAnsi="Times New Roman" w:eastAsia="Times New Roman" w:cs="Times New Roman"/>
        </w:rPr>
        <w:t xml:space="preserve">. </w:t>
      </w:r>
      <w:r>
        <w:rPr>
          <w:rFonts w:ascii="Malgun Gothic" w:hAnsi="Malgun Gothic" w:eastAsia="Malgun Gothic" w:cs="Malgun Gothic"/>
        </w:rPr>
        <w:t>우리는</w:t>
      </w:r>
      <w:r>
        <w:rPr>
          <w:rFonts w:ascii="Times New Roman" w:hAnsi="Times New Roman" w:eastAsia="Times New Roman" w:cs="Times New Roman"/>
        </w:rPr>
        <w:t xml:space="preserve"> </w:t>
      </w:r>
      <w:r>
        <w:rPr>
          <w:rFonts w:ascii="Malgun Gothic" w:hAnsi="Malgun Gothic" w:eastAsia="Malgun Gothic" w:cs="Malgun Gothic"/>
        </w:rPr>
        <w:t>다만</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말씀이</w:t>
      </w:r>
      <w:r>
        <w:rPr>
          <w:rFonts w:ascii="Times New Roman" w:hAnsi="Times New Roman" w:eastAsia="Times New Roman" w:cs="Times New Roman"/>
        </w:rPr>
        <w:t xml:space="preserve"> </w:t>
      </w:r>
      <w:r>
        <w:rPr>
          <w:rFonts w:ascii="Malgun Gothic" w:hAnsi="Malgun Gothic" w:eastAsia="Malgun Gothic" w:cs="Malgun Gothic"/>
        </w:rPr>
        <w:t>땅의</w:t>
      </w:r>
      <w:r>
        <w:rPr>
          <w:rFonts w:ascii="Times New Roman" w:hAnsi="Times New Roman" w:eastAsia="Times New Roman" w:cs="Times New Roman"/>
        </w:rPr>
        <w:t xml:space="preserve"> </w:t>
      </w:r>
      <w:r>
        <w:rPr>
          <w:rFonts w:ascii="Malgun Gothic" w:hAnsi="Malgun Gothic" w:eastAsia="Malgun Gothic" w:cs="Malgun Gothic"/>
        </w:rPr>
        <w:t>짐승의</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대통령의</w:t>
      </w:r>
      <w:r>
        <w:rPr>
          <w:rFonts w:ascii="Times New Roman" w:hAnsi="Times New Roman" w:eastAsia="Times New Roman" w:cs="Times New Roman"/>
        </w:rPr>
        <w:t xml:space="preserve"> </w:t>
      </w:r>
      <w:r>
        <w:rPr>
          <w:rFonts w:ascii="Malgun Gothic" w:hAnsi="Malgun Gothic" w:eastAsia="Malgun Gothic" w:cs="Malgun Gothic"/>
        </w:rPr>
        <w:t>역사</w:t>
      </w:r>
      <w:r>
        <w:rPr>
          <w:rFonts w:ascii="Times New Roman" w:hAnsi="Times New Roman" w:eastAsia="Times New Roman" w:cs="Times New Roman"/>
        </w:rPr>
        <w:t xml:space="preserve"> </w:t>
      </w:r>
      <w:r>
        <w:rPr>
          <w:rFonts w:ascii="Malgun Gothic" w:hAnsi="Malgun Gothic" w:eastAsia="Malgun Gothic" w:cs="Malgun Gothic"/>
        </w:rPr>
        <w:t>동안</w:t>
      </w:r>
      <w:r>
        <w:rPr>
          <w:rFonts w:ascii="Times New Roman" w:hAnsi="Times New Roman" w:eastAsia="Times New Roman" w:cs="Times New Roman"/>
        </w:rPr>
        <w:t xml:space="preserve"> </w:t>
      </w:r>
      <w:r>
        <w:rPr>
          <w:rFonts w:ascii="Malgun Gothic" w:hAnsi="Malgun Gothic" w:eastAsia="Malgun Gothic" w:cs="Malgun Gothic"/>
        </w:rPr>
        <w:t>전개될</w:t>
      </w:r>
      <w:r>
        <w:rPr>
          <w:rFonts w:ascii="Times New Roman" w:hAnsi="Times New Roman" w:eastAsia="Times New Roman" w:cs="Times New Roman"/>
        </w:rPr>
        <w:t xml:space="preserve"> </w:t>
      </w:r>
      <w:r>
        <w:rPr>
          <w:rFonts w:ascii="Malgun Gothic" w:hAnsi="Malgun Gothic" w:eastAsia="Malgun Gothic" w:cs="Malgun Gothic"/>
        </w:rPr>
        <w:t>것이라고</w:t>
      </w:r>
      <w:r>
        <w:rPr>
          <w:rFonts w:ascii="Times New Roman" w:hAnsi="Times New Roman" w:eastAsia="Times New Roman" w:cs="Times New Roman"/>
        </w:rPr>
        <w:t xml:space="preserve"> </w:t>
      </w:r>
      <w:r>
        <w:rPr>
          <w:rFonts w:ascii="Malgun Gothic" w:hAnsi="Malgun Gothic" w:eastAsia="Malgun Gothic" w:cs="Malgun Gothic"/>
        </w:rPr>
        <w:t>밝혀</w:t>
      </w:r>
      <w:r>
        <w:rPr>
          <w:rFonts w:ascii="Times New Roman" w:hAnsi="Times New Roman" w:eastAsia="Times New Roman" w:cs="Times New Roman"/>
        </w:rPr>
        <w:t xml:space="preserve"> </w:t>
      </w:r>
      <w:r>
        <w:rPr>
          <w:rFonts w:ascii="Malgun Gothic" w:hAnsi="Malgun Gothic" w:eastAsia="Malgun Gothic" w:cs="Malgun Gothic"/>
        </w:rPr>
        <w:t>놓은</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환경을</w:t>
      </w:r>
      <w:r>
        <w:rPr>
          <w:rFonts w:ascii="Times New Roman" w:hAnsi="Times New Roman" w:eastAsia="Times New Roman" w:cs="Times New Roman"/>
        </w:rPr>
        <w:t xml:space="preserve"> </w:t>
      </w:r>
      <w:r>
        <w:rPr>
          <w:rFonts w:ascii="Malgun Gothic" w:hAnsi="Malgun Gothic" w:eastAsia="Malgun Gothic" w:cs="Malgun Gothic"/>
        </w:rPr>
        <w:t>확인하고</w:t>
      </w:r>
      <w:r>
        <w:rPr>
          <w:rFonts w:ascii="Times New Roman" w:hAnsi="Times New Roman" w:eastAsia="Times New Roman" w:cs="Times New Roman"/>
        </w:rPr>
        <w:t xml:space="preserve"> </w:t>
      </w:r>
      <w:r>
        <w:rPr>
          <w:rFonts w:ascii="Malgun Gothic" w:hAnsi="Malgun Gothic" w:eastAsia="Malgun Gothic" w:cs="Malgun Gothic"/>
        </w:rPr>
        <w:t>있을</w:t>
      </w:r>
      <w:r>
        <w:rPr>
          <w:rFonts w:ascii="Times New Roman" w:hAnsi="Times New Roman" w:eastAsia="Times New Roman" w:cs="Times New Roman"/>
        </w:rPr>
        <w:t xml:space="preserve"> </w:t>
      </w:r>
      <w:r>
        <w:rPr>
          <w:rFonts w:ascii="Malgun Gothic" w:hAnsi="Malgun Gothic" w:eastAsia="Malgun Gothic" w:cs="Malgun Gothic"/>
        </w:rPr>
        <w:t>뿐이다</w:t>
      </w:r>
      <w:r>
        <w:rPr>
          <w:rFonts w:ascii="Times New Roman" w:hAnsi="Times New Roman" w:eastAsia="Times New Roman" w:cs="Times New Roman"/>
        </w:rPr>
        <w:t xml:space="preserve">. </w:t>
      </w:r>
      <w:r>
        <w:rPr>
          <w:rFonts w:ascii="Malgun Gothic" w:hAnsi="Malgun Gothic" w:eastAsia="Malgun Gothic" w:cs="Malgun Gothic"/>
        </w:rPr>
        <w:t>이전</w:t>
      </w:r>
      <w:r>
        <w:rPr>
          <w:rFonts w:ascii="Times New Roman" w:hAnsi="Times New Roman" w:eastAsia="Times New Roman" w:cs="Times New Roman"/>
        </w:rPr>
        <w:t xml:space="preserve"> </w:t>
      </w:r>
      <w:r>
        <w:rPr>
          <w:rFonts w:ascii="Malgun Gothic" w:hAnsi="Malgun Gothic" w:eastAsia="Malgun Gothic" w:cs="Malgun Gothic"/>
        </w:rPr>
        <w:t>글에서</w:t>
      </w:r>
      <w:r>
        <w:rPr>
          <w:rFonts w:ascii="Times New Roman" w:hAnsi="Times New Roman" w:eastAsia="Times New Roman" w:cs="Times New Roman"/>
        </w:rPr>
        <w:t xml:space="preserve"> </w:t>
      </w:r>
      <w:r>
        <w:rPr>
          <w:rFonts w:ascii="Malgun Gothic" w:hAnsi="Malgun Gothic" w:eastAsia="Malgun Gothic" w:cs="Malgun Gothic"/>
        </w:rPr>
        <w:t>우리는</w:t>
      </w:r>
      <w:r>
        <w:rPr>
          <w:rFonts w:ascii="Times New Roman" w:hAnsi="Times New Roman" w:eastAsia="Times New Roman" w:cs="Times New Roman"/>
        </w:rPr>
        <w:t xml:space="preserve"> </w:t>
      </w:r>
      <w:r>
        <w:rPr>
          <w:rFonts w:ascii="Malgun Gothic" w:hAnsi="Malgun Gothic" w:eastAsia="Malgun Gothic" w:cs="Malgun Gothic"/>
        </w:rPr>
        <w:t>그녀가</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w:t>
      </w:r>
      <w:r>
        <w:rPr>
          <w:rFonts w:ascii="Times New Roman" w:hAnsi="Times New Roman" w:eastAsia="Times New Roman" w:cs="Times New Roman"/>
        </w:rPr>
        <w:t xml:space="preserve"> </w:t>
      </w:r>
      <w:r>
        <w:rPr>
          <w:rFonts w:ascii="Malgun Gothic" w:hAnsi="Malgun Gothic" w:eastAsia="Malgun Gothic" w:cs="Malgun Gothic"/>
        </w:rPr>
        <w:t>이전에</w:t>
      </w:r>
      <w:r>
        <w:rPr>
          <w:rFonts w:ascii="Times New Roman" w:hAnsi="Times New Roman" w:eastAsia="Times New Roman" w:cs="Times New Roman"/>
        </w:rPr>
        <w:t xml:space="preserve"> “</w:t>
      </w:r>
      <w:r>
        <w:rPr>
          <w:rFonts w:ascii="Malgun Gothic" w:hAnsi="Malgun Gothic" w:eastAsia="Malgun Gothic" w:cs="Malgun Gothic"/>
        </w:rPr>
        <w:t>현세적</w:t>
      </w:r>
      <w:r>
        <w:rPr>
          <w:rFonts w:ascii="Times New Roman" w:hAnsi="Times New Roman" w:eastAsia="Times New Roman" w:cs="Times New Roman"/>
        </w:rPr>
        <w:t xml:space="preserve"> </w:t>
      </w:r>
      <w:r>
        <w:rPr>
          <w:rFonts w:ascii="Malgun Gothic" w:hAnsi="Malgun Gothic" w:eastAsia="Malgun Gothic" w:cs="Malgun Gothic"/>
        </w:rPr>
        <w:t>번영</w:t>
      </w:r>
      <w:r>
        <w:rPr>
          <w:rFonts w:ascii="Times New Roman" w:hAnsi="Times New Roman" w:eastAsia="Times New Roman" w:cs="Times New Roman"/>
        </w:rPr>
        <w:t>”</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제거될</w:t>
      </w:r>
      <w:r>
        <w:rPr>
          <w:rFonts w:ascii="Times New Roman" w:hAnsi="Times New Roman" w:eastAsia="Times New Roman" w:cs="Times New Roman"/>
        </w:rPr>
        <w:t xml:space="preserve"> </w:t>
      </w:r>
      <w:r>
        <w:rPr>
          <w:rFonts w:ascii="Malgun Gothic" w:hAnsi="Malgun Gothic" w:eastAsia="Malgun Gothic" w:cs="Malgun Gothic"/>
        </w:rPr>
        <w:t>것이라고</w:t>
      </w:r>
      <w:r>
        <w:rPr>
          <w:rFonts w:ascii="Times New Roman" w:hAnsi="Times New Roman" w:eastAsia="Times New Roman" w:cs="Times New Roman"/>
        </w:rPr>
        <w:t xml:space="preserve"> </w:t>
      </w:r>
      <w:r>
        <w:rPr>
          <w:rFonts w:ascii="Malgun Gothic" w:hAnsi="Malgun Gothic" w:eastAsia="Malgun Gothic" w:cs="Malgun Gothic"/>
        </w:rPr>
        <w:t>밝히는</w:t>
      </w:r>
      <w:r>
        <w:rPr>
          <w:rFonts w:ascii="Times New Roman" w:hAnsi="Times New Roman" w:eastAsia="Times New Roman" w:cs="Times New Roman"/>
        </w:rPr>
        <w:t xml:space="preserve"> </w:t>
      </w:r>
      <w:r>
        <w:rPr>
          <w:rFonts w:ascii="Microsoft YaHei" w:hAnsi="Microsoft YaHei" w:eastAsia="Microsoft YaHei" w:cs="Microsoft YaHei"/>
        </w:rPr>
        <w:t>『</w:t>
      </w:r>
      <w:r>
        <w:rPr>
          <w:rFonts w:ascii="Malgun Gothic" w:hAnsi="Malgun Gothic" w:eastAsia="Malgun Gothic" w:cs="Malgun Gothic"/>
        </w:rPr>
        <w:t>각</w:t>
      </w:r>
      <w:r>
        <w:rPr>
          <w:rFonts w:ascii="Times New Roman" w:hAnsi="Times New Roman" w:eastAsia="Times New Roman" w:cs="Times New Roman"/>
        </w:rPr>
        <w:t xml:space="preserve"> </w:t>
      </w:r>
      <w:r>
        <w:rPr>
          <w:rFonts w:ascii="Malgun Gothic" w:hAnsi="Malgun Gothic" w:eastAsia="Malgun Gothic" w:cs="Malgun Gothic"/>
        </w:rPr>
        <w:t>시대의</w:t>
      </w:r>
      <w:r>
        <w:rPr>
          <w:rFonts w:ascii="Times New Roman" w:hAnsi="Times New Roman" w:eastAsia="Times New Roman" w:cs="Times New Roman"/>
        </w:rPr>
        <w:t xml:space="preserve"> </w:t>
      </w:r>
      <w:r>
        <w:rPr>
          <w:rFonts w:ascii="Malgun Gothic" w:hAnsi="Malgun Gothic" w:eastAsia="Malgun Gothic" w:cs="Malgun Gothic"/>
        </w:rPr>
        <w:t>대쟁투</w:t>
      </w:r>
      <w:r>
        <w:rPr>
          <w:rFonts w:ascii="Microsoft YaHei" w:hAnsi="Microsoft YaHei" w:eastAsia="Microsoft YaHei" w:cs="Microsoft YaHei"/>
        </w:rPr>
        <w:t>』</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구절을</w:t>
      </w:r>
      <w:r>
        <w:rPr>
          <w:rFonts w:ascii="Times New Roman" w:hAnsi="Times New Roman" w:eastAsia="Times New Roman" w:cs="Times New Roman"/>
        </w:rPr>
        <w:t xml:space="preserve"> </w:t>
      </w:r>
      <w:r>
        <w:rPr>
          <w:rFonts w:ascii="Malgun Gothic" w:hAnsi="Malgun Gothic" w:eastAsia="Malgun Gothic" w:cs="Malgun Gothic"/>
        </w:rPr>
        <w:t>언급하였다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구절은</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날들의</w:t>
      </w:r>
      <w:r>
        <w:rPr>
          <w:rFonts w:ascii="Times New Roman" w:hAnsi="Times New Roman" w:eastAsia="Times New Roman" w:cs="Times New Roman"/>
        </w:rPr>
        <w:t xml:space="preserve"> </w:t>
      </w:r>
      <w:r>
        <w:rPr>
          <w:rFonts w:ascii="Malgun Gothic" w:hAnsi="Malgun Gothic" w:eastAsia="Malgun Gothic" w:cs="Malgun Gothic"/>
        </w:rPr>
        <w:t>많은</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특징들을</w:t>
      </w:r>
      <w:r>
        <w:rPr>
          <w:rFonts w:ascii="Times New Roman" w:hAnsi="Times New Roman" w:eastAsia="Times New Roman" w:cs="Times New Roman"/>
        </w:rPr>
        <w:t xml:space="preserve"> </w:t>
      </w:r>
      <w:r>
        <w:rPr>
          <w:rFonts w:ascii="Malgun Gothic" w:hAnsi="Malgun Gothic" w:eastAsia="Malgun Gothic" w:cs="Malgun Gothic"/>
        </w:rPr>
        <w:t>제시하며</w:t>
      </w:r>
      <w:r>
        <w:rPr>
          <w:rFonts w:ascii="Times New Roman" w:hAnsi="Times New Roman" w:eastAsia="Times New Roman" w:cs="Times New Roman"/>
        </w:rPr>
        <w:t xml:space="preserve">, </w:t>
      </w:r>
      <w:r>
        <w:rPr>
          <w:rFonts w:ascii="Malgun Gothic" w:hAnsi="Malgun Gothic" w:eastAsia="Malgun Gothic" w:cs="Malgun Gothic"/>
        </w:rPr>
        <w:t>그녀가</w:t>
      </w:r>
      <w:r>
        <w:rPr>
          <w:rFonts w:ascii="Times New Roman" w:hAnsi="Times New Roman" w:eastAsia="Times New Roman" w:cs="Times New Roman"/>
        </w:rPr>
        <w:t xml:space="preserve"> </w:t>
      </w:r>
      <w:r>
        <w:rPr>
          <w:rFonts w:ascii="Malgun Gothic" w:hAnsi="Malgun Gothic" w:eastAsia="Malgun Gothic" w:cs="Malgun Gothic"/>
        </w:rPr>
        <w:t>다루는</w:t>
      </w:r>
      <w:r>
        <w:rPr>
          <w:rFonts w:ascii="Times New Roman" w:hAnsi="Times New Roman" w:eastAsia="Times New Roman" w:cs="Times New Roman"/>
        </w:rPr>
        <w:t xml:space="preserve"> </w:t>
      </w:r>
      <w:r>
        <w:rPr>
          <w:rFonts w:ascii="Malgun Gothic" w:hAnsi="Malgun Gothic" w:eastAsia="Malgun Gothic" w:cs="Malgun Gothic"/>
        </w:rPr>
        <w:t>요점들은</w:t>
      </w:r>
      <w:r>
        <w:rPr>
          <w:rFonts w:ascii="Times New Roman" w:hAnsi="Times New Roman" w:eastAsia="Times New Roman" w:cs="Times New Roman"/>
        </w:rPr>
        <w:t xml:space="preserve"> </w:t>
      </w:r>
      <w:r>
        <w:rPr>
          <w:rFonts w:ascii="Malgun Gothic" w:hAnsi="Malgun Gothic" w:eastAsia="Malgun Gothic" w:cs="Malgun Gothic"/>
        </w:rPr>
        <w:t>미국에서</w:t>
      </w:r>
      <w:r>
        <w:rPr>
          <w:rFonts w:ascii="Times New Roman" w:hAnsi="Times New Roman" w:eastAsia="Times New Roman" w:cs="Times New Roman"/>
        </w:rPr>
        <w:t xml:space="preserve">, </w:t>
      </w:r>
      <w:r>
        <w:rPr>
          <w:rFonts w:ascii="Malgun Gothic" w:hAnsi="Malgun Gothic" w:eastAsia="Malgun Gothic" w:cs="Malgun Gothic"/>
        </w:rPr>
        <w:t>그리고</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후에는</w:t>
      </w:r>
      <w:r>
        <w:rPr>
          <w:rFonts w:ascii="Times New Roman" w:hAnsi="Times New Roman" w:eastAsia="Times New Roman" w:cs="Times New Roman"/>
        </w:rPr>
        <w:t xml:space="preserve"> </w:t>
      </w:r>
      <w:r>
        <w:rPr>
          <w:rFonts w:ascii="Malgun Gothic" w:hAnsi="Malgun Gothic" w:eastAsia="Malgun Gothic" w:cs="Malgun Gothic"/>
        </w:rPr>
        <w:t>온</w:t>
      </w:r>
      <w:r>
        <w:rPr>
          <w:rFonts w:ascii="Times New Roman" w:hAnsi="Times New Roman" w:eastAsia="Times New Roman" w:cs="Times New Roman"/>
        </w:rPr>
        <w:t xml:space="preserve"> </w:t>
      </w:r>
      <w:r>
        <w:rPr>
          <w:rFonts w:ascii="Malgun Gothic" w:hAnsi="Malgun Gothic" w:eastAsia="Malgun Gothic" w:cs="Malgun Gothic"/>
        </w:rPr>
        <w:t>세상에서</w:t>
      </w:r>
      <w:r>
        <w:rPr>
          <w:rFonts w:ascii="Times New Roman" w:hAnsi="Times New Roman" w:eastAsia="Times New Roman" w:cs="Times New Roman"/>
        </w:rPr>
        <w:t xml:space="preserve">, </w:t>
      </w:r>
      <w:r>
        <w:rPr>
          <w:rFonts w:ascii="Malgun Gothic" w:hAnsi="Malgun Gothic" w:eastAsia="Malgun Gothic" w:cs="Malgun Gothic"/>
        </w:rPr>
        <w:t>짐승의</w:t>
      </w:r>
      <w:r>
        <w:rPr>
          <w:rFonts w:ascii="Times New Roman" w:hAnsi="Times New Roman" w:eastAsia="Times New Roman" w:cs="Times New Roman"/>
        </w:rPr>
        <w:t xml:space="preserve"> </w:t>
      </w:r>
      <w:r>
        <w:rPr>
          <w:rFonts w:ascii="Malgun Gothic" w:hAnsi="Malgun Gothic" w:eastAsia="Malgun Gothic" w:cs="Malgun Gothic"/>
        </w:rPr>
        <w:t>우상이</w:t>
      </w:r>
      <w:r>
        <w:rPr>
          <w:rFonts w:ascii="Times New Roman" w:hAnsi="Times New Roman" w:eastAsia="Times New Roman" w:cs="Times New Roman"/>
        </w:rPr>
        <w:t xml:space="preserve"> </w:t>
      </w:r>
      <w:r>
        <w:rPr>
          <w:rFonts w:ascii="Malgun Gothic" w:hAnsi="Malgun Gothic" w:eastAsia="Malgun Gothic" w:cs="Malgun Gothic"/>
        </w:rPr>
        <w:t>시험하는</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성취된다</w:t>
      </w:r>
      <w:r>
        <w:rPr>
          <w:rFonts w:ascii="Times New Roman" w:hAnsi="Times New Roman" w:eastAsia="Times New Roman" w:cs="Times New Roman"/>
        </w:rPr>
        <w:t xml:space="preserve">. </w:t>
      </w:r>
      <w:r>
        <w:rPr>
          <w:rFonts w:ascii="Malgun Gothic" w:hAnsi="Malgun Gothic" w:eastAsia="Malgun Gothic" w:cs="Malgun Gothic"/>
        </w:rPr>
        <w:t>그녀는</w:t>
      </w:r>
      <w:r>
        <w:rPr>
          <w:rFonts w:ascii="Times New Roman" w:hAnsi="Times New Roman" w:eastAsia="Times New Roman" w:cs="Times New Roman"/>
        </w:rPr>
        <w:t xml:space="preserve"> </w:t>
      </w:r>
      <w:r>
        <w:rPr>
          <w:rFonts w:ascii="Malgun Gothic" w:hAnsi="Malgun Gothic" w:eastAsia="Malgun Gothic" w:cs="Malgun Gothic"/>
        </w:rPr>
        <w:t>사탄이</w:t>
      </w:r>
      <w:r>
        <w:rPr>
          <w:rFonts w:ascii="Times New Roman" w:hAnsi="Times New Roman" w:eastAsia="Times New Roman" w:cs="Times New Roman"/>
        </w:rPr>
        <w:t xml:space="preserve"> </w:t>
      </w:r>
      <w:r>
        <w:rPr>
          <w:rFonts w:ascii="Malgun Gothic" w:hAnsi="Malgun Gothic" w:eastAsia="Malgun Gothic" w:cs="Malgun Gothic"/>
        </w:rPr>
        <w:t>세상을</w:t>
      </w:r>
      <w:r>
        <w:rPr>
          <w:rFonts w:ascii="Times New Roman" w:hAnsi="Times New Roman" w:eastAsia="Times New Roman" w:cs="Times New Roman"/>
        </w:rPr>
        <w:t xml:space="preserve"> </w:t>
      </w:r>
      <w:r>
        <w:rPr>
          <w:rFonts w:ascii="Malgun Gothic" w:hAnsi="Malgun Gothic" w:eastAsia="Malgun Gothic" w:cs="Malgun Gothic"/>
        </w:rPr>
        <w:t>사로잡기</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사용하는</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가지</w:t>
      </w:r>
      <w:r>
        <w:rPr>
          <w:rFonts w:ascii="Times New Roman" w:hAnsi="Times New Roman" w:eastAsia="Times New Roman" w:cs="Times New Roman"/>
        </w:rPr>
        <w:t xml:space="preserve"> </w:t>
      </w:r>
      <w:r>
        <w:rPr>
          <w:rFonts w:ascii="Malgun Gothic" w:hAnsi="Malgun Gothic" w:eastAsia="Malgun Gothic" w:cs="Malgun Gothic"/>
        </w:rPr>
        <w:t>문제를</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심령술과</w:t>
      </w:r>
      <w:r>
        <w:rPr>
          <w:rFonts w:ascii="Times New Roman" w:hAnsi="Times New Roman" w:eastAsia="Times New Roman" w:cs="Times New Roman"/>
        </w:rPr>
        <w:t xml:space="preserve"> </w:t>
      </w:r>
      <w:r>
        <w:rPr>
          <w:rFonts w:ascii="Malgun Gothic" w:hAnsi="Malgun Gothic" w:eastAsia="Malgun Gothic" w:cs="Malgun Gothic"/>
        </w:rPr>
        <w:t>일요일의</w:t>
      </w:r>
      <w:r>
        <w:rPr>
          <w:rFonts w:ascii="Times New Roman" w:hAnsi="Times New Roman" w:eastAsia="Times New Roman" w:cs="Times New Roman"/>
        </w:rPr>
        <w:t xml:space="preserve"> </w:t>
      </w:r>
      <w:r>
        <w:rPr>
          <w:rFonts w:ascii="Malgun Gothic" w:hAnsi="Malgun Gothic" w:eastAsia="Malgun Gothic" w:cs="Malgun Gothic"/>
        </w:rPr>
        <w:t>신성시로</w:t>
      </w:r>
      <w:r>
        <w:rPr>
          <w:rFonts w:ascii="Times New Roman" w:hAnsi="Times New Roman" w:eastAsia="Times New Roman" w:cs="Times New Roman"/>
        </w:rPr>
        <w:t xml:space="preserve"> </w:t>
      </w:r>
      <w:r>
        <w:rPr>
          <w:rFonts w:ascii="Malgun Gothic" w:hAnsi="Malgun Gothic" w:eastAsia="Malgun Gothic" w:cs="Malgun Gothic"/>
        </w:rPr>
        <w:t>지적한다</w:t>
      </w:r>
      <w:r>
        <w:rPr>
          <w:rFonts w:ascii="Times New Roman" w:hAnsi="Times New Roman" w:eastAsia="Times New Roman" w:cs="Times New Roman"/>
        </w:rPr>
        <w:t xml:space="preserve">. </w:t>
      </w:r>
      <w:r>
        <w:rPr>
          <w:rFonts w:ascii="Malgun Gothic" w:hAnsi="Malgun Gothic" w:eastAsia="Malgun Gothic" w:cs="Malgun Gothic"/>
        </w:rPr>
        <w:t>사탄이</w:t>
      </w:r>
      <w:r>
        <w:rPr>
          <w:rFonts w:ascii="Times New Roman" w:hAnsi="Times New Roman" w:eastAsia="Times New Roman" w:cs="Times New Roman"/>
        </w:rPr>
        <w:t xml:space="preserve"> </w:t>
      </w:r>
      <w:r>
        <w:rPr>
          <w:rFonts w:ascii="Malgun Gothic" w:hAnsi="Malgun Gothic" w:eastAsia="Malgun Gothic" w:cs="Malgun Gothic"/>
        </w:rPr>
        <w:t>사용할</w:t>
      </w:r>
      <w:r>
        <w:rPr>
          <w:rFonts w:ascii="Times New Roman" w:hAnsi="Times New Roman" w:eastAsia="Times New Roman" w:cs="Times New Roman"/>
        </w:rPr>
        <w:t xml:space="preserve"> </w:t>
      </w:r>
      <w:r>
        <w:rPr>
          <w:rFonts w:ascii="Malgun Gothic" w:hAnsi="Malgun Gothic" w:eastAsia="Malgun Gothic" w:cs="Malgun Gothic"/>
        </w:rPr>
        <w:t>치유의</w:t>
      </w:r>
      <w:r>
        <w:rPr>
          <w:rFonts w:ascii="Times New Roman" w:hAnsi="Times New Roman" w:eastAsia="Times New Roman" w:cs="Times New Roman"/>
        </w:rPr>
        <w:t xml:space="preserve"> </w:t>
      </w:r>
      <w:r>
        <w:rPr>
          <w:rFonts w:ascii="Malgun Gothic" w:hAnsi="Malgun Gothic" w:eastAsia="Malgun Gothic" w:cs="Malgun Gothic"/>
        </w:rPr>
        <w:t>기적들을</w:t>
      </w:r>
      <w:r>
        <w:rPr>
          <w:rFonts w:ascii="Times New Roman" w:hAnsi="Times New Roman" w:eastAsia="Times New Roman" w:cs="Times New Roman"/>
        </w:rPr>
        <w:t xml:space="preserve"> </w:t>
      </w:r>
      <w:r>
        <w:rPr>
          <w:rFonts w:ascii="Malgun Gothic" w:hAnsi="Malgun Gothic" w:eastAsia="Malgun Gothic" w:cs="Malgun Gothic"/>
        </w:rPr>
        <w:t>언급하는</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그녀는</w:t>
      </w:r>
      <w:r>
        <w:rPr>
          <w:rFonts w:ascii="Times New Roman" w:hAnsi="Times New Roman" w:eastAsia="Times New Roman" w:cs="Times New Roman"/>
        </w:rPr>
        <w:t xml:space="preserve"> </w:t>
      </w:r>
      <w:r>
        <w:rPr>
          <w:rFonts w:ascii="Malgun Gothic" w:hAnsi="Malgun Gothic" w:eastAsia="Malgun Gothic" w:cs="Malgun Gothic"/>
        </w:rPr>
        <w:t>우리</w:t>
      </w:r>
      <w:r>
        <w:rPr>
          <w:rFonts w:ascii="Times New Roman" w:hAnsi="Times New Roman" w:eastAsia="Times New Roman" w:cs="Times New Roman"/>
        </w:rPr>
        <w:t xml:space="preserve"> </w:t>
      </w:r>
      <w:r>
        <w:rPr>
          <w:rFonts w:ascii="Malgun Gothic" w:hAnsi="Malgun Gothic" w:eastAsia="Malgun Gothic" w:cs="Malgun Gothic"/>
        </w:rPr>
        <w:t>시대의</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다른</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쟁점을</w:t>
      </w:r>
      <w:r>
        <w:rPr>
          <w:rFonts w:ascii="Times New Roman" w:hAnsi="Times New Roman" w:eastAsia="Times New Roman" w:cs="Times New Roman"/>
        </w:rPr>
        <w:t xml:space="preserve"> </w:t>
      </w:r>
      <w:r>
        <w:rPr>
          <w:rFonts w:ascii="Malgun Gothic" w:hAnsi="Malgun Gothic" w:eastAsia="Malgun Gothic" w:cs="Malgun Gothic"/>
        </w:rPr>
        <w:t>제시한다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“Binyuze mu makosa abiri akomeye, ukudapfa k’ubugingo na ukwera kw’icyumweru, Satani azashyira abantu munsi y’ibihendo bye. Mu gihe irya mbere rishyiraho urufatiro rw’ubupfumu bw’imyuka, irya kabiri riremamo umurunga w’ubwumvikane na Roma. Abaporotesitanti bo muri Leta Zunze Ubumwe z’Amerika ni bo bazaba aba mbere mu kurambura amaboko yabo bambukiranya rwa rwobo kugira ngo bafate ukuboko kw’ubupfumu bw’imyuka; bazambukira hejuru y’inyenga kugira ngo bahane ibiganza n’ubutegetsi bw’Abaroma; kandi munsi y’ingaruka z’iri huriro ry’ibice bitatu, iki gihugu kizakurikira mu ntambwe za Roma mu guhonyora uburenganzira bw’umutimanama.</w:t>
      </w:r>
    </w:p>
    <w:p>
      <w:pPr>
        <w:pStyle w:val="ArticleScripture"/>
        <w:jc w:val="left"/>
      </w:pPr>
      <w:r>
        <w:rPr>
          <w:rFonts w:ascii="Times New Roman" w:hAnsi="Times New Roman" w:eastAsia="Times New Roman" w:cs="Times New Roman"/>
        </w:rPr>
        <w:t>“Muya uya mundu wa bufumu bwa mazwilo buhumiila ku mulimo wa Buka-bwina Kristo bwa zina bwa nsiku zino, uba na nguzu nkama ya kulengesa no kukwata mu muteyo. Satana mwine ukaaluka, kulingana na ntambululo ya maalu a masiku ano. Ukaamoneka mu mubele wa malaika wa luu. Ku nzila ya spiritualism, bishibilo bikaba bikaitwa, balwazi bakaponeshiwa, kabiji bya kukomya byavula ebyo bitakaneekeka bikaitwa. Kabiji pantu myaulu ikesamba kwitabija mu Biblia, ne kumweneka na mushingi wa bulesa bwa kipwilo, mulimo wao ukapokelelwa nga kumweneka kwa nguzu ya Bulesa.</w:t>
      </w:r>
    </w:p>
    <w:p>
      <w:pPr>
        <w:pStyle w:val="ArticleScripture"/>
        <w:jc w:val="left"/>
      </w:pPr>
      <w:r>
        <w:rPr>
          <w:rFonts w:ascii="Times New Roman" w:hAnsi="Times New Roman" w:eastAsia="Times New Roman" w:cs="Times New Roman"/>
        </w:rPr>
        <w:t>“Abakīrĩstũ ba kwīyeta na andũ batirĩ Ngai rĩrĩa rĩa kũmenyagania rĩrĩ rĩa gũtiga kũoneka wega. Andũ a kanitha nĩmakwendaga kĩrĩa gĩkendagwo nĩ thĩ, na marĩ tayari gũtũngatana nao, na Satani nĩarehũra kũmaigania moothe ta mwĩrĩ ũmwe, na ũguo agĩtie hinya ũhoro wake na kũhũmbia moothe akĩmaina mĩhianĩ-inĩ ya ũrogi wa kĩĩroho. Apapista, arĩa mehakagia thĩinĩ wa ciama nĩ ciama cia kũgegania ta kĩmenyithia gĩa ma nĩ kanitha wa ma, nĩmakaheenio na hinya ũyũ wa gukora ciama; nao Abarotestanti, mangĩrĩte ngao ya ma, o nao nĩmakahenjwo. Apapista, Abarotestanti, hamwe na andũ a thĩ nĩmakĩrĩkĩra hamwe mũhianĩro wa watho wa Ngai ũtarĩ hinya waguo, nao nĩmakona thĩinĩ wa ũtũngatane ũcio gũcokia andũ a thĩ moothe kũrĩ Ngai, na gũtwarira mbere gũũka kwa mĩaka ĩrĩa ĩndũire ĩrĩtegereirwo ya tha na thayũ.”</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통하여</w:t>
      </w:r>
      <w:r>
        <w:rPr>
          <w:rFonts w:ascii="Times New Roman" w:hAnsi="Times New Roman" w:eastAsia="Times New Roman" w:cs="Times New Roman"/>
        </w:rPr>
        <w:t xml:space="preserve"> </w:t>
      </w:r>
      <w:r>
        <w:rPr>
          <w:rFonts w:ascii="Malgun Gothic" w:hAnsi="Malgun Gothic" w:eastAsia="Malgun Gothic" w:cs="Malgun Gothic"/>
        </w:rPr>
        <w:t>심령주의를</w:t>
      </w:r>
      <w:r>
        <w:rPr>
          <w:rFonts w:ascii="Times New Roman" w:hAnsi="Times New Roman" w:eastAsia="Times New Roman" w:cs="Times New Roman"/>
        </w:rPr>
        <w:t xml:space="preserve">, </w:t>
      </w:r>
      <w:r>
        <w:rPr>
          <w:rFonts w:ascii="Malgun Gothic" w:hAnsi="Malgun Gothic" w:eastAsia="Malgun Gothic" w:cs="Malgun Gothic"/>
        </w:rPr>
        <w:t>사탄은</w:t>
      </w:r>
      <w:r>
        <w:rPr>
          <w:rFonts w:ascii="Times New Roman" w:hAnsi="Times New Roman" w:eastAsia="Times New Roman" w:cs="Times New Roman"/>
        </w:rPr>
        <w:t xml:space="preserve"> </w:t>
      </w:r>
      <w:r>
        <w:rPr>
          <w:rFonts w:ascii="Malgun Gothic" w:hAnsi="Malgun Gothic" w:eastAsia="Malgun Gothic" w:cs="Malgun Gothic"/>
        </w:rPr>
        <w:t>인류의</w:t>
      </w:r>
      <w:r>
        <w:rPr>
          <w:rFonts w:ascii="Times New Roman" w:hAnsi="Times New Roman" w:eastAsia="Times New Roman" w:cs="Times New Roman"/>
        </w:rPr>
        <w:t xml:space="preserve"> </w:t>
      </w:r>
      <w:r>
        <w:rPr>
          <w:rFonts w:ascii="Malgun Gothic" w:hAnsi="Malgun Gothic" w:eastAsia="Malgun Gothic" w:cs="Malgun Gothic"/>
        </w:rPr>
        <w:t>은인인</w:t>
      </w:r>
      <w:r>
        <w:rPr>
          <w:rFonts w:ascii="Times New Roman" w:hAnsi="Times New Roman" w:eastAsia="Times New Roman" w:cs="Times New Roman"/>
        </w:rPr>
        <w:t xml:space="preserve"> </w:t>
      </w:r>
      <w:r>
        <w:rPr>
          <w:rFonts w:ascii="Malgun Gothic" w:hAnsi="Malgun Gothic" w:eastAsia="Malgun Gothic" w:cs="Malgun Gothic"/>
        </w:rPr>
        <w:t>것처럼</w:t>
      </w:r>
      <w:r>
        <w:rPr>
          <w:rFonts w:ascii="Times New Roman" w:hAnsi="Times New Roman" w:eastAsia="Times New Roman" w:cs="Times New Roman"/>
        </w:rPr>
        <w:t xml:space="preserve"> </w:t>
      </w:r>
      <w:r>
        <w:rPr>
          <w:rFonts w:ascii="Malgun Gothic" w:hAnsi="Malgun Gothic" w:eastAsia="Malgun Gothic" w:cs="Malgun Gothic"/>
        </w:rPr>
        <w:t>나타나며</w:t>
      </w:r>
      <w:r>
        <w:rPr>
          <w:rFonts w:ascii="Times New Roman" w:hAnsi="Times New Roman" w:eastAsia="Times New Roman" w:cs="Times New Roman"/>
        </w:rPr>
        <w:t xml:space="preserve">, </w:t>
      </w:r>
      <w:r>
        <w:rPr>
          <w:rFonts w:ascii="Malgun Gothic" w:hAnsi="Malgun Gothic" w:eastAsia="Malgun Gothic" w:cs="Malgun Gothic"/>
        </w:rPr>
        <w:t>백성의</w:t>
      </w:r>
      <w:r>
        <w:rPr>
          <w:rFonts w:ascii="Times New Roman" w:hAnsi="Times New Roman" w:eastAsia="Times New Roman" w:cs="Times New Roman"/>
        </w:rPr>
        <w:t xml:space="preserve"> </w:t>
      </w:r>
      <w:r>
        <w:rPr>
          <w:rFonts w:ascii="Malgun Gothic" w:hAnsi="Malgun Gothic" w:eastAsia="Malgun Gothic" w:cs="Malgun Gothic"/>
        </w:rPr>
        <w:t>질병을</w:t>
      </w:r>
      <w:r>
        <w:rPr>
          <w:rFonts w:ascii="Times New Roman" w:hAnsi="Times New Roman" w:eastAsia="Times New Roman" w:cs="Times New Roman"/>
        </w:rPr>
        <w:t xml:space="preserve"> </w:t>
      </w:r>
      <w:r>
        <w:rPr>
          <w:rFonts w:ascii="Malgun Gothic" w:hAnsi="Malgun Gothic" w:eastAsia="Malgun Gothic" w:cs="Malgun Gothic"/>
        </w:rPr>
        <w:t>고치고</w:t>
      </w:r>
      <w:r>
        <w:rPr>
          <w:rFonts w:ascii="Times New Roman" w:hAnsi="Times New Roman" w:eastAsia="Times New Roman" w:cs="Times New Roman"/>
        </w:rPr>
        <w:t xml:space="preserve">, </w:t>
      </w:r>
      <w:r>
        <w:rPr>
          <w:rFonts w:ascii="Malgun Gothic" w:hAnsi="Malgun Gothic" w:eastAsia="Malgun Gothic" w:cs="Malgun Gothic"/>
        </w:rPr>
        <w:t>새롭고</w:t>
      </w:r>
      <w:r>
        <w:rPr>
          <w:rFonts w:ascii="Times New Roman" w:hAnsi="Times New Roman" w:eastAsia="Times New Roman" w:cs="Times New Roman"/>
        </w:rPr>
        <w:t xml:space="preserve"> </w:t>
      </w:r>
      <w:r>
        <w:rPr>
          <w:rFonts w:ascii="Malgun Gothic" w:hAnsi="Malgun Gothic" w:eastAsia="Malgun Gothic" w:cs="Malgun Gothic"/>
        </w:rPr>
        <w:t>더욱</w:t>
      </w:r>
      <w:r>
        <w:rPr>
          <w:rFonts w:ascii="Times New Roman" w:hAnsi="Times New Roman" w:eastAsia="Times New Roman" w:cs="Times New Roman"/>
        </w:rPr>
        <w:t xml:space="preserve"> </w:t>
      </w:r>
      <w:r>
        <w:rPr>
          <w:rFonts w:ascii="Malgun Gothic" w:hAnsi="Malgun Gothic" w:eastAsia="Malgun Gothic" w:cs="Malgun Gothic"/>
        </w:rPr>
        <w:t>고상한</w:t>
      </w:r>
      <w:r>
        <w:rPr>
          <w:rFonts w:ascii="Times New Roman" w:hAnsi="Times New Roman" w:eastAsia="Times New Roman" w:cs="Times New Roman"/>
        </w:rPr>
        <w:t xml:space="preserve"> </w:t>
      </w:r>
      <w:r>
        <w:rPr>
          <w:rFonts w:ascii="Malgun Gothic" w:hAnsi="Malgun Gothic" w:eastAsia="Malgun Gothic" w:cs="Malgun Gothic"/>
        </w:rPr>
        <w:t>종교적</w:t>
      </w:r>
      <w:r>
        <w:rPr>
          <w:rFonts w:ascii="Times New Roman" w:hAnsi="Times New Roman" w:eastAsia="Times New Roman" w:cs="Times New Roman"/>
        </w:rPr>
        <w:t xml:space="preserve"> </w:t>
      </w:r>
      <w:r>
        <w:rPr>
          <w:rFonts w:ascii="Malgun Gothic" w:hAnsi="Malgun Gothic" w:eastAsia="Malgun Gothic" w:cs="Malgun Gothic"/>
        </w:rPr>
        <w:t>신앙</w:t>
      </w:r>
      <w:r>
        <w:rPr>
          <w:rFonts w:ascii="Times New Roman" w:hAnsi="Times New Roman" w:eastAsia="Times New Roman" w:cs="Times New Roman"/>
        </w:rPr>
        <w:t xml:space="preserve"> </w:t>
      </w:r>
      <w:r>
        <w:rPr>
          <w:rFonts w:ascii="Malgun Gothic" w:hAnsi="Malgun Gothic" w:eastAsia="Malgun Gothic" w:cs="Malgun Gothic"/>
        </w:rPr>
        <w:t>체계를</w:t>
      </w:r>
      <w:r>
        <w:rPr>
          <w:rFonts w:ascii="Times New Roman" w:hAnsi="Times New Roman" w:eastAsia="Times New Roman" w:cs="Times New Roman"/>
        </w:rPr>
        <w:t xml:space="preserve"> </w:t>
      </w:r>
      <w:r>
        <w:rPr>
          <w:rFonts w:ascii="Malgun Gothic" w:hAnsi="Malgun Gothic" w:eastAsia="Malgun Gothic" w:cs="Malgun Gothic"/>
        </w:rPr>
        <w:t>제시하는</w:t>
      </w:r>
      <w:r>
        <w:rPr>
          <w:rFonts w:ascii="Times New Roman" w:hAnsi="Times New Roman" w:eastAsia="Times New Roman" w:cs="Times New Roman"/>
        </w:rPr>
        <w:t xml:space="preserve"> </w:t>
      </w:r>
      <w:r>
        <w:rPr>
          <w:rFonts w:ascii="Malgun Gothic" w:hAnsi="Malgun Gothic" w:eastAsia="Malgun Gothic" w:cs="Malgun Gothic"/>
        </w:rPr>
        <w:t>듯</w:t>
      </w:r>
      <w:r>
        <w:rPr>
          <w:rFonts w:ascii="Times New Roman" w:hAnsi="Times New Roman" w:eastAsia="Times New Roman" w:cs="Times New Roman"/>
        </w:rPr>
        <w:t xml:space="preserve"> </w:t>
      </w:r>
      <w:r>
        <w:rPr>
          <w:rFonts w:ascii="Malgun Gothic" w:hAnsi="Malgun Gothic" w:eastAsia="Malgun Gothic" w:cs="Malgun Gothic"/>
        </w:rPr>
        <w:t>공언한다</w:t>
      </w:r>
      <w:r>
        <w:rPr>
          <w:rFonts w:ascii="Times New Roman" w:hAnsi="Times New Roman" w:eastAsia="Times New Roman" w:cs="Times New Roman"/>
        </w:rPr>
        <w:t xml:space="preserve">. </w:t>
      </w:r>
      <w:r>
        <w:rPr>
          <w:rFonts w:ascii="Malgun Gothic" w:hAnsi="Malgun Gothic" w:eastAsia="Malgun Gothic" w:cs="Malgun Gothic"/>
        </w:rPr>
        <w:t>그러나</w:t>
      </w:r>
      <w:r>
        <w:rPr>
          <w:rFonts w:ascii="Times New Roman" w:hAnsi="Times New Roman" w:eastAsia="Times New Roman" w:cs="Times New Roman"/>
        </w:rPr>
        <w:t xml:space="preserve"> </w:t>
      </w:r>
      <w:r>
        <w:rPr>
          <w:rFonts w:ascii="Malgun Gothic" w:hAnsi="Malgun Gothic" w:eastAsia="Malgun Gothic" w:cs="Malgun Gothic"/>
        </w:rPr>
        <w:t>동시에</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파괴자로</w:t>
      </w:r>
      <w:r>
        <w:rPr>
          <w:rFonts w:ascii="Times New Roman" w:hAnsi="Times New Roman" w:eastAsia="Times New Roman" w:cs="Times New Roman"/>
        </w:rPr>
        <w:t xml:space="preserve"> </w:t>
      </w:r>
      <w:r>
        <w:rPr>
          <w:rFonts w:ascii="Malgun Gothic" w:hAnsi="Malgun Gothic" w:eastAsia="Malgun Gothic" w:cs="Malgun Gothic"/>
        </w:rPr>
        <w:t>활동한다</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유혹은</w:t>
      </w:r>
      <w:r>
        <w:rPr>
          <w:rFonts w:ascii="Times New Roman" w:hAnsi="Times New Roman" w:eastAsia="Times New Roman" w:cs="Times New Roman"/>
        </w:rPr>
        <w:t xml:space="preserve"> </w:t>
      </w:r>
      <w:r>
        <w:rPr>
          <w:rFonts w:ascii="Malgun Gothic" w:hAnsi="Malgun Gothic" w:eastAsia="Malgun Gothic" w:cs="Malgun Gothic"/>
        </w:rPr>
        <w:t>무리들을</w:t>
      </w:r>
      <w:r>
        <w:rPr>
          <w:rFonts w:ascii="Times New Roman" w:hAnsi="Times New Roman" w:eastAsia="Times New Roman" w:cs="Times New Roman"/>
        </w:rPr>
        <w:t xml:space="preserve"> </w:t>
      </w:r>
      <w:r>
        <w:rPr>
          <w:rFonts w:ascii="Malgun Gothic" w:hAnsi="Malgun Gothic" w:eastAsia="Malgun Gothic" w:cs="Malgun Gothic"/>
        </w:rPr>
        <w:t>멸망으로</w:t>
      </w:r>
      <w:r>
        <w:rPr>
          <w:rFonts w:ascii="Times New Roman" w:hAnsi="Times New Roman" w:eastAsia="Times New Roman" w:cs="Times New Roman"/>
        </w:rPr>
        <w:t xml:space="preserve"> </w:t>
      </w:r>
      <w:r>
        <w:rPr>
          <w:rFonts w:ascii="Malgun Gothic" w:hAnsi="Malgun Gothic" w:eastAsia="Malgun Gothic" w:cs="Malgun Gothic"/>
        </w:rPr>
        <w:t>이끌고</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방종은</w:t>
      </w:r>
      <w:r>
        <w:rPr>
          <w:rFonts w:ascii="Times New Roman" w:hAnsi="Times New Roman" w:eastAsia="Times New Roman" w:cs="Times New Roman"/>
        </w:rPr>
        <w:t xml:space="preserve"> </w:t>
      </w:r>
      <w:r>
        <w:rPr>
          <w:rFonts w:ascii="Malgun Gothic" w:hAnsi="Malgun Gothic" w:eastAsia="Malgun Gothic" w:cs="Malgun Gothic"/>
        </w:rPr>
        <w:t>이성을</w:t>
      </w:r>
      <w:r>
        <w:rPr>
          <w:rFonts w:ascii="Times New Roman" w:hAnsi="Times New Roman" w:eastAsia="Times New Roman" w:cs="Times New Roman"/>
        </w:rPr>
        <w:t xml:space="preserve"> </w:t>
      </w:r>
      <w:r>
        <w:rPr>
          <w:rFonts w:ascii="Malgun Gothic" w:hAnsi="Malgun Gothic" w:eastAsia="Malgun Gothic" w:cs="Malgun Gothic"/>
        </w:rPr>
        <w:t>폐위시키고</w:t>
      </w:r>
      <w:r>
        <w:rPr>
          <w:rFonts w:ascii="Times New Roman" w:hAnsi="Times New Roman" w:eastAsia="Times New Roman" w:cs="Times New Roman"/>
        </w:rPr>
        <w:t xml:space="preserve">, </w:t>
      </w:r>
      <w:r>
        <w:rPr>
          <w:rFonts w:ascii="Malgun Gothic" w:hAnsi="Malgun Gothic" w:eastAsia="Malgun Gothic" w:cs="Malgun Gothic"/>
        </w:rPr>
        <w:t>관능적</w:t>
      </w:r>
      <w:r>
        <w:rPr>
          <w:rFonts w:ascii="Times New Roman" w:hAnsi="Times New Roman" w:eastAsia="Times New Roman" w:cs="Times New Roman"/>
        </w:rPr>
        <w:t xml:space="preserve"> </w:t>
      </w:r>
      <w:r>
        <w:rPr>
          <w:rFonts w:ascii="Malgun Gothic" w:hAnsi="Malgun Gothic" w:eastAsia="Malgun Gothic" w:cs="Malgun Gothic"/>
        </w:rPr>
        <w:t>방종과</w:t>
      </w:r>
      <w:r>
        <w:rPr>
          <w:rFonts w:ascii="Times New Roman" w:hAnsi="Times New Roman" w:eastAsia="Times New Roman" w:cs="Times New Roman"/>
        </w:rPr>
        <w:t xml:space="preserve"> </w:t>
      </w:r>
      <w:r>
        <w:rPr>
          <w:rFonts w:ascii="Malgun Gothic" w:hAnsi="Malgun Gothic" w:eastAsia="Malgun Gothic" w:cs="Malgun Gothic"/>
        </w:rPr>
        <w:t>다툼과</w:t>
      </w:r>
      <w:r>
        <w:rPr>
          <w:rFonts w:ascii="Times New Roman" w:hAnsi="Times New Roman" w:eastAsia="Times New Roman" w:cs="Times New Roman"/>
        </w:rPr>
        <w:t xml:space="preserve"> </w:t>
      </w:r>
      <w:r>
        <w:rPr>
          <w:rFonts w:ascii="Malgun Gothic" w:hAnsi="Malgun Gothic" w:eastAsia="Malgun Gothic" w:cs="Malgun Gothic"/>
        </w:rPr>
        <w:t>유혈이</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뒤를</w:t>
      </w:r>
      <w:r>
        <w:rPr>
          <w:rFonts w:ascii="Times New Roman" w:hAnsi="Times New Roman" w:eastAsia="Times New Roman" w:cs="Times New Roman"/>
        </w:rPr>
        <w:t xml:space="preserve"> </w:t>
      </w:r>
      <w:r>
        <w:rPr>
          <w:rFonts w:ascii="Malgun Gothic" w:hAnsi="Malgun Gothic" w:eastAsia="Malgun Gothic" w:cs="Malgun Gothic"/>
        </w:rPr>
        <w:t>따른다</w:t>
      </w:r>
      <w:r>
        <w:rPr>
          <w:rFonts w:ascii="Times New Roman" w:hAnsi="Times New Roman" w:eastAsia="Times New Roman" w:cs="Times New Roman"/>
        </w:rPr>
        <w:t xml:space="preserve">. </w:t>
      </w:r>
      <w:r>
        <w:rPr>
          <w:rFonts w:ascii="Malgun Gothic" w:hAnsi="Malgun Gothic" w:eastAsia="Malgun Gothic" w:cs="Malgun Gothic"/>
        </w:rPr>
        <w:t>사탄은</w:t>
      </w:r>
      <w:r>
        <w:rPr>
          <w:rFonts w:ascii="Times New Roman" w:hAnsi="Times New Roman" w:eastAsia="Times New Roman" w:cs="Times New Roman"/>
        </w:rPr>
        <w:t xml:space="preserve"> </w:t>
      </w:r>
      <w:r>
        <w:rPr>
          <w:rFonts w:ascii="Malgun Gothic" w:hAnsi="Malgun Gothic" w:eastAsia="Malgun Gothic" w:cs="Malgun Gothic"/>
        </w:rPr>
        <w:t>전쟁을</w:t>
      </w:r>
      <w:r>
        <w:rPr>
          <w:rFonts w:ascii="Times New Roman" w:hAnsi="Times New Roman" w:eastAsia="Times New Roman" w:cs="Times New Roman"/>
        </w:rPr>
        <w:t xml:space="preserve"> </w:t>
      </w:r>
      <w:r>
        <w:rPr>
          <w:rFonts w:ascii="Malgun Gothic" w:hAnsi="Malgun Gothic" w:eastAsia="Malgun Gothic" w:cs="Malgun Gothic"/>
        </w:rPr>
        <w:t>기뻐하나니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전쟁이</w:t>
      </w:r>
      <w:r>
        <w:rPr>
          <w:rFonts w:ascii="Times New Roman" w:hAnsi="Times New Roman" w:eastAsia="Times New Roman" w:cs="Times New Roman"/>
        </w:rPr>
        <w:t xml:space="preserve"> </w:t>
      </w:r>
      <w:r>
        <w:rPr>
          <w:rFonts w:ascii="Malgun Gothic" w:hAnsi="Malgun Gothic" w:eastAsia="Malgun Gothic" w:cs="Malgun Gothic"/>
        </w:rPr>
        <w:t>영혼의</w:t>
      </w:r>
      <w:r>
        <w:rPr>
          <w:rFonts w:ascii="Times New Roman" w:hAnsi="Times New Roman" w:eastAsia="Times New Roman" w:cs="Times New Roman"/>
        </w:rPr>
        <w:t xml:space="preserve"> </w:t>
      </w:r>
      <w:r>
        <w:rPr>
          <w:rFonts w:ascii="Malgun Gothic" w:hAnsi="Malgun Gothic" w:eastAsia="Malgun Gothic" w:cs="Malgun Gothic"/>
        </w:rPr>
        <w:t>가장</w:t>
      </w:r>
      <w:r>
        <w:rPr>
          <w:rFonts w:ascii="Times New Roman" w:hAnsi="Times New Roman" w:eastAsia="Times New Roman" w:cs="Times New Roman"/>
        </w:rPr>
        <w:t xml:space="preserve"> </w:t>
      </w:r>
      <w:r>
        <w:rPr>
          <w:rFonts w:ascii="Malgun Gothic" w:hAnsi="Malgun Gothic" w:eastAsia="Malgun Gothic" w:cs="Malgun Gothic"/>
        </w:rPr>
        <w:t>악한</w:t>
      </w:r>
      <w:r>
        <w:rPr>
          <w:rFonts w:ascii="Times New Roman" w:hAnsi="Times New Roman" w:eastAsia="Times New Roman" w:cs="Times New Roman"/>
        </w:rPr>
        <w:t xml:space="preserve"> </w:t>
      </w:r>
      <w:r>
        <w:rPr>
          <w:rFonts w:ascii="Malgun Gothic" w:hAnsi="Malgun Gothic" w:eastAsia="Malgun Gothic" w:cs="Malgun Gothic"/>
        </w:rPr>
        <w:t>정욕을</w:t>
      </w:r>
      <w:r>
        <w:rPr>
          <w:rFonts w:ascii="Times New Roman" w:hAnsi="Times New Roman" w:eastAsia="Times New Roman" w:cs="Times New Roman"/>
        </w:rPr>
        <w:t xml:space="preserve"> </w:t>
      </w:r>
      <w:r>
        <w:rPr>
          <w:rFonts w:ascii="Malgun Gothic" w:hAnsi="Malgun Gothic" w:eastAsia="Malgun Gothic" w:cs="Malgun Gothic"/>
        </w:rPr>
        <w:t>자극하고</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후</w:t>
      </w:r>
      <w:r>
        <w:rPr>
          <w:rFonts w:ascii="Times New Roman" w:hAnsi="Times New Roman" w:eastAsia="Times New Roman" w:cs="Times New Roman"/>
        </w:rPr>
        <w:t xml:space="preserve"> </w:t>
      </w:r>
      <w:r>
        <w:rPr>
          <w:rFonts w:ascii="Malgun Gothic" w:hAnsi="Malgun Gothic" w:eastAsia="Malgun Gothic" w:cs="Malgun Gothic"/>
        </w:rPr>
        <w:t>악과</w:t>
      </w:r>
      <w:r>
        <w:rPr>
          <w:rFonts w:ascii="Times New Roman" w:hAnsi="Times New Roman" w:eastAsia="Times New Roman" w:cs="Times New Roman"/>
        </w:rPr>
        <w:t xml:space="preserve"> </w:t>
      </w:r>
      <w:r>
        <w:rPr>
          <w:rFonts w:ascii="Malgun Gothic" w:hAnsi="Malgun Gothic" w:eastAsia="Malgun Gothic" w:cs="Malgun Gothic"/>
        </w:rPr>
        <w:t>피에</w:t>
      </w:r>
      <w:r>
        <w:rPr>
          <w:rFonts w:ascii="Times New Roman" w:hAnsi="Times New Roman" w:eastAsia="Times New Roman" w:cs="Times New Roman"/>
        </w:rPr>
        <w:t xml:space="preserve"> </w:t>
      </w:r>
      <w:r>
        <w:rPr>
          <w:rFonts w:ascii="Malgun Gothic" w:hAnsi="Malgun Gothic" w:eastAsia="Malgun Gothic" w:cs="Malgun Gothic"/>
        </w:rPr>
        <w:t>젖은</w:t>
      </w:r>
      <w:r>
        <w:rPr>
          <w:rFonts w:ascii="Times New Roman" w:hAnsi="Times New Roman" w:eastAsia="Times New Roman" w:cs="Times New Roman"/>
        </w:rPr>
        <w:t xml:space="preserve"> </w:t>
      </w:r>
      <w:r>
        <w:rPr>
          <w:rFonts w:ascii="Malgun Gothic" w:hAnsi="Malgun Gothic" w:eastAsia="Malgun Gothic" w:cs="Malgun Gothic"/>
        </w:rPr>
        <w:t>희생자들을</w:t>
      </w:r>
      <w:r>
        <w:rPr>
          <w:rFonts w:ascii="Times New Roman" w:hAnsi="Times New Roman" w:eastAsia="Times New Roman" w:cs="Times New Roman"/>
        </w:rPr>
        <w:t xml:space="preserve"> </w:t>
      </w:r>
      <w:r>
        <w:rPr>
          <w:rFonts w:ascii="Malgun Gothic" w:hAnsi="Malgun Gothic" w:eastAsia="Malgun Gothic" w:cs="Malgun Gothic"/>
        </w:rPr>
        <w:t>영원</w:t>
      </w:r>
      <w:r>
        <w:rPr>
          <w:rFonts w:ascii="Times New Roman" w:hAnsi="Times New Roman" w:eastAsia="Times New Roman" w:cs="Times New Roman"/>
        </w:rPr>
        <w:t xml:space="preserve"> </w:t>
      </w:r>
      <w:r>
        <w:rPr>
          <w:rFonts w:ascii="Malgun Gothic" w:hAnsi="Malgun Gothic" w:eastAsia="Malgun Gothic" w:cs="Malgun Gothic"/>
        </w:rPr>
        <w:t>속으로</w:t>
      </w:r>
      <w:r>
        <w:rPr>
          <w:rFonts w:ascii="Times New Roman" w:hAnsi="Times New Roman" w:eastAsia="Times New Roman" w:cs="Times New Roman"/>
        </w:rPr>
        <w:t xml:space="preserve"> </w:t>
      </w:r>
      <w:r>
        <w:rPr>
          <w:rFonts w:ascii="Malgun Gothic" w:hAnsi="Malgun Gothic" w:eastAsia="Malgun Gothic" w:cs="Malgun Gothic"/>
        </w:rPr>
        <w:t>휩쓸어</w:t>
      </w:r>
      <w:r>
        <w:rPr>
          <w:rFonts w:ascii="Times New Roman" w:hAnsi="Times New Roman" w:eastAsia="Times New Roman" w:cs="Times New Roman"/>
        </w:rPr>
        <w:t xml:space="preserve"> </w:t>
      </w:r>
      <w:r>
        <w:rPr>
          <w:rFonts w:ascii="Malgun Gothic" w:hAnsi="Malgun Gothic" w:eastAsia="Malgun Gothic" w:cs="Malgun Gothic"/>
        </w:rPr>
        <w:t>가기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 xml:space="preserve">. </w:t>
      </w:r>
      <w:r>
        <w:rPr>
          <w:rFonts w:ascii="Malgun Gothic" w:hAnsi="Malgun Gothic" w:eastAsia="Malgun Gothic" w:cs="Malgun Gothic"/>
        </w:rPr>
        <w:t>나라들로</w:t>
      </w:r>
      <w:r>
        <w:rPr>
          <w:rFonts w:ascii="Times New Roman" w:hAnsi="Times New Roman" w:eastAsia="Times New Roman" w:cs="Times New Roman"/>
        </w:rPr>
        <w:t xml:space="preserve"> </w:t>
      </w:r>
      <w:r>
        <w:rPr>
          <w:rFonts w:ascii="Malgun Gothic" w:hAnsi="Malgun Gothic" w:eastAsia="Malgun Gothic" w:cs="Malgun Gothic"/>
        </w:rPr>
        <w:t>하여금</w:t>
      </w:r>
      <w:r>
        <w:rPr>
          <w:rFonts w:ascii="Times New Roman" w:hAnsi="Times New Roman" w:eastAsia="Times New Roman" w:cs="Times New Roman"/>
        </w:rPr>
        <w:t xml:space="preserve"> </w:t>
      </w:r>
      <w:r>
        <w:rPr>
          <w:rFonts w:ascii="Malgun Gothic" w:hAnsi="Malgun Gothic" w:eastAsia="Malgun Gothic" w:cs="Malgun Gothic"/>
        </w:rPr>
        <w:t>서로</w:t>
      </w:r>
      <w:r>
        <w:rPr>
          <w:rFonts w:ascii="Times New Roman" w:hAnsi="Times New Roman" w:eastAsia="Times New Roman" w:cs="Times New Roman"/>
        </w:rPr>
        <w:t xml:space="preserve"> </w:t>
      </w:r>
      <w:r>
        <w:rPr>
          <w:rFonts w:ascii="Malgun Gothic" w:hAnsi="Malgun Gothic" w:eastAsia="Malgun Gothic" w:cs="Malgun Gothic"/>
        </w:rPr>
        <w:t>전쟁을</w:t>
      </w:r>
      <w:r>
        <w:rPr>
          <w:rFonts w:ascii="Times New Roman" w:hAnsi="Times New Roman" w:eastAsia="Times New Roman" w:cs="Times New Roman"/>
        </w:rPr>
        <w:t xml:space="preserve"> </w:t>
      </w:r>
      <w:r>
        <w:rPr>
          <w:rFonts w:ascii="Malgun Gothic" w:hAnsi="Malgun Gothic" w:eastAsia="Malgun Gothic" w:cs="Malgun Gothic"/>
        </w:rPr>
        <w:t>일으키게</w:t>
      </w:r>
      <w:r>
        <w:rPr>
          <w:rFonts w:ascii="Times New Roman" w:hAnsi="Times New Roman" w:eastAsia="Times New Roman" w:cs="Times New Roman"/>
        </w:rPr>
        <w:t xml:space="preserve"> </w:t>
      </w:r>
      <w:r>
        <w:rPr>
          <w:rFonts w:ascii="Malgun Gothic" w:hAnsi="Malgun Gothic" w:eastAsia="Malgun Gothic" w:cs="Malgun Gothic"/>
        </w:rPr>
        <w:t>하는</w:t>
      </w:r>
      <w:r>
        <w:rPr>
          <w:rFonts w:ascii="Times New Roman" w:hAnsi="Times New Roman" w:eastAsia="Times New Roman" w:cs="Times New Roman"/>
        </w:rPr>
        <w:t xml:space="preserve"> </w:t>
      </w:r>
      <w:r>
        <w:rPr>
          <w:rFonts w:ascii="Malgun Gothic" w:hAnsi="Malgun Gothic" w:eastAsia="Malgun Gothic" w:cs="Malgun Gothic"/>
        </w:rPr>
        <w:t>것이</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목적이니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그렇게</w:t>
      </w:r>
      <w:r>
        <w:rPr>
          <w:rFonts w:ascii="Times New Roman" w:hAnsi="Times New Roman" w:eastAsia="Times New Roman" w:cs="Times New Roman"/>
        </w:rPr>
        <w:t xml:space="preserve"> </w:t>
      </w:r>
      <w:r>
        <w:rPr>
          <w:rFonts w:ascii="Malgun Gothic" w:hAnsi="Malgun Gothic" w:eastAsia="Malgun Gothic" w:cs="Malgun Gothic"/>
        </w:rPr>
        <w:t>함으로써</w:t>
      </w:r>
      <w:r>
        <w:rPr>
          <w:rFonts w:ascii="Times New Roman" w:hAnsi="Times New Roman" w:eastAsia="Times New Roman" w:cs="Times New Roman"/>
        </w:rPr>
        <w:t xml:space="preserve"> </w:t>
      </w:r>
      <w:r>
        <w:rPr>
          <w:rFonts w:ascii="Malgun Gothic" w:hAnsi="Malgun Gothic" w:eastAsia="Malgun Gothic" w:cs="Malgun Gothic"/>
        </w:rPr>
        <w:t>백성의</w:t>
      </w:r>
      <w:r>
        <w:rPr>
          <w:rFonts w:ascii="Times New Roman" w:hAnsi="Times New Roman" w:eastAsia="Times New Roman" w:cs="Times New Roman"/>
        </w:rPr>
        <w:t xml:space="preserve"> </w:t>
      </w:r>
      <w:r>
        <w:rPr>
          <w:rFonts w:ascii="Malgun Gothic" w:hAnsi="Malgun Gothic" w:eastAsia="Malgun Gothic" w:cs="Malgun Gothic"/>
        </w:rPr>
        <w:t>마음을</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날에</w:t>
      </w:r>
      <w:r>
        <w:rPr>
          <w:rFonts w:ascii="Times New Roman" w:hAnsi="Times New Roman" w:eastAsia="Times New Roman" w:cs="Times New Roman"/>
        </w:rPr>
        <w:t xml:space="preserve"> </w:t>
      </w:r>
      <w:r>
        <w:rPr>
          <w:rFonts w:ascii="Malgun Gothic" w:hAnsi="Malgun Gothic" w:eastAsia="Malgun Gothic" w:cs="Malgun Gothic"/>
        </w:rPr>
        <w:t>서기</w:t>
      </w:r>
      <w:r>
        <w:rPr>
          <w:rFonts w:ascii="Times New Roman" w:hAnsi="Times New Roman" w:eastAsia="Times New Roman" w:cs="Times New Roman"/>
        </w:rPr>
        <w:t xml:space="preserve"> </w:t>
      </w:r>
      <w:r>
        <w:rPr>
          <w:rFonts w:ascii="Malgun Gothic" w:hAnsi="Malgun Gothic" w:eastAsia="Malgun Gothic" w:cs="Malgun Gothic"/>
        </w:rPr>
        <w:t>위한</w:t>
      </w:r>
      <w:r>
        <w:rPr>
          <w:rFonts w:ascii="Times New Roman" w:hAnsi="Times New Roman" w:eastAsia="Times New Roman" w:cs="Times New Roman"/>
        </w:rPr>
        <w:t xml:space="preserve"> </w:t>
      </w:r>
      <w:r>
        <w:rPr>
          <w:rFonts w:ascii="Malgun Gothic" w:hAnsi="Malgun Gothic" w:eastAsia="Malgun Gothic" w:cs="Malgun Gothic"/>
        </w:rPr>
        <w:t>준비의</w:t>
      </w:r>
      <w:r>
        <w:rPr>
          <w:rFonts w:ascii="Times New Roman" w:hAnsi="Times New Roman" w:eastAsia="Times New Roman" w:cs="Times New Roman"/>
        </w:rPr>
        <w:t xml:space="preserve"> </w:t>
      </w:r>
      <w:r>
        <w:rPr>
          <w:rFonts w:ascii="Malgun Gothic" w:hAnsi="Malgun Gothic" w:eastAsia="Malgun Gothic" w:cs="Malgun Gothic"/>
        </w:rPr>
        <w:t>사업에서</w:t>
      </w:r>
      <w:r>
        <w:rPr>
          <w:rFonts w:ascii="Times New Roman" w:hAnsi="Times New Roman" w:eastAsia="Times New Roman" w:cs="Times New Roman"/>
        </w:rPr>
        <w:t xml:space="preserve"> </w:t>
      </w:r>
      <w:r>
        <w:rPr>
          <w:rFonts w:ascii="Malgun Gothic" w:hAnsi="Malgun Gothic" w:eastAsia="Malgun Gothic" w:cs="Malgun Gothic"/>
        </w:rPr>
        <w:t>다른</w:t>
      </w:r>
      <w:r>
        <w:rPr>
          <w:rFonts w:ascii="Times New Roman" w:hAnsi="Times New Roman" w:eastAsia="Times New Roman" w:cs="Times New Roman"/>
        </w:rPr>
        <w:t xml:space="preserve"> </w:t>
      </w:r>
      <w:r>
        <w:rPr>
          <w:rFonts w:ascii="Malgun Gothic" w:hAnsi="Malgun Gothic" w:eastAsia="Malgun Gothic" w:cs="Malgun Gothic"/>
        </w:rPr>
        <w:t>데로</w:t>
      </w:r>
      <w:r>
        <w:rPr>
          <w:rFonts w:ascii="Times New Roman" w:hAnsi="Times New Roman" w:eastAsia="Times New Roman" w:cs="Times New Roman"/>
        </w:rPr>
        <w:t xml:space="preserve"> </w:t>
      </w:r>
      <w:r>
        <w:rPr>
          <w:rFonts w:ascii="Malgun Gothic" w:hAnsi="Malgun Gothic" w:eastAsia="Malgun Gothic" w:cs="Malgun Gothic"/>
        </w:rPr>
        <w:t>돌릴</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있기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 «</w:t>
      </w:r>
      <w:r>
        <w:rPr>
          <w:rFonts w:ascii="Malgun Gothic" w:hAnsi="Malgun Gothic" w:eastAsia="Malgun Gothic" w:cs="Malgun Gothic"/>
        </w:rPr>
        <w:t>각</w:t>
      </w:r>
      <w:r>
        <w:rPr>
          <w:rFonts w:ascii="Times New Roman" w:hAnsi="Times New Roman" w:eastAsia="Times New Roman" w:cs="Times New Roman"/>
        </w:rPr>
        <w:t xml:space="preserve"> </w:t>
      </w:r>
      <w:r>
        <w:rPr>
          <w:rFonts w:ascii="Malgun Gothic" w:hAnsi="Malgun Gothic" w:eastAsia="Malgun Gothic" w:cs="Malgun Gothic"/>
        </w:rPr>
        <w:t>시대의</w:t>
      </w:r>
      <w:r>
        <w:rPr>
          <w:rFonts w:ascii="Times New Roman" w:hAnsi="Times New Roman" w:eastAsia="Times New Roman" w:cs="Times New Roman"/>
        </w:rPr>
        <w:t xml:space="preserve"> </w:t>
      </w:r>
      <w:r>
        <w:rPr>
          <w:rFonts w:ascii="Malgun Gothic" w:hAnsi="Malgun Gothic" w:eastAsia="Malgun Gothic" w:cs="Malgun Gothic"/>
        </w:rPr>
        <w:t>대쟁투</w:t>
      </w:r>
      <w:r>
        <w:rPr>
          <w:rFonts w:ascii="Times New Roman" w:hAnsi="Times New Roman" w:eastAsia="Times New Roman" w:cs="Times New Roman"/>
        </w:rPr>
        <w:t>», 588, 589.</w:t>
      </w:r>
    </w:p>
    <w:p>
      <w:pPr>
        <w:pStyle w:val="ArticleBody"/>
        <w:jc w:val="left"/>
      </w:pPr>
      <w:r>
        <w:rPr>
          <w:rFonts w:ascii="Malgun Gothic" w:hAnsi="Malgun Gothic" w:eastAsia="Malgun Gothic" w:cs="Malgun Gothic"/>
        </w:rPr>
        <w:t>셰이탄은</w:t>
      </w:r>
      <w:r>
        <w:rPr>
          <w:rFonts w:ascii="Times New Roman" w:hAnsi="Times New Roman" w:eastAsia="Times New Roman" w:cs="Times New Roman"/>
        </w:rPr>
        <w:t xml:space="preserve"> </w:t>
      </w:r>
      <w:r>
        <w:rPr>
          <w:rFonts w:ascii="Malgun Gothic" w:hAnsi="Malgun Gothic" w:eastAsia="Malgun Gothic" w:cs="Malgun Gothic"/>
        </w:rPr>
        <w:t>자기의</w:t>
      </w:r>
      <w:r>
        <w:rPr>
          <w:rFonts w:ascii="Times New Roman" w:hAnsi="Times New Roman" w:eastAsia="Times New Roman" w:cs="Times New Roman"/>
        </w:rPr>
        <w:t xml:space="preserve"> </w:t>
      </w:r>
      <w:r>
        <w:rPr>
          <w:rFonts w:ascii="Malgun Gothic" w:hAnsi="Malgun Gothic" w:eastAsia="Malgun Gothic" w:cs="Malgun Gothic"/>
        </w:rPr>
        <w:t>최고의</w:t>
      </w:r>
      <w:r>
        <w:rPr>
          <w:rFonts w:ascii="Times New Roman" w:hAnsi="Times New Roman" w:eastAsia="Times New Roman" w:cs="Times New Roman"/>
        </w:rPr>
        <w:t xml:space="preserve"> </w:t>
      </w:r>
      <w:r>
        <w:rPr>
          <w:rFonts w:ascii="Malgun Gothic" w:hAnsi="Malgun Gothic" w:eastAsia="Malgun Gothic" w:cs="Malgun Gothic"/>
        </w:rPr>
        <w:t>행위를</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법령의</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이루는</w:t>
      </w:r>
      <w:r>
        <w:rPr>
          <w:rFonts w:ascii="Times New Roman" w:hAnsi="Times New Roman" w:eastAsia="Times New Roman" w:cs="Times New Roman"/>
        </w:rPr>
        <w:t xml:space="preserve"> </w:t>
      </w:r>
      <w:r>
        <w:rPr>
          <w:rFonts w:ascii="Malgun Gothic" w:hAnsi="Malgun Gothic" w:eastAsia="Malgun Gothic" w:cs="Malgun Gothic"/>
        </w:rPr>
        <w:t>것으로</w:t>
      </w:r>
      <w:r>
        <w:rPr>
          <w:rFonts w:ascii="Times New Roman" w:hAnsi="Times New Roman" w:eastAsia="Times New Roman" w:cs="Times New Roman"/>
        </w:rPr>
        <w:t xml:space="preserve"> </w:t>
      </w:r>
      <w:r>
        <w:rPr>
          <w:rFonts w:ascii="Malgun Gothic" w:hAnsi="Malgun Gothic" w:eastAsia="Malgun Gothic" w:cs="Malgun Gothic"/>
        </w:rPr>
        <w:t>보이며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이전이</w:t>
      </w:r>
      <w:r>
        <w:rPr>
          <w:rFonts w:ascii="Times New Roman" w:hAnsi="Times New Roman" w:eastAsia="Times New Roman" w:cs="Times New Roman"/>
        </w:rPr>
        <w:t xml:space="preserve"> </w:t>
      </w:r>
      <w:r>
        <w:rPr>
          <w:rFonts w:ascii="Malgun Gothic" w:hAnsi="Malgun Gothic" w:eastAsia="Malgun Gothic" w:cs="Malgun Gothic"/>
        </w:rPr>
        <w:t>아니다</w:t>
      </w:r>
      <w:r>
        <w:rPr>
          <w:rFonts w:ascii="Times New Roman" w:hAnsi="Times New Roman" w:eastAsia="Times New Roman" w:cs="Times New Roman"/>
        </w:rPr>
        <w:t xml:space="preserve">. </w:t>
      </w:r>
      <w:r>
        <w:rPr>
          <w:rFonts w:ascii="Malgun Gothic" w:hAnsi="Malgun Gothic" w:eastAsia="Malgun Gothic" w:cs="Malgun Gothic"/>
        </w:rPr>
        <w:t>요한계시록</w:t>
      </w:r>
      <w:r>
        <w:rPr>
          <w:rFonts w:ascii="Times New Roman" w:hAnsi="Times New Roman" w:eastAsia="Times New Roman" w:cs="Times New Roman"/>
        </w:rPr>
        <w:t xml:space="preserve"> 13</w:t>
      </w:r>
      <w:r>
        <w:rPr>
          <w:rFonts w:ascii="Malgun Gothic" w:hAnsi="Malgun Gothic" w:eastAsia="Malgun Gothic" w:cs="Malgun Gothic"/>
        </w:rPr>
        <w:t>장</w:t>
      </w:r>
      <w:r>
        <w:rPr>
          <w:rFonts w:ascii="Times New Roman" w:hAnsi="Times New Roman" w:eastAsia="Times New Roman" w:cs="Times New Roman"/>
        </w:rPr>
        <w:t xml:space="preserve"> 11</w:t>
      </w:r>
      <w:r>
        <w:rPr>
          <w:rFonts w:ascii="Malgun Gothic" w:hAnsi="Malgun Gothic" w:eastAsia="Malgun Gothic" w:cs="Malgun Gothic"/>
        </w:rPr>
        <w:t>절에서</w:t>
      </w:r>
      <w:r>
        <w:rPr>
          <w:rFonts w:ascii="Times New Roman" w:hAnsi="Times New Roman" w:eastAsia="Times New Roman" w:cs="Times New Roman"/>
        </w:rPr>
        <w:t xml:space="preserve"> </w:t>
      </w:r>
      <w:r>
        <w:rPr>
          <w:rFonts w:ascii="Malgun Gothic" w:hAnsi="Malgun Gothic" w:eastAsia="Malgun Gothic" w:cs="Malgun Gothic"/>
        </w:rPr>
        <w:t>미국이</w:t>
      </w:r>
      <w:r>
        <w:rPr>
          <w:rFonts w:ascii="Times New Roman" w:hAnsi="Times New Roman" w:eastAsia="Times New Roman" w:cs="Times New Roman"/>
        </w:rPr>
        <w:t xml:space="preserve"> </w:t>
      </w:r>
      <w:r>
        <w:rPr>
          <w:rFonts w:ascii="Malgun Gothic" w:hAnsi="Malgun Gothic" w:eastAsia="Malgun Gothic" w:cs="Malgun Gothic"/>
        </w:rPr>
        <w:t>용처럼</w:t>
      </w:r>
      <w:r>
        <w:rPr>
          <w:rFonts w:ascii="Times New Roman" w:hAnsi="Times New Roman" w:eastAsia="Times New Roman" w:cs="Times New Roman"/>
        </w:rPr>
        <w:t xml:space="preserve"> </w:t>
      </w:r>
      <w:r>
        <w:rPr>
          <w:rFonts w:ascii="Malgun Gothic" w:hAnsi="Malgun Gothic" w:eastAsia="Malgun Gothic" w:cs="Malgun Gothic"/>
        </w:rPr>
        <w:t>말한</w:t>
      </w:r>
      <w:r>
        <w:rPr>
          <w:rFonts w:ascii="Times New Roman" w:hAnsi="Times New Roman" w:eastAsia="Times New Roman" w:cs="Times New Roman"/>
        </w:rPr>
        <w:t xml:space="preserve"> </w:t>
      </w:r>
      <w:r>
        <w:rPr>
          <w:rFonts w:ascii="Malgun Gothic" w:hAnsi="Malgun Gothic" w:eastAsia="Malgun Gothic" w:cs="Malgun Gothic"/>
        </w:rPr>
        <w:t>후에야</w:t>
      </w:r>
      <w:r>
        <w:rPr>
          <w:rFonts w:ascii="Times New Roman" w:hAnsi="Times New Roman" w:eastAsia="Times New Roman" w:cs="Times New Roman"/>
        </w:rPr>
        <w:t xml:space="preserve">, </w:t>
      </w:r>
      <w:r>
        <w:rPr>
          <w:rFonts w:ascii="Malgun Gothic" w:hAnsi="Malgun Gothic" w:eastAsia="Malgun Gothic" w:cs="Malgun Gothic"/>
        </w:rPr>
        <w:t>같은</w:t>
      </w:r>
      <w:r>
        <w:rPr>
          <w:rFonts w:ascii="Times New Roman" w:hAnsi="Times New Roman" w:eastAsia="Times New Roman" w:cs="Times New Roman"/>
        </w:rPr>
        <w:t xml:space="preserve"> </w:t>
      </w:r>
      <w:r>
        <w:rPr>
          <w:rFonts w:ascii="Malgun Gothic" w:hAnsi="Malgun Gothic" w:eastAsia="Malgun Gothic" w:cs="Malgun Gothic"/>
        </w:rPr>
        <w:t>장</w:t>
      </w:r>
      <w:r>
        <w:rPr>
          <w:rFonts w:ascii="Times New Roman" w:hAnsi="Times New Roman" w:eastAsia="Times New Roman" w:cs="Times New Roman"/>
        </w:rPr>
        <w:t xml:space="preserve"> 13</w:t>
      </w:r>
      <w:r>
        <w:rPr>
          <w:rFonts w:ascii="Malgun Gothic" w:hAnsi="Malgun Gothic" w:eastAsia="Malgun Gothic" w:cs="Malgun Gothic"/>
        </w:rPr>
        <w:t>절에서</w:t>
      </w:r>
      <w:r>
        <w:rPr>
          <w:rFonts w:ascii="Times New Roman" w:hAnsi="Times New Roman" w:eastAsia="Times New Roman" w:cs="Times New Roman"/>
        </w:rPr>
        <w:t xml:space="preserve"> </w:t>
      </w:r>
      <w:r>
        <w:rPr>
          <w:rFonts w:ascii="Malgun Gothic" w:hAnsi="Malgun Gothic" w:eastAsia="Malgun Gothic" w:cs="Malgun Gothic"/>
        </w:rPr>
        <w:t>셰이탄이</w:t>
      </w:r>
      <w:r>
        <w:rPr>
          <w:rFonts w:ascii="Times New Roman" w:hAnsi="Times New Roman" w:eastAsia="Times New Roman" w:cs="Times New Roman"/>
        </w:rPr>
        <w:t xml:space="preserve"> </w:t>
      </w:r>
      <w:r>
        <w:rPr>
          <w:rFonts w:ascii="Malgun Gothic" w:hAnsi="Malgun Gothic" w:eastAsia="Malgun Gothic" w:cs="Malgun Gothic"/>
        </w:rPr>
        <w:t>하늘에서</w:t>
      </w:r>
      <w:r>
        <w:rPr>
          <w:rFonts w:ascii="Times New Roman" w:hAnsi="Times New Roman" w:eastAsia="Times New Roman" w:cs="Times New Roman"/>
        </w:rPr>
        <w:t xml:space="preserve"> </w:t>
      </w:r>
      <w:r>
        <w:rPr>
          <w:rFonts w:ascii="Malgun Gothic" w:hAnsi="Malgun Gothic" w:eastAsia="Malgun Gothic" w:cs="Malgun Gothic"/>
        </w:rPr>
        <w:t>불을</w:t>
      </w:r>
      <w:r>
        <w:rPr>
          <w:rFonts w:ascii="Times New Roman" w:hAnsi="Times New Roman" w:eastAsia="Times New Roman" w:cs="Times New Roman"/>
        </w:rPr>
        <w:t xml:space="preserve"> </w:t>
      </w:r>
      <w:r>
        <w:rPr>
          <w:rFonts w:ascii="Malgun Gothic" w:hAnsi="Malgun Gothic" w:eastAsia="Malgun Gothic" w:cs="Malgun Gothic"/>
        </w:rPr>
        <w:t>내려오게</w:t>
      </w:r>
      <w:r>
        <w:rPr>
          <w:rFonts w:ascii="Times New Roman" w:hAnsi="Times New Roman" w:eastAsia="Times New Roman" w:cs="Times New Roman"/>
        </w:rPr>
        <w:t xml:space="preserve"> </w:t>
      </w:r>
      <w:r>
        <w:rPr>
          <w:rFonts w:ascii="Malgun Gothic" w:hAnsi="Malgun Gothic" w:eastAsia="Malgun Gothic" w:cs="Malgun Gothic"/>
        </w:rPr>
        <w:t>하는</w:t>
      </w:r>
      <w:r>
        <w:rPr>
          <w:rFonts w:ascii="Times New Roman" w:hAnsi="Times New Roman" w:eastAsia="Times New Roman" w:cs="Times New Roman"/>
        </w:rPr>
        <w:t xml:space="preserve"> </w:t>
      </w:r>
      <w:r>
        <w:rPr>
          <w:rFonts w:ascii="Malgun Gothic" w:hAnsi="Malgun Gothic" w:eastAsia="Malgun Gothic" w:cs="Malgun Gothic"/>
        </w:rPr>
        <w:t>것으로</w:t>
      </w:r>
      <w:r>
        <w:rPr>
          <w:rFonts w:ascii="Times New Roman" w:hAnsi="Times New Roman" w:eastAsia="Times New Roman" w:cs="Times New Roman"/>
        </w:rPr>
        <w:t xml:space="preserve"> </w:t>
      </w:r>
      <w:r>
        <w:rPr>
          <w:rFonts w:ascii="Malgun Gothic" w:hAnsi="Malgun Gothic" w:eastAsia="Malgun Gothic" w:cs="Malgun Gothic"/>
        </w:rPr>
        <w:t>나타난다</w:t>
      </w:r>
      <w:r>
        <w:rPr>
          <w:rFonts w:ascii="Times New Roman" w:hAnsi="Times New Roman" w:eastAsia="Times New Roman" w:cs="Times New Roman"/>
        </w:rPr>
        <w:t xml:space="preserve">. </w:t>
      </w:r>
      <w:r>
        <w:rPr>
          <w:rFonts w:ascii="Malgun Gothic" w:hAnsi="Malgun Gothic" w:eastAsia="Malgun Gothic" w:cs="Malgun Gothic"/>
        </w:rPr>
        <w:t>이것이</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화잇</w:t>
      </w:r>
      <w:r>
        <w:rPr>
          <w:rFonts w:ascii="Times New Roman" w:hAnsi="Times New Roman" w:eastAsia="Times New Roman" w:cs="Times New Roman"/>
        </w:rPr>
        <w:t xml:space="preserve"> </w:t>
      </w:r>
      <w:r>
        <w:rPr>
          <w:rFonts w:ascii="Malgun Gothic" w:hAnsi="Malgun Gothic" w:eastAsia="Malgun Gothic" w:cs="Malgun Gothic"/>
        </w:rPr>
        <w:t>자매가</w:t>
      </w:r>
      <w:r>
        <w:rPr>
          <w:rFonts w:ascii="Times New Roman" w:hAnsi="Times New Roman" w:eastAsia="Times New Roman" w:cs="Times New Roman"/>
        </w:rPr>
        <w:t xml:space="preserve"> </w:t>
      </w:r>
      <w:r>
        <w:rPr>
          <w:rFonts w:ascii="Malgun Gothic" w:hAnsi="Malgun Gothic" w:eastAsia="Malgun Gothic" w:cs="Malgun Gothic"/>
        </w:rPr>
        <w:t>지적하는</w:t>
      </w:r>
      <w:r>
        <w:rPr>
          <w:rFonts w:ascii="Times New Roman" w:hAnsi="Times New Roman" w:eastAsia="Times New Roman" w:cs="Times New Roman"/>
        </w:rPr>
        <w:t xml:space="preserve"> </w:t>
      </w:r>
      <w:r>
        <w:rPr>
          <w:rFonts w:ascii="Malgun Gothic" w:hAnsi="Malgun Gothic" w:eastAsia="Malgun Gothic" w:cs="Malgun Gothic"/>
        </w:rPr>
        <w:t>바이다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“Upape bukabushikirizibwa omu mategeko agahakanisa amateeka ga Ruhanga, eigwanga ryaitu riryetantara kimwe n’obugororotsi. Obu Obuporotesitante burigolora omukono gwabwo bukaraba omu kihuumurizo kugira ngo bukwate omukono gw’obushoboorozi bwa Rooma, obu buryarengaho ekinogo kugira ngo bukwatane mu ngaro n’Oburombo bw’emyoyo, obu, ahansi y’obushoboorozi bw’eki kwegaita kw’emiringo eshatu, eigwanga ryaitu riryanga buri musingi gw’Iteeka Nshingiro lyaryo nk’obufuzi bw’Abaporotesitante kandi obw’ekyegombeko, kandi rikateekaho oburyo bw’okusaasaanya obubeeyi n’obuhababi bw’obupapa, obwo niho tunaamanya ngu obwire bw’okukora okw’ekitangaza kwa Sitaani buhikire kandi ngu enkomerero eri haihi.” Testimonies, volume 5, 451.</w:t>
      </w:r>
    </w:p>
    <w:p>
      <w:pPr>
        <w:pStyle w:val="ArticleBody"/>
        <w:jc w:val="left"/>
      </w:pPr>
      <w:r>
        <w:rPr>
          <w:rFonts w:ascii="Times New Roman" w:hAnsi="Times New Roman" w:eastAsia="Times New Roman" w:cs="Times New Roman"/>
        </w:rPr>
        <w:t>پێش یاسای یەکشەممە، لە ماوەی تاقیکردنەوەی وێنەی ئاژەڵە دڕندەکەدا، کە هەمان کاتی مۆرکردنی سەد و چل و چوار هەزارەکەیە، کە هەمان شوێنیشە کە کاریگەری هەموو بینینێک لێی ڕوودەدات، دیاردەیەک لە هێزی ئاژدهاکە دەرکەوتوو دەبێت کە موعجیزەی چاکبوونەوەی درۆینە نوێنەرایەتی دەکات. لە پەرتووکی ئاشکراکردندا، قحبەی بابڵ وەک ئەوە ناسێندراوە کە هەموو نەتەوەکان فریودەدات.</w:t>
      </w:r>
    </w:p>
    <w:p>
      <w:pPr>
        <w:pStyle w:val="ArticleScripture"/>
        <w:jc w:val="left"/>
      </w:pPr>
      <w:r>
        <w:rPr>
          <w:rFonts w:ascii="Times New Roman" w:hAnsi="Times New Roman" w:eastAsia="Times New Roman" w:cs="Times New Roman"/>
        </w:rPr>
        <w:t>Әм сәнчилниң йоруғи сәндә йәнә һәргиз парлимайду; күйоғулниң вә келинниң авази сәндә йәнә һәргиз аңланмайду; чүнки сәнниң содигәрлири йәр йүзиниң улуқ адәмлири еди; чүнки барлиқ милләтләр сәнниң сихиргәрлигиң билән аздурулди. Вәһий 18:23.</w:t>
      </w:r>
    </w:p>
    <w:p>
      <w:pPr>
        <w:pStyle w:val="ArticleBody"/>
        <w:jc w:val="left"/>
      </w:pPr>
      <w:r>
        <w:rPr>
          <w:rFonts w:ascii="Times New Roman" w:hAnsi="Times New Roman" w:eastAsia="Times New Roman" w:cs="Times New Roman"/>
        </w:rPr>
        <w:t>“uchawi” ni neno la Kiyunani “pharmakeia” lenye maana ya dawa, au famasia. Neno hilo limetokana na neno la Kiyunani G5332, lenye maana ya (dawa, yaani kinywaji cha uchawi kinachoroga); muuzaji wa dawa au mfamasia au mtilia-sumu. Katika siku za mwisho zinazoelekea kwenye sheria ya Jumapili, jambo litakalochangia mazingira ya mgawanyiko yatakayoirithi rais wa nane na wa mwisho litakuwa kazi ya sekta ya dawa, kama inavyowakilishwa na Anthony Fauci, na virusi vya China.</w:t>
      </w:r>
    </w:p>
    <w:p>
      <w:pPr>
        <w:pStyle w:val="ArticleBody"/>
        <w:jc w:val="left"/>
      </w:pPr>
      <w:r>
        <w:rPr>
          <w:rFonts w:ascii="Times New Roman" w:hAnsi="Times New Roman" w:eastAsia="Times New Roman" w:cs="Times New Roman"/>
        </w:rPr>
        <w:t>Fauci na China byombi ni bahagarariye ububasha bw’igisato, kandi ibimenyetso bya Fauci bishobora gukurikiranwa kugeza no ku ihimbwa rya virusi ya HIV. Igenzura ry’abaturage, nk’uko rihagarariwe n’abagabo nka Bill Gates w’umuherwe, ni kamere yigaragaje mu mugambi wa Farawo wo kurimbura impinja mu gihe cya Mose, no mu mihati ya Herode yo gukora nk’ibyo mu gihe cya Kristo. Kimwe cya kabiri cy’abaturage cyarayobejwe na virusi y’u Bushinwa, kandi n’ubu uracyabona abantu bambaye udupfukamunwa, tudashobora gukumira virusi iyo ari yo yose.</w:t>
      </w:r>
    </w:p>
    <w:p>
      <w:pPr>
        <w:pStyle w:val="ArticleBody"/>
        <w:jc w:val="left"/>
      </w:pPr>
      <w:r>
        <w:rPr>
          <w:rFonts w:ascii="Times New Roman" w:hAnsi="Times New Roman" w:eastAsia="Times New Roman" w:cs="Times New Roman"/>
        </w:rPr>
        <w:t>Tukayatulilila kyōngi ichi mu makaratasi gha kulondezgapo.</w:t>
      </w:r>
    </w:p>
    <w:p>
      <w:pPr>
        <w:pStyle w:val="ArticleScripture"/>
        <w:jc w:val="left"/>
      </w:pPr>
      <w:r>
        <w:rPr>
          <w:rFonts w:ascii="Times New Roman" w:hAnsi="Times New Roman" w:eastAsia="Times New Roman" w:cs="Times New Roman"/>
        </w:rPr>
        <w:t>“Satani akora binyu bya kurema na vyo kugira ngo yegeranye umwimbu wiwe w’imitima ititeguye. Yize amabanga yo mu mabaraza y’ubushakashatsi bw’ivyaremwe, kandi akoresha ubushobozi bwiwe bwose kugira ngo aganzire ivyo bintu vyose uko Imana ibimwemerera. Igihe yemererwa kubabaza Yobu, ese ingene ubusho n’imikuku, abasavyi, amazu, abana, vyaciye bikurwaho ningoga, ingorane zikurikirana, imwe ikurikiye iyindi nk’aho vyabaye mu kanya gato. Imana ni yo ikingira ibiremwa vyayo kandi ikabizitira ngo ubushobozi bw’umuranduzi ntibubishikeko. Ariko isi yiyita iya Gikristo yerekanye ko isuzugura ivyagezwe vya Yehova; kandi Uhoraho azokora neza na neza ivyo yatangaje ko azokora—azokura imigisha yiwe kw’isi kandi akureho ukurinda kwiwe ku bantu bagarariza ivyagezwe vyiwe, inyigisho ziwe, kandi bagahatira abandi gukora uko nyene. Satani aganza abo Imana idacungera bidasanzwe. Azotonesha kandi atere imbere bamwe kugira ngo arangure imigambi yiwe, kandi azoteza abandi ivyago, abe ari na vyo bituma abantu bemera yuko ari Imana iriko irababariza.”</w:t>
      </w:r>
    </w:p>
    <w:p>
      <w:pPr>
        <w:pStyle w:val="ArticleScripture"/>
        <w:jc w:val="left"/>
      </w:pPr>
      <w:r>
        <w:rPr>
          <w:rFonts w:ascii="Times New Roman" w:hAnsi="Times New Roman" w:eastAsia="Times New Roman" w:cs="Times New Roman"/>
        </w:rPr>
        <w:t>“Munthu uyu, apo akuonekera kwa ana a anthu ngati sing’anga wamkulu wokhoza kuchiritsa nthenda zawo zonse, adzabweretsa matenda ndi masoka, kufikira mizinda yodzaza ndi anthu itasanduka bwinja ndi kusakhalamo anthu. Ngakhale tsopano lino ali kugwira ntchito. M’ngozi ndi m’masautso a pa nyanja ndi a pa mtunda, m’moto zazikulu zowononga, m’mphepo zamkuntho zaukali ndi mvula ya matalala yoopsa, m’namondwe, m’zigumula, m’mphepo za chimphepo, m’mafunde aakulu a m’nyanja, ndi m’zivomezi, m’malo monse ndi m’njira zikwi zambiri, Satana akugwiritsa ntchito mphamvu yake. Amasesa zokolola zikukhwima, ndipo njala ndi kusautsika zimatsatira. Aika m’mlengalenga poizoni wakupha, ndipo zikwi zambiri zimafa ndi mliri. Zilango izi zidzachuluka koposa ndi kukhala zowononga kwambiri. Chiwonongeko chidzagwera anthu ndi nyama zomwe. ‘Dziko lapansi lilira ndi kufota,’ ‘anthu odzikuza … afooka. Dziko lapansilo laipitsidwa pansi pa okhalamo; chifukwa aphwanya malamulo, asintha lamulo, aswa pangano losatha.’ Yesaya 24:4, 5.”</w:t>
      </w:r>
    </w:p>
    <w:p>
      <w:pPr>
        <w:pStyle w:val="ArticleScripture"/>
        <w:jc w:val="left"/>
      </w:pPr>
      <w:r>
        <w:rPr>
          <w:rFonts w:ascii="Times New Roman" w:hAnsi="Times New Roman" w:eastAsia="Times New Roman" w:cs="Times New Roman"/>
        </w:rPr>
        <w:t>“Na hapo mdanganyi mkuu atawashawishi watu kwamba wale wanaomtumikia Mungu ndio wanaosababisha maovu haya. Kundi lile lililosababisha kutopendezwa kwa Mbingu litaweka taabu zao zote juu ya wale ambao utii wao kwa amri za Mungu ni karipio la daima kwa wakosaji. Itatangazwa kwamba watu wanamkosea Mungu kwa kuivunja sabato ya Jumapili; kwamba dhambi hii imeleta misiba ambayo haitakoma mpaka utunzaji wa Jumapili utakapolazimishwa kwa ukali; na kwamba wale wanaowasilisha madai ya amri ya nne, kwa hivyo wakiharibu heshima kwa Jumapili, ni wasumbufu wa watu, wanaozuia kurejeshwa kwao katika kibali cha Mungu na ustawi wa maisha haya ya sasa. Hivyo shtaka lililotolewa zamani dhidi ya mtumishi wa Mungu litarudiwa tena, na kwa misingi iliyo imara kwa kadiri iyo hiyo: ‘Ikawa, Ahabu alipomwona Eliya, Ahabu akamwambia, Je! ni wewe, mwenye kuitaabisha Israeli? Naye akajibu, Mimi sijaitia taabu Israeli; bali ni wewe, na nyumba ya baba yako, kwa kuwa mmeziacha amri za Bwana, nawe umewafuata Mabaali.’” 1 Wafalme 18:17, 18. Kadiri hasira ya watu itakavyochochewa kwa mashtaka ya uongo, watafuata mwenendo dhidi ya wajumbe wa Mungu unaofanana sana na ule ambao Israeli iliyoasi ilimfuata Eliya.</w:t>
      </w:r>
    </w:p>
    <w:p>
      <w:pPr>
        <w:pStyle w:val="ArticleScripture"/>
        <w:jc w:val="left"/>
      </w:pPr>
      <w:r>
        <w:rPr>
          <w:rFonts w:ascii="Times New Roman" w:hAnsi="Times New Roman" w:eastAsia="Times New Roman" w:cs="Times New Roman"/>
        </w:rPr>
        <w:t>“</w:t>
      </w:r>
      <w:r>
        <w:rPr>
          <w:rFonts w:ascii="Nirmala UI" w:hAnsi="Nirmala UI" w:eastAsia="Nirmala UI" w:cs="Nirmala UI"/>
        </w:rPr>
        <w:t>ਊਪਰਲੌਕਿਕ</w:t>
      </w:r>
      <w:r>
        <w:rPr>
          <w:rFonts w:ascii="Times New Roman" w:hAnsi="Times New Roman" w:eastAsia="Times New Roman" w:cs="Times New Roman"/>
        </w:rPr>
        <w:t xml:space="preserve"> </w:t>
      </w:r>
      <w:r>
        <w:rPr>
          <w:rFonts w:ascii="Nirmala UI" w:hAnsi="Nirmala UI" w:eastAsia="Nirmala UI" w:cs="Nirmala UI"/>
        </w:rPr>
        <w:t>ਆਤਮਵਾਦ</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ਪ੍ਰਗਟ</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ਅਚਰਜ</w:t>
      </w:r>
      <w:r>
        <w:rPr>
          <w:rFonts w:ascii="Times New Roman" w:hAnsi="Times New Roman" w:eastAsia="Times New Roman" w:cs="Times New Roman"/>
        </w:rPr>
        <w:t>-</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ਸ਼ਕਤੀ</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ਪ੍ਰਭਾਵ</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ਵਿਰੁੱਧ</w:t>
      </w:r>
      <w:r>
        <w:rPr>
          <w:rFonts w:ascii="Times New Roman" w:hAnsi="Times New Roman" w:eastAsia="Times New Roman" w:cs="Times New Roman"/>
        </w:rPr>
        <w:t xml:space="preserve"> </w:t>
      </w:r>
      <w:r>
        <w:rPr>
          <w:rFonts w:ascii="Nirmala UI" w:hAnsi="Nirmala UI" w:eastAsia="Nirmala UI" w:cs="Nirmala UI"/>
        </w:rPr>
        <w:t>ਵਰਤੇਗੀ</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ਬਜਾਇ</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ਆਗਿਆ</w:t>
      </w:r>
      <w:r>
        <w:rPr>
          <w:rFonts w:ascii="Times New Roman" w:hAnsi="Times New Roman" w:eastAsia="Times New Roman" w:cs="Times New Roman"/>
        </w:rPr>
        <w:t xml:space="preserve"> </w:t>
      </w:r>
      <w:r>
        <w:rPr>
          <w:rFonts w:ascii="Nirmala UI" w:hAnsi="Nirmala UI" w:eastAsia="Nirmala UI" w:cs="Nirmala UI"/>
        </w:rPr>
        <w:t>ਮੰਨਣ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ਚੋਣ</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ਆਤਮਾਵਾਂ</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ਆਉਣ</w:t>
      </w:r>
      <w:r>
        <w:rPr>
          <w:rFonts w:ascii="Times New Roman" w:hAnsi="Times New Roman" w:eastAsia="Times New Roman" w:cs="Times New Roman"/>
        </w:rPr>
        <w:t xml:space="preserve"> </w:t>
      </w:r>
      <w:r>
        <w:rPr>
          <w:rFonts w:ascii="Nirmala UI" w:hAnsi="Nirmala UI" w:eastAsia="Nirmala UI" w:cs="Nirmala UI"/>
        </w:rPr>
        <w:t>ਵਾਲੀਆਂ</w:t>
      </w:r>
      <w:r>
        <w:rPr>
          <w:rFonts w:ascii="Times New Roman" w:hAnsi="Times New Roman" w:eastAsia="Times New Roman" w:cs="Times New Roman"/>
        </w:rPr>
        <w:t xml:space="preserve"> </w:t>
      </w:r>
      <w:r>
        <w:rPr>
          <w:rFonts w:ascii="Nirmala UI" w:hAnsi="Nirmala UI" w:eastAsia="Nirmala UI" w:cs="Nirmala UI"/>
        </w:rPr>
        <w:t>ਸੁਚਨਾਵਾਂ</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ਘੋਸ਼ਿਤ</w:t>
      </w:r>
      <w:r>
        <w:rPr>
          <w:rFonts w:ascii="Times New Roman" w:hAnsi="Times New Roman" w:eastAsia="Times New Roman" w:cs="Times New Roman"/>
        </w:rPr>
        <w:t xml:space="preserve"> </w:t>
      </w:r>
      <w:r>
        <w:rPr>
          <w:rFonts w:ascii="Nirmala UI" w:hAnsi="Nirmala UI" w:eastAsia="Nirmala UI" w:cs="Nirmala UI"/>
        </w:rPr>
        <w:t>ਕਰਨਗੀਆਂ</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ਅਸਵੀਕਾਰ</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ਵਾਲਿਆਂ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ਭੁੱਲ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ਭਾਨ</w:t>
      </w:r>
      <w:r>
        <w:rPr>
          <w:rFonts w:ascii="Times New Roman" w:hAnsi="Times New Roman" w:eastAsia="Times New Roman" w:cs="Times New Roman"/>
        </w:rPr>
        <w:t xml:space="preserve"> </w:t>
      </w:r>
      <w:r>
        <w:rPr>
          <w:rFonts w:ascii="Nirmala UI" w:hAnsi="Nirmala UI" w:eastAsia="Nirmala UI" w:cs="Nirmala UI"/>
        </w:rPr>
        <w:t>ਕਰਾਉਣ</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ਭੇਜਿਆ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ਦ੍ਰਿੜ੍ਹ</w:t>
      </w:r>
      <w:r>
        <w:rPr>
          <w:rFonts w:ascii="Times New Roman" w:hAnsi="Times New Roman" w:eastAsia="Times New Roman" w:cs="Times New Roman"/>
        </w:rPr>
        <w:t xml:space="preserve"> </w:t>
      </w:r>
      <w:r>
        <w:rPr>
          <w:rFonts w:ascii="Nirmala UI" w:hAnsi="Nirmala UI" w:eastAsia="Nirmala UI" w:cs="Nirmala UI"/>
        </w:rPr>
        <w:t>ਕਰਨਗੀਆਂ</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ਦੇਸ਼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ਪਾਲਣਾ</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ਵਾਂਗ</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ਚਾਹੀਦੀ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ਸੰਸਾਰ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ਵਿਆਪਕ</w:t>
      </w:r>
      <w:r>
        <w:rPr>
          <w:rFonts w:ascii="Times New Roman" w:hAnsi="Times New Roman" w:eastAsia="Times New Roman" w:cs="Times New Roman"/>
        </w:rPr>
        <w:t xml:space="preserve"> </w:t>
      </w:r>
      <w:r>
        <w:rPr>
          <w:rFonts w:ascii="Nirmala UI" w:hAnsi="Nirmala UI" w:eastAsia="Nirmala UI" w:cs="Nirmala UI"/>
        </w:rPr>
        <w:t>ਮਹਾਨ</w:t>
      </w:r>
      <w:r>
        <w:rPr>
          <w:rFonts w:ascii="Times New Roman" w:hAnsi="Times New Roman" w:eastAsia="Times New Roman" w:cs="Times New Roman"/>
        </w:rPr>
        <w:t xml:space="preserve"> </w:t>
      </w:r>
      <w:r>
        <w:rPr>
          <w:rFonts w:ascii="Nirmala UI" w:hAnsi="Nirmala UI" w:eastAsia="Nirmala UI" w:cs="Nirmala UI"/>
        </w:rPr>
        <w:t>ਦੁਸ਼ਟਤਾ</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ਵਿਲਾਪ</w:t>
      </w:r>
      <w:r>
        <w:rPr>
          <w:rFonts w:ascii="Times New Roman" w:hAnsi="Times New Roman" w:eastAsia="Times New Roman" w:cs="Times New Roman"/>
        </w:rPr>
        <w:t xml:space="preserve"> </w:t>
      </w:r>
      <w:r>
        <w:rPr>
          <w:rFonts w:ascii="Nirmala UI" w:hAnsi="Nirmala UI" w:eastAsia="Nirmala UI" w:cs="Nirmala UI"/>
        </w:rPr>
        <w:t>ਕਰਨਗੇ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ਧਾਰਮਿਕ</w:t>
      </w:r>
      <w:r>
        <w:rPr>
          <w:rFonts w:ascii="Times New Roman" w:hAnsi="Times New Roman" w:eastAsia="Times New Roman" w:cs="Times New Roman"/>
        </w:rPr>
        <w:t xml:space="preserve"> </w:t>
      </w:r>
      <w:r>
        <w:rPr>
          <w:rFonts w:ascii="Nirmala UI" w:hAnsi="Nirmala UI" w:eastAsia="Nirmala UI" w:cs="Nirmala UI"/>
        </w:rPr>
        <w:t>ਅਧਿਆਪਕਾਂ</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ਗਵਾਹੀ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ਸਮਰਥਨ</w:t>
      </w:r>
      <w:r>
        <w:rPr>
          <w:rFonts w:ascii="Times New Roman" w:hAnsi="Times New Roman" w:eastAsia="Times New Roman" w:cs="Times New Roman"/>
        </w:rPr>
        <w:t xml:space="preserve"> </w:t>
      </w:r>
      <w:r>
        <w:rPr>
          <w:rFonts w:ascii="Nirmala UI" w:hAnsi="Nirmala UI" w:eastAsia="Nirmala UI" w:cs="Nirmala UI"/>
        </w:rPr>
        <w:t>ਕਰਨਗੇ</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ਨੈਤਿਕਤਾ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ਗਿਰਾਵਟ</w:t>
      </w:r>
      <w:r>
        <w:rPr>
          <w:rFonts w:ascii="Times New Roman" w:hAnsi="Times New Roman" w:eastAsia="Times New Roman" w:cs="Times New Roman"/>
        </w:rPr>
        <w:t xml:space="preserve"> </w:t>
      </w:r>
      <w:r>
        <w:rPr>
          <w:rFonts w:ascii="Nirmala UI" w:hAnsi="Nirmala UI" w:eastAsia="Nirmala UI" w:cs="Nirmala UI"/>
        </w:rPr>
        <w:t>ਭਰੀ</w:t>
      </w:r>
      <w:r>
        <w:rPr>
          <w:rFonts w:ascii="Times New Roman" w:hAnsi="Times New Roman" w:eastAsia="Times New Roman" w:cs="Times New Roman"/>
        </w:rPr>
        <w:t xml:space="preserve"> </w:t>
      </w:r>
      <w:r>
        <w:rPr>
          <w:rFonts w:ascii="Nirmala UI" w:hAnsi="Nirmala UI" w:eastAsia="Nirmala UI" w:cs="Nirmala UI"/>
        </w:rPr>
        <w:t>ਹਾਲਤ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ਕਾਰਣ</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ਅਪਵਿਤ੍ਰਤਾ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ਸਭ</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ਵਿਰੁੱਧ</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ਗਵਾਹੀ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ਸਵੀਕਾਰ</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ਇਨਕਾਰ</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ਬਹੁਤ</w:t>
      </w:r>
      <w:r>
        <w:rPr>
          <w:rFonts w:ascii="Times New Roman" w:hAnsi="Times New Roman" w:eastAsia="Times New Roman" w:cs="Times New Roman"/>
        </w:rPr>
        <w:t xml:space="preserve"> </w:t>
      </w:r>
      <w:r>
        <w:rPr>
          <w:rFonts w:ascii="Nirmala UI" w:hAnsi="Nirmala UI" w:eastAsia="Nirmala UI" w:cs="Nirmala UI"/>
        </w:rPr>
        <w:t>ਵੱਡਾ</w:t>
      </w:r>
      <w:r>
        <w:rPr>
          <w:rFonts w:ascii="Times New Roman" w:hAnsi="Times New Roman" w:eastAsia="Times New Roman" w:cs="Times New Roman"/>
        </w:rPr>
        <w:t xml:space="preserve"> </w:t>
      </w:r>
      <w:r>
        <w:rPr>
          <w:rFonts w:ascii="Nirmala UI" w:hAnsi="Nirmala UI" w:eastAsia="Nirmala UI" w:cs="Nirmala UI"/>
        </w:rPr>
        <w:t>ਰੋਸ</w:t>
      </w:r>
      <w:r>
        <w:rPr>
          <w:rFonts w:ascii="Times New Roman" w:hAnsi="Times New Roman" w:eastAsia="Times New Roman" w:cs="Times New Roman"/>
        </w:rPr>
        <w:t xml:space="preserve"> </w:t>
      </w:r>
      <w:r>
        <w:rPr>
          <w:rFonts w:ascii="Nirmala UI" w:hAnsi="Nirmala UI" w:eastAsia="Nirmala UI" w:cs="Nirmala UI"/>
        </w:rPr>
        <w:t>ਭੜਕਾਇਆ</w:t>
      </w:r>
      <w:r>
        <w:rPr>
          <w:rFonts w:ascii="Times New Roman" w:hAnsi="Times New Roman" w:eastAsia="Times New Roman" w:cs="Times New Roman"/>
        </w:rPr>
        <w:t xml:space="preserve"> </w:t>
      </w:r>
      <w:r>
        <w:rPr>
          <w:rFonts w:ascii="Nirmala UI" w:hAnsi="Nirmala UI" w:eastAsia="Nirmala UI" w:cs="Nirmala UI"/>
        </w:rPr>
        <w:t>ਜਾਵੇਗਾ।</w:t>
      </w:r>
      <w:r>
        <w:rPr>
          <w:rFonts w:ascii="Times New Roman" w:hAnsi="Times New Roman" w:eastAsia="Times New Roman" w:cs="Times New Roman"/>
        </w:rPr>
        <w:t>” The Great Controversy, 589, 590.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ya Danieli - Mia Moja Arobaini na Sita</dc:title>
  <dc:subject>Kusuka Nyuzi za Kinabii: Rais wa Mwisho, Udikteta, na Sheria ya Jumapili Inayokaribia</dc:subject>
  <dc:creator>Jeff Pippenger</dc:creator>
  <cp:keywords/>
  <dc:description>Generated by ArticleDigger from daniel\146_daniel.json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