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Kitabu cha Danieli - Mia Moja Tisini na Tatu</w:t>
      </w:r>
    </w:p>
    <w:p>
      <w:pPr>
        <w:pStyle w:val="ArticleSubtitle"/>
        <w:jc w:val="left"/>
      </w:pPr>
      <w:r>
        <w:rPr>
          <w:rFonts w:ascii="Arial" w:hAnsi="Arial" w:eastAsia="Arial" w:cs="Arial"/>
        </w:rPr>
        <w:t>Kuikangulwa kwa Nsiku ja Mpelo: Kutunda ku Lupango lwa Russia kuya ku Kukuya Kangi kwa Trump ne ku Kulengwa kwa Kifwanyikiso kya Nyama ya Mwitu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2024-04-23</w:t>
      </w:r>
    </w:p>
    <w:p>
      <w:pPr>
        <w:pStyle w:val="ArticleBody"/>
        <w:jc w:val="left"/>
      </w:pPr>
      <w:r>
        <w:rPr>
          <w:rFonts w:ascii="Times New Roman" w:hAnsi="Times New Roman" w:eastAsia="Times New Roman" w:cs="Times New Roman"/>
        </w:rPr>
        <w:t>Em demekê nêzîk de, Rûsya ê şerê li Ukraynayê bi serkeftinê bi dawî bike, û ev serkeftin dê destpêka dawiyê ji bo Putin û Rûsyayê derkeve. Wekî ku Gorbaçov împaratoriya xwe ji nû ve rêxist (perestroika) û paşê ber bi Neteweyên Yekbûyî ve reviya, Rûsyaya siyasî dê were anîn bin desthilata Neteweyên Yekbûyî, lê Rûsyaya olî dê were anîn bin kontrola papatiyê. Trump dê di sala 2024-an de were hilbijartin, û serkeve li ser Demokratên globalîst û globalîstên Komarî yên xwe bi xwe îqrar kirî, û ew dê bi globalîstên Neteweyên Yekbûyî re hevalbendiyek ava bike, ji bo armanca çareserkirina encamên hilweşîna Putin û Rûsyayê. Paşê fahişeya Sûrê dê ji bo Rûsyayê navbeynkariyê bike.</w:t>
      </w:r>
    </w:p>
    <w:p>
      <w:pPr>
        <w:pStyle w:val="ArticleBody"/>
        <w:jc w:val="left"/>
      </w:pPr>
      <w:r>
        <w:rPr>
          <w:rFonts w:ascii="Times New Roman" w:hAnsi="Times New Roman" w:eastAsia="Times New Roman" w:cs="Times New Roman"/>
        </w:rPr>
        <w:t>Mwitabani bwa Panium, lisolo lya ntanshi ya bitabani bisato bya vesi makumi ana libwelela. Mu ntanshi mwa bitabani, bumwenako bwa kupwa kwa Soviet Union mu 1989, wa ntanshi wa bapresidenti mwandamukombwe ba nsuka asombela nga mpinga ya buvumbi ya upapa. Oyo presidenti wa ntanshi uvwa wa mu Republican, kulangisha ne wa nsuka naye akesaba presidenti wa mu Republican. Oyo presidenti wa ntanshi avwilwe kudi mambu ende a rhetoric pa mayele a cimanu ca lupangu lwa iron curtain; lupangu olo, nga cimanyinu ca buprofete, lwapweka pa dikumi ne citanu dya Ngondo wa Itanu na umwe, 1989, pa kupweka kwa lupangu lwa Berlin. Presidenti wa nsuka wa mu Republican akavwilwa kudi mambu ende a rhetoric pa lupangu lwa ku nsongi wa mwinshi wa États-Unis, ne cimanyinu cikalenga bujaadiki bwa Trump bwa kwakula lupangu cikesaba mikenji ya Pa Mulungu, mwamwa lupangu lwa cimanyinu, “wall of separation of church and state,” lukafumishiwa.</w:t>
      </w:r>
    </w:p>
    <w:p>
      <w:pPr>
        <w:pStyle w:val="ArticleBody"/>
        <w:jc w:val="left"/>
      </w:pPr>
      <w:r>
        <w:rPr>
          <w:rFonts w:ascii="Times New Roman" w:hAnsi="Times New Roman" w:eastAsia="Times New Roman" w:cs="Times New Roman"/>
        </w:rPr>
        <w:t>Perezida wa mbere yari icyamamare cyo mu itangazamakuru cyo hambere, uzwiho ubuhanga bwo kuvuga ashize amanga n’ubushobozi bwo gutebya. Perezida wa nyuma ni icyamamare cyo mu itangazamakuru cyo hambere, uzwiho ubuhanga bwo kuvuga ashize amanga n’ubushobozi bwo gutebya. Umwaka wa 1989 waranzwe no gusenyuka kw’ubwami bwari buzwi nka Leta Zunze Ubumwe z’Abasoviyeti, kandi intambara ya nyuma muri za ntambara eshatu zivugwa mu murongo wa mirongo ine ihagarariye gusenyuka kw’ubwami buzwi nk’u Burusiya.</w:t>
      </w:r>
    </w:p>
    <w:p>
      <w:pPr>
        <w:pStyle w:val="ArticleBody"/>
        <w:jc w:val="left"/>
      </w:pPr>
      <w:r>
        <w:rPr>
          <w:rFonts w:ascii="Times New Roman" w:hAnsi="Times New Roman" w:eastAsia="Times New Roman" w:cs="Times New Roman"/>
        </w:rPr>
        <w:t>پانیم کی جنگ آیت چالیس کی تیسری اور آخری جنگ ہے، اور اُس کی تمثیل پہلی جنگ میں پائی گئی تھی۔ جب پہلی جنگ ختم ہوئی تو تمام دنیا نے تسلیم کر لیا کہ دنیا کی واحد عظیم طاقت ریاستہائے متحدہ امریکہ تھی۔ یہی عالمی غلبہ آخری جنگ کے اختتام پر پھر دہرایا جائے گا، کیونکہ وہیں، انطیوخس سوم اور فلپِ مقدونیہ (ریاستہائے متحدہ امریکہ اور اقوامِ متحدہ) کے درمیان قائم ہونے والے اتحاد کے باوجود، ریاستہائے متحدہ امریکہ (جھوٹا نبی) دس بادشاہوں کے برتر بادشاہ کے طور پر قائم کیا جائے گا (اژدہا—یعنی اقوامِ متحدہ)۔</w:t>
      </w:r>
    </w:p>
    <w:p>
      <w:pPr>
        <w:pStyle w:val="ArticleBody"/>
        <w:jc w:val="left"/>
      </w:pPr>
      <w:r>
        <w:rPr>
          <w:rFonts w:ascii="Times New Roman" w:hAnsi="Times New Roman" w:eastAsia="Times New Roman" w:cs="Times New Roman"/>
        </w:rPr>
        <w:t>Ngondo zintatu za vesi ya makumi mine zili na chisindikizo cha “Choonadi,” pakuti yoyamba ikuimira yotsiriza, ndipo ngondo ya pakati ikuimira kupanduka. Gulu lankhondo loyamba ndi lomaliza lopambana loimira m'malo (United States) limagonjetsa, koma gulu lachiwiri loimira m'malo limagonja, ndipo gulu lachiwiri loimira m'malo ndi Nazism, chizindikiro cha kupanduka cha dziko lonse.</w:t>
      </w:r>
    </w:p>
    <w:p>
      <w:pPr>
        <w:pStyle w:val="ArticleBody"/>
        <w:jc w:val="left"/>
      </w:pPr>
      <w:r>
        <w:rPr>
          <w:rFonts w:ascii="Times New Roman" w:hAnsi="Times New Roman" w:eastAsia="Times New Roman" w:cs="Times New Roman"/>
        </w:rPr>
        <w:t>דאָנאַלד טראָמפּס דרײַ פּאָליטישע קאמפּאַניעס טראָגן דעם חתימה־צייכן פֿון „אמת“, ווײַל אין זײַן ערשטן און לעצטן קאמפּאַניע געווינט ער די וואַלן, אָבער אין דער מיטלער קאמפּאַניע ווערט ער באַזיגט דורך דער חיה פֿון אַטעיזם, וואָס איז די מאַכט פֿון דעם שלאנג, ווידער אַמאָל דער סימבאָל פֿון דער מרידה וואָס ווערט פֿאָרגעשטעלט דורך דעם דרײַצנטן אות פֿון דעם העברעיִשן אַלף־בית, וואָס, ווען מען שטעלט עס צוזאַמען מיטן ערשטן און לעצטן אות, בילדט דאָס העברעיִשע וואָרט „אמת“.</w:t>
      </w:r>
    </w:p>
    <w:p>
      <w:pPr>
        <w:pStyle w:val="ArticleBody"/>
        <w:jc w:val="left"/>
      </w:pPr>
      <w:r>
        <w:rPr>
          <w:rFonts w:ascii="Times New Roman" w:hAnsi="Times New Roman" w:eastAsia="Times New Roman" w:cs="Times New Roman"/>
        </w:rPr>
        <w:t>Daniel kumi na moja, aya ya kumi, inaitambulisha wakati wa mwisho katika mwaka wa 1989, na aya ya kumi na sita inaitambulisha sheria ya Jumapili inayokuja upesi. Aya ya kumi hadi ya kumi na tano zinawakilisha historia iliyofichika ya aya ya arobaini, ambayo ndiyo sehemu ya kitabu cha Danieli iliyotiwa muhuri hata siku za mwisho. Aya ya kumi hadi ya kumi na tano zinapowekwa (mstari juu ya mstari) ndani ya historia iliyofichika ya aya ya arobaini, sehemu ya Danieli inayohusiana na siku za mwisho hufunuliwa. Sehemu hiyo hufunuliwa muda mfupi kabla ya kufungwa kwa muda wa rehema kwa washika-Sabato katika sheria ya Jumapili inayokuja upesi. Kwa hiyo, inawakilisha muhuri wa mwisho, yaani, muhuri wa saba.</w:t>
      </w:r>
    </w:p>
    <w:p>
      <w:pPr>
        <w:pStyle w:val="ArticleScripture"/>
        <w:jc w:val="left"/>
      </w:pPr>
      <w:r>
        <w:rPr>
          <w:rFonts w:ascii="Times New Roman" w:hAnsi="Times New Roman" w:eastAsia="Times New Roman" w:cs="Times New Roman"/>
        </w:rPr>
        <w:t>Û gava ku wî mohra heftemîn vekir, li ezmanan nêzîkî nîv saetê bêdengî bû. Û min ew heft firîştên ku li ber Xwedê disekinîn dît; û heft borî ji wan re hatin dayîn. Û firîşteyek din hat û li ser gorîgehê rawesta, bi mibxereyek zêrîn; û gelek bixûr jê re hate dayîn, da ku wê bi duayên hemû pîrozan re li ser gorîgeha zêrîn a ku li ber textê bû pêşkêş bike. Û dûmana bixûrê ku bi duayên pîrozan re bû, ji destê firîşteyê ber bi ber Xwedê ve hilkişiya. Û firîşteyê mibxere girt, wê bi agirê gorîgehê tijî kir, û avêt ser erdê: û deng, û grîvîn, û birûsk, û hejandineke erdê hebûn. Û ew heft firîştên ku heft borî li cem wan bûn, xwe amade kirin ku bifirin. Eyandina Yûhenna 8:1–6.</w:t>
      </w:r>
    </w:p>
    <w:p>
      <w:pPr>
        <w:pStyle w:val="ArticleBody"/>
        <w:jc w:val="left"/>
      </w:pPr>
      <w:r>
        <w:rPr>
          <w:rFonts w:ascii="Times New Roman" w:hAnsi="Times New Roman" w:eastAsia="Times New Roman" w:cs="Times New Roman"/>
        </w:rPr>
        <w:t>Malaika saba walio na tarumbeta saba wanawakilisha hukumu ya utekelezaji inayoanza wakati wa sheria ya Jumapili katika Marekani, na wanawakilisha hukumu ya utekelezaji inayoanza wakati Mikaeli anaposimama na muda wa rehema kwa wanadamu unapofungwa. Kipindi cha kwanza, tangu sheria ya Jumapili mpaka Mikaeli anaposimama, hukumu za Mungu zimechanganyika na rehema, lakini ndipo mapigo saba ya mwisho ni hukumu za Mungu zisizochanganyika na rehema. Kufunguliwa kwa muhuri wa saba ni wakati hukumu za utekelezaji zinapoandaliwa, kama inavyowakilishwa na malaika saba.</w:t>
      </w:r>
    </w:p>
    <w:p>
      <w:pPr>
        <w:pStyle w:val="ArticleBody"/>
        <w:jc w:val="left"/>
      </w:pPr>
      <w:r>
        <w:rPr>
          <w:rFonts w:ascii="Times New Roman" w:hAnsi="Times New Roman" w:eastAsia="Times New Roman" w:cs="Times New Roman"/>
        </w:rPr>
        <w:t>Danyeri bikapteri bibiri n’icyenda byerekana ko “amasengesho y’abera” ari isengesho ryo gusobanukirwa n’ibyabaye bifitanye isano n’inzozi zihishwe za Nebukadinezari zerekeye cya gishushanyo cy’inyamaswa, hamwe no kwihana no kwatura ibyaha bifitanye isano na “ibihe birindwi,” byo mu gitabo cy’Abalewi igice cya makumyabiri na gatandatu. Amasengesho avanzwe n’umubavu mu “gitebo cy’izahabu cy’umubavu” yazamutse agera imbere y’Imana, asengwa n’abahamagawe kuba mu bihumbi ijana na mirongo ine na bine, abo muri icyo gihe bahabwa ikimenyetso cy’Imana ihoraho, igihe umuriro wo ku rutambiro uterwa mu isi.</w:t>
      </w:r>
    </w:p>
    <w:p>
      <w:pPr>
        <w:pStyle w:val="ArticleBody"/>
        <w:jc w:val="left"/>
      </w:pPr>
      <w:r>
        <w:rPr>
          <w:rFonts w:ascii="Times New Roman" w:hAnsi="Times New Roman" w:eastAsia="Times New Roman" w:cs="Times New Roman"/>
        </w:rPr>
        <w:t>Mu Sura ya kenda ya Ezekieli, abo basantu balya nyene bali nokutobotola no kulila pa myaka ya bushebwa ibikolebwa mu nshi ne mu lukuta, kabili ilyo baleelangilila ubulanda bwabo ubwapwililika pa lubembu, malaika wa kushinkisha abika icishibilo pa bipala byabo. Nga filya cili no Sura ya cine konse ya Kusokolola, imishilwa iyalangwa na bamalaika ba konaula ili kulya kunyuma, baleelolela ilyashi ilya kutila ukushinkisha kwapwa.</w:t>
      </w:r>
    </w:p>
    <w:p>
      <w:pPr>
        <w:pStyle w:val="ArticleScripture"/>
        <w:jc w:val="left"/>
      </w:pPr>
      <w:r>
        <w:rPr>
          <w:rFonts w:ascii="Times New Roman" w:hAnsi="Times New Roman" w:eastAsia="Times New Roman" w:cs="Times New Roman"/>
        </w:rPr>
        <w:t>“Na ubutungane budakebakeba, Utagira iherezo aracyabika imibare y’amahanga yose. Mu gihe imbabazi ze zigiherekezwa n’ihamagarirwa ryo kwihana, iyo mibare izaguma ifunguye; ariko igihe imibare igeze ku rugero runaka Imana yashyizeho, umurimo w’uburakari bwayo ni bwo utangira. Ibarura rirafungwa. Ukwihangana kw’Imana kurahagarara. Nta kongera kubababarira kukibavugirwa.</w:t>
      </w:r>
    </w:p>
    <w:p>
      <w:pPr>
        <w:pStyle w:val="ArticleScripture"/>
        <w:jc w:val="left"/>
      </w:pPr>
      <w:r>
        <w:rPr>
          <w:rFonts w:ascii="Times New Roman" w:hAnsi="Times New Roman" w:eastAsia="Times New Roman" w:cs="Times New Roman"/>
        </w:rPr>
        <w:t>“Umuhanuzi, yitegereje ibihe bizaza mu bihe byinshi, yerekewe iki gihe mu iyerekwa rye. Amahanga y’iki gihe yahawe imbabazi zitigeze kubaho. Yahawe imigisha iruta iyindi yose iva mu ijuru, ariko ubwibone bwiyongereye, umururumba, gusenga ibigirwamana, gusuzugura Imana, no kudashima gukomeye byanditswe bibarega. Ariko barimo bihutira gusoza ibarura ryabo n’Imana.</w:t>
      </w:r>
    </w:p>
    <w:p>
      <w:pPr>
        <w:pStyle w:val="ArticleScripture"/>
        <w:jc w:val="left"/>
      </w:pPr>
      <w:r>
        <w:rPr>
          <w:rFonts w:ascii="Times New Roman" w:hAnsi="Times New Roman" w:eastAsia="Times New Roman" w:cs="Times New Roman"/>
        </w:rPr>
        <w:t>“Lelo jambo linalonifanya nitetemeke ni ukweli kwamba wale waliopata nuru na mapendeleo makubwa zaidi wamechafuliwa na uovu uliotamalaki. Wakiwa wameathiriwa na wasio waadilifu wanaowazunguka, wengi, hata miongoni mwa wale wanaokiri kweli, wamekuwa vuguvugu na wamesukumwa chini na mkondo wenye nguvu wa uovu. Dharau ya kila mahali inayotupwa juu ya uchaji wa kweli na utakatifu huwafanya wale wasioshikamana kwa ukaribu na Mungu kupoteza heshima yao kwa sheria Yake. Kama wangekuwa wakiifuata nuru na kuitii kweli kutoka moyoni, sheria hii takatifu ingeonekana kuwa ya thamani kuu zaidi kwao inapodharauliwa na kutupiliwa mbali hivyo. Kadiri kutoheshimu sheria ya Mungu kunavyozidi kudhihirika wazi zaidi, ndivyo mpaka wa utengano kati ya waishikao na ulimwengu unavyozidi kuwa dhahiri zaidi. Upendo kwa maagizo ya kimungu huongezeka kwa kundi moja sawasawa na jinsi dharau kwa maagizo hayo inavyoongezeka kwa kundi jingine.”</w:t>
      </w:r>
    </w:p>
    <w:p>
      <w:pPr>
        <w:pStyle w:val="ArticleScripture"/>
        <w:jc w:val="left"/>
      </w:pPr>
      <w:r>
        <w:rPr>
          <w:rFonts w:ascii="Times New Roman" w:hAnsi="Times New Roman" w:eastAsia="Times New Roman" w:cs="Times New Roman"/>
        </w:rPr>
        <w:t>“Ubukuba ubujitu bulubya kuhi bulihabya. Inamba ziliyimbuka bwangu zilangya yuko igihe cy’ugutahirwa kw’Imana gisigaje kuhika. Naho itishimira guhana, ariko izahana, kandi izabikora vuba. Abagenda mu mucyo bazabona ibimenyetso by’akaga kari kwegera; ariko ntibakwiye kwicara batuje, batarajwe ishinga n’ibigiye kuba, bategereje kurimbuka, bihumuriza yuko Imana izakingira abantu bayo ku munsi wo gutahirwa. Si ko biri na gato. Bakwiye kumenya yuko ari inshingano yabo gukora bashyizeho umwete kugira ngo bakize abandi, barebana kwizera gukomeye ku Mana ngo ibafashe. ‘Gusenga gufite imbaraga kandi gushikamye k’umukiranutsi kugira umumaro mwinshi.’”</w:t>
      </w:r>
    </w:p>
    <w:p>
      <w:pPr>
        <w:pStyle w:val="ArticleScripture"/>
        <w:jc w:val="left"/>
      </w:pPr>
      <w:r>
        <w:rPr>
          <w:rFonts w:ascii="Times New Roman" w:hAnsi="Times New Roman" w:eastAsia="Times New Roman" w:cs="Times New Roman"/>
        </w:rPr>
        <w:t>“Chachu cha utawa hakijapoteza kabisa nguvu zake. Wakati ule ambapo hatari na kushuka moyo kwa kanisa ni kubwa zaidi, kikundi kile kidogo kinachosimama katika nuru kitakuwa kikilia kwa huzuni na kulalamika kwa sababu ya machukizo yanayotendwa katika nchi. Lakini zaidi sana maombi yao yatapanda kwa ajili ya kanisa kwa sababu washiriki wake wanaenenda kwa namna ya ulimwengu.</w:t>
      </w:r>
    </w:p>
    <w:p>
      <w:pPr>
        <w:pStyle w:val="ArticleScripture"/>
        <w:jc w:val="left"/>
      </w:pPr>
      <w:r>
        <w:rPr>
          <w:rFonts w:ascii="Times New Roman" w:hAnsi="Times New Roman" w:eastAsia="Times New Roman" w:cs="Times New Roman"/>
        </w:rPr>
        <w:t>“Abasabiira ab’amaanyi bano abeesigwa abatono tebaliba bwereere. Mukama bw’alifuluma ng’omuwoolerezi, era alijja ng’omukuumi w’abo bonna abakuumye okukkiriza mu bulongoofu bwakwo era nebeerinda obutayonooneddwa n’ensi. Mu kiseera kino Katonda kye yasuubiza okuwoolera abalonde be, abamukaabira emisana n’ekiro, newakubadde ng’abagumiikiriza ebbanga ddene.</w:t>
      </w:r>
    </w:p>
    <w:p>
      <w:pPr>
        <w:pStyle w:val="ArticleScripture"/>
        <w:jc w:val="left"/>
      </w:pPr>
      <w:r>
        <w:rPr>
          <w:rFonts w:ascii="Times New Roman" w:hAnsi="Times New Roman" w:eastAsia="Times New Roman" w:cs="Times New Roman"/>
        </w:rPr>
        <w:t>Ekyalagiro kiri nti: “Yita wakati mu kibuga, wakati mu Yerusaalemi, oteeke akabonero ku byenyi by’abasajja abasinda era abakaaba olw’ebivume byonna ebikolebwa wakati mu kyo.” Abo abaasinda era abakaaba baali babadde balangirira ebigambo eby’obulamu; baali banenyezza, baawadde amagezi, era beegayirira. Abamu ku abo abaali banyoomoola Katonda beenenya ne bamwekkakkanya emitima gyabwe mu maaso Ge. Naye ekitiibwa kya Mukama kyali kivudde ku Isiraeri; newaakubadde nga bangi baakyagenda mu maaso n’enkola ez’eddiini, amaanyi Ge n’okubeerawo Kwe byali tebikyaliwo.” Testimonies, volume 5, 208–210.</w:t>
      </w:r>
    </w:p>
    <w:p>
      <w:pPr>
        <w:pStyle w:val="ArticleBody"/>
        <w:jc w:val="left"/>
      </w:pPr>
      <w:r>
        <w:rPr>
          <w:rFonts w:ascii="Times New Roman" w:hAnsi="Times New Roman" w:eastAsia="Times New Roman" w:cs="Times New Roman"/>
        </w:rPr>
        <w:t>Hangsal 10 tere 15 zong ci, hangsal 40 gi lupta itihas ko kholchin, aro eirokom koritekorite ekoi somoyte ei kotha chinai diye je, eksho chuallish hajaror silmohor akhon sei loksokolor upor somponno hoi ase, jara adhyay dui-te Daniel aru tinjon jogya byaktir dvara pratinitto kora prarthanaburor abashyakata, aru adhyay noi-te Danielor dvara pratinitto kora prarthanar abashyakata, pura korise. Ei dui prarthanar modhyor parthokko ei rupe chinhibole para jai je, ekta holo bhabishyadbhanir bahya ghatonaboli bujhibar nimite prarthana (Daniel 2), aru anyata holo bhabishyadbhanir antarik anubhav bastabat grahan koribar nimite prarthana (Daniel 9). Aro ek parthokko ei je, pobitro loksokole samuhik rupe poshur pratimar porikkhar barta bujhibole bisarise (Daniel 2), kintu teoloke byaktigoto rupe sampurna anutapar kaj siddha koriboi lagibo (Daniel 9). Teolokor prarthana Ezekiel 9-or pariprekshyot thakiboi lagibo, karon deshot aru mondolito thaka papbilor babe teolok dukkhito aru byathito hoboi lagibo.</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သခင်၏</w:t>
      </w:r>
      <w:r>
        <w:rPr>
          <w:rFonts w:ascii="Times New Roman" w:hAnsi="Times New Roman" w:eastAsia="Times New Roman" w:cs="Times New Roman"/>
        </w:rPr>
        <w:t xml:space="preserve"> </w:t>
      </w:r>
      <w:r>
        <w:rPr>
          <w:rFonts w:ascii="Myanmar Text" w:hAnsi="Myanmar Text" w:eastAsia="Myanmar Text" w:cs="Myanmar Text"/>
        </w:rPr>
        <w:t>အမျက်တော်သည်</w:t>
      </w:r>
      <w:r>
        <w:rPr>
          <w:rFonts w:ascii="Times New Roman" w:hAnsi="Times New Roman" w:eastAsia="Times New Roman" w:cs="Times New Roman"/>
        </w:rPr>
        <w:t xml:space="preserve"> </w:t>
      </w:r>
      <w:r>
        <w:rPr>
          <w:rFonts w:ascii="Myanmar Text" w:hAnsi="Myanmar Text" w:eastAsia="Myanmar Text" w:cs="Myanmar Text"/>
        </w:rPr>
        <w:t>တရားစီရင်ခြင်းများအဖြစ်</w:t>
      </w:r>
      <w:r>
        <w:rPr>
          <w:rFonts w:ascii="Times New Roman" w:hAnsi="Times New Roman" w:eastAsia="Times New Roman" w:cs="Times New Roman"/>
        </w:rPr>
        <w:t xml:space="preserve"> </w:t>
      </w:r>
      <w:r>
        <w:rPr>
          <w:rFonts w:ascii="Myanmar Text" w:hAnsi="Myanmar Text" w:eastAsia="Myanmar Text" w:cs="Myanmar Text"/>
        </w:rPr>
        <w:t>ထွက်ပေါ်လာမည့်</w:t>
      </w:r>
      <w:r>
        <w:rPr>
          <w:rFonts w:ascii="Times New Roman" w:hAnsi="Times New Roman" w:eastAsia="Times New Roman" w:cs="Times New Roman"/>
        </w:rPr>
        <w:t xml:space="preserve"> </w:t>
      </w:r>
      <w:r>
        <w:rPr>
          <w:rFonts w:ascii="Myanmar Text" w:hAnsi="Myanmar Text" w:eastAsia="Myanmar Text" w:cs="Myanmar Text"/>
        </w:rPr>
        <w:t>အချိန်တွင်၊</w:t>
      </w:r>
      <w:r>
        <w:rPr>
          <w:rFonts w:ascii="Times New Roman" w:hAnsi="Times New Roman" w:eastAsia="Times New Roman" w:cs="Times New Roman"/>
        </w:rPr>
        <w:t xml:space="preserve"> </w:t>
      </w:r>
      <w:r>
        <w:rPr>
          <w:rFonts w:ascii="Myanmar Text" w:hAnsi="Myanmar Text" w:eastAsia="Myanmar Text" w:cs="Myanmar Text"/>
        </w:rPr>
        <w:t>နှိမ့်ချ၍</w:t>
      </w:r>
      <w:r>
        <w:rPr>
          <w:rFonts w:ascii="Times New Roman" w:hAnsi="Times New Roman" w:eastAsia="Times New Roman" w:cs="Times New Roman"/>
        </w:rPr>
        <w:t xml:space="preserve"> </w:t>
      </w:r>
      <w:r>
        <w:rPr>
          <w:rFonts w:ascii="Myanmar Text" w:hAnsi="Myanmar Text" w:eastAsia="Myanmar Text" w:cs="Myanmar Text"/>
        </w:rPr>
        <w:t>အပ်နှံဆက်ကပ်ထားသော</w:t>
      </w:r>
      <w:r>
        <w:rPr>
          <w:rFonts w:ascii="Times New Roman" w:hAnsi="Times New Roman" w:eastAsia="Times New Roman" w:cs="Times New Roman"/>
        </w:rPr>
        <w:t xml:space="preserve"> </w:t>
      </w:r>
      <w:r>
        <w:rPr>
          <w:rFonts w:ascii="Myanmar Text" w:hAnsi="Myanmar Text" w:eastAsia="Myanmar Text" w:cs="Myanmar Text"/>
        </w:rPr>
        <w:t>ခရစ်တော်၏</w:t>
      </w:r>
      <w:r>
        <w:rPr>
          <w:rFonts w:ascii="Times New Roman" w:hAnsi="Times New Roman" w:eastAsia="Times New Roman" w:cs="Times New Roman"/>
        </w:rPr>
        <w:t xml:space="preserve"> </w:t>
      </w:r>
      <w:r>
        <w:rPr>
          <w:rFonts w:ascii="Myanmar Text" w:hAnsi="Myanmar Text" w:eastAsia="Myanmar Text" w:cs="Myanmar Text"/>
        </w:rPr>
        <w:t>ဤနောက်လိုက်များသည်</w:t>
      </w:r>
      <w:r>
        <w:rPr>
          <w:rFonts w:ascii="Times New Roman" w:hAnsi="Times New Roman" w:eastAsia="Times New Roman" w:cs="Times New Roman"/>
        </w:rPr>
        <w:t xml:space="preserve"> </w:t>
      </w:r>
      <w:r>
        <w:rPr>
          <w:rFonts w:ascii="Myanmar Text" w:hAnsi="Myanmar Text" w:eastAsia="Myanmar Text" w:cs="Myanmar Text"/>
        </w:rPr>
        <w:t>ကျန်ကမ္ဘာလောကမှ</w:t>
      </w:r>
      <w:r>
        <w:rPr>
          <w:rFonts w:ascii="Times New Roman" w:hAnsi="Times New Roman" w:eastAsia="Times New Roman" w:cs="Times New Roman"/>
        </w:rPr>
        <w:t xml:space="preserve"> </w:t>
      </w:r>
      <w:r>
        <w:rPr>
          <w:rFonts w:ascii="Myanmar Text" w:hAnsi="Myanmar Text" w:eastAsia="Myanmar Text" w:cs="Myanmar Text"/>
        </w:rPr>
        <w:t>ထင်ရှားစွာ</w:t>
      </w:r>
      <w:r>
        <w:rPr>
          <w:rFonts w:ascii="Times New Roman" w:hAnsi="Times New Roman" w:eastAsia="Times New Roman" w:cs="Times New Roman"/>
        </w:rPr>
        <w:t xml:space="preserve"> </w:t>
      </w:r>
      <w:r>
        <w:rPr>
          <w:rFonts w:ascii="Myanmar Text" w:hAnsi="Myanmar Text" w:eastAsia="Myanmar Text" w:cs="Myanmar Text"/>
        </w:rPr>
        <w:t>ခွဲခြားဖော်ပြခံရကြလိမ့်မည်။</w:t>
      </w:r>
      <w:r>
        <w:rPr>
          <w:rFonts w:ascii="Times New Roman" w:hAnsi="Times New Roman" w:eastAsia="Times New Roman" w:cs="Times New Roman"/>
        </w:rPr>
        <w:t xml:space="preserve"> </w:t>
      </w:r>
      <w:r>
        <w:rPr>
          <w:rFonts w:ascii="Myanmar Text" w:hAnsi="Myanmar Text" w:eastAsia="Myanmar Text" w:cs="Myanmar Text"/>
        </w:rPr>
        <w:t>သူတို့၏</w:t>
      </w:r>
      <w:r>
        <w:rPr>
          <w:rFonts w:ascii="Times New Roman" w:hAnsi="Times New Roman" w:eastAsia="Times New Roman" w:cs="Times New Roman"/>
        </w:rPr>
        <w:t xml:space="preserve"> </w:t>
      </w:r>
      <w:r>
        <w:rPr>
          <w:rFonts w:ascii="Myanmar Text" w:hAnsi="Myanmar Text" w:eastAsia="Myanmar Text" w:cs="Myanmar Text"/>
        </w:rPr>
        <w:t>ဝိညာဉ်နာကျင်ပူဆွေးမှုကို</w:t>
      </w:r>
      <w:r>
        <w:rPr>
          <w:rFonts w:ascii="Times New Roman" w:hAnsi="Times New Roman" w:eastAsia="Times New Roman" w:cs="Times New Roman"/>
        </w:rPr>
        <w:t xml:space="preserve"> </w:t>
      </w:r>
      <w:r>
        <w:rPr>
          <w:rFonts w:ascii="Myanmar Text" w:hAnsi="Myanmar Text" w:eastAsia="Myanmar Text" w:cs="Myanmar Text"/>
        </w:rPr>
        <w:t>ငိုကြွေးမြည်တမ်းခြင်း၊</w:t>
      </w:r>
      <w:r>
        <w:rPr>
          <w:rFonts w:ascii="Times New Roman" w:hAnsi="Times New Roman" w:eastAsia="Times New Roman" w:cs="Times New Roman"/>
        </w:rPr>
        <w:t xml:space="preserve"> </w:t>
      </w:r>
      <w:r>
        <w:rPr>
          <w:rFonts w:ascii="Myanmar Text" w:hAnsi="Myanmar Text" w:eastAsia="Myanmar Text" w:cs="Myanmar Text"/>
        </w:rPr>
        <w:t>ပြစ်တင်ဆုံးမခြင်းနှင့်</w:t>
      </w:r>
      <w:r>
        <w:rPr>
          <w:rFonts w:ascii="Times New Roman" w:hAnsi="Times New Roman" w:eastAsia="Times New Roman" w:cs="Times New Roman"/>
        </w:rPr>
        <w:t xml:space="preserve"> </w:t>
      </w:r>
      <w:r>
        <w:rPr>
          <w:rFonts w:ascii="Myanmar Text" w:hAnsi="Myanmar Text" w:eastAsia="Myanmar Text" w:cs="Myanmar Text"/>
        </w:rPr>
        <w:t>သတိပေးနှိုးဆော်ခြင်းတို့အားဖြင့်</w:t>
      </w:r>
      <w:r>
        <w:rPr>
          <w:rFonts w:ascii="Times New Roman" w:hAnsi="Times New Roman" w:eastAsia="Times New Roman" w:cs="Times New Roman"/>
        </w:rPr>
        <w:t xml:space="preserve"> </w:t>
      </w:r>
      <w:r>
        <w:rPr>
          <w:rFonts w:ascii="Myanmar Text" w:hAnsi="Myanmar Text" w:eastAsia="Myanmar Text" w:cs="Myanmar Text"/>
        </w:rPr>
        <w:t>ဖော်ပြကြလိမ့်မည်။</w:t>
      </w:r>
      <w:r>
        <w:rPr>
          <w:rFonts w:ascii="Times New Roman" w:hAnsi="Times New Roman" w:eastAsia="Times New Roman" w:cs="Times New Roman"/>
        </w:rPr>
        <w:t xml:space="preserve"> </w:t>
      </w:r>
      <w:r>
        <w:rPr>
          <w:rFonts w:ascii="Myanmar Text" w:hAnsi="Myanmar Text" w:eastAsia="Myanmar Text" w:cs="Myanmar Text"/>
        </w:rPr>
        <w:t>အခြားသူတို့က</w:t>
      </w:r>
      <w:r>
        <w:rPr>
          <w:rFonts w:ascii="Times New Roman" w:hAnsi="Times New Roman" w:eastAsia="Times New Roman" w:cs="Times New Roman"/>
        </w:rPr>
        <w:t xml:space="preserve"> </w:t>
      </w:r>
      <w:r>
        <w:rPr>
          <w:rFonts w:ascii="Myanmar Text" w:hAnsi="Myanmar Text" w:eastAsia="Myanmar Text" w:cs="Myanmar Text"/>
        </w:rPr>
        <w:t>လက်ရှိတည်ရှိနေသော</w:t>
      </w:r>
      <w:r>
        <w:rPr>
          <w:rFonts w:ascii="Times New Roman" w:hAnsi="Times New Roman" w:eastAsia="Times New Roman" w:cs="Times New Roman"/>
        </w:rPr>
        <w:t xml:space="preserve"> </w:t>
      </w:r>
      <w:r>
        <w:rPr>
          <w:rFonts w:ascii="Myanmar Text" w:hAnsi="Myanmar Text" w:eastAsia="Myanmar Text" w:cs="Myanmar Text"/>
        </w:rPr>
        <w:t>မကောင်းမှုအပေါ်</w:t>
      </w:r>
      <w:r>
        <w:rPr>
          <w:rFonts w:ascii="Times New Roman" w:hAnsi="Times New Roman" w:eastAsia="Times New Roman" w:cs="Times New Roman"/>
        </w:rPr>
        <w:t xml:space="preserve"> </w:t>
      </w:r>
      <w:r>
        <w:rPr>
          <w:rFonts w:ascii="Myanmar Text" w:hAnsi="Myanmar Text" w:eastAsia="Myanmar Text" w:cs="Myanmar Text"/>
        </w:rPr>
        <w:t>ဖုံးကွယ်ရန်</w:t>
      </w:r>
      <w:r>
        <w:rPr>
          <w:rFonts w:ascii="Times New Roman" w:hAnsi="Times New Roman" w:eastAsia="Times New Roman" w:cs="Times New Roman"/>
        </w:rPr>
        <w:t xml:space="preserve"> </w:t>
      </w:r>
      <w:r>
        <w:rPr>
          <w:rFonts w:ascii="Myanmar Text" w:hAnsi="Myanmar Text" w:eastAsia="Myanmar Text" w:cs="Myanmar Text"/>
        </w:rPr>
        <w:t>အကာအကွယ်တစ်ခု</w:t>
      </w:r>
      <w:r>
        <w:rPr>
          <w:rFonts w:ascii="Times New Roman" w:hAnsi="Times New Roman" w:eastAsia="Times New Roman" w:cs="Times New Roman"/>
        </w:rPr>
        <w:t xml:space="preserve"> </w:t>
      </w:r>
      <w:r>
        <w:rPr>
          <w:rFonts w:ascii="Myanmar Text" w:hAnsi="Myanmar Text" w:eastAsia="Myanmar Text" w:cs="Myanmar Text"/>
        </w:rPr>
        <w:t>တင်ပေးရန်</w:t>
      </w:r>
      <w:r>
        <w:rPr>
          <w:rFonts w:ascii="Times New Roman" w:hAnsi="Times New Roman" w:eastAsia="Times New Roman" w:cs="Times New Roman"/>
        </w:rPr>
        <w:t xml:space="preserve"> </w:t>
      </w:r>
      <w:r>
        <w:rPr>
          <w:rFonts w:ascii="Myanmar Text" w:hAnsi="Myanmar Text" w:eastAsia="Myanmar Text" w:cs="Myanmar Text"/>
        </w:rPr>
        <w:t>ကြိုးစား၍၊</w:t>
      </w:r>
      <w:r>
        <w:rPr>
          <w:rFonts w:ascii="Times New Roman" w:hAnsi="Times New Roman" w:eastAsia="Times New Roman" w:cs="Times New Roman"/>
        </w:rPr>
        <w:t xml:space="preserve"> </w:t>
      </w:r>
      <w:r>
        <w:rPr>
          <w:rFonts w:ascii="Myanmar Text" w:hAnsi="Myanmar Text" w:eastAsia="Myanmar Text" w:cs="Myanmar Text"/>
        </w:rPr>
        <w:t>နေရာအနှံ့</w:t>
      </w:r>
      <w:r>
        <w:rPr>
          <w:rFonts w:ascii="Times New Roman" w:hAnsi="Times New Roman" w:eastAsia="Times New Roman" w:cs="Times New Roman"/>
        </w:rPr>
        <w:t xml:space="preserve"> </w:t>
      </w:r>
      <w:r>
        <w:rPr>
          <w:rFonts w:ascii="Myanmar Text" w:hAnsi="Myanmar Text" w:eastAsia="Myanmar Text" w:cs="Myanmar Text"/>
        </w:rPr>
        <w:t>အလွန်ပျံ့နှံ့နေသော</w:t>
      </w:r>
      <w:r>
        <w:rPr>
          <w:rFonts w:ascii="Times New Roman" w:hAnsi="Times New Roman" w:eastAsia="Times New Roman" w:cs="Times New Roman"/>
        </w:rPr>
        <w:t xml:space="preserve"> </w:t>
      </w:r>
      <w:r>
        <w:rPr>
          <w:rFonts w:ascii="Myanmar Text" w:hAnsi="Myanmar Text" w:eastAsia="Myanmar Text" w:cs="Myanmar Text"/>
        </w:rPr>
        <w:t>ကြီးမားသည့်</w:t>
      </w:r>
      <w:r>
        <w:rPr>
          <w:rFonts w:ascii="Times New Roman" w:hAnsi="Times New Roman" w:eastAsia="Times New Roman" w:cs="Times New Roman"/>
        </w:rPr>
        <w:t xml:space="preserve"> </w:t>
      </w:r>
      <w:r>
        <w:rPr>
          <w:rFonts w:ascii="Myanmar Text" w:hAnsi="Myanmar Text" w:eastAsia="Myanmar Text" w:cs="Myanmar Text"/>
        </w:rPr>
        <w:t>ဒုစရိုက်ကို</w:t>
      </w:r>
      <w:r>
        <w:rPr>
          <w:rFonts w:ascii="Times New Roman" w:hAnsi="Times New Roman" w:eastAsia="Times New Roman" w:cs="Times New Roman"/>
        </w:rPr>
        <w:t xml:space="preserve"> </w:t>
      </w:r>
      <w:r>
        <w:rPr>
          <w:rFonts w:ascii="Myanmar Text" w:hAnsi="Myanmar Text" w:eastAsia="Myanmar Text" w:cs="Myanmar Text"/>
        </w:rPr>
        <w:t>ခွင့်လွှတ်ရှင်းပြနေကြသော်လည်း၊</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ဂုဏ်တော်အတွက်</w:t>
      </w:r>
      <w:r>
        <w:rPr>
          <w:rFonts w:ascii="Times New Roman" w:hAnsi="Times New Roman" w:eastAsia="Times New Roman" w:cs="Times New Roman"/>
        </w:rPr>
        <w:t xml:space="preserve"> </w:t>
      </w:r>
      <w:r>
        <w:rPr>
          <w:rFonts w:ascii="Myanmar Text" w:hAnsi="Myanmar Text" w:eastAsia="Myanmar Text" w:cs="Myanmar Text"/>
        </w:rPr>
        <w:t>စိတ်အားထက်သန်ခြင်းနှင့်</w:t>
      </w:r>
      <w:r>
        <w:rPr>
          <w:rFonts w:ascii="Times New Roman" w:hAnsi="Times New Roman" w:eastAsia="Times New Roman" w:cs="Times New Roman"/>
        </w:rPr>
        <w:t xml:space="preserve"> </w:t>
      </w:r>
      <w:r>
        <w:rPr>
          <w:rFonts w:ascii="Myanmar Text" w:hAnsi="Myanmar Text" w:eastAsia="Myanmar Text" w:cs="Myanmar Text"/>
        </w:rPr>
        <w:t>ဝိညာဉ်များကို</w:t>
      </w:r>
      <w:r>
        <w:rPr>
          <w:rFonts w:ascii="Times New Roman" w:hAnsi="Times New Roman" w:eastAsia="Times New Roman" w:cs="Times New Roman"/>
        </w:rPr>
        <w:t xml:space="preserve"> </w:t>
      </w:r>
      <w:r>
        <w:rPr>
          <w:rFonts w:ascii="Myanmar Text" w:hAnsi="Myanmar Text" w:eastAsia="Myanmar Text" w:cs="Myanmar Text"/>
        </w:rPr>
        <w:t>ချစ်သော</w:t>
      </w:r>
      <w:r>
        <w:rPr>
          <w:rFonts w:ascii="Times New Roman" w:hAnsi="Times New Roman" w:eastAsia="Times New Roman" w:cs="Times New Roman"/>
        </w:rPr>
        <w:t xml:space="preserve"> </w:t>
      </w:r>
      <w:r>
        <w:rPr>
          <w:rFonts w:ascii="Myanmar Text" w:hAnsi="Myanmar Text" w:eastAsia="Myanmar Text" w:cs="Myanmar Text"/>
        </w:rPr>
        <w:t>မေတ္တာရှိသူတို့သည်</w:t>
      </w:r>
      <w:r>
        <w:rPr>
          <w:rFonts w:ascii="Times New Roman" w:hAnsi="Times New Roman" w:eastAsia="Times New Roman" w:cs="Times New Roman"/>
        </w:rPr>
        <w:t xml:space="preserve"> </w:t>
      </w:r>
      <w:r>
        <w:rPr>
          <w:rFonts w:ascii="Myanmar Text" w:hAnsi="Myanmar Text" w:eastAsia="Myanmar Text" w:cs="Myanmar Text"/>
        </w:rPr>
        <w:t>မည်သူတစ်ဦးတစ်ယောက်၏</w:t>
      </w:r>
      <w:r>
        <w:rPr>
          <w:rFonts w:ascii="Times New Roman" w:hAnsi="Times New Roman" w:eastAsia="Times New Roman" w:cs="Times New Roman"/>
        </w:rPr>
        <w:t xml:space="preserve"> </w:t>
      </w:r>
      <w:r>
        <w:rPr>
          <w:rFonts w:ascii="Myanmar Text" w:hAnsi="Myanmar Text" w:eastAsia="Myanmar Text" w:cs="Myanmar Text"/>
        </w:rPr>
        <w:t>မျက်နှာသာကို</w:t>
      </w:r>
      <w:r>
        <w:rPr>
          <w:rFonts w:ascii="Times New Roman" w:hAnsi="Times New Roman" w:eastAsia="Times New Roman" w:cs="Times New Roman"/>
        </w:rPr>
        <w:t xml:space="preserve"> </w:t>
      </w:r>
      <w:r>
        <w:rPr>
          <w:rFonts w:ascii="Myanmar Text" w:hAnsi="Myanmar Text" w:eastAsia="Myanmar Text" w:cs="Myanmar Text"/>
        </w:rPr>
        <w:t>ရယူရန်ကြောင့်မျှ</w:t>
      </w:r>
      <w:r>
        <w:rPr>
          <w:rFonts w:ascii="Times New Roman" w:hAnsi="Times New Roman" w:eastAsia="Times New Roman" w:cs="Times New Roman"/>
        </w:rPr>
        <w:t xml:space="preserve"> </w:t>
      </w:r>
      <w:r>
        <w:rPr>
          <w:rFonts w:ascii="Myanmar Text" w:hAnsi="Myanmar Text" w:eastAsia="Myanmar Text" w:cs="Myanmar Text"/>
        </w:rPr>
        <w:t>တိတ်ဆိတ်မနေကြ။</w:t>
      </w:r>
      <w:r>
        <w:rPr>
          <w:rFonts w:ascii="Times New Roman" w:hAnsi="Times New Roman" w:eastAsia="Times New Roman" w:cs="Times New Roman"/>
        </w:rPr>
        <w:t xml:space="preserve"> </w:t>
      </w:r>
      <w:r>
        <w:rPr>
          <w:rFonts w:ascii="Myanmar Text" w:hAnsi="Myanmar Text" w:eastAsia="Myanmar Text" w:cs="Myanmar Text"/>
        </w:rPr>
        <w:t>သူတို့၏</w:t>
      </w:r>
      <w:r>
        <w:rPr>
          <w:rFonts w:ascii="Times New Roman" w:hAnsi="Times New Roman" w:eastAsia="Times New Roman" w:cs="Times New Roman"/>
        </w:rPr>
        <w:t xml:space="preserve"> </w:t>
      </w:r>
      <w:r>
        <w:rPr>
          <w:rFonts w:ascii="Myanmar Text" w:hAnsi="Myanmar Text" w:eastAsia="Myanmar Text" w:cs="Myanmar Text"/>
        </w:rPr>
        <w:t>ဖြောင့်မတ်သော</w:t>
      </w:r>
      <w:r>
        <w:rPr>
          <w:rFonts w:ascii="Times New Roman" w:hAnsi="Times New Roman" w:eastAsia="Times New Roman" w:cs="Times New Roman"/>
        </w:rPr>
        <w:t xml:space="preserve"> </w:t>
      </w:r>
      <w:r>
        <w:rPr>
          <w:rFonts w:ascii="Myanmar Text" w:hAnsi="Myanmar Text" w:eastAsia="Myanmar Text" w:cs="Myanmar Text"/>
        </w:rPr>
        <w:t>ဝိညာဉ်များသည်</w:t>
      </w:r>
      <w:r>
        <w:rPr>
          <w:rFonts w:ascii="Times New Roman" w:hAnsi="Times New Roman" w:eastAsia="Times New Roman" w:cs="Times New Roman"/>
        </w:rPr>
        <w:t xml:space="preserve"> </w:t>
      </w:r>
      <w:r>
        <w:rPr>
          <w:rFonts w:ascii="Myanmar Text" w:hAnsi="Myanmar Text" w:eastAsia="Myanmar Text" w:cs="Myanmar Text"/>
        </w:rPr>
        <w:t>မဖြောင့်မတ်သူတို့၏</w:t>
      </w:r>
      <w:r>
        <w:rPr>
          <w:rFonts w:ascii="Times New Roman" w:hAnsi="Times New Roman" w:eastAsia="Times New Roman" w:cs="Times New Roman"/>
        </w:rPr>
        <w:t xml:space="preserve"> </w:t>
      </w:r>
      <w:r>
        <w:rPr>
          <w:rFonts w:ascii="Myanmar Text" w:hAnsi="Myanmar Text" w:eastAsia="Myanmar Text" w:cs="Myanmar Text"/>
        </w:rPr>
        <w:t>မသန့်ရှင်းသော</w:t>
      </w:r>
      <w:r>
        <w:rPr>
          <w:rFonts w:ascii="Times New Roman" w:hAnsi="Times New Roman" w:eastAsia="Times New Roman" w:cs="Times New Roman"/>
        </w:rPr>
        <w:t xml:space="preserve"> </w:t>
      </w:r>
      <w:r>
        <w:rPr>
          <w:rFonts w:ascii="Myanmar Text" w:hAnsi="Myanmar Text" w:eastAsia="Myanmar Text" w:cs="Myanmar Text"/>
        </w:rPr>
        <w:t>အကျင့်အကြံများနှင့်</w:t>
      </w:r>
      <w:r>
        <w:rPr>
          <w:rFonts w:ascii="Times New Roman" w:hAnsi="Times New Roman" w:eastAsia="Times New Roman" w:cs="Times New Roman"/>
        </w:rPr>
        <w:t xml:space="preserve"> </w:t>
      </w:r>
      <w:r>
        <w:rPr>
          <w:rFonts w:ascii="Myanmar Text" w:hAnsi="Myanmar Text" w:eastAsia="Myanmar Text" w:cs="Myanmar Text"/>
        </w:rPr>
        <w:t>စကားပြောဆိုပုံတို့ကြောင့်</w:t>
      </w:r>
      <w:r>
        <w:rPr>
          <w:rFonts w:ascii="Times New Roman" w:hAnsi="Times New Roman" w:eastAsia="Times New Roman" w:cs="Times New Roman"/>
        </w:rPr>
        <w:t xml:space="preserve"> </w:t>
      </w:r>
      <w:r>
        <w:rPr>
          <w:rFonts w:ascii="Myanmar Text" w:hAnsi="Myanmar Text" w:eastAsia="Myanmar Text" w:cs="Myanmar Text"/>
        </w:rPr>
        <w:t>နေ့စဉ်</w:t>
      </w:r>
      <w:r>
        <w:rPr>
          <w:rFonts w:ascii="Times New Roman" w:hAnsi="Times New Roman" w:eastAsia="Times New Roman" w:cs="Times New Roman"/>
        </w:rPr>
        <w:t xml:space="preserve"> </w:t>
      </w:r>
      <w:r>
        <w:rPr>
          <w:rFonts w:ascii="Myanmar Text" w:hAnsi="Myanmar Text" w:eastAsia="Myanmar Text" w:cs="Myanmar Text"/>
        </w:rPr>
        <w:t>စိတ်ညှိုးနွမ်းညှဉ်းဆဲခြင်းကို</w:t>
      </w:r>
      <w:r>
        <w:rPr>
          <w:rFonts w:ascii="Times New Roman" w:hAnsi="Times New Roman" w:eastAsia="Times New Roman" w:cs="Times New Roman"/>
        </w:rPr>
        <w:t xml:space="preserve"> </w:t>
      </w:r>
      <w:r>
        <w:rPr>
          <w:rFonts w:ascii="Myanmar Text" w:hAnsi="Myanmar Text" w:eastAsia="Myanmar Text" w:cs="Myanmar Text"/>
        </w:rPr>
        <w:t>ခံကြရသည်။</w:t>
      </w:r>
      <w:r>
        <w:rPr>
          <w:rFonts w:ascii="Times New Roman" w:hAnsi="Times New Roman" w:eastAsia="Times New Roman" w:cs="Times New Roman"/>
        </w:rPr>
        <w:t xml:space="preserve"> </w:t>
      </w:r>
      <w:r>
        <w:rPr>
          <w:rFonts w:ascii="Myanmar Text" w:hAnsi="Myanmar Text" w:eastAsia="Myanmar Text" w:cs="Myanmar Text"/>
        </w:rPr>
        <w:t>သူတို့၌</w:t>
      </w:r>
      <w:r>
        <w:rPr>
          <w:rFonts w:ascii="Times New Roman" w:hAnsi="Times New Roman" w:eastAsia="Times New Roman" w:cs="Times New Roman"/>
        </w:rPr>
        <w:t xml:space="preserve"> </w:t>
      </w:r>
      <w:r>
        <w:rPr>
          <w:rFonts w:ascii="Myanmar Text" w:hAnsi="Myanmar Text" w:eastAsia="Myanmar Text" w:cs="Myanmar Text"/>
        </w:rPr>
        <w:t>အပြစ်တရား၏</w:t>
      </w:r>
      <w:r>
        <w:rPr>
          <w:rFonts w:ascii="Times New Roman" w:hAnsi="Times New Roman" w:eastAsia="Times New Roman" w:cs="Times New Roman"/>
        </w:rPr>
        <w:t xml:space="preserve"> </w:t>
      </w:r>
      <w:r>
        <w:rPr>
          <w:rFonts w:ascii="Myanmar Text" w:hAnsi="Myanmar Text" w:eastAsia="Myanmar Text" w:cs="Myanmar Text"/>
        </w:rPr>
        <w:t>အရှိန်ပြင်းစွာ</w:t>
      </w:r>
      <w:r>
        <w:rPr>
          <w:rFonts w:ascii="Times New Roman" w:hAnsi="Times New Roman" w:eastAsia="Times New Roman" w:cs="Times New Roman"/>
        </w:rPr>
        <w:t xml:space="preserve"> </w:t>
      </w:r>
      <w:r>
        <w:rPr>
          <w:rFonts w:ascii="Myanmar Text" w:hAnsi="Myanmar Text" w:eastAsia="Myanmar Text" w:cs="Myanmar Text"/>
        </w:rPr>
        <w:t>စီးဆင်းလာသော</w:t>
      </w:r>
      <w:r>
        <w:rPr>
          <w:rFonts w:ascii="Times New Roman" w:hAnsi="Times New Roman" w:eastAsia="Times New Roman" w:cs="Times New Roman"/>
        </w:rPr>
        <w:t xml:space="preserve"> </w:t>
      </w:r>
      <w:r>
        <w:rPr>
          <w:rFonts w:ascii="Myanmar Text" w:hAnsi="Myanmar Text" w:eastAsia="Myanmar Text" w:cs="Myanmar Text"/>
        </w:rPr>
        <w:t>ရေလှိုင်းကြီးကို</w:t>
      </w:r>
      <w:r>
        <w:rPr>
          <w:rFonts w:ascii="Times New Roman" w:hAnsi="Times New Roman" w:eastAsia="Times New Roman" w:cs="Times New Roman"/>
        </w:rPr>
        <w:t xml:space="preserve"> </w:t>
      </w:r>
      <w:r>
        <w:rPr>
          <w:rFonts w:ascii="Myanmar Text" w:hAnsi="Myanmar Text" w:eastAsia="Myanmar Text" w:cs="Myanmar Text"/>
        </w:rPr>
        <w:t>တားဆီးပိတ်ပင်နိုင်သော</w:t>
      </w:r>
      <w:r>
        <w:rPr>
          <w:rFonts w:ascii="Times New Roman" w:hAnsi="Times New Roman" w:eastAsia="Times New Roman" w:cs="Times New Roman"/>
        </w:rPr>
        <w:t xml:space="preserve"> </w:t>
      </w:r>
      <w:r>
        <w:rPr>
          <w:rFonts w:ascii="Myanmar Text" w:hAnsi="Myanmar Text" w:eastAsia="Myanmar Text" w:cs="Myanmar Text"/>
        </w:rPr>
        <w:t>အင်အားမရှိကြသဖြင့်၊</w:t>
      </w:r>
      <w:r>
        <w:rPr>
          <w:rFonts w:ascii="Times New Roman" w:hAnsi="Times New Roman" w:eastAsia="Times New Roman" w:cs="Times New Roman"/>
        </w:rPr>
        <w:t xml:space="preserve"> </w:t>
      </w:r>
      <w:r>
        <w:rPr>
          <w:rFonts w:ascii="Myanmar Text" w:hAnsi="Myanmar Text" w:eastAsia="Myanmar Text" w:cs="Myanmar Text"/>
        </w:rPr>
        <w:t>ထိုကြောင့်</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ဝမ်းနည်းပူပန်မှုနှင့်</w:t>
      </w:r>
      <w:r>
        <w:rPr>
          <w:rFonts w:ascii="Times New Roman" w:hAnsi="Times New Roman" w:eastAsia="Times New Roman" w:cs="Times New Roman"/>
        </w:rPr>
        <w:t xml:space="preserve"> </w:t>
      </w:r>
      <w:r>
        <w:rPr>
          <w:rFonts w:ascii="Myanmar Text" w:hAnsi="Myanmar Text" w:eastAsia="Myanmar Text" w:cs="Myanmar Text"/>
        </w:rPr>
        <w:t>ထိတ်လန့်ကြောက်ရွံ့မှုတို့ဖြင့်</w:t>
      </w:r>
      <w:r>
        <w:rPr>
          <w:rFonts w:ascii="Times New Roman" w:hAnsi="Times New Roman" w:eastAsia="Times New Roman" w:cs="Times New Roman"/>
        </w:rPr>
        <w:t xml:space="preserve"> </w:t>
      </w:r>
      <w:r>
        <w:rPr>
          <w:rFonts w:ascii="Myanmar Text" w:hAnsi="Myanmar Text" w:eastAsia="Myanmar Text" w:cs="Myanmar Text"/>
        </w:rPr>
        <w:t>ပြည့်နေကြသည်။</w:t>
      </w:r>
      <w:r>
        <w:rPr>
          <w:rFonts w:ascii="Times New Roman" w:hAnsi="Times New Roman" w:eastAsia="Times New Roman" w:cs="Times New Roman"/>
        </w:rPr>
        <w:t xml:space="preserve"> </w:t>
      </w:r>
      <w:r>
        <w:rPr>
          <w:rFonts w:ascii="Myanmar Text" w:hAnsi="Myanmar Text" w:eastAsia="Myanmar Text" w:cs="Myanmar Text"/>
        </w:rPr>
        <w:t>အလင်းကြီးကို</w:t>
      </w:r>
      <w:r>
        <w:rPr>
          <w:rFonts w:ascii="Times New Roman" w:hAnsi="Times New Roman" w:eastAsia="Times New Roman" w:cs="Times New Roman"/>
        </w:rPr>
        <w:t xml:space="preserve"> </w:t>
      </w:r>
      <w:r>
        <w:rPr>
          <w:rFonts w:ascii="Myanmar Text" w:hAnsi="Myanmar Text" w:eastAsia="Myanmar Text" w:cs="Myanmar Text"/>
        </w:rPr>
        <w:t>ခံယူခဲ့ကြသူတို့၏</w:t>
      </w:r>
      <w:r>
        <w:rPr>
          <w:rFonts w:ascii="Times New Roman" w:hAnsi="Times New Roman" w:eastAsia="Times New Roman" w:cs="Times New Roman"/>
        </w:rPr>
        <w:t xml:space="preserve"> </w:t>
      </w:r>
      <w:r>
        <w:rPr>
          <w:rFonts w:ascii="Myanmar Text" w:hAnsi="Myanmar Text" w:eastAsia="Myanmar Text" w:cs="Myanmar Text"/>
        </w:rPr>
        <w:t>အိမ်များ၌ပင်</w:t>
      </w:r>
      <w:r>
        <w:rPr>
          <w:rFonts w:ascii="Times New Roman" w:hAnsi="Times New Roman" w:eastAsia="Times New Roman" w:cs="Times New Roman"/>
        </w:rPr>
        <w:t xml:space="preserve"> </w:t>
      </w:r>
      <w:r>
        <w:rPr>
          <w:rFonts w:ascii="Myanmar Text" w:hAnsi="Myanmar Text" w:eastAsia="Myanmar Text" w:cs="Myanmar Text"/>
        </w:rPr>
        <w:t>ဘာသာတရားကို</w:t>
      </w:r>
      <w:r>
        <w:rPr>
          <w:rFonts w:ascii="Times New Roman" w:hAnsi="Times New Roman" w:eastAsia="Times New Roman" w:cs="Times New Roman"/>
        </w:rPr>
        <w:t xml:space="preserve"> </w:t>
      </w:r>
      <w:r>
        <w:rPr>
          <w:rFonts w:ascii="Myanmar Text" w:hAnsi="Myanmar Text" w:eastAsia="Myanmar Text" w:cs="Myanmar Text"/>
        </w:rPr>
        <w:t>အထင်သေးမထီမဲ့မြင်ပြုလျက်ရှိသည်ကို</w:t>
      </w:r>
      <w:r>
        <w:rPr>
          <w:rFonts w:ascii="Times New Roman" w:hAnsi="Times New Roman" w:eastAsia="Times New Roman" w:cs="Times New Roman"/>
        </w:rPr>
        <w:t xml:space="preserve"> </w:t>
      </w:r>
      <w:r>
        <w:rPr>
          <w:rFonts w:ascii="Myanmar Text" w:hAnsi="Myanmar Text" w:eastAsia="Myanmar Text" w:cs="Myanmar Text"/>
        </w:rPr>
        <w:t>မြင်ရသဖြင့်၊</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ရှေ့တော်၌</w:t>
      </w:r>
      <w:r>
        <w:rPr>
          <w:rFonts w:ascii="Times New Roman" w:hAnsi="Times New Roman" w:eastAsia="Times New Roman" w:cs="Times New Roman"/>
        </w:rPr>
        <w:t xml:space="preserve"> </w:t>
      </w:r>
      <w:r>
        <w:rPr>
          <w:rFonts w:ascii="Myanmar Text" w:hAnsi="Myanmar Text" w:eastAsia="Myanmar Text" w:cs="Myanmar Text"/>
        </w:rPr>
        <w:t>ဝမ်းနည်းမြည်တမ်းကြသည်။</w:t>
      </w:r>
      <w:r>
        <w:rPr>
          <w:rFonts w:ascii="Times New Roman" w:hAnsi="Times New Roman" w:eastAsia="Times New Roman" w:cs="Times New Roman"/>
        </w:rPr>
        <w:t xml:space="preserve"> </w:t>
      </w:r>
      <w:r>
        <w:rPr>
          <w:rFonts w:ascii="Myanmar Text" w:hAnsi="Myanmar Text" w:eastAsia="Myanmar Text" w:cs="Myanmar Text"/>
        </w:rPr>
        <w:t>မာန၊</w:t>
      </w:r>
      <w:r>
        <w:rPr>
          <w:rFonts w:ascii="Times New Roman" w:hAnsi="Times New Roman" w:eastAsia="Times New Roman" w:cs="Times New Roman"/>
        </w:rPr>
        <w:t xml:space="preserve"> </w:t>
      </w:r>
      <w:r>
        <w:rPr>
          <w:rFonts w:ascii="Myanmar Text" w:hAnsi="Myanmar Text" w:eastAsia="Myanmar Text" w:cs="Myanmar Text"/>
        </w:rPr>
        <w:t>လောဘ၊</w:t>
      </w:r>
      <w:r>
        <w:rPr>
          <w:rFonts w:ascii="Times New Roman" w:hAnsi="Times New Roman" w:eastAsia="Times New Roman" w:cs="Times New Roman"/>
        </w:rPr>
        <w:t xml:space="preserve"> </w:t>
      </w:r>
      <w:r>
        <w:rPr>
          <w:rFonts w:ascii="Myanmar Text" w:hAnsi="Myanmar Text" w:eastAsia="Myanmar Text" w:cs="Myanmar Text"/>
        </w:rPr>
        <w:t>ကိုယ်ကျိုးရှာမှုနှင့်</w:t>
      </w:r>
      <w:r>
        <w:rPr>
          <w:rFonts w:ascii="Times New Roman" w:hAnsi="Times New Roman" w:eastAsia="Times New Roman" w:cs="Times New Roman"/>
        </w:rPr>
        <w:t xml:space="preserve"> </w:t>
      </w:r>
      <w:r>
        <w:rPr>
          <w:rFonts w:ascii="Myanmar Text" w:hAnsi="Myanmar Text" w:eastAsia="Myanmar Text" w:cs="Myanmar Text"/>
        </w:rPr>
        <w:t>လှည့်ဖြားခြင်း</w:t>
      </w:r>
      <w:r>
        <w:rPr>
          <w:rFonts w:ascii="Times New Roman" w:hAnsi="Times New Roman" w:eastAsia="Times New Roman" w:cs="Times New Roman"/>
        </w:rPr>
        <w:t xml:space="preserve"> </w:t>
      </w:r>
      <w:r>
        <w:rPr>
          <w:rFonts w:ascii="Myanmar Text" w:hAnsi="Myanmar Text" w:eastAsia="Myanmar Text" w:cs="Myanmar Text"/>
        </w:rPr>
        <w:t>အမျိုးမျိုးတို့သည်</w:t>
      </w:r>
      <w:r>
        <w:rPr>
          <w:rFonts w:ascii="Times New Roman" w:hAnsi="Times New Roman" w:eastAsia="Times New Roman" w:cs="Times New Roman"/>
        </w:rPr>
        <w:t xml:space="preserve"> </w:t>
      </w:r>
      <w:r>
        <w:rPr>
          <w:rFonts w:ascii="Myanmar Text" w:hAnsi="Myanmar Text" w:eastAsia="Myanmar Text" w:cs="Myanmar Text"/>
        </w:rPr>
        <w:t>အသင်းတော်အတွင်း၌</w:t>
      </w:r>
      <w:r>
        <w:rPr>
          <w:rFonts w:ascii="Times New Roman" w:hAnsi="Times New Roman" w:eastAsia="Times New Roman" w:cs="Times New Roman"/>
        </w:rPr>
        <w:t xml:space="preserve"> </w:t>
      </w:r>
      <w:r>
        <w:rPr>
          <w:rFonts w:ascii="Myanmar Text" w:hAnsi="Myanmar Text" w:eastAsia="Myanmar Text" w:cs="Myanmar Text"/>
        </w:rPr>
        <w:t>ရှိနေကြသဖြင့်၊</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မိမိတို့၏</w:t>
      </w:r>
      <w:r>
        <w:rPr>
          <w:rFonts w:ascii="Times New Roman" w:hAnsi="Times New Roman" w:eastAsia="Times New Roman" w:cs="Times New Roman"/>
        </w:rPr>
        <w:t xml:space="preserve"> </w:t>
      </w:r>
      <w:r>
        <w:rPr>
          <w:rFonts w:ascii="Myanmar Text" w:hAnsi="Myanmar Text" w:eastAsia="Myanmar Text" w:cs="Myanmar Text"/>
        </w:rPr>
        <w:t>ဝိညာဉ်များကို</w:t>
      </w:r>
      <w:r>
        <w:rPr>
          <w:rFonts w:ascii="Times New Roman" w:hAnsi="Times New Roman" w:eastAsia="Times New Roman" w:cs="Times New Roman"/>
        </w:rPr>
        <w:t xml:space="preserve"> </w:t>
      </w:r>
      <w:r>
        <w:rPr>
          <w:rFonts w:ascii="Myanmar Text" w:hAnsi="Myanmar Text" w:eastAsia="Myanmar Text" w:cs="Myanmar Text"/>
        </w:rPr>
        <w:t>ပူဆွေးညှဉ်းဆဲကြသည်။</w:t>
      </w:r>
      <w:r>
        <w:rPr>
          <w:rFonts w:ascii="Times New Roman" w:hAnsi="Times New Roman" w:eastAsia="Times New Roman" w:cs="Times New Roman"/>
        </w:rPr>
        <w:t xml:space="preserve"> </w:t>
      </w:r>
      <w:r>
        <w:rPr>
          <w:rFonts w:ascii="Myanmar Text" w:hAnsi="Myanmar Text" w:eastAsia="Myanmar Text" w:cs="Myanmar Text"/>
        </w:rPr>
        <w:t>ပြစ်တင်ဆုံးမရန်</w:t>
      </w:r>
      <w:r>
        <w:rPr>
          <w:rFonts w:ascii="Times New Roman" w:hAnsi="Times New Roman" w:eastAsia="Times New Roman" w:cs="Times New Roman"/>
        </w:rPr>
        <w:t xml:space="preserve"> </w:t>
      </w:r>
      <w:r>
        <w:rPr>
          <w:rFonts w:ascii="Myanmar Text" w:hAnsi="Myanmar Text" w:eastAsia="Myanmar Text" w:cs="Myanmar Text"/>
        </w:rPr>
        <w:t>နှိုးဆော်လှုံ့ဆော်သော</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ဝိညာဉ်တော်ကို</w:t>
      </w:r>
      <w:r>
        <w:rPr>
          <w:rFonts w:ascii="Times New Roman" w:hAnsi="Times New Roman" w:eastAsia="Times New Roman" w:cs="Times New Roman"/>
        </w:rPr>
        <w:t xml:space="preserve"> </w:t>
      </w:r>
      <w:r>
        <w:rPr>
          <w:rFonts w:ascii="Myanmar Text" w:hAnsi="Myanmar Text" w:eastAsia="Myanmar Text" w:cs="Myanmar Text"/>
        </w:rPr>
        <w:t>ခြေဖဝါးအောက်၌</w:t>
      </w:r>
      <w:r>
        <w:rPr>
          <w:rFonts w:ascii="Times New Roman" w:hAnsi="Times New Roman" w:eastAsia="Times New Roman" w:cs="Times New Roman"/>
        </w:rPr>
        <w:t xml:space="preserve"> </w:t>
      </w:r>
      <w:r>
        <w:rPr>
          <w:rFonts w:ascii="Myanmar Text" w:hAnsi="Myanmar Text" w:eastAsia="Myanmar Text" w:cs="Myanmar Text"/>
        </w:rPr>
        <w:t>နင်းချေခြင်း</w:t>
      </w:r>
      <w:r>
        <w:rPr>
          <w:rFonts w:ascii="Times New Roman" w:hAnsi="Times New Roman" w:eastAsia="Times New Roman" w:cs="Times New Roman"/>
        </w:rPr>
        <w:t xml:space="preserve"> </w:t>
      </w:r>
      <w:r>
        <w:rPr>
          <w:rFonts w:ascii="Myanmar Text" w:hAnsi="Myanmar Text" w:eastAsia="Myanmar Text" w:cs="Myanmar Text"/>
        </w:rPr>
        <w:t>ခံရပြီး၊</w:t>
      </w:r>
      <w:r>
        <w:rPr>
          <w:rFonts w:ascii="Times New Roman" w:hAnsi="Times New Roman" w:eastAsia="Times New Roman" w:cs="Times New Roman"/>
        </w:rPr>
        <w:t xml:space="preserve"> </w:t>
      </w:r>
      <w:r>
        <w:rPr>
          <w:rFonts w:ascii="Myanmar Text" w:hAnsi="Myanmar Text" w:eastAsia="Myanmar Text" w:cs="Myanmar Text"/>
        </w:rPr>
        <w:t>စာတန်၏</w:t>
      </w:r>
      <w:r>
        <w:rPr>
          <w:rFonts w:ascii="Times New Roman" w:hAnsi="Times New Roman" w:eastAsia="Times New Roman" w:cs="Times New Roman"/>
        </w:rPr>
        <w:t xml:space="preserve"> </w:t>
      </w:r>
      <w:r>
        <w:rPr>
          <w:rFonts w:ascii="Myanmar Text" w:hAnsi="Myanmar Text" w:eastAsia="Myanmar Text" w:cs="Myanmar Text"/>
        </w:rPr>
        <w:t>အစေခံများက</w:t>
      </w:r>
      <w:r>
        <w:rPr>
          <w:rFonts w:ascii="Times New Roman" w:hAnsi="Times New Roman" w:eastAsia="Times New Roman" w:cs="Times New Roman"/>
        </w:rPr>
        <w:t xml:space="preserve"> </w:t>
      </w:r>
      <w:r>
        <w:rPr>
          <w:rFonts w:ascii="Myanmar Text" w:hAnsi="Myanmar Text" w:eastAsia="Myanmar Text" w:cs="Myanmar Text"/>
        </w:rPr>
        <w:t>အောင်ပွဲခံနေကြသည်။</w:t>
      </w:r>
      <w:r>
        <w:rPr>
          <w:rFonts w:ascii="Times New Roman" w:hAnsi="Times New Roman" w:eastAsia="Times New Roman" w:cs="Times New Roman"/>
        </w:rPr>
        <w:t xml:space="preserve"> </w:t>
      </w:r>
      <w:r>
        <w:rPr>
          <w:rFonts w:ascii="Myanmar Text" w:hAnsi="Myanmar Text" w:eastAsia="Myanmar Text" w:cs="Myanmar Text"/>
        </w:rPr>
        <w:t>ဘုရားသခင်သည်</w:t>
      </w:r>
      <w:r>
        <w:rPr>
          <w:rFonts w:ascii="Times New Roman" w:hAnsi="Times New Roman" w:eastAsia="Times New Roman" w:cs="Times New Roman"/>
        </w:rPr>
        <w:t xml:space="preserve"> </w:t>
      </w:r>
      <w:r>
        <w:rPr>
          <w:rFonts w:ascii="Myanmar Text" w:hAnsi="Myanmar Text" w:eastAsia="Myanmar Text" w:cs="Myanmar Text"/>
        </w:rPr>
        <w:t>မဂုဏ်သိက္ခာ</w:t>
      </w:r>
      <w:r>
        <w:rPr>
          <w:rFonts w:ascii="Times New Roman" w:hAnsi="Times New Roman" w:eastAsia="Times New Roman" w:cs="Times New Roman"/>
        </w:rPr>
        <w:t xml:space="preserve"> </w:t>
      </w:r>
      <w:r>
        <w:rPr>
          <w:rFonts w:ascii="Myanmar Text" w:hAnsi="Myanmar Text" w:eastAsia="Myanmar Text" w:cs="Myanmar Text"/>
        </w:rPr>
        <w:t>ခံရတော်မူလျက်၊</w:t>
      </w:r>
      <w:r>
        <w:rPr>
          <w:rFonts w:ascii="Times New Roman" w:hAnsi="Times New Roman" w:eastAsia="Times New Roman" w:cs="Times New Roman"/>
        </w:rPr>
        <w:t xml:space="preserve"> </w:t>
      </w:r>
      <w:r>
        <w:rPr>
          <w:rFonts w:ascii="Myanmar Text" w:hAnsi="Myanmar Text" w:eastAsia="Myanmar Text" w:cs="Myanmar Text"/>
        </w:rPr>
        <w:t>သမ္မာတရားသည်လည်း</w:t>
      </w:r>
      <w:r>
        <w:rPr>
          <w:rFonts w:ascii="Times New Roman" w:hAnsi="Times New Roman" w:eastAsia="Times New Roman" w:cs="Times New Roman"/>
        </w:rPr>
        <w:t xml:space="preserve"> </w:t>
      </w:r>
      <w:r>
        <w:rPr>
          <w:rFonts w:ascii="Myanmar Text" w:hAnsi="Myanmar Text" w:eastAsia="Myanmar Text" w:cs="Myanmar Text"/>
        </w:rPr>
        <w:t>အကျိုးအာနိသင်မရှိသကဲ့သို့</w:t>
      </w:r>
      <w:r>
        <w:rPr>
          <w:rFonts w:ascii="Times New Roman" w:hAnsi="Times New Roman" w:eastAsia="Times New Roman" w:cs="Times New Roman"/>
        </w:rPr>
        <w:t xml:space="preserve"> </w:t>
      </w:r>
      <w:r>
        <w:rPr>
          <w:rFonts w:ascii="Myanmar Text" w:hAnsi="Myanmar Text" w:eastAsia="Myanmar Text" w:cs="Myanmar Text"/>
        </w:rPr>
        <w:t>ဖြစ်စေခြင်း</w:t>
      </w:r>
      <w:r>
        <w:rPr>
          <w:rFonts w:ascii="Times New Roman" w:hAnsi="Times New Roman" w:eastAsia="Times New Roman" w:cs="Times New Roman"/>
        </w:rPr>
        <w:t xml:space="preserve"> </w:t>
      </w:r>
      <w:r>
        <w:rPr>
          <w:rFonts w:ascii="Myanmar Text" w:hAnsi="Myanmar Text" w:eastAsia="Myanmar Text" w:cs="Myanmar Text"/>
        </w:rPr>
        <w:t>ခံရသည်။</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“Abataali abo batali na bujune olw’okukka kwabwe mu by’omwoyo, era abatali kukaabira bibi bya balala, balisigala nga tebalina kabonero ka Katonda. Mukama alagira ababaka Be, abasajja abalina ebyokutta mu mikono gyabwe nti: ‘Mumugoberere nga muyita mu kibuga, mukube: eriiso lyammwe lireme okusonyiwa, so temusaasira: muzikirize ddala abakadde n’abavubuka, abawala, n’abaana abato, n’abakazi: naye temusemberera muntu yenna aliko akabonero; era mutandikire ku watukuvu Wange. Awo ne batandikira ku bakadde abaali mu maaso g’ennyumba.’</w:t>
      </w:r>
    </w:p>
    <w:p>
      <w:pPr>
        <w:pStyle w:val="ArticleScripture"/>
        <w:jc w:val="left"/>
      </w:pPr>
      <w:r>
        <w:rPr>
          <w:rFonts w:ascii="Times New Roman" w:hAnsi="Times New Roman" w:eastAsia="Times New Roman" w:cs="Times New Roman"/>
        </w:rPr>
        <w:t>«Vir vê de em ku dêrîstûnê ku dêrnegarî—pîroziya Xudan—bû yekem ku lêdanê xezeba Xwedê hîs kir. Pîrên kevn, ew kesên ku Xwedê ronahiyeke mezin dabû wan û wek parêzvanên berjewendiyên ruhanî yên gel rawestabûn, ew emanetdariya xwe xiyanet kirin. Wan helwest girt ku em ne hewce ne ku li bendê mucîzeyan û xuyabûna eşkere ya hêza Xwedê bin, wek di rojên berê de. Dem hatine guhertin. Van gotinan bêbaweriya wan xurt dike, û ew dibêjin: Xudan ne qenciyê dike, ne jî xirabiyê dike. Ew pir dilovan e ku gelê xwe bi dadweriyê serdane bike. Bi vî awayî, ‘Aştî û ewlekarî’ bangê wan mirovan e ku êdî qet dengekê xwe wek ker ber nedin da ku gelê Xwedê nîşan bidin sûcên wan û mala Aqûbê gunahên wan. Ev sêgên lal ên ku naxwestin barkerin, ew in ku tola rast a Xwedayê hatî xezebkirin hîs dikin. Mêr, keç, û zarokên biçûk hemû bi hev re tune dibin.» Testimonies, volume 5, 210, 211.</w:t>
      </w:r>
    </w:p>
    <w:p>
      <w:pPr>
        <w:pStyle w:val="ArticleBody"/>
        <w:jc w:val="left"/>
      </w:pPr>
      <w:r>
        <w:rPr>
          <w:rFonts w:ascii="Times New Roman" w:hAnsi="Times New Roman" w:eastAsia="Times New Roman" w:cs="Times New Roman"/>
        </w:rPr>
        <w:t>Danyeri ikumi na moja, mistari ya kwanza na ya pili, huanza katika wakati wa mwisho mwaka 1989, kama vile mstari wa kumi unavyoanza. Mstari wa pili hupeleka historia hadi muhula wa kwanza wa Donald Trump, kisha huacha historia iliyofichwa kutoka kwa huyo rais wa sita kwa utajiri hadi ufalme wa saba (Umoja wa Mataifa), unaowakilishwa na Aleksanda Mkuu. Kati ya Shasta mfalme tajiri katika mstari wa pili, na Aleksanda Mkuu, walikuwapo wafalme wanane wa Uajemi. Historia iliyofichwa ya mstari wa pili hadi mstari wa tatu inawakilisha wafalme wanane. Hivyo basi, tangu mwisho wa muhula wa kwanza wa Trump hadi ufalme wa saba wa unabii wa Biblia, kuna jumla ya wafalme kumi wanaoenea katika historia iliyofichwa ya mistari ya pili hadi ya tatu ya sura ya kumi na moja ya Danieli.</w:t>
      </w:r>
    </w:p>
    <w:p>
      <w:pPr>
        <w:pStyle w:val="ArticleBody"/>
        <w:jc w:val="left"/>
      </w:pPr>
      <w:r>
        <w:rPr>
          <w:rFonts w:ascii="Leelawadee UI" w:hAnsi="Leelawadee UI" w:eastAsia="Leelawadee UI" w:cs="Leelawadee UI"/>
        </w:rPr>
        <w:t>លេខដប់ជានិមិត្តសញ្ញានៃការសាកល្បង</w:t>
      </w:r>
      <w:r>
        <w:rPr>
          <w:rFonts w:ascii="Times New Roman" w:hAnsi="Times New Roman" w:eastAsia="Times New Roman" w:cs="Times New Roman"/>
        </w:rPr>
        <w:t xml:space="preserve"> </w:t>
      </w:r>
      <w:r>
        <w:rPr>
          <w:rFonts w:ascii="Leelawadee UI" w:hAnsi="Leelawadee UI" w:eastAsia="Leelawadee UI" w:cs="Leelawadee UI"/>
        </w:rPr>
        <w:t>ហើយការសាកល្បងដែលកើតឡើងក្នុងប្រវត្តិសាស្ត្រនោះឯង</w:t>
      </w:r>
      <w:r>
        <w:rPr>
          <w:rFonts w:ascii="Times New Roman" w:hAnsi="Times New Roman" w:eastAsia="Times New Roman" w:cs="Times New Roman"/>
        </w:rPr>
        <w:t xml:space="preserve"> </w:t>
      </w:r>
      <w:r>
        <w:rPr>
          <w:rFonts w:ascii="Leelawadee UI" w:hAnsi="Leelawadee UI" w:eastAsia="Leelawadee UI" w:cs="Leelawadee UI"/>
        </w:rPr>
        <w:t>គឺជាការបង្កើតរូបសត្វសាហាវ។</w:t>
      </w:r>
      <w:r>
        <w:rPr>
          <w:rFonts w:ascii="Times New Roman" w:hAnsi="Times New Roman" w:eastAsia="Times New Roman" w:cs="Times New Roman"/>
        </w:rPr>
        <w:t xml:space="preserve"> </w:t>
      </w:r>
      <w:r>
        <w:rPr>
          <w:rFonts w:ascii="Leelawadee UI" w:hAnsi="Leelawadee UI" w:eastAsia="Leelawadee UI" w:cs="Leelawadee UI"/>
        </w:rPr>
        <w:t>ប្រធានាធិបតីដែលមានទ្រព្យសម្បត្តិច្រើនជាងគេលំដាប់ទីប្រាំមួយ</w:t>
      </w:r>
      <w:r>
        <w:rPr>
          <w:rFonts w:ascii="Times New Roman" w:hAnsi="Times New Roman" w:eastAsia="Times New Roman" w:cs="Times New Roman"/>
        </w:rPr>
        <w:t xml:space="preserve"> </w:t>
      </w:r>
      <w:r>
        <w:rPr>
          <w:rFonts w:ascii="Leelawadee UI" w:hAnsi="Leelawadee UI" w:eastAsia="Leelawadee UI" w:cs="Leelawadee UI"/>
        </w:rPr>
        <w:t>បានញុះញង់ពួកសកលនិយម</w:t>
      </w:r>
      <w:r>
        <w:rPr>
          <w:rFonts w:ascii="Times New Roman" w:hAnsi="Times New Roman" w:eastAsia="Times New Roman" w:cs="Times New Roman"/>
        </w:rPr>
        <w:t xml:space="preserve"> </w:t>
      </w:r>
      <w:r>
        <w:rPr>
          <w:rFonts w:ascii="Leelawadee UI" w:hAnsi="Leelawadee UI" w:eastAsia="Leelawadee UI" w:cs="Leelawadee UI"/>
        </w:rPr>
        <w:t>ចាប់ផ្តើមពីយុទ្ធនាការបោះឆ្នោតលើកដំបូងរបស់គាត់នៅឆ្នាំ</w:t>
      </w:r>
      <w:r>
        <w:rPr>
          <w:rFonts w:ascii="Times New Roman" w:hAnsi="Times New Roman" w:eastAsia="Times New Roman" w:cs="Times New Roman"/>
        </w:rPr>
        <w:t xml:space="preserve"> 2015 </w:t>
      </w:r>
      <w:r>
        <w:rPr>
          <w:rFonts w:ascii="Leelawadee UI" w:hAnsi="Leelawadee UI" w:eastAsia="Leelawadee UI" w:cs="Leelawadee UI"/>
        </w:rPr>
        <w:t>ហើយដោយការនោះ</w:t>
      </w:r>
      <w:r>
        <w:rPr>
          <w:rFonts w:ascii="Times New Roman" w:hAnsi="Times New Roman" w:eastAsia="Times New Roman" w:cs="Times New Roman"/>
        </w:rPr>
        <w:t xml:space="preserve"> </w:t>
      </w:r>
      <w:r>
        <w:rPr>
          <w:rFonts w:ascii="Leelawadee UI" w:hAnsi="Leelawadee UI" w:eastAsia="Leelawadee UI" w:cs="Leelawadee UI"/>
        </w:rPr>
        <w:t>គាត់បានកំណត់សញ្ញាចាប់ផ្តើមនៃការតស៊ូមួយរវាងសាក្សីទាំងពីរនៃវិវរណៈជំពូកទីដប់មួយ</w:t>
      </w:r>
      <w:r>
        <w:rPr>
          <w:rFonts w:ascii="Times New Roman" w:hAnsi="Times New Roman" w:eastAsia="Times New Roman" w:cs="Times New Roman"/>
        </w:rPr>
        <w:t xml:space="preserve"> </w:t>
      </w:r>
      <w:r>
        <w:rPr>
          <w:rFonts w:ascii="Leelawadee UI" w:hAnsi="Leelawadee UI" w:eastAsia="Leelawadee UI" w:cs="Leelawadee UI"/>
        </w:rPr>
        <w:t>និងសត្វនាគនៃអនាធិបតេយ្យនិយម</w:t>
      </w:r>
      <w:r>
        <w:rPr>
          <w:rFonts w:ascii="Times New Roman" w:hAnsi="Times New Roman" w:eastAsia="Times New Roman" w:cs="Times New Roman"/>
        </w:rPr>
        <w:t xml:space="preserve"> </w:t>
      </w:r>
      <w:r>
        <w:rPr>
          <w:rFonts w:ascii="Leelawadee UI" w:hAnsi="Leelawadee UI" w:eastAsia="Leelawadee UI" w:cs="Leelawadee UI"/>
        </w:rPr>
        <w:t>ដែលមិនបញ្ឈប់ឡើយរហូតដល់ច្បាប់ថ្ងៃអាទិត្យនៃខទីដប់ប្រាំមួយ</w:t>
      </w:r>
      <w:r>
        <w:rPr>
          <w:rFonts w:ascii="Times New Roman" w:hAnsi="Times New Roman" w:eastAsia="Times New Roman" w:cs="Times New Roman"/>
        </w:rPr>
        <w:t xml:space="preserve"> </w:t>
      </w:r>
      <w:r>
        <w:rPr>
          <w:rFonts w:ascii="Leelawadee UI" w:hAnsi="Leelawadee UI" w:eastAsia="Leelawadee UI" w:cs="Leelawadee UI"/>
        </w:rPr>
        <w:t>និងសែសិបមួយ។</w:t>
      </w:r>
      <w:r>
        <w:rPr>
          <w:rFonts w:ascii="Times New Roman" w:hAnsi="Times New Roman" w:eastAsia="Times New Roman" w:cs="Times New Roman"/>
        </w:rPr>
        <w:t xml:space="preserve"> </w:t>
      </w:r>
      <w:r>
        <w:rPr>
          <w:rFonts w:ascii="Leelawadee UI" w:hAnsi="Leelawadee UI" w:eastAsia="Leelawadee UI" w:cs="Leelawadee UI"/>
        </w:rPr>
        <w:t>ក្នុងសង្គ្រាមនោះ</w:t>
      </w:r>
      <w:r>
        <w:rPr>
          <w:rFonts w:ascii="Times New Roman" w:hAnsi="Times New Roman" w:eastAsia="Times New Roman" w:cs="Times New Roman"/>
        </w:rPr>
        <w:t xml:space="preserve"> </w:t>
      </w:r>
      <w:r>
        <w:rPr>
          <w:rFonts w:ascii="Leelawadee UI" w:hAnsi="Leelawadee UI" w:eastAsia="Leelawadee UI" w:cs="Leelawadee UI"/>
        </w:rPr>
        <w:t>ដូណាល់</w:t>
      </w:r>
      <w:r>
        <w:rPr>
          <w:rFonts w:ascii="Times New Roman" w:hAnsi="Times New Roman" w:eastAsia="Times New Roman" w:cs="Times New Roman"/>
        </w:rPr>
        <w:t xml:space="preserve"> </w:t>
      </w:r>
      <w:r>
        <w:rPr>
          <w:rFonts w:ascii="Leelawadee UI" w:hAnsi="Leelawadee UI" w:eastAsia="Leelawadee UI" w:cs="Leelawadee UI"/>
        </w:rPr>
        <w:t>ត្រាំ</w:t>
      </w:r>
      <w:r>
        <w:rPr>
          <w:rFonts w:ascii="Times New Roman" w:hAnsi="Times New Roman" w:eastAsia="Times New Roman" w:cs="Times New Roman"/>
        </w:rPr>
        <w:t xml:space="preserve"> </w:t>
      </w:r>
      <w:r>
        <w:rPr>
          <w:rFonts w:ascii="Leelawadee UI" w:hAnsi="Leelawadee UI" w:eastAsia="Leelawadee UI" w:cs="Leelawadee UI"/>
        </w:rPr>
        <w:t>គឺជាប្រធានាធិបតីដំបូងដែលបានញុះញង់សត្វនាគ</w:t>
      </w:r>
      <w:r>
        <w:rPr>
          <w:rFonts w:ascii="Times New Roman" w:hAnsi="Times New Roman" w:eastAsia="Times New Roman" w:cs="Times New Roman"/>
        </w:rPr>
        <w:t xml:space="preserve"> </w:t>
      </w:r>
      <w:r>
        <w:rPr>
          <w:rFonts w:ascii="Leelawadee UI" w:hAnsi="Leelawadee UI" w:eastAsia="Leelawadee UI" w:cs="Leelawadee UI"/>
        </w:rPr>
        <w:t>ហើយគាត់ក៏ជាអ្នកចុងក្រោយផងដែរ។</w:t>
      </w:r>
      <w:r>
        <w:rPr>
          <w:rFonts w:ascii="Times New Roman" w:hAnsi="Times New Roman" w:eastAsia="Times New Roman" w:cs="Times New Roman"/>
        </w:rPr>
        <w:t xml:space="preserve"> </w:t>
      </w:r>
      <w:r>
        <w:rPr>
          <w:rFonts w:ascii="Leelawadee UI" w:hAnsi="Leelawadee UI" w:eastAsia="Leelawadee UI" w:cs="Leelawadee UI"/>
        </w:rPr>
        <w:t>ត្រាំគឺជាប្រធានាធិបតីចុងក្រោយនៃសត្វផែនដី</w:t>
      </w:r>
      <w:r>
        <w:rPr>
          <w:rFonts w:ascii="Times New Roman" w:hAnsi="Times New Roman" w:eastAsia="Times New Roman" w:cs="Times New Roman"/>
        </w:rPr>
        <w:t xml:space="preserve"> </w:t>
      </w:r>
      <w:r>
        <w:rPr>
          <w:rFonts w:ascii="Leelawadee UI" w:hAnsi="Leelawadee UI" w:eastAsia="Leelawadee UI" w:cs="Leelawadee UI"/>
        </w:rPr>
        <w:t>ហើយត្រាំនឹងក្លាយជាមេដឹកនាំទីមួយនៃនគរទីប្រាំពីរ។</w:t>
      </w:r>
      <w:r>
        <w:rPr>
          <w:rFonts w:ascii="Times New Roman" w:hAnsi="Times New Roman" w:eastAsia="Times New Roman" w:cs="Times New Roman"/>
        </w:rPr>
        <w:t xml:space="preserve"> </w:t>
      </w:r>
      <w:r>
        <w:rPr>
          <w:rFonts w:ascii="Leelawadee UI" w:hAnsi="Leelawadee UI" w:eastAsia="Leelawadee UI" w:cs="Leelawadee UI"/>
        </w:rPr>
        <w:t>ដោយការនោះ</w:t>
      </w:r>
      <w:r>
        <w:rPr>
          <w:rFonts w:ascii="Times New Roman" w:hAnsi="Times New Roman" w:eastAsia="Times New Roman" w:cs="Times New Roman"/>
        </w:rPr>
        <w:t xml:space="preserve"> </w:t>
      </w:r>
      <w:r>
        <w:rPr>
          <w:rFonts w:ascii="Leelawadee UI" w:hAnsi="Leelawadee UI" w:eastAsia="Leelawadee UI" w:cs="Leelawadee UI"/>
        </w:rPr>
        <w:t>ត្រាំតំណាងឲ្យស្តេចទាំងដប់ក្នុងនាមជាអ្នកដំបូង</w:t>
      </w:r>
      <w:r>
        <w:rPr>
          <w:rFonts w:ascii="Times New Roman" w:hAnsi="Times New Roman" w:eastAsia="Times New Roman" w:cs="Times New Roman"/>
        </w:rPr>
        <w:t xml:space="preserve"> </w:t>
      </w:r>
      <w:r>
        <w:rPr>
          <w:rFonts w:ascii="Leelawadee UI" w:hAnsi="Leelawadee UI" w:eastAsia="Leelawadee UI" w:cs="Leelawadee UI"/>
        </w:rPr>
        <w:t>និងអ្នកចុងក្រោយ</w:t>
      </w:r>
      <w:r>
        <w:rPr>
          <w:rFonts w:ascii="Times New Roman" w:hAnsi="Times New Roman" w:eastAsia="Times New Roman" w:cs="Times New Roman"/>
        </w:rPr>
        <w:t xml:space="preserve"> </w:t>
      </w:r>
      <w:r>
        <w:rPr>
          <w:rFonts w:ascii="Leelawadee UI" w:hAnsi="Leelawadee UI" w:eastAsia="Leelawadee UI" w:cs="Leelawadee UI"/>
        </w:rPr>
        <w:t>ហើយលេខដប់តំណាងឲ្យការសាកល្បង។</w:t>
      </w:r>
    </w:p>
    <w:p>
      <w:pPr>
        <w:pStyle w:val="ArticleBody"/>
        <w:jc w:val="left"/>
      </w:pPr>
      <w:r>
        <w:rPr>
          <w:rFonts w:ascii="Times New Roman" w:hAnsi="Times New Roman" w:eastAsia="Times New Roman" w:cs="Times New Roman"/>
        </w:rPr>
        <w:t>1776, 1789, 1798 byalosi bina by’emyaka esatu ebyateekawo nti pulezidenti ow’omunaana ava mu musanvu. 1776 ekiikirira okufulumizibwa kw’Ekiwandiiko ky’Obwetwaze, n’ebyafaayo eby’Olukiiko lwa Kkontinenti olusooka n’olwokubiri. 1789 ekiikirira ekiseera eky’ebyafaayo mwe baafunira Articles of Confederation. Ekiseera ekyo kyatandika mu 1781, ne kikomekkerezebwa n’okufulumizibwa kw’Endagaano y’Ensi mu 1789. 1798 ekiikirira okufulumizibwa kw’Amateeka ga Alien and Sedition Acts, n’entandikwa y’ensolo ey’oku nsi ng’obwakabaka obw’omukaaga obw’obunnabbi bwa Bayibuli.</w:t>
      </w:r>
    </w:p>
    <w:p>
      <w:pPr>
        <w:pStyle w:val="ArticleBody"/>
        <w:jc w:val="left"/>
      </w:pPr>
      <w:r>
        <w:rPr>
          <w:rFonts w:ascii="Malgun Gothic" w:hAnsi="Malgun Gothic" w:eastAsia="Malgun Gothic" w:cs="Malgun Gothic"/>
        </w:rPr>
        <w:t>콩티넨털</w:t>
      </w:r>
      <w:r>
        <w:rPr>
          <w:rFonts w:ascii="Times New Roman" w:hAnsi="Times New Roman" w:eastAsia="Times New Roman" w:cs="Times New Roman"/>
        </w:rPr>
        <w:t xml:space="preserve"> </w:t>
      </w:r>
      <w:r>
        <w:rPr>
          <w:rFonts w:ascii="Malgun Gothic" w:hAnsi="Malgun Gothic" w:eastAsia="Malgun Gothic" w:cs="Malgun Gothic"/>
        </w:rPr>
        <w:t>회의들은</w:t>
      </w:r>
      <w:r>
        <w:rPr>
          <w:rFonts w:ascii="Times New Roman" w:hAnsi="Times New Roman" w:eastAsia="Times New Roman" w:cs="Times New Roman"/>
        </w:rPr>
        <w:t xml:space="preserve"> </w:t>
      </w:r>
      <w:r>
        <w:rPr>
          <w:rFonts w:ascii="Malgun Gothic" w:hAnsi="Malgun Gothic" w:eastAsia="Malgun Gothic" w:cs="Malgun Gothic"/>
        </w:rPr>
        <w:t>첫</w:t>
      </w:r>
      <w:r>
        <w:rPr>
          <w:rFonts w:ascii="Times New Roman" w:hAnsi="Times New Roman" w:eastAsia="Times New Roman" w:cs="Times New Roman"/>
        </w:rPr>
        <w:t xml:space="preserve"> </w:t>
      </w:r>
      <w:r>
        <w:rPr>
          <w:rFonts w:ascii="Malgun Gothic" w:hAnsi="Malgun Gothic" w:eastAsia="Malgun Gothic" w:cs="Malgun Gothic"/>
        </w:rPr>
        <w:t>번째</w:t>
      </w:r>
      <w:r>
        <w:rPr>
          <w:rFonts w:ascii="Times New Roman" w:hAnsi="Times New Roman" w:eastAsia="Times New Roman" w:cs="Times New Roman"/>
        </w:rPr>
        <w:t xml:space="preserve"> </w:t>
      </w:r>
      <w:r>
        <w:rPr>
          <w:rFonts w:ascii="Malgun Gothic" w:hAnsi="Malgun Gothic" w:eastAsia="Malgun Gothic" w:cs="Malgun Gothic"/>
        </w:rPr>
        <w:t>회의와</w:t>
      </w:r>
      <w:r>
        <w:rPr>
          <w:rFonts w:ascii="Times New Roman" w:hAnsi="Times New Roman" w:eastAsia="Times New Roman" w:cs="Times New Roman"/>
        </w:rPr>
        <w:t xml:space="preserve"> </w:t>
      </w:r>
      <w:r>
        <w:rPr>
          <w:rFonts w:ascii="Malgun Gothic" w:hAnsi="Malgun Gothic" w:eastAsia="Malgun Gothic" w:cs="Malgun Gothic"/>
        </w:rPr>
        <w:t>마지막</w:t>
      </w:r>
      <w:r>
        <w:rPr>
          <w:rFonts w:ascii="Times New Roman" w:hAnsi="Times New Roman" w:eastAsia="Times New Roman" w:cs="Times New Roman"/>
        </w:rPr>
        <w:t xml:space="preserve"> </w:t>
      </w:r>
      <w:r>
        <w:rPr>
          <w:rFonts w:ascii="Malgun Gothic" w:hAnsi="Malgun Gothic" w:eastAsia="Malgun Gothic" w:cs="Malgun Gothic"/>
        </w:rPr>
        <w:t>회의라는</w:t>
      </w:r>
      <w:r>
        <w:rPr>
          <w:rFonts w:ascii="Times New Roman" w:hAnsi="Times New Roman" w:eastAsia="Times New Roman" w:cs="Times New Roman"/>
        </w:rPr>
        <w:t xml:space="preserve"> </w:t>
      </w:r>
      <w:r>
        <w:rPr>
          <w:rFonts w:ascii="Malgun Gothic" w:hAnsi="Malgun Gothic" w:eastAsia="Malgun Gothic" w:cs="Malgun Gothic"/>
        </w:rPr>
        <w:t>두</w:t>
      </w:r>
      <w:r>
        <w:rPr>
          <w:rFonts w:ascii="Times New Roman" w:hAnsi="Times New Roman" w:eastAsia="Times New Roman" w:cs="Times New Roman"/>
        </w:rPr>
        <w:t xml:space="preserve"> </w:t>
      </w:r>
      <w:r>
        <w:rPr>
          <w:rFonts w:ascii="Malgun Gothic" w:hAnsi="Malgun Gothic" w:eastAsia="Malgun Gothic" w:cs="Malgun Gothic"/>
        </w:rPr>
        <w:t>예언적</w:t>
      </w:r>
      <w:r>
        <w:rPr>
          <w:rFonts w:ascii="Times New Roman" w:hAnsi="Times New Roman" w:eastAsia="Times New Roman" w:cs="Times New Roman"/>
        </w:rPr>
        <w:t xml:space="preserve"> </w:t>
      </w:r>
      <w:r>
        <w:rPr>
          <w:rFonts w:ascii="Malgun Gothic" w:hAnsi="Malgun Gothic" w:eastAsia="Malgun Gothic" w:cs="Malgun Gothic"/>
        </w:rPr>
        <w:t>시기로</w:t>
      </w:r>
      <w:r>
        <w:rPr>
          <w:rFonts w:ascii="Times New Roman" w:hAnsi="Times New Roman" w:eastAsia="Times New Roman" w:cs="Times New Roman"/>
        </w:rPr>
        <w:t xml:space="preserve"> </w:t>
      </w:r>
      <w:r>
        <w:rPr>
          <w:rFonts w:ascii="Malgun Gothic" w:hAnsi="Malgun Gothic" w:eastAsia="Malgun Gothic" w:cs="Malgun Gothic"/>
        </w:rPr>
        <w:t>구분된다</w:t>
      </w:r>
      <w:r>
        <w:rPr>
          <w:rFonts w:ascii="Times New Roman" w:hAnsi="Times New Roman" w:eastAsia="Times New Roman" w:cs="Times New Roman"/>
        </w:rPr>
        <w:t xml:space="preserve">. </w:t>
      </w:r>
      <w:r>
        <w:rPr>
          <w:rFonts w:ascii="Malgun Gothic" w:hAnsi="Malgun Gothic" w:eastAsia="Malgun Gothic" w:cs="Malgun Gothic"/>
        </w:rPr>
        <w:t>제</w:t>
      </w:r>
      <w:r>
        <w:rPr>
          <w:rFonts w:ascii="Times New Roman" w:hAnsi="Times New Roman" w:eastAsia="Times New Roman" w:cs="Times New Roman"/>
        </w:rPr>
        <w:t>1</w:t>
      </w:r>
      <w:r>
        <w:rPr>
          <w:rFonts w:ascii="Malgun Gothic" w:hAnsi="Malgun Gothic" w:eastAsia="Malgun Gothic" w:cs="Malgun Gothic"/>
        </w:rPr>
        <w:t>차</w:t>
      </w:r>
      <w:r>
        <w:rPr>
          <w:rFonts w:ascii="Times New Roman" w:hAnsi="Times New Roman" w:eastAsia="Times New Roman" w:cs="Times New Roman"/>
        </w:rPr>
        <w:t xml:space="preserve"> </w:t>
      </w:r>
      <w:r>
        <w:rPr>
          <w:rFonts w:ascii="Malgun Gothic" w:hAnsi="Malgun Gothic" w:eastAsia="Malgun Gothic" w:cs="Malgun Gothic"/>
        </w:rPr>
        <w:t>콩티넨털</w:t>
      </w:r>
      <w:r>
        <w:rPr>
          <w:rFonts w:ascii="Times New Roman" w:hAnsi="Times New Roman" w:eastAsia="Times New Roman" w:cs="Times New Roman"/>
        </w:rPr>
        <w:t xml:space="preserve"> </w:t>
      </w:r>
      <w:r>
        <w:rPr>
          <w:rFonts w:ascii="Malgun Gothic" w:hAnsi="Malgun Gothic" w:eastAsia="Malgun Gothic" w:cs="Malgun Gothic"/>
        </w:rPr>
        <w:t>회의에는</w:t>
      </w:r>
      <w:r>
        <w:rPr>
          <w:rFonts w:ascii="Times New Roman" w:hAnsi="Times New Roman" w:eastAsia="Times New Roman" w:cs="Times New Roman"/>
        </w:rPr>
        <w:t xml:space="preserve"> </w:t>
      </w:r>
      <w:r>
        <w:rPr>
          <w:rFonts w:ascii="Malgun Gothic" w:hAnsi="Malgun Gothic" w:eastAsia="Malgun Gothic" w:cs="Malgun Gothic"/>
        </w:rPr>
        <w:t>두</w:t>
      </w:r>
      <w:r>
        <w:rPr>
          <w:rFonts w:ascii="Times New Roman" w:hAnsi="Times New Roman" w:eastAsia="Times New Roman" w:cs="Times New Roman"/>
        </w:rPr>
        <w:t xml:space="preserve"> </w:t>
      </w:r>
      <w:r>
        <w:rPr>
          <w:rFonts w:ascii="Malgun Gothic" w:hAnsi="Malgun Gothic" w:eastAsia="Malgun Gothic" w:cs="Malgun Gothic"/>
        </w:rPr>
        <w:t>명의</w:t>
      </w:r>
      <w:r>
        <w:rPr>
          <w:rFonts w:ascii="Times New Roman" w:hAnsi="Times New Roman" w:eastAsia="Times New Roman" w:cs="Times New Roman"/>
        </w:rPr>
        <w:t xml:space="preserve"> </w:t>
      </w:r>
      <w:r>
        <w:rPr>
          <w:rFonts w:ascii="Malgun Gothic" w:hAnsi="Malgun Gothic" w:eastAsia="Malgun Gothic" w:cs="Malgun Gothic"/>
        </w:rPr>
        <w:t>의장이</w:t>
      </w:r>
      <w:r>
        <w:rPr>
          <w:rFonts w:ascii="Times New Roman" w:hAnsi="Times New Roman" w:eastAsia="Times New Roman" w:cs="Times New Roman"/>
        </w:rPr>
        <w:t xml:space="preserve"> </w:t>
      </w:r>
      <w:r>
        <w:rPr>
          <w:rFonts w:ascii="Malgun Gothic" w:hAnsi="Malgun Gothic" w:eastAsia="Malgun Gothic" w:cs="Malgun Gothic"/>
        </w:rPr>
        <w:t>있었고</w:t>
      </w:r>
      <w:r>
        <w:rPr>
          <w:rFonts w:ascii="Times New Roman" w:hAnsi="Times New Roman" w:eastAsia="Times New Roman" w:cs="Times New Roman"/>
        </w:rPr>
        <w:t xml:space="preserve">, </w:t>
      </w:r>
      <w:r>
        <w:rPr>
          <w:rFonts w:ascii="Malgun Gothic" w:hAnsi="Malgun Gothic" w:eastAsia="Malgun Gothic" w:cs="Malgun Gothic"/>
        </w:rPr>
        <w:t>페이턴</w:t>
      </w:r>
      <w:r>
        <w:rPr>
          <w:rFonts w:ascii="Times New Roman" w:hAnsi="Times New Roman" w:eastAsia="Times New Roman" w:cs="Times New Roman"/>
        </w:rPr>
        <w:t xml:space="preserve"> </w:t>
      </w:r>
      <w:r>
        <w:rPr>
          <w:rFonts w:ascii="Malgun Gothic" w:hAnsi="Malgun Gothic" w:eastAsia="Malgun Gothic" w:cs="Malgun Gothic"/>
        </w:rPr>
        <w:t>랜돌프가</w:t>
      </w:r>
      <w:r>
        <w:rPr>
          <w:rFonts w:ascii="Times New Roman" w:hAnsi="Times New Roman" w:eastAsia="Times New Roman" w:cs="Times New Roman"/>
        </w:rPr>
        <w:t xml:space="preserve"> </w:t>
      </w:r>
      <w:r>
        <w:rPr>
          <w:rFonts w:ascii="Malgun Gothic" w:hAnsi="Malgun Gothic" w:eastAsia="Malgun Gothic" w:cs="Malgun Gothic"/>
        </w:rPr>
        <w:t>첫</w:t>
      </w:r>
      <w:r>
        <w:rPr>
          <w:rFonts w:ascii="Times New Roman" w:hAnsi="Times New Roman" w:eastAsia="Times New Roman" w:cs="Times New Roman"/>
        </w:rPr>
        <w:t xml:space="preserve"> </w:t>
      </w:r>
      <w:r>
        <w:rPr>
          <w:rFonts w:ascii="Malgun Gothic" w:hAnsi="Malgun Gothic" w:eastAsia="Malgun Gothic" w:cs="Malgun Gothic"/>
        </w:rPr>
        <w:t>번째</w:t>
      </w:r>
      <w:r>
        <w:rPr>
          <w:rFonts w:ascii="Times New Roman" w:hAnsi="Times New Roman" w:eastAsia="Times New Roman" w:cs="Times New Roman"/>
        </w:rPr>
        <w:t xml:space="preserve"> </w:t>
      </w:r>
      <w:r>
        <w:rPr>
          <w:rFonts w:ascii="Malgun Gothic" w:hAnsi="Malgun Gothic" w:eastAsia="Malgun Gothic" w:cs="Malgun Gothic"/>
        </w:rPr>
        <w:t>의장이었다</w:t>
      </w:r>
      <w:r>
        <w:rPr>
          <w:rFonts w:ascii="Times New Roman" w:hAnsi="Times New Roman" w:eastAsia="Times New Roman" w:cs="Times New Roman"/>
        </w:rPr>
        <w:t xml:space="preserve">. </w:t>
      </w:r>
      <w:r>
        <w:rPr>
          <w:rFonts w:ascii="Malgun Gothic" w:hAnsi="Malgun Gothic" w:eastAsia="Malgun Gothic" w:cs="Malgun Gothic"/>
        </w:rPr>
        <w:t>제</w:t>
      </w:r>
      <w:r>
        <w:rPr>
          <w:rFonts w:ascii="Times New Roman" w:hAnsi="Times New Roman" w:eastAsia="Times New Roman" w:cs="Times New Roman"/>
        </w:rPr>
        <w:t>2</w:t>
      </w:r>
      <w:r>
        <w:rPr>
          <w:rFonts w:ascii="Malgun Gothic" w:hAnsi="Malgun Gothic" w:eastAsia="Malgun Gothic" w:cs="Malgun Gothic"/>
        </w:rPr>
        <w:t>차</w:t>
      </w:r>
      <w:r>
        <w:rPr>
          <w:rFonts w:ascii="Times New Roman" w:hAnsi="Times New Roman" w:eastAsia="Times New Roman" w:cs="Times New Roman"/>
        </w:rPr>
        <w:t xml:space="preserve"> </w:t>
      </w:r>
      <w:r>
        <w:rPr>
          <w:rFonts w:ascii="Malgun Gothic" w:hAnsi="Malgun Gothic" w:eastAsia="Malgun Gothic" w:cs="Malgun Gothic"/>
        </w:rPr>
        <w:t>콩티넨털</w:t>
      </w:r>
      <w:r>
        <w:rPr>
          <w:rFonts w:ascii="Times New Roman" w:hAnsi="Times New Roman" w:eastAsia="Times New Roman" w:cs="Times New Roman"/>
        </w:rPr>
        <w:t xml:space="preserve"> </w:t>
      </w:r>
      <w:r>
        <w:rPr>
          <w:rFonts w:ascii="Malgun Gothic" w:hAnsi="Malgun Gothic" w:eastAsia="Malgun Gothic" w:cs="Malgun Gothic"/>
        </w:rPr>
        <w:t>회의에는</w:t>
      </w:r>
      <w:r>
        <w:rPr>
          <w:rFonts w:ascii="Times New Roman" w:hAnsi="Times New Roman" w:eastAsia="Times New Roman" w:cs="Times New Roman"/>
        </w:rPr>
        <w:t xml:space="preserve"> </w:t>
      </w:r>
      <w:r>
        <w:rPr>
          <w:rFonts w:ascii="Malgun Gothic" w:hAnsi="Malgun Gothic" w:eastAsia="Malgun Gothic" w:cs="Malgun Gothic"/>
        </w:rPr>
        <w:t>여섯</w:t>
      </w:r>
      <w:r>
        <w:rPr>
          <w:rFonts w:ascii="Times New Roman" w:hAnsi="Times New Roman" w:eastAsia="Times New Roman" w:cs="Times New Roman"/>
        </w:rPr>
        <w:t xml:space="preserve"> </w:t>
      </w:r>
      <w:r>
        <w:rPr>
          <w:rFonts w:ascii="Malgun Gothic" w:hAnsi="Malgun Gothic" w:eastAsia="Malgun Gothic" w:cs="Malgun Gothic"/>
        </w:rPr>
        <w:t>명의</w:t>
      </w:r>
      <w:r>
        <w:rPr>
          <w:rFonts w:ascii="Times New Roman" w:hAnsi="Times New Roman" w:eastAsia="Times New Roman" w:cs="Times New Roman"/>
        </w:rPr>
        <w:t xml:space="preserve"> </w:t>
      </w:r>
      <w:r>
        <w:rPr>
          <w:rFonts w:ascii="Malgun Gothic" w:hAnsi="Malgun Gothic" w:eastAsia="Malgun Gothic" w:cs="Malgun Gothic"/>
        </w:rPr>
        <w:t>의장이</w:t>
      </w:r>
      <w:r>
        <w:rPr>
          <w:rFonts w:ascii="Times New Roman" w:hAnsi="Times New Roman" w:eastAsia="Times New Roman" w:cs="Times New Roman"/>
        </w:rPr>
        <w:t xml:space="preserve"> </w:t>
      </w:r>
      <w:r>
        <w:rPr>
          <w:rFonts w:ascii="Malgun Gothic" w:hAnsi="Malgun Gothic" w:eastAsia="Malgun Gothic" w:cs="Malgun Gothic"/>
        </w:rPr>
        <w:t>있었다</w:t>
      </w:r>
      <w:r>
        <w:rPr>
          <w:rFonts w:ascii="Times New Roman" w:hAnsi="Times New Roman" w:eastAsia="Times New Roman" w:cs="Times New Roman"/>
        </w:rPr>
        <w:t xml:space="preserve">. </w:t>
      </w:r>
      <w:r>
        <w:rPr>
          <w:rFonts w:ascii="Malgun Gothic" w:hAnsi="Malgun Gothic" w:eastAsia="Malgun Gothic" w:cs="Malgun Gothic"/>
        </w:rPr>
        <w:t>페이턴</w:t>
      </w:r>
      <w:r>
        <w:rPr>
          <w:rFonts w:ascii="Times New Roman" w:hAnsi="Times New Roman" w:eastAsia="Times New Roman" w:cs="Times New Roman"/>
        </w:rPr>
        <w:t xml:space="preserve"> </w:t>
      </w:r>
      <w:r>
        <w:rPr>
          <w:rFonts w:ascii="Malgun Gothic" w:hAnsi="Malgun Gothic" w:eastAsia="Malgun Gothic" w:cs="Malgun Gothic"/>
        </w:rPr>
        <w:t>랜돌프는</w:t>
      </w:r>
      <w:r>
        <w:rPr>
          <w:rFonts w:ascii="Times New Roman" w:hAnsi="Times New Roman" w:eastAsia="Times New Roman" w:cs="Times New Roman"/>
        </w:rPr>
        <w:t xml:space="preserve"> </w:t>
      </w:r>
      <w:r>
        <w:rPr>
          <w:rFonts w:ascii="Malgun Gothic" w:hAnsi="Malgun Gothic" w:eastAsia="Malgun Gothic" w:cs="Malgun Gothic"/>
        </w:rPr>
        <w:t>제</w:t>
      </w:r>
      <w:r>
        <w:rPr>
          <w:rFonts w:ascii="Times New Roman" w:hAnsi="Times New Roman" w:eastAsia="Times New Roman" w:cs="Times New Roman"/>
        </w:rPr>
        <w:t>1</w:t>
      </w:r>
      <w:r>
        <w:rPr>
          <w:rFonts w:ascii="Malgun Gothic" w:hAnsi="Malgun Gothic" w:eastAsia="Malgun Gothic" w:cs="Malgun Gothic"/>
        </w:rPr>
        <w:t>차뿐</w:t>
      </w:r>
      <w:r>
        <w:rPr>
          <w:rFonts w:ascii="Times New Roman" w:hAnsi="Times New Roman" w:eastAsia="Times New Roman" w:cs="Times New Roman"/>
        </w:rPr>
        <w:t xml:space="preserve"> </w:t>
      </w:r>
      <w:r>
        <w:rPr>
          <w:rFonts w:ascii="Malgun Gothic" w:hAnsi="Malgun Gothic" w:eastAsia="Malgun Gothic" w:cs="Malgun Gothic"/>
        </w:rPr>
        <w:t>아니라</w:t>
      </w:r>
      <w:r>
        <w:rPr>
          <w:rFonts w:ascii="Times New Roman" w:hAnsi="Times New Roman" w:eastAsia="Times New Roman" w:cs="Times New Roman"/>
        </w:rPr>
        <w:t xml:space="preserve"> </w:t>
      </w:r>
      <w:r>
        <w:rPr>
          <w:rFonts w:ascii="Malgun Gothic" w:hAnsi="Malgun Gothic" w:eastAsia="Malgun Gothic" w:cs="Malgun Gothic"/>
        </w:rPr>
        <w:t>제</w:t>
      </w:r>
      <w:r>
        <w:rPr>
          <w:rFonts w:ascii="Times New Roman" w:hAnsi="Times New Roman" w:eastAsia="Times New Roman" w:cs="Times New Roman"/>
        </w:rPr>
        <w:t>2</w:t>
      </w:r>
      <w:r>
        <w:rPr>
          <w:rFonts w:ascii="Malgun Gothic" w:hAnsi="Malgun Gothic" w:eastAsia="Malgun Gothic" w:cs="Malgun Gothic"/>
        </w:rPr>
        <w:t>차</w:t>
      </w:r>
      <w:r>
        <w:rPr>
          <w:rFonts w:ascii="Times New Roman" w:hAnsi="Times New Roman" w:eastAsia="Times New Roman" w:cs="Times New Roman"/>
        </w:rPr>
        <w:t xml:space="preserve"> </w:t>
      </w:r>
      <w:r>
        <w:rPr>
          <w:rFonts w:ascii="Malgun Gothic" w:hAnsi="Malgun Gothic" w:eastAsia="Malgun Gothic" w:cs="Malgun Gothic"/>
        </w:rPr>
        <w:t>콩티넨털</w:t>
      </w:r>
      <w:r>
        <w:rPr>
          <w:rFonts w:ascii="Times New Roman" w:hAnsi="Times New Roman" w:eastAsia="Times New Roman" w:cs="Times New Roman"/>
        </w:rPr>
        <w:t xml:space="preserve"> </w:t>
      </w:r>
      <w:r>
        <w:rPr>
          <w:rFonts w:ascii="Malgun Gothic" w:hAnsi="Malgun Gothic" w:eastAsia="Malgun Gothic" w:cs="Malgun Gothic"/>
        </w:rPr>
        <w:t>회의의</w:t>
      </w:r>
      <w:r>
        <w:rPr>
          <w:rFonts w:ascii="Times New Roman" w:hAnsi="Times New Roman" w:eastAsia="Times New Roman" w:cs="Times New Roman"/>
        </w:rPr>
        <w:t xml:space="preserve"> </w:t>
      </w:r>
      <w:r>
        <w:rPr>
          <w:rFonts w:ascii="Malgun Gothic" w:hAnsi="Malgun Gothic" w:eastAsia="Malgun Gothic" w:cs="Malgun Gothic"/>
        </w:rPr>
        <w:t>첫</w:t>
      </w:r>
      <w:r>
        <w:rPr>
          <w:rFonts w:ascii="Times New Roman" w:hAnsi="Times New Roman" w:eastAsia="Times New Roman" w:cs="Times New Roman"/>
        </w:rPr>
        <w:t xml:space="preserve"> </w:t>
      </w:r>
      <w:r>
        <w:rPr>
          <w:rFonts w:ascii="Malgun Gothic" w:hAnsi="Malgun Gothic" w:eastAsia="Malgun Gothic" w:cs="Malgun Gothic"/>
        </w:rPr>
        <w:t>번째</w:t>
      </w:r>
      <w:r>
        <w:rPr>
          <w:rFonts w:ascii="Times New Roman" w:hAnsi="Times New Roman" w:eastAsia="Times New Roman" w:cs="Times New Roman"/>
        </w:rPr>
        <w:t xml:space="preserve"> </w:t>
      </w:r>
      <w:r>
        <w:rPr>
          <w:rFonts w:ascii="Malgun Gothic" w:hAnsi="Malgun Gothic" w:eastAsia="Malgun Gothic" w:cs="Malgun Gothic"/>
        </w:rPr>
        <w:t>의장이기도</w:t>
      </w:r>
      <w:r>
        <w:rPr>
          <w:rFonts w:ascii="Times New Roman" w:hAnsi="Times New Roman" w:eastAsia="Times New Roman" w:cs="Times New Roman"/>
        </w:rPr>
        <w:t xml:space="preserve"> </w:t>
      </w:r>
      <w:r>
        <w:rPr>
          <w:rFonts w:ascii="Malgun Gothic" w:hAnsi="Malgun Gothic" w:eastAsia="Malgun Gothic" w:cs="Malgun Gothic"/>
        </w:rPr>
        <w:t>하였다</w:t>
      </w:r>
      <w:r>
        <w:rPr>
          <w:rFonts w:ascii="Times New Roman" w:hAnsi="Times New Roman" w:eastAsia="Times New Roman" w:cs="Times New Roman"/>
        </w:rPr>
        <w:t xml:space="preserve">. </w:t>
      </w:r>
      <w:r>
        <w:rPr>
          <w:rFonts w:ascii="Malgun Gothic" w:hAnsi="Malgun Gothic" w:eastAsia="Malgun Gothic" w:cs="Malgun Gothic"/>
        </w:rPr>
        <w:t>제</w:t>
      </w:r>
      <w:r>
        <w:rPr>
          <w:rFonts w:ascii="Times New Roman" w:hAnsi="Times New Roman" w:eastAsia="Times New Roman" w:cs="Times New Roman"/>
        </w:rPr>
        <w:t>1</w:t>
      </w:r>
      <w:r>
        <w:rPr>
          <w:rFonts w:ascii="Malgun Gothic" w:hAnsi="Malgun Gothic" w:eastAsia="Malgun Gothic" w:cs="Malgun Gothic"/>
        </w:rPr>
        <w:t>차</w:t>
      </w:r>
      <w:r>
        <w:rPr>
          <w:rFonts w:ascii="Times New Roman" w:hAnsi="Times New Roman" w:eastAsia="Times New Roman" w:cs="Times New Roman"/>
        </w:rPr>
        <w:t xml:space="preserve"> </w:t>
      </w:r>
      <w:r>
        <w:rPr>
          <w:rFonts w:ascii="Malgun Gothic" w:hAnsi="Malgun Gothic" w:eastAsia="Malgun Gothic" w:cs="Malgun Gothic"/>
        </w:rPr>
        <w:t>및</w:t>
      </w:r>
      <w:r>
        <w:rPr>
          <w:rFonts w:ascii="Times New Roman" w:hAnsi="Times New Roman" w:eastAsia="Times New Roman" w:cs="Times New Roman"/>
        </w:rPr>
        <w:t xml:space="preserve"> </w:t>
      </w:r>
      <w:r>
        <w:rPr>
          <w:rFonts w:ascii="Malgun Gothic" w:hAnsi="Malgun Gothic" w:eastAsia="Malgun Gothic" w:cs="Malgun Gothic"/>
        </w:rPr>
        <w:t>제</w:t>
      </w:r>
      <w:r>
        <w:rPr>
          <w:rFonts w:ascii="Times New Roman" w:hAnsi="Times New Roman" w:eastAsia="Times New Roman" w:cs="Times New Roman"/>
        </w:rPr>
        <w:t>2</w:t>
      </w:r>
      <w:r>
        <w:rPr>
          <w:rFonts w:ascii="Malgun Gothic" w:hAnsi="Malgun Gothic" w:eastAsia="Malgun Gothic" w:cs="Malgun Gothic"/>
        </w:rPr>
        <w:t>차</w:t>
      </w:r>
      <w:r>
        <w:rPr>
          <w:rFonts w:ascii="Times New Roman" w:hAnsi="Times New Roman" w:eastAsia="Times New Roman" w:cs="Times New Roman"/>
        </w:rPr>
        <w:t xml:space="preserve"> </w:t>
      </w:r>
      <w:r>
        <w:rPr>
          <w:rFonts w:ascii="Malgun Gothic" w:hAnsi="Malgun Gothic" w:eastAsia="Malgun Gothic" w:cs="Malgun Gothic"/>
        </w:rPr>
        <w:t>콩티넨털</w:t>
      </w:r>
      <w:r>
        <w:rPr>
          <w:rFonts w:ascii="Times New Roman" w:hAnsi="Times New Roman" w:eastAsia="Times New Roman" w:cs="Times New Roman"/>
        </w:rPr>
        <w:t xml:space="preserve"> </w:t>
      </w:r>
      <w:r>
        <w:rPr>
          <w:rFonts w:ascii="Malgun Gothic" w:hAnsi="Malgun Gothic" w:eastAsia="Malgun Gothic" w:cs="Malgun Gothic"/>
        </w:rPr>
        <w:t>회의들의</w:t>
      </w:r>
      <w:r>
        <w:rPr>
          <w:rFonts w:ascii="Times New Roman" w:hAnsi="Times New Roman" w:eastAsia="Times New Roman" w:cs="Times New Roman"/>
        </w:rPr>
        <w:t xml:space="preserve"> </w:t>
      </w:r>
      <w:r>
        <w:rPr>
          <w:rFonts w:ascii="Malgun Gothic" w:hAnsi="Malgun Gothic" w:eastAsia="Malgun Gothic" w:cs="Malgun Gothic"/>
        </w:rPr>
        <w:t>역사</w:t>
      </w:r>
      <w:r>
        <w:rPr>
          <w:rFonts w:ascii="Times New Roman" w:hAnsi="Times New Roman" w:eastAsia="Times New Roman" w:cs="Times New Roman"/>
        </w:rPr>
        <w:t xml:space="preserve"> </w:t>
      </w:r>
      <w:r>
        <w:rPr>
          <w:rFonts w:ascii="Malgun Gothic" w:hAnsi="Malgun Gothic" w:eastAsia="Malgun Gothic" w:cs="Malgun Gothic"/>
        </w:rPr>
        <w:t>동안</w:t>
      </w:r>
      <w:r>
        <w:rPr>
          <w:rFonts w:ascii="Times New Roman" w:hAnsi="Times New Roman" w:eastAsia="Times New Roman" w:cs="Times New Roman"/>
        </w:rPr>
        <w:t xml:space="preserve"> </w:t>
      </w:r>
      <w:r>
        <w:rPr>
          <w:rFonts w:ascii="Malgun Gothic" w:hAnsi="Malgun Gothic" w:eastAsia="Malgun Gothic" w:cs="Malgun Gothic"/>
        </w:rPr>
        <w:t>의장은</w:t>
      </w:r>
      <w:r>
        <w:rPr>
          <w:rFonts w:ascii="Times New Roman" w:hAnsi="Times New Roman" w:eastAsia="Times New Roman" w:cs="Times New Roman"/>
        </w:rPr>
        <w:t xml:space="preserve"> </w:t>
      </w:r>
      <w:r>
        <w:rPr>
          <w:rFonts w:ascii="Malgun Gothic" w:hAnsi="Malgun Gothic" w:eastAsia="Malgun Gothic" w:cs="Malgun Gothic"/>
        </w:rPr>
        <w:t>모두</w:t>
      </w:r>
      <w:r>
        <w:rPr>
          <w:rFonts w:ascii="Times New Roman" w:hAnsi="Times New Roman" w:eastAsia="Times New Roman" w:cs="Times New Roman"/>
        </w:rPr>
        <w:t xml:space="preserve"> </w:t>
      </w:r>
      <w:r>
        <w:rPr>
          <w:rFonts w:ascii="Malgun Gothic" w:hAnsi="Malgun Gothic" w:eastAsia="Malgun Gothic" w:cs="Malgun Gothic"/>
        </w:rPr>
        <w:t>여덟</w:t>
      </w:r>
      <w:r>
        <w:rPr>
          <w:rFonts w:ascii="Times New Roman" w:hAnsi="Times New Roman" w:eastAsia="Times New Roman" w:cs="Times New Roman"/>
        </w:rPr>
        <w:t xml:space="preserve"> </w:t>
      </w:r>
      <w:r>
        <w:rPr>
          <w:rFonts w:ascii="Malgun Gothic" w:hAnsi="Malgun Gothic" w:eastAsia="Malgun Gothic" w:cs="Malgun Gothic"/>
        </w:rPr>
        <w:t>차례</w:t>
      </w:r>
      <w:r>
        <w:rPr>
          <w:rFonts w:ascii="Times New Roman" w:hAnsi="Times New Roman" w:eastAsia="Times New Roman" w:cs="Times New Roman"/>
        </w:rPr>
        <w:t xml:space="preserve"> </w:t>
      </w:r>
      <w:r>
        <w:rPr>
          <w:rFonts w:ascii="Malgun Gothic" w:hAnsi="Malgun Gothic" w:eastAsia="Malgun Gothic" w:cs="Malgun Gothic"/>
        </w:rPr>
        <w:t>있었다</w:t>
      </w:r>
      <w:r>
        <w:rPr>
          <w:rFonts w:ascii="Times New Roman" w:hAnsi="Times New Roman" w:eastAsia="Times New Roman" w:cs="Times New Roman"/>
        </w:rPr>
        <w:t xml:space="preserve">. </w:t>
      </w:r>
      <w:r>
        <w:rPr>
          <w:rFonts w:ascii="Malgun Gothic" w:hAnsi="Malgun Gothic" w:eastAsia="Malgun Gothic" w:cs="Malgun Gothic"/>
        </w:rPr>
        <w:t>페이턴</w:t>
      </w:r>
      <w:r>
        <w:rPr>
          <w:rFonts w:ascii="Times New Roman" w:hAnsi="Times New Roman" w:eastAsia="Times New Roman" w:cs="Times New Roman"/>
        </w:rPr>
        <w:t xml:space="preserve"> </w:t>
      </w:r>
      <w:r>
        <w:rPr>
          <w:rFonts w:ascii="Malgun Gothic" w:hAnsi="Malgun Gothic" w:eastAsia="Malgun Gothic" w:cs="Malgun Gothic"/>
        </w:rPr>
        <w:t>랜돌프는</w:t>
      </w:r>
      <w:r>
        <w:rPr>
          <w:rFonts w:ascii="Times New Roman" w:hAnsi="Times New Roman" w:eastAsia="Times New Roman" w:cs="Times New Roman"/>
        </w:rPr>
        <w:t xml:space="preserve"> </w:t>
      </w:r>
      <w:r>
        <w:rPr>
          <w:rFonts w:ascii="Malgun Gothic" w:hAnsi="Malgun Gothic" w:eastAsia="Malgun Gothic" w:cs="Malgun Gothic"/>
        </w:rPr>
        <w:t>제</w:t>
      </w:r>
      <w:r>
        <w:rPr>
          <w:rFonts w:ascii="Times New Roman" w:hAnsi="Times New Roman" w:eastAsia="Times New Roman" w:cs="Times New Roman"/>
        </w:rPr>
        <w:t>1</w:t>
      </w:r>
      <w:r>
        <w:rPr>
          <w:rFonts w:ascii="Malgun Gothic" w:hAnsi="Malgun Gothic" w:eastAsia="Malgun Gothic" w:cs="Malgun Gothic"/>
        </w:rPr>
        <w:t>차와</w:t>
      </w:r>
      <w:r>
        <w:rPr>
          <w:rFonts w:ascii="Times New Roman" w:hAnsi="Times New Roman" w:eastAsia="Times New Roman" w:cs="Times New Roman"/>
        </w:rPr>
        <w:t xml:space="preserve"> </w:t>
      </w:r>
      <w:r>
        <w:rPr>
          <w:rFonts w:ascii="Malgun Gothic" w:hAnsi="Malgun Gothic" w:eastAsia="Malgun Gothic" w:cs="Malgun Gothic"/>
        </w:rPr>
        <w:t>제</w:t>
      </w:r>
      <w:r>
        <w:rPr>
          <w:rFonts w:ascii="Times New Roman" w:hAnsi="Times New Roman" w:eastAsia="Times New Roman" w:cs="Times New Roman"/>
        </w:rPr>
        <w:t>2</w:t>
      </w:r>
      <w:r>
        <w:rPr>
          <w:rFonts w:ascii="Malgun Gothic" w:hAnsi="Malgun Gothic" w:eastAsia="Malgun Gothic" w:cs="Malgun Gothic"/>
        </w:rPr>
        <w:t>차</w:t>
      </w:r>
      <w:r>
        <w:rPr>
          <w:rFonts w:ascii="Times New Roman" w:hAnsi="Times New Roman" w:eastAsia="Times New Roman" w:cs="Times New Roman"/>
        </w:rPr>
        <w:t xml:space="preserve"> </w:t>
      </w:r>
      <w:r>
        <w:rPr>
          <w:rFonts w:ascii="Malgun Gothic" w:hAnsi="Malgun Gothic" w:eastAsia="Malgun Gothic" w:cs="Malgun Gothic"/>
        </w:rPr>
        <w:t>콩티넨털</w:t>
      </w:r>
      <w:r>
        <w:rPr>
          <w:rFonts w:ascii="Times New Roman" w:hAnsi="Times New Roman" w:eastAsia="Times New Roman" w:cs="Times New Roman"/>
        </w:rPr>
        <w:t xml:space="preserve"> </w:t>
      </w:r>
      <w:r>
        <w:rPr>
          <w:rFonts w:ascii="Malgun Gothic" w:hAnsi="Malgun Gothic" w:eastAsia="Malgun Gothic" w:cs="Malgun Gothic"/>
        </w:rPr>
        <w:t>회의의</w:t>
      </w:r>
      <w:r>
        <w:rPr>
          <w:rFonts w:ascii="Times New Roman" w:hAnsi="Times New Roman" w:eastAsia="Times New Roman" w:cs="Times New Roman"/>
        </w:rPr>
        <w:t xml:space="preserve"> </w:t>
      </w:r>
      <w:r>
        <w:rPr>
          <w:rFonts w:ascii="Malgun Gothic" w:hAnsi="Malgun Gothic" w:eastAsia="Malgun Gothic" w:cs="Malgun Gothic"/>
        </w:rPr>
        <w:t>첫</w:t>
      </w:r>
      <w:r>
        <w:rPr>
          <w:rFonts w:ascii="Times New Roman" w:hAnsi="Times New Roman" w:eastAsia="Times New Roman" w:cs="Times New Roman"/>
        </w:rPr>
        <w:t xml:space="preserve"> </w:t>
      </w:r>
      <w:r>
        <w:rPr>
          <w:rFonts w:ascii="Malgun Gothic" w:hAnsi="Malgun Gothic" w:eastAsia="Malgun Gothic" w:cs="Malgun Gothic"/>
        </w:rPr>
        <w:t>번째</w:t>
      </w:r>
      <w:r>
        <w:rPr>
          <w:rFonts w:ascii="Times New Roman" w:hAnsi="Times New Roman" w:eastAsia="Times New Roman" w:cs="Times New Roman"/>
        </w:rPr>
        <w:t xml:space="preserve"> </w:t>
      </w:r>
      <w:r>
        <w:rPr>
          <w:rFonts w:ascii="Malgun Gothic" w:hAnsi="Malgun Gothic" w:eastAsia="Malgun Gothic" w:cs="Malgun Gothic"/>
        </w:rPr>
        <w:t>의장이었으니</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여덟</w:t>
      </w:r>
      <w:r>
        <w:rPr>
          <w:rFonts w:ascii="Times New Roman" w:hAnsi="Times New Roman" w:eastAsia="Times New Roman" w:cs="Times New Roman"/>
        </w:rPr>
        <w:t xml:space="preserve"> </w:t>
      </w:r>
      <w:r>
        <w:rPr>
          <w:rFonts w:ascii="Malgun Gothic" w:hAnsi="Malgun Gothic" w:eastAsia="Malgun Gothic" w:cs="Malgun Gothic"/>
        </w:rPr>
        <w:t>명의</w:t>
      </w:r>
      <w:r>
        <w:rPr>
          <w:rFonts w:ascii="Times New Roman" w:hAnsi="Times New Roman" w:eastAsia="Times New Roman" w:cs="Times New Roman"/>
        </w:rPr>
        <w:t xml:space="preserve"> </w:t>
      </w:r>
      <w:r>
        <w:rPr>
          <w:rFonts w:ascii="Malgun Gothic" w:hAnsi="Malgun Gothic" w:eastAsia="Malgun Gothic" w:cs="Malgun Gothic"/>
        </w:rPr>
        <w:t>의장이</w:t>
      </w:r>
      <w:r>
        <w:rPr>
          <w:rFonts w:ascii="Times New Roman" w:hAnsi="Times New Roman" w:eastAsia="Times New Roman" w:cs="Times New Roman"/>
        </w:rPr>
        <w:t xml:space="preserve"> </w:t>
      </w:r>
      <w:r>
        <w:rPr>
          <w:rFonts w:ascii="Malgun Gothic" w:hAnsi="Malgun Gothic" w:eastAsia="Malgun Gothic" w:cs="Malgun Gothic"/>
        </w:rPr>
        <w:t>있었던</w:t>
      </w:r>
      <w:r>
        <w:rPr>
          <w:rFonts w:ascii="Times New Roman" w:hAnsi="Times New Roman" w:eastAsia="Times New Roman" w:cs="Times New Roman"/>
        </w:rPr>
        <w:t xml:space="preserve"> </w:t>
      </w:r>
      <w:r>
        <w:rPr>
          <w:rFonts w:ascii="Malgun Gothic" w:hAnsi="Malgun Gothic" w:eastAsia="Malgun Gothic" w:cs="Malgun Gothic"/>
        </w:rPr>
        <w:t>예언적</w:t>
      </w:r>
      <w:r>
        <w:rPr>
          <w:rFonts w:ascii="Times New Roman" w:hAnsi="Times New Roman" w:eastAsia="Times New Roman" w:cs="Times New Roman"/>
        </w:rPr>
        <w:t xml:space="preserve"> </w:t>
      </w:r>
      <w:r>
        <w:rPr>
          <w:rFonts w:ascii="Malgun Gothic" w:hAnsi="Malgun Gothic" w:eastAsia="Malgun Gothic" w:cs="Malgun Gothic"/>
        </w:rPr>
        <w:t>시기에서</w:t>
      </w:r>
      <w:r>
        <w:rPr>
          <w:rFonts w:ascii="Times New Roman" w:hAnsi="Times New Roman" w:eastAsia="Times New Roman" w:cs="Times New Roman"/>
        </w:rPr>
        <w:t xml:space="preserve"> </w:t>
      </w:r>
      <w:r>
        <w:rPr>
          <w:rFonts w:ascii="Malgun Gothic" w:hAnsi="Malgun Gothic" w:eastAsia="Malgun Gothic" w:cs="Malgun Gothic"/>
        </w:rPr>
        <w:t>두</w:t>
      </w:r>
      <w:r>
        <w:rPr>
          <w:rFonts w:ascii="Times New Roman" w:hAnsi="Times New Roman" w:eastAsia="Times New Roman" w:cs="Times New Roman"/>
        </w:rPr>
        <w:t xml:space="preserve"> </w:t>
      </w:r>
      <w:r>
        <w:rPr>
          <w:rFonts w:ascii="Malgun Gothic" w:hAnsi="Malgun Gothic" w:eastAsia="Malgun Gothic" w:cs="Malgun Gothic"/>
        </w:rPr>
        <w:t>시기의</w:t>
      </w:r>
      <w:r>
        <w:rPr>
          <w:rFonts w:ascii="Times New Roman" w:hAnsi="Times New Roman" w:eastAsia="Times New Roman" w:cs="Times New Roman"/>
        </w:rPr>
        <w:t xml:space="preserve"> </w:t>
      </w:r>
      <w:r>
        <w:rPr>
          <w:rFonts w:ascii="Malgun Gothic" w:hAnsi="Malgun Gothic" w:eastAsia="Malgun Gothic" w:cs="Malgun Gothic"/>
        </w:rPr>
        <w:t>첫</w:t>
      </w:r>
      <w:r>
        <w:rPr>
          <w:rFonts w:ascii="Times New Roman" w:hAnsi="Times New Roman" w:eastAsia="Times New Roman" w:cs="Times New Roman"/>
        </w:rPr>
        <w:t xml:space="preserve"> </w:t>
      </w:r>
      <w:r>
        <w:rPr>
          <w:rFonts w:ascii="Malgun Gothic" w:hAnsi="Malgun Gothic" w:eastAsia="Malgun Gothic" w:cs="Malgun Gothic"/>
        </w:rPr>
        <w:t>번째</w:t>
      </w:r>
      <w:r>
        <w:rPr>
          <w:rFonts w:ascii="Times New Roman" w:hAnsi="Times New Roman" w:eastAsia="Times New Roman" w:cs="Times New Roman"/>
        </w:rPr>
        <w:t xml:space="preserve"> </w:t>
      </w:r>
      <w:r>
        <w:rPr>
          <w:rFonts w:ascii="Malgun Gothic" w:hAnsi="Malgun Gothic" w:eastAsia="Malgun Gothic" w:cs="Malgun Gothic"/>
        </w:rPr>
        <w:t>의장이</w:t>
      </w:r>
      <w:r>
        <w:rPr>
          <w:rFonts w:ascii="Times New Roman" w:hAnsi="Times New Roman" w:eastAsia="Times New Roman" w:cs="Times New Roman"/>
        </w:rPr>
        <w:t xml:space="preserve"> </w:t>
      </w:r>
      <w:r>
        <w:rPr>
          <w:rFonts w:ascii="Malgun Gothic" w:hAnsi="Malgun Gothic" w:eastAsia="Malgun Gothic" w:cs="Malgun Gothic"/>
        </w:rPr>
        <w:t>동일</w:t>
      </w:r>
      <w:r>
        <w:rPr>
          <w:rFonts w:ascii="Times New Roman" w:hAnsi="Times New Roman" w:eastAsia="Times New Roman" w:cs="Times New Roman"/>
        </w:rPr>
        <w:t xml:space="preserve"> </w:t>
      </w:r>
      <w:r>
        <w:rPr>
          <w:rFonts w:ascii="Malgun Gothic" w:hAnsi="Malgun Gothic" w:eastAsia="Malgun Gothic" w:cs="Malgun Gothic"/>
        </w:rPr>
        <w:t>인물이었던</w:t>
      </w:r>
      <w:r>
        <w:rPr>
          <w:rFonts w:ascii="Times New Roman" w:hAnsi="Times New Roman" w:eastAsia="Times New Roman" w:cs="Times New Roman"/>
        </w:rPr>
        <w:t xml:space="preserve"> </w:t>
      </w:r>
      <w:r>
        <w:rPr>
          <w:rFonts w:ascii="Malgun Gothic" w:hAnsi="Malgun Gothic" w:eastAsia="Malgun Gothic" w:cs="Malgun Gothic"/>
        </w:rPr>
        <w:t>것이다</w:t>
      </w:r>
      <w:r>
        <w:rPr>
          <w:rFonts w:ascii="Times New Roman" w:hAnsi="Times New Roman" w:eastAsia="Times New Roman" w:cs="Times New Roman"/>
        </w:rPr>
        <w:t xml:space="preserve">. </w:t>
      </w:r>
      <w:r>
        <w:rPr>
          <w:rFonts w:ascii="Malgun Gothic" w:hAnsi="Malgun Gothic" w:eastAsia="Malgun Gothic" w:cs="Malgun Gothic"/>
        </w:rPr>
        <w:t>그러므로</w:t>
      </w:r>
      <w:r>
        <w:rPr>
          <w:rFonts w:ascii="Times New Roman" w:hAnsi="Times New Roman" w:eastAsia="Times New Roman" w:cs="Times New Roman"/>
        </w:rPr>
        <w:t xml:space="preserve"> </w:t>
      </w:r>
      <w:r>
        <w:rPr>
          <w:rFonts w:ascii="Malgun Gothic" w:hAnsi="Malgun Gothic" w:eastAsia="Malgun Gothic" w:cs="Malgun Gothic"/>
        </w:rPr>
        <w:t>의장직의</w:t>
      </w:r>
      <w:r>
        <w:rPr>
          <w:rFonts w:ascii="Times New Roman" w:hAnsi="Times New Roman" w:eastAsia="Times New Roman" w:cs="Times New Roman"/>
        </w:rPr>
        <w:t xml:space="preserve"> </w:t>
      </w:r>
      <w:r>
        <w:rPr>
          <w:rFonts w:ascii="Malgun Gothic" w:hAnsi="Malgun Gothic" w:eastAsia="Malgun Gothic" w:cs="Malgun Gothic"/>
        </w:rPr>
        <w:t>임기는</w:t>
      </w:r>
      <w:r>
        <w:rPr>
          <w:rFonts w:ascii="Times New Roman" w:hAnsi="Times New Roman" w:eastAsia="Times New Roman" w:cs="Times New Roman"/>
        </w:rPr>
        <w:t xml:space="preserve"> </w:t>
      </w:r>
      <w:r>
        <w:rPr>
          <w:rFonts w:ascii="Malgun Gothic" w:hAnsi="Malgun Gothic" w:eastAsia="Malgun Gothic" w:cs="Malgun Gothic"/>
        </w:rPr>
        <w:t>여덟</w:t>
      </w:r>
      <w:r>
        <w:rPr>
          <w:rFonts w:ascii="Times New Roman" w:hAnsi="Times New Roman" w:eastAsia="Times New Roman" w:cs="Times New Roman"/>
        </w:rPr>
        <w:t xml:space="preserve"> </w:t>
      </w:r>
      <w:r>
        <w:rPr>
          <w:rFonts w:ascii="Malgun Gothic" w:hAnsi="Malgun Gothic" w:eastAsia="Malgun Gothic" w:cs="Malgun Gothic"/>
        </w:rPr>
        <w:t>번이었으나</w:t>
      </w:r>
      <w:r>
        <w:rPr>
          <w:rFonts w:ascii="Times New Roman" w:hAnsi="Times New Roman" w:eastAsia="Times New Roman" w:cs="Times New Roman"/>
        </w:rPr>
        <w:t xml:space="preserve">, </w:t>
      </w:r>
      <w:r>
        <w:rPr>
          <w:rFonts w:ascii="Malgun Gothic" w:hAnsi="Malgun Gothic" w:eastAsia="Malgun Gothic" w:cs="Malgun Gothic"/>
        </w:rPr>
        <w:t>실제로는</w:t>
      </w:r>
      <w:r>
        <w:rPr>
          <w:rFonts w:ascii="Times New Roman" w:hAnsi="Times New Roman" w:eastAsia="Times New Roman" w:cs="Times New Roman"/>
        </w:rPr>
        <w:t xml:space="preserve"> </w:t>
      </w:r>
      <w:r>
        <w:rPr>
          <w:rFonts w:ascii="Malgun Gothic" w:hAnsi="Malgun Gothic" w:eastAsia="Malgun Gothic" w:cs="Malgun Gothic"/>
        </w:rPr>
        <w:t>일곱</w:t>
      </w:r>
      <w:r>
        <w:rPr>
          <w:rFonts w:ascii="Times New Roman" w:hAnsi="Times New Roman" w:eastAsia="Times New Roman" w:cs="Times New Roman"/>
        </w:rPr>
        <w:t xml:space="preserve"> </w:t>
      </w:r>
      <w:r>
        <w:rPr>
          <w:rFonts w:ascii="Malgun Gothic" w:hAnsi="Malgun Gothic" w:eastAsia="Malgun Gothic" w:cs="Malgun Gothic"/>
        </w:rPr>
        <w:t>명의</w:t>
      </w:r>
      <w:r>
        <w:rPr>
          <w:rFonts w:ascii="Times New Roman" w:hAnsi="Times New Roman" w:eastAsia="Times New Roman" w:cs="Times New Roman"/>
        </w:rPr>
        <w:t xml:space="preserve"> </w:t>
      </w:r>
      <w:r>
        <w:rPr>
          <w:rFonts w:ascii="Malgun Gothic" w:hAnsi="Malgun Gothic" w:eastAsia="Malgun Gothic" w:cs="Malgun Gothic"/>
        </w:rPr>
        <w:t>의장만</w:t>
      </w:r>
      <w:r>
        <w:rPr>
          <w:rFonts w:ascii="Times New Roman" w:hAnsi="Times New Roman" w:eastAsia="Times New Roman" w:cs="Times New Roman"/>
        </w:rPr>
        <w:t xml:space="preserve"> </w:t>
      </w:r>
      <w:r>
        <w:rPr>
          <w:rFonts w:ascii="Malgun Gothic" w:hAnsi="Malgun Gothic" w:eastAsia="Malgun Gothic" w:cs="Malgun Gothic"/>
        </w:rPr>
        <w:t>있었다</w:t>
      </w:r>
      <w:r>
        <w:rPr>
          <w:rFonts w:ascii="Times New Roman" w:hAnsi="Times New Roman" w:eastAsia="Times New Roman" w:cs="Times New Roman"/>
        </w:rPr>
        <w:t xml:space="preserve">. </w:t>
      </w:r>
      <w:r>
        <w:rPr>
          <w:rFonts w:ascii="Malgun Gothic" w:hAnsi="Malgun Gothic" w:eastAsia="Malgun Gothic" w:cs="Malgun Gothic"/>
        </w:rPr>
        <w:t>첫</w:t>
      </w:r>
      <w:r>
        <w:rPr>
          <w:rFonts w:ascii="Times New Roman" w:hAnsi="Times New Roman" w:eastAsia="Times New Roman" w:cs="Times New Roman"/>
        </w:rPr>
        <w:t xml:space="preserve"> </w:t>
      </w:r>
      <w:r>
        <w:rPr>
          <w:rFonts w:ascii="Malgun Gothic" w:hAnsi="Malgun Gothic" w:eastAsia="Malgun Gothic" w:cs="Malgun Gothic"/>
        </w:rPr>
        <w:t>번째</w:t>
      </w:r>
      <w:r>
        <w:rPr>
          <w:rFonts w:ascii="Times New Roman" w:hAnsi="Times New Roman" w:eastAsia="Times New Roman" w:cs="Times New Roman"/>
        </w:rPr>
        <w:t xml:space="preserve"> </w:t>
      </w:r>
      <w:r>
        <w:rPr>
          <w:rFonts w:ascii="Malgun Gothic" w:hAnsi="Malgun Gothic" w:eastAsia="Malgun Gothic" w:cs="Malgun Gothic"/>
        </w:rPr>
        <w:t>의장은</w:t>
      </w:r>
      <w:r>
        <w:rPr>
          <w:rFonts w:ascii="Times New Roman" w:hAnsi="Times New Roman" w:eastAsia="Times New Roman" w:cs="Times New Roman"/>
        </w:rPr>
        <w:t xml:space="preserve"> </w:t>
      </w:r>
      <w:r>
        <w:rPr>
          <w:rFonts w:ascii="Malgun Gothic" w:hAnsi="Malgun Gothic" w:eastAsia="Malgun Gothic" w:cs="Malgun Gothic"/>
        </w:rPr>
        <w:t>일곱</w:t>
      </w:r>
      <w:r>
        <w:rPr>
          <w:rFonts w:ascii="Times New Roman" w:hAnsi="Times New Roman" w:eastAsia="Times New Roman" w:cs="Times New Roman"/>
        </w:rPr>
        <w:t xml:space="preserve"> </w:t>
      </w:r>
      <w:r>
        <w:rPr>
          <w:rFonts w:ascii="Malgun Gothic" w:hAnsi="Malgun Gothic" w:eastAsia="Malgun Gothic" w:cs="Malgun Gothic"/>
        </w:rPr>
        <w:t>사람의</w:t>
      </w:r>
      <w:r>
        <w:rPr>
          <w:rFonts w:ascii="Times New Roman" w:hAnsi="Times New Roman" w:eastAsia="Times New Roman" w:cs="Times New Roman"/>
        </w:rPr>
        <w:t xml:space="preserve"> </w:t>
      </w:r>
      <w:r>
        <w:rPr>
          <w:rFonts w:ascii="Malgun Gothic" w:hAnsi="Malgun Gothic" w:eastAsia="Malgun Gothic" w:cs="Malgun Gothic"/>
        </w:rPr>
        <w:t>의장들</w:t>
      </w:r>
      <w:r>
        <w:rPr>
          <w:rFonts w:ascii="Times New Roman" w:hAnsi="Times New Roman" w:eastAsia="Times New Roman" w:cs="Times New Roman"/>
        </w:rPr>
        <w:t xml:space="preserve"> </w:t>
      </w:r>
      <w:r>
        <w:rPr>
          <w:rFonts w:ascii="Malgun Gothic" w:hAnsi="Malgun Gothic" w:eastAsia="Malgun Gothic" w:cs="Malgun Gothic"/>
        </w:rPr>
        <w:t>가운데</w:t>
      </w:r>
      <w:r>
        <w:rPr>
          <w:rFonts w:ascii="Times New Roman" w:hAnsi="Times New Roman" w:eastAsia="Times New Roman" w:cs="Times New Roman"/>
        </w:rPr>
        <w:t xml:space="preserve"> </w:t>
      </w:r>
      <w:r>
        <w:rPr>
          <w:rFonts w:ascii="Malgun Gothic" w:hAnsi="Malgun Gothic" w:eastAsia="Malgun Gothic" w:cs="Malgun Gothic"/>
        </w:rPr>
        <w:t>두</w:t>
      </w:r>
      <w:r>
        <w:rPr>
          <w:rFonts w:ascii="Times New Roman" w:hAnsi="Times New Roman" w:eastAsia="Times New Roman" w:cs="Times New Roman"/>
        </w:rPr>
        <w:t xml:space="preserve"> </w:t>
      </w:r>
      <w:r>
        <w:rPr>
          <w:rFonts w:ascii="Malgun Gothic" w:hAnsi="Malgun Gothic" w:eastAsia="Malgun Gothic" w:cs="Malgun Gothic"/>
        </w:rPr>
        <w:t>번</w:t>
      </w:r>
      <w:r>
        <w:rPr>
          <w:rFonts w:ascii="Times New Roman" w:hAnsi="Times New Roman" w:eastAsia="Times New Roman" w:cs="Times New Roman"/>
        </w:rPr>
        <w:t xml:space="preserve"> </w:t>
      </w:r>
      <w:r>
        <w:rPr>
          <w:rFonts w:ascii="Malgun Gothic" w:hAnsi="Malgun Gothic" w:eastAsia="Malgun Gothic" w:cs="Malgun Gothic"/>
        </w:rPr>
        <w:t>첫</w:t>
      </w:r>
      <w:r>
        <w:rPr>
          <w:rFonts w:ascii="Times New Roman" w:hAnsi="Times New Roman" w:eastAsia="Times New Roman" w:cs="Times New Roman"/>
        </w:rPr>
        <w:t xml:space="preserve"> </w:t>
      </w:r>
      <w:r>
        <w:rPr>
          <w:rFonts w:ascii="Malgun Gothic" w:hAnsi="Malgun Gothic" w:eastAsia="Malgun Gothic" w:cs="Malgun Gothic"/>
        </w:rPr>
        <w:t>번째</w:t>
      </w:r>
      <w:r>
        <w:rPr>
          <w:rFonts w:ascii="Times New Roman" w:hAnsi="Times New Roman" w:eastAsia="Times New Roman" w:cs="Times New Roman"/>
        </w:rPr>
        <w:t xml:space="preserve"> </w:t>
      </w:r>
      <w:r>
        <w:rPr>
          <w:rFonts w:ascii="Malgun Gothic" w:hAnsi="Malgun Gothic" w:eastAsia="Malgun Gothic" w:cs="Malgun Gothic"/>
        </w:rPr>
        <w:t>의장이었으므로</w:t>
      </w:r>
      <w:r>
        <w:rPr>
          <w:rFonts w:ascii="Times New Roman" w:hAnsi="Times New Roman" w:eastAsia="Times New Roman" w:cs="Times New Roman"/>
        </w:rPr>
        <w:t xml:space="preserve">, </w:t>
      </w:r>
      <w:r>
        <w:rPr>
          <w:rFonts w:ascii="Malgun Gothic" w:hAnsi="Malgun Gothic" w:eastAsia="Malgun Gothic" w:cs="Malgun Gothic"/>
        </w:rPr>
        <w:t>따라서</w:t>
      </w:r>
      <w:r>
        <w:rPr>
          <w:rFonts w:ascii="Times New Roman" w:hAnsi="Times New Roman" w:eastAsia="Times New Roman" w:cs="Times New Roman"/>
        </w:rPr>
        <w:t xml:space="preserve"> </w:t>
      </w:r>
      <w:r>
        <w:rPr>
          <w:rFonts w:ascii="Malgun Gothic" w:hAnsi="Malgun Gothic" w:eastAsia="Malgun Gothic" w:cs="Malgun Gothic"/>
        </w:rPr>
        <w:t>랜돌프는</w:t>
      </w:r>
      <w:r>
        <w:rPr>
          <w:rFonts w:ascii="Times New Roman" w:hAnsi="Times New Roman" w:eastAsia="Times New Roman" w:cs="Times New Roman"/>
        </w:rPr>
        <w:t xml:space="preserve"> </w:t>
      </w:r>
      <w:r>
        <w:rPr>
          <w:rFonts w:ascii="Malgun Gothic" w:hAnsi="Malgun Gothic" w:eastAsia="Malgun Gothic" w:cs="Malgun Gothic"/>
        </w:rPr>
        <w:t>일곱</w:t>
      </w:r>
      <w:r>
        <w:rPr>
          <w:rFonts w:ascii="Times New Roman" w:hAnsi="Times New Roman" w:eastAsia="Times New Roman" w:cs="Times New Roman"/>
        </w:rPr>
        <w:t xml:space="preserve"> </w:t>
      </w:r>
      <w:r>
        <w:rPr>
          <w:rFonts w:ascii="Malgun Gothic" w:hAnsi="Malgun Gothic" w:eastAsia="Malgun Gothic" w:cs="Malgun Gothic"/>
        </w:rPr>
        <w:t>가운데</w:t>
      </w:r>
      <w:r>
        <w:rPr>
          <w:rFonts w:ascii="Times New Roman" w:hAnsi="Times New Roman" w:eastAsia="Times New Roman" w:cs="Times New Roman"/>
        </w:rPr>
        <w:t xml:space="preserve"> </w:t>
      </w:r>
      <w:r>
        <w:rPr>
          <w:rFonts w:ascii="Malgun Gothic" w:hAnsi="Malgun Gothic" w:eastAsia="Malgun Gothic" w:cs="Malgun Gothic"/>
        </w:rPr>
        <w:t>있는</w:t>
      </w:r>
      <w:r>
        <w:rPr>
          <w:rFonts w:ascii="Times New Roman" w:hAnsi="Times New Roman" w:eastAsia="Times New Roman" w:cs="Times New Roman"/>
        </w:rPr>
        <w:t xml:space="preserve"> </w:t>
      </w:r>
      <w:r>
        <w:rPr>
          <w:rFonts w:ascii="Malgun Gothic" w:hAnsi="Malgun Gothic" w:eastAsia="Malgun Gothic" w:cs="Malgun Gothic"/>
        </w:rPr>
        <w:t>여덟째를</w:t>
      </w:r>
      <w:r>
        <w:rPr>
          <w:rFonts w:ascii="Times New Roman" w:hAnsi="Times New Roman" w:eastAsia="Times New Roman" w:cs="Times New Roman"/>
        </w:rPr>
        <w:t xml:space="preserve"> </w:t>
      </w:r>
      <w:r>
        <w:rPr>
          <w:rFonts w:ascii="Malgun Gothic" w:hAnsi="Malgun Gothic" w:eastAsia="Malgun Gothic" w:cs="Malgun Gothic"/>
        </w:rPr>
        <w:t>나타내며</w:t>
      </w:r>
      <w:r>
        <w:rPr>
          <w:rFonts w:ascii="Times New Roman" w:hAnsi="Times New Roman" w:eastAsia="Times New Roman" w:cs="Times New Roman"/>
        </w:rPr>
        <w:t xml:space="preserve">, </w:t>
      </w:r>
      <w:r>
        <w:rPr>
          <w:rFonts w:ascii="Malgun Gothic" w:hAnsi="Malgun Gothic" w:eastAsia="Malgun Gothic" w:cs="Malgun Gothic"/>
        </w:rPr>
        <w:t>두</w:t>
      </w:r>
      <w:r>
        <w:rPr>
          <w:rFonts w:ascii="Times New Roman" w:hAnsi="Times New Roman" w:eastAsia="Times New Roman" w:cs="Times New Roman"/>
        </w:rPr>
        <w:t xml:space="preserve"> </w:t>
      </w:r>
      <w:r>
        <w:rPr>
          <w:rFonts w:ascii="Malgun Gothic" w:hAnsi="Malgun Gothic" w:eastAsia="Malgun Gothic" w:cs="Malgun Gothic"/>
        </w:rPr>
        <w:t>증인</w:t>
      </w:r>
      <w:r>
        <w:rPr>
          <w:rFonts w:ascii="Times New Roman" w:hAnsi="Times New Roman" w:eastAsia="Times New Roman" w:cs="Times New Roman"/>
        </w:rPr>
        <w:t xml:space="preserve"> </w:t>
      </w:r>
      <w:r>
        <w:rPr>
          <w:rFonts w:ascii="Malgun Gothic" w:hAnsi="Malgun Gothic" w:eastAsia="Malgun Gothic" w:cs="Malgun Gothic"/>
        </w:rPr>
        <w:t>위에서</w:t>
      </w:r>
      <w:r>
        <w:rPr>
          <w:rFonts w:ascii="Times New Roman" w:hAnsi="Times New Roman" w:eastAsia="Times New Roman" w:cs="Times New Roman"/>
        </w:rPr>
        <w:t xml:space="preserve"> </w:t>
      </w:r>
      <w:r>
        <w:rPr>
          <w:rFonts w:ascii="Malgun Gothic" w:hAnsi="Malgun Gothic" w:eastAsia="Malgun Gothic" w:cs="Malgun Gothic"/>
        </w:rPr>
        <w:t>그는</w:t>
      </w:r>
      <w:r>
        <w:rPr>
          <w:rFonts w:ascii="Times New Roman" w:hAnsi="Times New Roman" w:eastAsia="Times New Roman" w:cs="Times New Roman"/>
        </w:rPr>
        <w:t xml:space="preserve"> </w:t>
      </w:r>
      <w:r>
        <w:rPr>
          <w:rFonts w:ascii="Malgun Gothic" w:hAnsi="Malgun Gothic" w:eastAsia="Malgun Gothic" w:cs="Malgun Gothic"/>
        </w:rPr>
        <w:t>최초의</w:t>
      </w:r>
      <w:r>
        <w:rPr>
          <w:rFonts w:ascii="Times New Roman" w:hAnsi="Times New Roman" w:eastAsia="Times New Roman" w:cs="Times New Roman"/>
        </w:rPr>
        <w:t xml:space="preserve"> </w:t>
      </w:r>
      <w:r>
        <w:rPr>
          <w:rFonts w:ascii="Malgun Gothic" w:hAnsi="Malgun Gothic" w:eastAsia="Malgun Gothic" w:cs="Malgun Gothic"/>
        </w:rPr>
        <w:t>실제</w:t>
      </w:r>
      <w:r>
        <w:rPr>
          <w:rFonts w:ascii="Times New Roman" w:hAnsi="Times New Roman" w:eastAsia="Times New Roman" w:cs="Times New Roman"/>
        </w:rPr>
        <w:t xml:space="preserve"> </w:t>
      </w:r>
      <w:r>
        <w:rPr>
          <w:rFonts w:ascii="Malgun Gothic" w:hAnsi="Malgun Gothic" w:eastAsia="Malgun Gothic" w:cs="Malgun Gothic"/>
        </w:rPr>
        <w:t>대통령이었던</w:t>
      </w:r>
      <w:r>
        <w:rPr>
          <w:rFonts w:ascii="Times New Roman" w:hAnsi="Times New Roman" w:eastAsia="Times New Roman" w:cs="Times New Roman"/>
        </w:rPr>
        <w:t xml:space="preserve"> </w:t>
      </w:r>
      <w:r>
        <w:rPr>
          <w:rFonts w:ascii="Malgun Gothic" w:hAnsi="Malgun Gothic" w:eastAsia="Malgun Gothic" w:cs="Malgun Gothic"/>
        </w:rPr>
        <w:t>조지</w:t>
      </w:r>
      <w:r>
        <w:rPr>
          <w:rFonts w:ascii="Times New Roman" w:hAnsi="Times New Roman" w:eastAsia="Times New Roman" w:cs="Times New Roman"/>
        </w:rPr>
        <w:t xml:space="preserve"> </w:t>
      </w:r>
      <w:r>
        <w:rPr>
          <w:rFonts w:ascii="Malgun Gothic" w:hAnsi="Malgun Gothic" w:eastAsia="Malgun Gothic" w:cs="Malgun Gothic"/>
        </w:rPr>
        <w:t>워싱턴을</w:t>
      </w:r>
      <w:r>
        <w:rPr>
          <w:rFonts w:ascii="Times New Roman" w:hAnsi="Times New Roman" w:eastAsia="Times New Roman" w:cs="Times New Roman"/>
        </w:rPr>
        <w:t xml:space="preserve"> </w:t>
      </w:r>
      <w:r>
        <w:rPr>
          <w:rFonts w:ascii="Malgun Gothic" w:hAnsi="Malgun Gothic" w:eastAsia="Malgun Gothic" w:cs="Malgun Gothic"/>
        </w:rPr>
        <w:t>예표한다</w:t>
      </w:r>
      <w:r>
        <w:rPr>
          <w:rFonts w:ascii="Times New Roman" w:hAnsi="Times New Roman" w:eastAsia="Times New Roman" w:cs="Times New Roman"/>
        </w:rPr>
        <w:t>.</w:t>
      </w:r>
    </w:p>
    <w:p>
      <w:pPr>
        <w:pStyle w:val="ArticleBody"/>
        <w:jc w:val="left"/>
      </w:pPr>
      <w:r>
        <w:rPr>
          <w:rFonts w:ascii="Myanmar Text" w:hAnsi="Myanmar Text" w:eastAsia="Myanmar Text" w:cs="Myanmar Text"/>
        </w:rPr>
        <w:t>ဝါရှင်တန်ကို</w:t>
      </w:r>
      <w:r>
        <w:rPr>
          <w:rFonts w:ascii="Times New Roman" w:hAnsi="Times New Roman" w:eastAsia="Times New Roman" w:cs="Times New Roman"/>
        </w:rPr>
        <w:t xml:space="preserve"> </w:t>
      </w:r>
      <w:r>
        <w:rPr>
          <w:rFonts w:ascii="Myanmar Text" w:hAnsi="Myanmar Text" w:eastAsia="Myanmar Text" w:cs="Myanmar Text"/>
        </w:rPr>
        <w:t>ရန်ဒေါ့ဖ်အားဖြင့်</w:t>
      </w:r>
      <w:r>
        <w:rPr>
          <w:rFonts w:ascii="Times New Roman" w:hAnsi="Times New Roman" w:eastAsia="Times New Roman" w:cs="Times New Roman"/>
        </w:rPr>
        <w:t xml:space="preserve"> </w:t>
      </w:r>
      <w:r>
        <w:rPr>
          <w:rFonts w:ascii="Myanmar Text" w:hAnsi="Myanmar Text" w:eastAsia="Myanmar Text" w:cs="Myanmar Text"/>
        </w:rPr>
        <w:t>ကိုယ်စားပြုထားသဖြင့်၊</w:t>
      </w:r>
      <w:r>
        <w:rPr>
          <w:rFonts w:ascii="Times New Roman" w:hAnsi="Times New Roman" w:eastAsia="Times New Roman" w:cs="Times New Roman"/>
        </w:rPr>
        <w:t xml:space="preserve"> </w:t>
      </w:r>
      <w:r>
        <w:rPr>
          <w:rFonts w:ascii="Myanmar Text" w:hAnsi="Myanmar Text" w:eastAsia="Myanmar Text" w:cs="Myanmar Text"/>
        </w:rPr>
        <w:t>ဝါရှင်တန်၏</w:t>
      </w:r>
      <w:r>
        <w:rPr>
          <w:rFonts w:ascii="Times New Roman" w:hAnsi="Times New Roman" w:eastAsia="Times New Roman" w:cs="Times New Roman"/>
        </w:rPr>
        <w:t xml:space="preserve"> </w:t>
      </w:r>
      <w:r>
        <w:rPr>
          <w:rFonts w:ascii="Myanmar Text" w:hAnsi="Myanmar Text" w:eastAsia="Myanmar Text" w:cs="Myanmar Text"/>
        </w:rPr>
        <w:t>သင်္ကေတအဖြစ်</w:t>
      </w:r>
      <w:r>
        <w:rPr>
          <w:rFonts w:ascii="Times New Roman" w:hAnsi="Times New Roman" w:eastAsia="Times New Roman" w:cs="Times New Roman"/>
        </w:rPr>
        <w:t xml:space="preserve"> </w:t>
      </w:r>
      <w:r>
        <w:rPr>
          <w:rFonts w:ascii="Myanmar Text" w:hAnsi="Myanmar Text" w:eastAsia="Myanmar Text" w:cs="Myanmar Text"/>
        </w:rPr>
        <w:t>ရန်ဒေါ့ဖ်သည်</w:t>
      </w:r>
      <w:r>
        <w:rPr>
          <w:rFonts w:ascii="Times New Roman" w:hAnsi="Times New Roman" w:eastAsia="Times New Roman" w:cs="Times New Roman"/>
        </w:rPr>
        <w:t xml:space="preserve"> </w:t>
      </w:r>
      <w:r>
        <w:rPr>
          <w:rFonts w:ascii="Myanmar Text" w:hAnsi="Myanmar Text" w:eastAsia="Myanmar Text" w:cs="Myanmar Text"/>
        </w:rPr>
        <w:t>ပထမသမ္မတဖြစ်သော</w:t>
      </w:r>
      <w:r>
        <w:rPr>
          <w:rFonts w:ascii="Times New Roman" w:hAnsi="Times New Roman" w:eastAsia="Times New Roman" w:cs="Times New Roman"/>
        </w:rPr>
        <w:t xml:space="preserve"> </w:t>
      </w:r>
      <w:r>
        <w:rPr>
          <w:rFonts w:ascii="Myanmar Text" w:hAnsi="Myanmar Text" w:eastAsia="Myanmar Text" w:cs="Myanmar Text"/>
        </w:rPr>
        <w:t>ရန်ဒေါ့ဖ်၏</w:t>
      </w:r>
      <w:r>
        <w:rPr>
          <w:rFonts w:ascii="Times New Roman" w:hAnsi="Times New Roman" w:eastAsia="Times New Roman" w:cs="Times New Roman"/>
        </w:rPr>
        <w:t xml:space="preserve"> </w:t>
      </w:r>
      <w:r>
        <w:rPr>
          <w:rFonts w:ascii="Myanmar Text" w:hAnsi="Myanmar Text" w:eastAsia="Myanmar Text" w:cs="Myanmar Text"/>
        </w:rPr>
        <w:t>ပရောဖက်ပြုဆိုင်ရာ</w:t>
      </w:r>
      <w:r>
        <w:rPr>
          <w:rFonts w:ascii="Times New Roman" w:hAnsi="Times New Roman" w:eastAsia="Times New Roman" w:cs="Times New Roman"/>
        </w:rPr>
        <w:t xml:space="preserve"> </w:t>
      </w:r>
      <w:r>
        <w:rPr>
          <w:rFonts w:ascii="Myanmar Text" w:hAnsi="Myanmar Text" w:eastAsia="Myanmar Text" w:cs="Myanmar Text"/>
        </w:rPr>
        <w:t>လက္ခဏာများကိုလည်းကောင်း၊</w:t>
      </w:r>
      <w:r>
        <w:rPr>
          <w:rFonts w:ascii="Times New Roman" w:hAnsi="Times New Roman" w:eastAsia="Times New Roman" w:cs="Times New Roman"/>
        </w:rPr>
        <w:t xml:space="preserve"> “</w:t>
      </w:r>
      <w:r>
        <w:rPr>
          <w:rFonts w:ascii="Myanmar Text" w:hAnsi="Myanmar Text" w:eastAsia="Myanmar Text" w:cs="Myanmar Text"/>
        </w:rPr>
        <w:t>ခုနစ်ယောက်ထဲမှ</w:t>
      </w:r>
      <w:r>
        <w:rPr>
          <w:rFonts w:ascii="Times New Roman" w:hAnsi="Times New Roman" w:eastAsia="Times New Roman" w:cs="Times New Roman"/>
        </w:rPr>
        <w:t xml:space="preserve"> </w:t>
      </w:r>
      <w:r>
        <w:rPr>
          <w:rFonts w:ascii="Myanmar Text" w:hAnsi="Myanmar Text" w:eastAsia="Myanmar Text" w:cs="Myanmar Text"/>
        </w:rPr>
        <w:t>ဖြစ်သော</w:t>
      </w:r>
      <w:r>
        <w:rPr>
          <w:rFonts w:ascii="Times New Roman" w:hAnsi="Times New Roman" w:eastAsia="Times New Roman" w:cs="Times New Roman"/>
        </w:rPr>
        <w:t xml:space="preserve"> </w:t>
      </w:r>
      <w:r>
        <w:rPr>
          <w:rFonts w:ascii="Myanmar Text" w:hAnsi="Myanmar Text" w:eastAsia="Myanmar Text" w:cs="Myanmar Text"/>
        </w:rPr>
        <w:t>အဋ္ဌမမြောက်သူ</w:t>
      </w:r>
      <w:r>
        <w:rPr>
          <w:rFonts w:ascii="Times New Roman" w:hAnsi="Times New Roman" w:eastAsia="Times New Roman" w:cs="Times New Roman"/>
        </w:rPr>
        <w:t xml:space="preserve">” </w:t>
      </w:r>
      <w:r>
        <w:rPr>
          <w:rFonts w:ascii="Myanmar Text" w:hAnsi="Myanmar Text" w:eastAsia="Myanmar Text" w:cs="Myanmar Text"/>
        </w:rPr>
        <w:t>ဟူသော</w:t>
      </w:r>
      <w:r>
        <w:rPr>
          <w:rFonts w:ascii="Times New Roman" w:hAnsi="Times New Roman" w:eastAsia="Times New Roman" w:cs="Times New Roman"/>
        </w:rPr>
        <w:t xml:space="preserve"> </w:t>
      </w:r>
      <w:r>
        <w:rPr>
          <w:rFonts w:ascii="Myanmar Text" w:hAnsi="Myanmar Text" w:eastAsia="Myanmar Text" w:cs="Myanmar Text"/>
        </w:rPr>
        <w:t>အချက်ကိုလည်းကောင်း</w:t>
      </w:r>
      <w:r>
        <w:rPr>
          <w:rFonts w:ascii="Times New Roman" w:hAnsi="Times New Roman" w:eastAsia="Times New Roman" w:cs="Times New Roman"/>
        </w:rPr>
        <w:t xml:space="preserve"> </w:t>
      </w:r>
      <w:r>
        <w:rPr>
          <w:rFonts w:ascii="Myanmar Text" w:hAnsi="Myanmar Text" w:eastAsia="Myanmar Text" w:cs="Myanmar Text"/>
        </w:rPr>
        <w:t>ဖော်ဆောင်သည်။</w:t>
      </w:r>
      <w:r>
        <w:rPr>
          <w:rFonts w:ascii="Times New Roman" w:hAnsi="Times New Roman" w:eastAsia="Times New Roman" w:cs="Times New Roman"/>
        </w:rPr>
        <w:t xml:space="preserve"> </w:t>
      </w:r>
      <w:r>
        <w:rPr>
          <w:rFonts w:ascii="Myanmar Text" w:hAnsi="Myanmar Text" w:eastAsia="Myanmar Text" w:cs="Myanmar Text"/>
        </w:rPr>
        <w:t>ထို့ကြောင့်</w:t>
      </w:r>
      <w:r>
        <w:rPr>
          <w:rFonts w:ascii="Times New Roman" w:hAnsi="Times New Roman" w:eastAsia="Times New Roman" w:cs="Times New Roman"/>
        </w:rPr>
        <w:t xml:space="preserve"> </w:t>
      </w:r>
      <w:r>
        <w:rPr>
          <w:rFonts w:ascii="Myanmar Text" w:hAnsi="Myanmar Text" w:eastAsia="Myanmar Text" w:cs="Myanmar Text"/>
        </w:rPr>
        <w:t>ဂျော့ဂ်ျ</w:t>
      </w:r>
      <w:r>
        <w:rPr>
          <w:rFonts w:ascii="Times New Roman" w:hAnsi="Times New Roman" w:eastAsia="Times New Roman" w:cs="Times New Roman"/>
        </w:rPr>
        <w:t xml:space="preserve"> </w:t>
      </w:r>
      <w:r>
        <w:rPr>
          <w:rFonts w:ascii="Myanmar Text" w:hAnsi="Myanmar Text" w:eastAsia="Myanmar Text" w:cs="Myanmar Text"/>
        </w:rPr>
        <w:t>ဝါရှင်တန်သည်</w:t>
      </w:r>
      <w:r>
        <w:rPr>
          <w:rFonts w:ascii="Times New Roman" w:hAnsi="Times New Roman" w:eastAsia="Times New Roman" w:cs="Times New Roman"/>
        </w:rPr>
        <w:t xml:space="preserve"> </w:t>
      </w:r>
      <w:r>
        <w:rPr>
          <w:rFonts w:ascii="Myanmar Text" w:hAnsi="Myanmar Text" w:eastAsia="Myanmar Text" w:cs="Myanmar Text"/>
        </w:rPr>
        <w:t>ပထမသမ္မတဖြစ်သကဲ့သို့</w:t>
      </w:r>
      <w:r>
        <w:rPr>
          <w:rFonts w:ascii="Times New Roman" w:hAnsi="Times New Roman" w:eastAsia="Times New Roman" w:cs="Times New Roman"/>
        </w:rPr>
        <w:t xml:space="preserve"> </w:t>
      </w:r>
      <w:r>
        <w:rPr>
          <w:rFonts w:ascii="Myanmar Text" w:hAnsi="Myanmar Text" w:eastAsia="Myanmar Text" w:cs="Myanmar Text"/>
        </w:rPr>
        <w:t>ပထမ</w:t>
      </w:r>
      <w:r>
        <w:rPr>
          <w:rFonts w:ascii="Times New Roman" w:hAnsi="Times New Roman" w:eastAsia="Times New Roman" w:cs="Times New Roman"/>
        </w:rPr>
        <w:t xml:space="preserve"> </w:t>
      </w:r>
      <w:r>
        <w:rPr>
          <w:rFonts w:ascii="Myanmar Text" w:hAnsi="Myanmar Text" w:eastAsia="Myanmar Text" w:cs="Myanmar Text"/>
        </w:rPr>
        <w:t>စစ်ဦးစီးချုပ်လည်း</w:t>
      </w:r>
      <w:r>
        <w:rPr>
          <w:rFonts w:ascii="Times New Roman" w:hAnsi="Times New Roman" w:eastAsia="Times New Roman" w:cs="Times New Roman"/>
        </w:rPr>
        <w:t xml:space="preserve"> </w:t>
      </w:r>
      <w:r>
        <w:rPr>
          <w:rFonts w:ascii="Myanmar Text" w:hAnsi="Myanmar Text" w:eastAsia="Myanmar Text" w:cs="Myanmar Text"/>
        </w:rPr>
        <w:t>ဖြစ်ပြီး၊</w:t>
      </w:r>
      <w:r>
        <w:rPr>
          <w:rFonts w:ascii="Times New Roman" w:hAnsi="Times New Roman" w:eastAsia="Times New Roman" w:cs="Times New Roman"/>
        </w:rPr>
        <w:t xml:space="preserve"> </w:t>
      </w:r>
      <w:r>
        <w:rPr>
          <w:rFonts w:ascii="Myanmar Text" w:hAnsi="Myanmar Text" w:eastAsia="Myanmar Text" w:cs="Myanmar Text"/>
        </w:rPr>
        <w:t>ပရောဖက်ပြုသဘောအရ</w:t>
      </w:r>
      <w:r>
        <w:rPr>
          <w:rFonts w:ascii="Times New Roman" w:hAnsi="Times New Roman" w:eastAsia="Times New Roman" w:cs="Times New Roman"/>
        </w:rPr>
        <w:t xml:space="preserve"> “</w:t>
      </w:r>
      <w:r>
        <w:rPr>
          <w:rFonts w:ascii="Myanmar Text" w:hAnsi="Myanmar Text" w:eastAsia="Myanmar Text" w:cs="Myanmar Text"/>
        </w:rPr>
        <w:t>ခုနစ်ယောက်ထဲမှ</w:t>
      </w:r>
      <w:r>
        <w:rPr>
          <w:rFonts w:ascii="Times New Roman" w:hAnsi="Times New Roman" w:eastAsia="Times New Roman" w:cs="Times New Roman"/>
        </w:rPr>
        <w:t xml:space="preserve"> </w:t>
      </w:r>
      <w:r>
        <w:rPr>
          <w:rFonts w:ascii="Myanmar Text" w:hAnsi="Myanmar Text" w:eastAsia="Myanmar Text" w:cs="Myanmar Text"/>
        </w:rPr>
        <w:t>ဖြစ်သော</w:t>
      </w:r>
      <w:r>
        <w:rPr>
          <w:rFonts w:ascii="Times New Roman" w:hAnsi="Times New Roman" w:eastAsia="Times New Roman" w:cs="Times New Roman"/>
        </w:rPr>
        <w:t xml:space="preserve"> </w:t>
      </w:r>
      <w:r>
        <w:rPr>
          <w:rFonts w:ascii="Myanmar Text" w:hAnsi="Myanmar Text" w:eastAsia="Myanmar Text" w:cs="Myanmar Text"/>
        </w:rPr>
        <w:t>အဋ္ဌမမြောက်သူ</w:t>
      </w:r>
      <w:r>
        <w:rPr>
          <w:rFonts w:ascii="Times New Roman" w:hAnsi="Times New Roman" w:eastAsia="Times New Roman" w:cs="Times New Roman"/>
        </w:rPr>
        <w:t xml:space="preserve">” </w:t>
      </w:r>
      <w:r>
        <w:rPr>
          <w:rFonts w:ascii="Myanmar Text" w:hAnsi="Myanmar Text" w:eastAsia="Myanmar Text" w:cs="Myanmar Text"/>
        </w:rPr>
        <w:t>လည်း</w:t>
      </w:r>
      <w:r>
        <w:rPr>
          <w:rFonts w:ascii="Times New Roman" w:hAnsi="Times New Roman" w:eastAsia="Times New Roman" w:cs="Times New Roman"/>
        </w:rPr>
        <w:t xml:space="preserve"> </w:t>
      </w:r>
      <w:r>
        <w:rPr>
          <w:rFonts w:ascii="Myanmar Text" w:hAnsi="Myanmar Text" w:eastAsia="Myanmar Text" w:cs="Myanmar Text"/>
        </w:rPr>
        <w:t>ဖြစ်ခဲ့သည်။</w:t>
      </w:r>
      <w:r>
        <w:rPr>
          <w:rFonts w:ascii="Times New Roman" w:hAnsi="Times New Roman" w:eastAsia="Times New Roman" w:cs="Times New Roman"/>
        </w:rPr>
        <w:t xml:space="preserve"> </w:t>
      </w:r>
      <w:r>
        <w:rPr>
          <w:rFonts w:ascii="Myanmar Text" w:hAnsi="Myanmar Text" w:eastAsia="Myanmar Text" w:cs="Myanmar Text"/>
        </w:rPr>
        <w:t>ထို့အတူ</w:t>
      </w:r>
      <w:r>
        <w:rPr>
          <w:rFonts w:ascii="Times New Roman" w:hAnsi="Times New Roman" w:eastAsia="Times New Roman" w:cs="Times New Roman"/>
        </w:rPr>
        <w:t xml:space="preserve"> </w:t>
      </w:r>
      <w:r>
        <w:rPr>
          <w:rFonts w:ascii="Myanmar Text" w:hAnsi="Myanmar Text" w:eastAsia="Myanmar Text" w:cs="Myanmar Text"/>
        </w:rPr>
        <w:t>နောက်ဆုံးသမ္မတဖြစ်မည့်</w:t>
      </w:r>
      <w:r>
        <w:rPr>
          <w:rFonts w:ascii="Times New Roman" w:hAnsi="Times New Roman" w:eastAsia="Times New Roman" w:cs="Times New Roman"/>
        </w:rPr>
        <w:t xml:space="preserve"> </w:t>
      </w:r>
      <w:r>
        <w:rPr>
          <w:rFonts w:ascii="Myanmar Text" w:hAnsi="Myanmar Text" w:eastAsia="Myanmar Text" w:cs="Myanmar Text"/>
        </w:rPr>
        <w:t>ထရမ့်လည်း</w:t>
      </w:r>
      <w:r>
        <w:rPr>
          <w:rFonts w:ascii="Times New Roman" w:hAnsi="Times New Roman" w:eastAsia="Times New Roman" w:cs="Times New Roman"/>
        </w:rPr>
        <w:t xml:space="preserve"> “</w:t>
      </w:r>
      <w:r>
        <w:rPr>
          <w:rFonts w:ascii="Myanmar Text" w:hAnsi="Myanmar Text" w:eastAsia="Myanmar Text" w:cs="Myanmar Text"/>
        </w:rPr>
        <w:t>ခုနစ်ယောက်ထဲမှ</w:t>
      </w:r>
      <w:r>
        <w:rPr>
          <w:rFonts w:ascii="Times New Roman" w:hAnsi="Times New Roman" w:eastAsia="Times New Roman" w:cs="Times New Roman"/>
        </w:rPr>
        <w:t xml:space="preserve"> </w:t>
      </w:r>
      <w:r>
        <w:rPr>
          <w:rFonts w:ascii="Myanmar Text" w:hAnsi="Myanmar Text" w:eastAsia="Myanmar Text" w:cs="Myanmar Text"/>
        </w:rPr>
        <w:t>ဖြစ်သော</w:t>
      </w:r>
      <w:r>
        <w:rPr>
          <w:rFonts w:ascii="Times New Roman" w:hAnsi="Times New Roman" w:eastAsia="Times New Roman" w:cs="Times New Roman"/>
        </w:rPr>
        <w:t xml:space="preserve"> </w:t>
      </w:r>
      <w:r>
        <w:rPr>
          <w:rFonts w:ascii="Myanmar Text" w:hAnsi="Myanmar Text" w:eastAsia="Myanmar Text" w:cs="Myanmar Text"/>
        </w:rPr>
        <w:t>အဋ္ဌမမြောက်သူ</w:t>
      </w:r>
      <w:r>
        <w:rPr>
          <w:rFonts w:ascii="Times New Roman" w:hAnsi="Times New Roman" w:eastAsia="Times New Roman" w:cs="Times New Roman"/>
        </w:rPr>
        <w:t xml:space="preserve">” </w:t>
      </w:r>
      <w:r>
        <w:rPr>
          <w:rFonts w:ascii="Myanmar Text" w:hAnsi="Myanmar Text" w:eastAsia="Myanmar Text" w:cs="Myanmar Text"/>
        </w:rPr>
        <w:t>ဖြစ်မည်။</w:t>
      </w:r>
    </w:p>
    <w:p>
      <w:pPr>
        <w:pStyle w:val="ArticleBody"/>
        <w:jc w:val="left"/>
      </w:pPr>
      <w:r>
        <w:rPr>
          <w:rFonts w:ascii="Times New Roman" w:hAnsi="Times New Roman" w:eastAsia="Times New Roman" w:cs="Times New Roman"/>
        </w:rPr>
        <w:t>Kontinental Kongrese ya Bubidi, prezida wa bubidi ni John Hancock. Kontinental Kongrese ya Bubidi yasukila mu 1781. Kufuma mu 1781 mpaka mu 1789, kusontelela ilyashi lya Articles of Confederation. Iyi nshita yaleshimikilwa ku nshiku ya 1789, pa kusapululwa kwa Constitution. Muri iyo nshita mwaliko na ba prezida munani. Articles of Confederation yemaine Constitution ya ntanshi, lelo ubunakashi bwa Articles of Confederation bwaletele ukulundululwa kwayo, no kusininkishiwa ku mikoloni ikumi na itatu kwa Constitution mu 1789.</w:t>
      </w:r>
    </w:p>
    <w:p>
      <w:pPr>
        <w:pStyle w:val="ArticleBody"/>
        <w:jc w:val="left"/>
      </w:pPr>
      <w:r>
        <w:rPr>
          <w:rFonts w:ascii="Times New Roman" w:hAnsi="Times New Roman" w:eastAsia="Times New Roman" w:cs="Times New Roman"/>
        </w:rPr>
        <w:t>Ku gihe icyo, abakuru b’igihugu umunani bari bagizwe n’abakuru b’igihugu barindwi batari abakuru b’igihugu mu mateka y’igihe cyagereranywaga n’izo Nama Nkuru z’Umugabane zombi zabanje, hamwe n’umwe wari umukuru w’igihugu muri icyo gihe cya mbere cy’ubuhanuzi. John Hancock yakoreye muri Kongere Nkuru ya kabiri y’Umugabane, kandi no mu gihe cyagereranywaga n’Ingingo z’Ihuriro. Ku rwego rw’ubuhanuzi, hari abagabo barindwi gusa babaye abakuru b’igihugu muri za Kongere Nkuru z’Umugabane zombi; bityo rero, mu buryo bw’ubuhanuzi, John Hancock yari umwe muri abo munani bo mu gihe cy’Ingingo z’Ihuriro, ariko kandi yari umwe muri ba bagabo barindwi bo mu gihe cyabanje. Ni cyo cyatumye aba uwa munani, wari uwo muri ba barindwi.</w:t>
      </w:r>
    </w:p>
    <w:p>
      <w:pPr>
        <w:pStyle w:val="ArticleBody"/>
        <w:jc w:val="left"/>
      </w:pPr>
      <w:r>
        <w:rPr>
          <w:rFonts w:ascii="Times New Roman" w:hAnsi="Times New Roman" w:eastAsia="Times New Roman" w:cs="Times New Roman"/>
        </w:rPr>
        <w:t>Okutanga kw’obunnabbi okw’okubiri, okukiikirirwa 1781 okutuuka ku 1789, ng’ekiseera ekisooka bwe kyali, kwali n’omukulembeze (Hancock) eyali ow’omunaana, era nga wa mu musanvu, nga Randolph bwe yali mu kiseera ky’obunnabbi ekisooka ekikiikirirwa 1776.</w:t>
      </w:r>
    </w:p>
    <w:p>
      <w:pPr>
        <w:pStyle w:val="ArticleBody"/>
        <w:jc w:val="left"/>
      </w:pPr>
      <w:r>
        <w:rPr>
          <w:rFonts w:ascii="Times New Roman" w:hAnsi="Times New Roman" w:eastAsia="Times New Roman" w:cs="Times New Roman"/>
        </w:rPr>
        <w:t>دە هەردوو ماوەی هەشت سەرۆکدا، نهێنی ئەوەی هەشتەم لە حەوتەکەیە نیشان دراوە. ئەو دوو ماوەیە شایەتی دەدەن کە یەکەم سەرۆکی ڕاستەقینە (Washington)یش، بەهۆی نموونەبوونی ئەو کەسەی کە بە Randolph نیشان دراوە، نهێنیی پێشبینییەکە بە هاوبەشی لەگەڵ نیشانەکانی خۆی هەبوو. ئەم سێ شایەتە سەبارەت بە Trump قسە دەکەن. Trump، وەک لە ئایەتەکانی یەک و دوو لە بەشی یانزەدا نیشان دراوە، تەنها لە ڕێگەی ماوەی یەکەمی دەسەڵاتدارییەوە وێنا دەکرێت، ئەو ماوەیەی کە کۆتایی پێهات کاتێک هەڵبژاردنی دووەم لەلایەن ئاژەڵی لە چەڵی بێ‌بنیادەوە دزرا.</w:t>
      </w:r>
    </w:p>
    <w:p>
      <w:pPr>
        <w:pStyle w:val="ArticleBody"/>
        <w:jc w:val="left"/>
      </w:pPr>
      <w:r>
        <w:rPr>
          <w:rFonts w:ascii="Times New Roman" w:hAnsi="Times New Roman" w:eastAsia="Times New Roman" w:cs="Times New Roman"/>
        </w:rPr>
        <w:t>A historia oyo ekokisaki mikapo wana, esangisi lisolo moko ebombámá kati na esika wana ya mokonzi ya bomengo monene koleka nyonso (Xerxes) mpe kobandisama ya Alexander the Great, oyo ezali komonisa mobeko ya Lomingo, tango bakonzi zomi bakomi mpo na mwa ntango bokonzi ya nsambo. Kati na mokonzi ya bomengo mpe bakonzi zomi oyo bandimaka kopesa bokonzi na bango ya nsambo epai ya bopapa, ezalaki na bakonzi mwambe. Bakonzi wana mwambe oyo basalaka lisolo ebombámá ya vɛrsɛ ya mibale kino na vɛrsɛ ya misato, bazwi batatoli mibale ya baprezida mwambe kati na lisolo ya 1776, 1789 mpe 1798.</w:t>
      </w:r>
    </w:p>
    <w:p>
      <w:pPr>
        <w:pStyle w:val="ArticleBody"/>
        <w:jc w:val="left"/>
      </w:pPr>
      <w:r>
        <w:rPr>
          <w:rFonts w:ascii="Times New Roman" w:hAnsi="Times New Roman" w:eastAsia="Times New Roman" w:cs="Times New Roman"/>
        </w:rPr>
        <w:t>Uyo ukulumbana kwalilenga ulwimbo lwa myaka makumi yabili na ibili, ukulumanya ukuti lwaba lukumbana lwa kutintila abene umwanda umo na amakumi yane na bane, ilyo UbuLesa bwakumyana na bumuntu. Kandi kwalilenga no bucamfya bwa “Icine,” pa kuba ukutendeka kupandula ubwimino, ne mpela kupandula ukufumyapo ubwimino, ilyo imyaka ikumi na itatu panyuma ya 1776, amakoloni ikumi na yatatu yatwikepo Iteeko lya Mupango. Kandi kwalilenga no kulenga pabihe bibili vya basumba umunani (abaPresident) ifyo fyonse fibikamo icisendo ca wa munani ukuba wa mu musanvu.</w:t>
      </w:r>
    </w:p>
    <w:p>
      <w:pPr>
        <w:pStyle w:val="ArticleBody"/>
        <w:jc w:val="left"/>
      </w:pPr>
      <w:r>
        <w:rPr>
          <w:rFonts w:ascii="Times New Roman" w:hAnsi="Times New Roman" w:eastAsia="Times New Roman" w:cs="Times New Roman"/>
        </w:rPr>
        <w:t>Trump nka perezida wa mukaaga mu mwaka wa 2016, kandi nk’umuyobozi wa nyuma w’ubwami bwa mukaaga, na we ahagararira uwa mbere n’uwa nyuma mu bami icumi bakurikirana. Umubare icumi ugaragaza inzira y’igeragezwa ry’ayo mateka, kandi ikigeragezo kibanziriza kandi kigasozwa ku itegeko ryo ku Cyumweru ni ugushingwa kw’ishusho y’inyamaswa. Ishusho yo mu nzozi z’inyamaswa ya Nebukadinezari ihagararira ubwami umunani, bityo igatanga gihamya yuko ikigeragezo cy’ishusho y’inyamaswa gihagarariwe n’umubare “umunani”.</w:t>
      </w:r>
    </w:p>
    <w:p>
      <w:pPr>
        <w:pStyle w:val="ArticleBody"/>
        <w:jc w:val="left"/>
      </w:pPr>
      <w:r>
        <w:rPr>
          <w:rFonts w:ascii="Times New Roman" w:hAnsi="Times New Roman" w:eastAsia="Times New Roman" w:cs="Times New Roman"/>
        </w:rPr>
        <w:t>Mu mateka y’igeragezwa y’umurongo w’Abamakabeyi, ushyushanya umurongo w’ihembe ry’Ubusaserdoti bw’Abaporotesitanti bwigometse n’umurongo w’ihembe ry’Uburepubulikani bwigometse bwashushanyijwe na Antiyokusi wa III, iyo mirongo n’amahembe bihurira hamwe bikaba ihembe rimwe, ari ryo shusho y’ubupapa. Muri ayo mateka nyene, ishusho y’Imana yongera kubumbwa rwose kandi ubudahera muri abo bashushanywa nk’abahumbi ijana na mirongo ine na bane.</w:t>
      </w:r>
    </w:p>
    <w:p>
      <w:pPr>
        <w:pStyle w:val="ArticleBody"/>
        <w:jc w:val="left"/>
      </w:pPr>
      <w:r>
        <w:rPr>
          <w:rFonts w:ascii="Times New Roman" w:hAnsi="Times New Roman" w:eastAsia="Times New Roman" w:cs="Times New Roman"/>
        </w:rPr>
        <w:t>Itehwe ndata ecihike eke ikpe-emi isua itiöyöp ke ndata ecihike eke ikpe-emi isua iba tutu isua ita, ye ndata isua iköyök tutu isua ikpañk ke ita. Ke ini Trump akabade ediök ition ke otu mmọ asaa ke mbubreyo obio esie ke January 20, 2025, ition itionöyök ke otu Xerxes ye Alexander the Great enam akara ndifiọk udọk nte enyene ndidụk mmọñ usòñ anu-ọfọn, ndien Trump anọchi edi akpa ye ikpa-inyene ke ition iköyök emi ẹkanamde nte esie esie.</w:t>
      </w:r>
    </w:p>
    <w:p>
      <w:pPr>
        <w:pStyle w:val="ArticleBody"/>
        <w:jc w:val="left"/>
      </w:pPr>
      <w:r>
        <w:rPr>
          <w:rFonts w:ascii="Times New Roman" w:hAnsi="Times New Roman" w:eastAsia="Times New Roman" w:cs="Times New Roman"/>
        </w:rPr>
        <w:t>Tukwendelea na somo hili katika makala inayofuata.</w:t>
      </w:r>
    </w:p>
    <w:p>
      <w:pPr>
        <w:pStyle w:val="ArticleScripture"/>
        <w:jc w:val="left"/>
      </w:pPr>
      <w:r>
        <w:rPr>
          <w:rFonts w:ascii="Times New Roman" w:hAnsi="Times New Roman" w:eastAsia="Times New Roman" w:cs="Times New Roman"/>
        </w:rPr>
        <w:t>Ndzi vona ebokweni ra xinene ra Loyi a tshamaka exiluvelweni buku leyi tsariweke endzeni ni le ndzhaku, yi pfariwe hi swipfalo swa nkombo. Kutani ndzi vona ntsumi leyi nga ni matimba yi huwelela hi rito lerikulu, yi ku: I mani la fanelekaka ku pfula buku leyi ni ku tshunxa swipfalo swa yona? Kambe a ku nga ri na munhu etilweni, kumbe emisaveni, kumbe ehansi ka misava, la nga kotaka ku pfula buku leyi, ni ku tlhela a yi languta. Kutani ndzi rila ngopfu, hikuva a ku nga kumiwi munhu la fanelekaka ku pfula ni ku hlaya buku leyi, ni ku tlhela a yi languta. Kutani un’wana wa vakulukumba a ku eka mina: U nga rili; waswivo, Nghala ya nyimba ya Yuda, Rimitsu ra Davhida, yi hlurile ku pfula buku leyi ni ku tshunxa swipfalo swa yona swa nkombo. Kutani ndzi languta, kutani waswivo, exikarhi ka xiluvelo ni ka swivumbiwa leswinharhu ni mune, ni exikarhi ka vakulukumba, a ku yime Xinyimpfana onge hiloko xi dlayiwile, xi ri ni timhondzo ta nkombo ni mahlo ya nkombo, lawa nga Mimoya ya nkombo ya Xikwembu leyi rhumeriweke emisaveni hinkwayo. Kutani xi ta xi teka buku ebokweni ra xinene ra Loyi a tshamaka exiluvelweni. Kutani loko xi teka buku leyi, swivumbiwa leswinharhu ni mune ni vakulukumba va mune wa makume mambirhi va wa emahlweni ka Xinyimpfana, un’wana ni un’wana a ri ni xitende, ni swibya swa nsuku leswi teleke mirhi yo nun’hwela, leswi nga swikhongelo swa vakwetsimi. Kutani va yimbelela risimu lerintshwa, va ku: U fanele ku teka buku leyi, ni ku pfula swipfalo swa yona; hikuva u dlayiwile, kutani hi ngati ya wena u hi kutsulekele Xikwembu exikarhi ka tinxaka hinkwato, ni tindzimi, ni vanhu, ni matiko; kutani u hi endle vuhosi ni vaprista eka Xikwembu xa hina; naswona hi ta fuma emisaveni. Nhlavutelo 5:1–10.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Kitabu cha Danieli - Mia Moja Tisini na Tatu</dc:title>
  <dc:subject>Kuikangulwa kwa Nsiku ja Mpelo: Kutunda ku Lupango lwa Russia kuya ku Kukuya Kangi kwa Trump ne ku Kulengwa kwa Kifwanyikiso kya Nyama ya Mwitu</dc:subject>
  <dc:creator>Jeff Pippenger</dc:creator>
  <cp:keywords/>
  <dc:description>Generated by ArticleDigger from daniel\193_daniel.json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