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Ekitabo kya Danyeri - Omutwalo Gumu Mu Kinaana Mu Kyenda Mu Nnyaanai (194)</w:t>
      </w:r>
    </w:p>
    <w:p>
      <w:pPr>
        <w:pStyle w:val="ArticleSubtitle"/>
        <w:jc w:val="left"/>
      </w:pPr>
      <w:r>
        <w:rPr>
          <w:rFonts w:ascii="Arial" w:hAnsi="Arial" w:eastAsia="Arial" w:cs="Arial"/>
        </w:rPr>
        <w:t>Mwisikio ya Wamakabayo: Ushindi wa Trump na Njia ya Kinabii Inayoelekea kwa Sanamu ya Mnyama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2024-04-24</w:t>
      </w:r>
    </w:p>
    <w:p>
      <w:pPr>
        <w:pStyle w:val="ArticleBody"/>
        <w:jc w:val="left"/>
      </w:pPr>
      <w:r>
        <w:rPr>
          <w:rFonts w:ascii="Times New Roman" w:hAnsi="Times New Roman" w:eastAsia="Times New Roman" w:cs="Times New Roman"/>
        </w:rPr>
        <w:t>Umurongo uhagarariwe n’Abamakabayo (ugaragaza Ubuprotestanti bwahakanye ukwizera muri Leta Zunze Ubumwe z’Amerika), watangiye kwigomeka ku idini ry’Abagiriki i Modein, mu mwaka wa 167 mbere ya Kristo. Aho Abamakabayo batsinze imihati ya Antiyokusi Epifane yo guhatira Abayahudi idini ry’Abagiriki, kandi banica n’umuyobozi w’Abayahudi wari warifatanyije na Antiyokusi. Bityo, Biden atsindwa mu matora yo mu 2024, abinyujije ku mutwe w’abatora uzwi nka “Religious Right”. Iyi mateka asobanura intsinzi y’amatora yo mu 2024, nk’uko Ubuprotestanti bwahakanye ukwizera butsinda atari gusa Abarepubulikani b’aba-globalistes bitwa RINO’s, ahubwo n’imihati y’Abademokarate batemera ko Imana iriho yo guhatira igihugu idini rya woke-ism.</w:t>
      </w:r>
    </w:p>
    <w:p>
      <w:pPr>
        <w:pStyle w:val="ArticleBody"/>
        <w:jc w:val="left"/>
      </w:pPr>
      <w:r>
        <w:rPr>
          <w:rFonts w:ascii="Times New Roman" w:hAnsi="Times New Roman" w:eastAsia="Times New Roman" w:cs="Times New Roman"/>
        </w:rPr>
        <w:t>Mpi wa kati wa kiroho unaowakilishwa na ukoo wa Wamakabayo ulianza mwaka 2015, wakati yule rais tajiri alipozichochea nguvu za joka za utandawazi, na kazi ya joka katika kuwaua mashahidi wawili ilijumuisha Kesi za Pelosi kuhusu Januari 6, 2021. Modein, na uasi wa Wamakabayo, vinatambulisha ushindi wa wakati ujao wa Uprotestanti ulioasi mnamo Novemba 5, 2024. Kuapishwa kwa Januari 20, 2025 kulifananishwa na 164 KK, ambako kuliwakilisha kuwekwa wakfu upya kwa hekalu la pili, na katika mwaka huo huo hasa (164 KK), Antiochus Epiphanes alikufa. Antiochus analiwakilisha chama cha Democratic, na washirika wao wa utandawazi wanaojitambulisha wenyewe kama Republicans, ingawa wao si Republicans wa MAGA hata kidogo zaidi ya jinsi msichana alivyo mvulana.</w:t>
      </w:r>
    </w:p>
    <w:p>
      <w:pPr>
        <w:pStyle w:val="ArticleBody"/>
        <w:jc w:val="left"/>
      </w:pPr>
      <w:r>
        <w:rPr>
          <w:rFonts w:ascii="Times New Roman" w:hAnsi="Times New Roman" w:eastAsia="Times New Roman" w:cs="Times New Roman"/>
        </w:rPr>
        <w:t>مبارزهٔ سیاسی‌ای که در آیات سیزده تا پانزده نمود یافته و با نبرد پانیوم به پایان می‌رسد، در آن تاریخ به‌موازاتِ مبارزهٔ دینی میان ووکیسم و پروتستانیسمِ مرتد جریان دارد. پس از تحلیف ترامپ در سال ۲۰۲۵، که با تجدیدِ تقدیسِ هیکلِ دوم در ۱۶۴ ق.م. نشان داده شده است، او آنگاه با گرد آوردنِ کلیسای پروتستانِ مرتد همراه با حکومتِ جمهوری‌خواهِ مرتدِ خویش، تشکیلِ واقعیِ تمثالِ وحش را آغاز خواهد کرد؛ امری که با اتحادیهٔ روم و مکابیان از ۱۶۱ ق.م. تا ۱۵۸ ق.م. تمثیل شده است. ترامپ کلیسا و دولت را در یک ائتلاف به هم خواهد آورد، جایی که عنصرِ دینی در کنترل است. در تاریخِ نبوی‌ای که در آن وحشِ زمین تمثالِ وحشِ کاتولیسیسم را می‌سازد، شاخِ جمهوری‌خواهِ مرتد و شاخِ پروتستانِ مرتد، پیمانهٔ زمانِ آزمایشِ خویش را در سویِ نادرستِ مسئلهٔ حیاتِ جاودان پُر خواهند ساخت.</w:t>
      </w:r>
    </w:p>
    <w:p>
      <w:pPr>
        <w:pStyle w:val="ArticleBody"/>
        <w:jc w:val="left"/>
      </w:pPr>
      <w:r>
        <w:rPr>
          <w:rFonts w:ascii="Times New Roman" w:hAnsi="Times New Roman" w:eastAsia="Times New Roman" w:cs="Times New Roman"/>
        </w:rPr>
        <w:t>Kuruta mu gutangiza, kugereranywa no kweza ubwa kabiri urusengero rwa kabiri mu wa 164 Mbere ya Kristo, umurimo wo kurema ishusho y’inyamaswa utangira, nk’uko ugereranywa n’ishyirahamwe ry’Abayuda n’i Roma kuva mu wa 161 Mbere ya Kristo kugeza mu wa 158 Mbere ya Kristo. Trump azongera gutorerwa ku wa 5 Ugushyingo 2024 (167 Mbere ya Kristo), kandi mu gutangizwa kwe ku butegetsi (164 Mbere ya Kristo) azaba abaye perezida wa munani uhereye ku gihe cy’iherezo mu 1989. Bityo azaba uwa munani, ni ukuvuga ukomoka muri barindwi, agaragaza ishusho y’inyamaswa ya papacy ihinduka ubwami bwa munani mu buhanuzi bwa Bibiliya igihe igikomere cyayo cyica gikize ku mategeko yo ku Cyumweru. Gutangizwa kwe ku butegetsi kwagereranyijwe no kongera kwegurira Imana urusengero rwa kabiri kwakozwe n’Abamakabayo mu wa 164 Mbere ya Kristo. Ubugome bwo kwigomeka bw’Abamakabayo bwatangiye imyaka itatu mbere yaho mu mujyi wa Modein, risobanura “imyigaragambyo,” kandi rikerekana intsinzi ye y’amatora yo ku wa 5 Ugushyingo 2024.</w:t>
      </w:r>
    </w:p>
    <w:p>
      <w:pPr>
        <w:pStyle w:val="ArticleBody"/>
        <w:jc w:val="left"/>
      </w:pPr>
      <w:r>
        <w:rPr>
          <w:rFonts w:ascii="Times New Roman" w:hAnsi="Times New Roman" w:eastAsia="Times New Roman" w:cs="Times New Roman"/>
        </w:rPr>
        <w:t>Mu 164 BC, kuliho ukujitika kwa ciili kwa tempele lya ciili, kanshi kwalengela ukuba cishibilo ca kulembela kwa ciili kwa Trump pa January 20, 2025. Pali ilyo nshi, aba ni perezidende wa munani uyo wafuma muli ba perezidende cinelubali abamutangilile. Mu 164 BC e mo Ubuyuda bulesansamika pakulemba ukujitika kwa ciili kwa tempele lya ciili.</w:t>
      </w:r>
    </w:p>
    <w:p>
      <w:pPr>
        <w:pStyle w:val="ArticleBody"/>
        <w:jc w:val="left"/>
      </w:pPr>
      <w:r>
        <w:rPr>
          <w:rFonts w:ascii="Times New Roman" w:hAnsi="Times New Roman" w:eastAsia="Times New Roman" w:cs="Times New Roman"/>
        </w:rPr>
        <w:t>Ukutwazwa ni ho Trump aba uwa munani, ari uwo muri abo ndwi, kandi uhereye kuri iyo ngingo hazabaho ibitangaza bya satani bishyigikira umurimo wo kurema igishushanyo cy’inyamaswa. Umunani ni ikimenyetso cy’igishushanyo cy’inyamaswa yazutse, kandi kuri iyo ngingo ni ho kuremwa kw’icyo gishushanyo gutangirira, nk’uko bigaragazwa na 161 BC.</w:t>
      </w:r>
    </w:p>
    <w:p>
      <w:pPr>
        <w:pStyle w:val="ArticleBody"/>
        <w:jc w:val="left"/>
      </w:pPr>
      <w:r>
        <w:rPr>
          <w:rFonts w:ascii="Times New Roman" w:hAnsi="Times New Roman" w:eastAsia="Times New Roman" w:cs="Times New Roman"/>
        </w:rPr>
        <w:t>Mufananidzo wechikara unotanga kuumbwa muUnited States, uye zvino mufananidzo wechikara unomanikidzirwa pamusoro penyika yose. Pakutanga kweUnited States kumanikidza nyika kuti igamuchire mufananidzo wechikara, uyo waizotaura uye uchikonzera kuti vose vasingazokudzi mufananidzo wechikara vaurayiwe, United States inenge ichangobva kupasisa mutemo weSvondo, uye yaumba mubatanidzwa wakapetwa katatu. Panguva yomutemo weSvondo mubatanidzwa wakapetwa katatu unenge wavapo, uye nguva yokushanda kunoshamisa kwaSatani inenge yasvika, sezvo Satani achizviita saKristu uye achiita zvishamiso kuti atungamirire nyika kugamuchira mufananidzo wechikara wenyika yose nokunamata kweSvondo. Panguva iyoyo Trump anova mutungamiri wemadzimambo gumi.</w:t>
      </w:r>
    </w:p>
    <w:p>
      <w:pPr>
        <w:pStyle w:val="ArticleBody"/>
        <w:jc w:val="left"/>
      </w:pPr>
      <w:r>
        <w:rPr>
          <w:rFonts w:ascii="Times New Roman" w:hAnsi="Times New Roman" w:eastAsia="Times New Roman" w:cs="Times New Roman"/>
        </w:rPr>
        <w:t>Qaqa, ku Trump ku sungula ka yena tanihi hosi leyikulu ya tihosi ta khume, loku hetisisiwaka eka vun’we bya harhu-mbirhi hi nkarhi wa nawu wa Sonto lowu tshinelaka ku ta, ku kombisiwile emahlweni hi ku sungula ka Trump tanihi presidente wa vunhungu, ku nga loyi a humaka eka va nkombo, hi January 20, 2025. Eka nawu wa Sonto lowu hetisisaka ku vumbiwa ka xifaniso xa xivandzana eUnited States, xivandzana xa vupapa na xona xi tlhela xi va xa vunhungu lexi humaka eka va nkombo. Hikokwalaho, nkarhi wa ku ringiwa wa xifaniso xa xivandzana wu sungula hi Trump loko a va wa vunhungu loyi a humaka eka va nkombo, naswona loko nkarhi wolowo wu hela, vupapa na byona byi tlhela byi va bya vunhungu lebyi humaka eka va nkombo, hikuva Alpha na Omega swi kombisa makumu hi masungulo.</w:t>
      </w:r>
    </w:p>
    <w:p>
      <w:pPr>
        <w:pStyle w:val="ArticleBody"/>
        <w:jc w:val="left"/>
      </w:pPr>
      <w:r>
        <w:rPr>
          <w:rFonts w:ascii="Times New Roman" w:hAnsi="Times New Roman" w:eastAsia="Times New Roman" w:cs="Times New Roman"/>
        </w:rPr>
        <w:t>Igitangaza rya Trump ritangiza ibitangaza bya Satani, igihe hatangira igihe cyo kuremwa kw’ishusho y’inyamaswa; kandi rishyira ikimenyetso ku murimo utangaje wa Satani utangira ku iherezo ry’igihe cyo kuremwa kw’ishusho y’inyamaswa muri Leta Zunze Ubumwe z’Amerika. Igitangaza rye cyo kurahira cyerekana intangiriro y’icyo gihe, kandi kurahizwa kwe nk’umwami mukuru w’abami icumi b’Umuryango w’Abibumbye byerekana iherezo ry’icyo gihe. Muri ayo marahira y’intangiriro n’iherezo, yombi atangiza kuremwa kw’ishusho y’inyamaswa, habanza kuba muri Leta Zunze Ubumwe z’Amerika, hanyuma bikaba mu isi yose.</w:t>
      </w:r>
    </w:p>
    <w:p>
      <w:pPr>
        <w:pStyle w:val="ArticleBody"/>
        <w:jc w:val="left"/>
      </w:pPr>
      <w:r>
        <w:rPr>
          <w:rFonts w:ascii="Times New Roman" w:hAnsi="Times New Roman" w:eastAsia="Times New Roman" w:cs="Times New Roman"/>
        </w:rPr>
        <w:t>Eky’Omukago, oba okwegatta ne Rooma okwabairewo okuva mu mwaka gwa 161 BC okutuuka mu 158 BC, kwe kulaga ebyafaayo bino, era bikomekkerezebwa ku tteeka lya Ssande mu lunyiriri olw’ekkumi na mukaaga. Omulimu ogusembayo ogw’okussa mu nkola gavumenti ey’ekifaananyi ky’ensengeka y’obwapapa gutandika ng’okukola ekifaananyi ky’ensolo, era gusindikibwa Trump bw’addizaamu eby’obwannakyewa eby’ebyobufuzi Abapolotesitante abakyewaggula bye baamuwa mu buwangwa bwe obw’ebyobufuzi.</w:t>
      </w:r>
    </w:p>
    <w:p>
      <w:pPr>
        <w:pStyle w:val="ArticleBody"/>
        <w:jc w:val="left"/>
      </w:pPr>
      <w:r>
        <w:rPr>
          <w:rFonts w:ascii="Times New Roman" w:hAnsi="Times New Roman" w:eastAsia="Times New Roman" w:cs="Times New Roman"/>
        </w:rPr>
        <w:t>ئەو پێکهاتە پێغەمبەرانەیە دەبێت لە مێژووی نهێنیی ئایەتی چلدا دابنرێت. مێژووی نهێنیی ئایەتی دوو هەتا ئایەتی سێی دانیال یازدەش دەبێت بخرێتە سەر ئەو پێکهاتەیە. مێژووی پێغەمبەرانەی دوو شایەتی مکاشفەی بەشی یازدەش دەبێت بخرێتە سەر ئەو پێکهاتەیە. بە یەکخستنی ئەم سێ هێڵە لە مێژووی نهێنیی ئایەتی چلدا، شێری هۆزی یەهودا ئەو بەشەی پێغەمبەریی دانیال دەکاتەوە کە هەتا ڕۆژانی دوایی مۆرکراو بوو.</w:t>
      </w:r>
    </w:p>
    <w:p>
      <w:pPr>
        <w:pStyle w:val="ArticleScripture"/>
        <w:jc w:val="left"/>
      </w:pPr>
      <w:r>
        <w:rPr>
          <w:rFonts w:ascii="Times New Roman" w:hAnsi="Times New Roman" w:eastAsia="Times New Roman" w:cs="Times New Roman"/>
        </w:rPr>
        <w:t>Mundu mu cimwenu ciwutwikwa mwelele, na bantu kabatizanga buti? Kwalaba bubi mu cimwenu, nupya Nyasaye tabucita? Cine, Mukama Nyasaye takola kantu nansala, lelo asololanga ifisiso fyakwe ku babombi bakwe, baporofeti. Intambala yapoloma, niwina utakatina? Mukama Nyasaye alandile, niwina wingacila ukuporofeta? Mwambele mu mipango ya ku Ashdodi, no mu mipango ya mu nsi ya Misiri, mwambe nti, Isaninyeni pa myulu ya Samaria, mone ifitotelo ifikulu mukati mwakwe, na bacushiwa mukati mwakwe. Amosi 3:6–9.</w:t>
      </w:r>
    </w:p>
    <w:p>
      <w:pPr>
        <w:pStyle w:val="ArticleBody"/>
        <w:jc w:val="left"/>
      </w:pPr>
      <w:r>
        <w:rPr>
          <w:rFonts w:ascii="Times New Roman" w:hAnsi="Times New Roman" w:eastAsia="Times New Roman" w:cs="Times New Roman"/>
        </w:rPr>
        <w:t>ئەپەریندراوەکەی کە مۆر نەکراوە، ئەوەی لە مێژووی نهێنیی ئایەتی چلەمی دانیال یانزەدا نمایەندەکراوە، هەمان پەیامی مۆرکردنە؛ و ئامۆس ئەو پرسیارە ڕەوانەیییە دەکات سەبارەت بە شەپوورێک کە لە شارێکدا دەدرێت، و شێرێک کە دەهاڕێت؛ و ئامۆس وەڵامەکەش دەدات کاتێک دەڵێت، خودا هیچ شتێک ناکات، مەگەر ئەوەی یەکەمجار بۆ خزمەتکارەکانی خۆی، پێغەمبەران، ئاشکرای بکاتەوە. هەروەها ئەوەش لەخۆدەگرێت کە پەیامی شەپوور، کە بۆ بەرهەمهێنانی ترسی خودایی دانراوە، هەروەها خراپەیی لە شارەکەدا دەناسێنێت و دەبێت لە ئەشدۆد، میسر و سامەرەیی بلاوبکرێتەوە، کە نمایەندەی پێکهاتەی سێ‌لایەنی بابلی نۆیە. پەیامی شەپووری مۆرکردن دەبوو پێش ڕووداوەکانەوەی ئەوەی لە پەیامی مۆرکردندا نمایەندەکراوە، بۆ تەواوی جیهان ڕابگەیەنرێت. پەیامی شەپوورەکەی کە هەمان پەیامی مۆرکردنە، واژۆی «ڕاستی» هەڵدەگرێت، چونکە کاتی مۆرکردن لەسەر سێ فووکەی شەپووری سێیەمین وایدا پێکهاتووە.</w:t>
      </w:r>
    </w:p>
    <w:p>
      <w:pPr>
        <w:pStyle w:val="ArticleBody"/>
        <w:jc w:val="left"/>
      </w:pPr>
      <w:r>
        <w:rPr>
          <w:rFonts w:ascii="Times New Roman" w:hAnsi="Times New Roman" w:eastAsia="Times New Roman" w:cs="Times New Roman"/>
        </w:rPr>
        <w:t>ئەو کرناڵە یەکەم جار دەستپێکی مۆرکردنەکەی نیشان دا لە 11ی سپتامبری 2001، و ئەو دوایییەش کۆتایی مۆرکردنەکە نیشان دەدات لە یاسای یەکشەممەی نزیکەهاتوو، کاتێک لەگەڵ بومەلەرزە گەورەکەدا سێیەمین وای دەگات بە خێرایی. فوی دڵەکە لە 7ی ئۆکتۆبری 2023 ڕوویدا، کاتێک خاکی شکۆدارە کۆنەکە لەلایەن هێرشێکی ناگهانەوە لە ئیسلامی سێیەمین وای لێدرا؛ هەروەک چۆن خاکی شکۆدارە نوێیەکە لە ساڵی 2001 لەلایەن هێرشێکی ناگهانەوە لە ئیسلامی سێیەمین وای لێدرا، و هەروەها لە دوایینِ ئەو سێ فووەدا لە یاسای یەکشەممەی نزیکەهاتوودا ئاوا دەبێت. ئەو هێرشە ناگهانەی ناوەڕاستە، کە لەسەر خاکی شکۆدارە کۆنەکە بوو، لەسەر ئیسرائیلی ڕاستەقینە بوو، کە هێمای ئەو یاخیبوونەیە کە مەسیحی مەوعود لە خاچ دا.</w:t>
      </w:r>
    </w:p>
    <w:p>
      <w:pPr>
        <w:pStyle w:val="ArticleBody"/>
        <w:jc w:val="left"/>
      </w:pPr>
      <w:r>
        <w:rPr>
          <w:rFonts w:ascii="Times New Roman" w:hAnsi="Times New Roman" w:eastAsia="Times New Roman" w:cs="Times New Roman"/>
        </w:rPr>
        <w:t>Bubor proklamasyon ni Amos ay ipahahayagan sa buong sanlibutan, at ang gawaing iyon ng paglilimbag ng mensahe ay nagsimula sa katapusan ng Hulyo 2023. Nang magkagayo’y umatungal ang Leon ng lipi ni Juda; at sino ang hindi matatakot, at sino ang magiging gayon katapang upang itanggi na ang mga pangyayaring kaugnay ng panahon ng pagtatatak sa isang daan at apatnapu’t apat na libo ay ngayo’y binubuksan na sa buong daigdig? Ang mga artikulong ito ay nasa mahigit isang daan at dalawampung bansa na ngayon, sa mahigit animnapung wika, at maaari silang basahin o pakinggan.</w:t>
      </w:r>
    </w:p>
    <w:p>
      <w:pPr>
        <w:pStyle w:val="ArticleScripture"/>
        <w:jc w:val="left"/>
      </w:pPr>
      <w:r>
        <w:rPr>
          <w:rFonts w:ascii="Times New Roman" w:hAnsi="Times New Roman" w:eastAsia="Times New Roman" w:cs="Times New Roman"/>
        </w:rPr>
        <w:t>Heri berxwedaye ye ku dixwîne, û yên ku gotinên vê pêxemberiyê dibihîzin û tiştên ku tê de hatiye nivîsîn diparêzin; çimkî dem nêzîk e. Wahy 1:3.</w:t>
      </w:r>
    </w:p>
    <w:p>
      <w:pPr>
        <w:pStyle w:val="ArticleBody"/>
        <w:jc w:val="left"/>
      </w:pPr>
      <w:r>
        <w:rPr>
          <w:rFonts w:ascii="Times New Roman" w:hAnsi="Times New Roman" w:eastAsia="Times New Roman" w:cs="Times New Roman"/>
        </w:rPr>
        <w:t>Ngomlilo ophuma e-altare, ohlanganiswe nemithandazo lempepha, uphoselwa emhlabeni ngesikhathi kususwa uphawu lwesikhombisa lokucina, kwasekusiba lamazwi, lokuduma kwezulu, lokukhazimula kombane, kanye lokuzamazama okukhulu komhlaba. Lokho kuzamazama okukhulu komhlaba kulethwa ngenxa yokuthi umlayezo woKukhala Kaphakathi Kobusuku uphoselwa phansi njengomlilo phezu kwabangcwele ababubulayo bekhala, kuHezekeli isahluko sesificamunwemunye, ngendlela efananayo lomlilo owehla ngayo ngePentekhosti. Lowo mlilo wawumela umlayezo owase uthwalwa usiwa kuso sonke isizwe, losendo, lolimi, labantu, njengokuba kunjalo ngale imibhalo. Lowo mlilo wawumela amandla okwedlulisa lowomlayezo ngenqwaba yezilimi, njengokuba kunjalo ngale imibhalo. Imibhalo le iveza ngaphambili lokho osekuzakwenzakala, ngoba iNkosi kayiyikwenza lutho ngaphandle kokuthi kuqala yembule izenzo zayo ngeLizwi layo lesiphrofetho.</w:t>
      </w:r>
    </w:p>
    <w:p>
      <w:pPr>
        <w:pStyle w:val="ArticleScripture"/>
        <w:jc w:val="left"/>
      </w:pPr>
      <w:r>
        <w:rPr>
          <w:rFonts w:ascii="Times New Roman" w:hAnsi="Times New Roman" w:eastAsia="Times New Roman" w:cs="Times New Roman"/>
        </w:rPr>
        <w:t>He vênêran guhdarî bidin, ez ê biaxivim; û tu, ey erd, guh bidê gotinên devê min. Hînkirina min wê wek baranê biherike, axaftina min wê wek tîrmehê biqete, wek barana sivik li ser giya nazik, û wek baranên xurt li ser giya çemê: Çimkî ez ê navê Xudan ragihînim; mezinahiyê bidin Xwedayê me. Ew Kevir e, karê wî bêkêmasî ye: çimkî hemû rêyên wî dad in: Xwedayekî rastiyê û bê neheqiyê, ew rast û durust e. Ew xwe xera kirine, qirêjiya wan ne qirêjiya zarokên wî ye: ew nifşekî çep û xwar in. Tesniye 32:1–5.</w:t>
      </w:r>
    </w:p>
    <w:p>
      <w:pPr>
        <w:pStyle w:val="ArticleBody"/>
        <w:jc w:val="left"/>
      </w:pPr>
      <w:r>
        <w:rPr>
          <w:rFonts w:ascii="Times New Roman" w:hAnsi="Times New Roman" w:eastAsia="Times New Roman" w:cs="Times New Roman"/>
        </w:rPr>
        <w:t>“mvula ya mwishoni” ya sasa inapigwa chapa na Bwana, na mafundisho yanayounda ujumbe wa Kilio cha Usiku wa Manane—ujumbe wa Mvula ya Mwishoni—yamejengwa juu ya “jina la Bwana.” Jina lake ni “Kweli,” Yeye ni Palmoni, Mhesabuji wa Ajabu, naye ni Mwanaisimu wa Ajabu; Yeye ni Alfa na Omega, Yeye ni Mwana wa Mungu na Mwana wa Adamu, Yeye ni Kuhani Mkuu, Yeye ni Simba wa kabila la Yuda, naye ni Mikaeli, malaika mkuu. Majina haya yote ya Kristo ni sehemu zisizotenganishwa za Ufunuo wa Yesu Kristo unaofunuliwa baada ya kufunguliwa muhuri muda mfupi kabla ya kufungwa kwa muda wa rehema, nayo ni sehemu zisizotenganishwa za makala ambazo zimechapishwa kote duniani tangu mwisho wa Julai, 2023. “Yeye aliye na sikio, na asikie lile ambalo Roho ayaambia makanisa.”</w:t>
      </w:r>
    </w:p>
    <w:p>
      <w:pPr>
        <w:pStyle w:val="ArticleBody"/>
        <w:jc w:val="left"/>
      </w:pPr>
      <w:r>
        <w:rPr>
          <w:rFonts w:ascii="Times New Roman" w:hAnsi="Times New Roman" w:eastAsia="Times New Roman" w:cs="Times New Roman"/>
        </w:rPr>
        <w:t>Ũmwe wa kĩrĩa kĩa Juda, we nĩwe waheire na agĩkũra ũhoti wa kuhingũra ibuku rĩrĩa rĩhingĩirwo na mĩhuri mũgwanja, nĩwe ũrĩa rĩu ũrarĩra ta ũrĩa aarĩrire mũthenya wa October 22, 1844; nĩ ũũ utikaĩyũra?</w:t>
      </w:r>
    </w:p>
    <w:p>
      <w:pPr>
        <w:pStyle w:val="ArticleScripture"/>
        <w:jc w:val="left"/>
      </w:pPr>
      <w:r>
        <w:rPr>
          <w:rFonts w:ascii="Times New Roman" w:hAnsi="Times New Roman" w:eastAsia="Times New Roman" w:cs="Times New Roman"/>
        </w:rPr>
        <w:t>And cry out with a loud voice, as a lion roars; and when he had cried out, the seven thunders uttered their voices. And when the seven thunders had uttered their voices, I was about to write; and I heard a voice from heaven saying to me, “Seal up the things which the seven thunders uttered, and do not write them.” Revelation 10:3, 4.</w:t>
      </w:r>
    </w:p>
    <w:p>
      <w:pPr>
        <w:pStyle w:val="ArticleBody"/>
        <w:jc w:val="left"/>
      </w:pPr>
      <w:r>
        <w:rPr>
          <w:rFonts w:ascii="Times New Roman" w:hAnsi="Times New Roman" w:eastAsia="Times New Roman" w:cs="Times New Roman"/>
        </w:rPr>
        <w:t>Danyeli ikumin’umwe umurongo wa mirongo ine uvuga amateka yera ahuye n’amateka ahishwe, ni amateka y’Abamilerite, mu gusohozwa k’umugani w’inkumi icumi wo muri Matayo makumyabiri n’itanu, y’inkuba ndwi zo mu Ibyahishuwe icumi, ya Habakuki igice cya kabiri, na Ezekiyeli igice cya cumi na kabiri, umurongo wa makumyabiri n’umwe kugeza ku wa makumyabiri n’umunani. Amateka yabo yatangiye mu gihe cy’imperuka mu mwaka wa 1798, gihura n’igihe cy’imperuka cyo mu 1989. Mu Ibyahishuwe igice cya cumi, inkuba ndwi zavuze amajwi yazo, ariko Yohana abuzwa kwandika ibyo inkuba ndwi zavuze. Intumwa Pawulo yabonye kandi yumva ibintu mu ijuru rya gatatu bitari byemewe ko abantu babyandika.</w:t>
      </w:r>
    </w:p>
    <w:p>
      <w:pPr>
        <w:pStyle w:val="ArticleScripture"/>
        <w:jc w:val="left"/>
      </w:pPr>
      <w:r>
        <w:rPr>
          <w:rFonts w:ascii="Times New Roman" w:hAnsi="Times New Roman" w:eastAsia="Times New Roman" w:cs="Times New Roman"/>
        </w:rPr>
        <w:t>“Mtume Paulo, mapema katika maisha yake ya Ukristo, alipewa fursa za pekee za kujifunza mapenzi ya Mungu kuhusu wafuasi wa Yesu. ‘Alichukuliwa mpaka mbingu ya tatu,’ ‘akaingia peponi, akasikia maneno yasiyotamkika, ambayo si halali kwa mwanadamu kuyasema.’ Yeye mwenyewe alikiri kwamba ‘maono na mafunuo’ mengi alikuwa amepewa ‘na Bwana.’ Ufahamu wake wa kanuni za kweli ya injili ulikuwa sawasawa na wa ‘mitume walio wakuu sana.’ 2 Wakorintho 12:2, 4, 1, 11. Alikuwa na ufahamu wazi na kamili wa ‘upana, na urefu, na kina, na kimo’ cha ‘upendo wa Kristo, upitao maarifa.’ Waefeso 3:18, 19.” Matendo ya Mitume, 469.</w:t>
      </w:r>
    </w:p>
    <w:p>
      <w:pPr>
        <w:pStyle w:val="ArticleBody"/>
        <w:jc w:val="left"/>
      </w:pPr>
      <w:r>
        <w:rPr>
          <w:rFonts w:ascii="Times New Roman" w:hAnsi="Times New Roman" w:eastAsia="Times New Roman" w:cs="Times New Roman"/>
        </w:rPr>
        <w:t>نبییوں سارە ھەمویان ڕۆژانی دوایی دیاری دەکەن، و ئەوەی یۆحەنا بیستی کاتێک حەوت گڕەبەهارەکان دەنگەکانیان «دەرکرد»، لێی قەدەغە کرا بنووسێت. ئەوەی پۆڵس بینی کاتێک لە ئاسمانی سێیەمدا بوو، بۆ مرۆڤێک «دەربڕین»ی یاسایی نەبوو. ئەو ڕاستییەی کە بە حەوت گڕەبەهارەکان نیشان درا، دەبوو مۆر بکرێت هەتا شێری هۆزی یەهودا هەڵبژارد ئەو ڕاستییە بکاتەوە.</w:t>
      </w:r>
    </w:p>
    <w:p>
      <w:pPr>
        <w:pStyle w:val="ArticleBody"/>
        <w:jc w:val="left"/>
      </w:pPr>
      <w:r>
        <w:rPr>
          <w:rFonts w:ascii="Times New Roman" w:hAnsi="Times New Roman" w:eastAsia="Times New Roman" w:cs="Times New Roman"/>
        </w:rPr>
        <w:t>Za bahin White, yakwe yáshíngulwá kánde, pámulandu wakuti waámanyine ukuti yaímínine “íbintu ífyákatámpilá” mu lukáni lwa mbiri ya mabu̱lá ya malaika wa kutánga no wa cibili, kabili no kuti yaímínine “íbintu ifyá mu ntanshi ifyákáshingulwá mu bulondoloshi bwáfyo.” Ico icaáshingulwá pa luseelo luli, cáli ubusáti ubwakóntene ne “íbintu ifyá mu ntanshi.” Kabili aáfundilwe no kuti ukusínga kwa myúngu cinelubali kwáli ukulángulukilwa mu kusínga kwa buku lyá kwa Daniele.</w:t>
      </w:r>
    </w:p>
    <w:p>
      <w:pPr>
        <w:pStyle w:val="ArticleScripture"/>
        <w:jc w:val="left"/>
      </w:pPr>
      <w:r>
        <w:rPr>
          <w:rFonts w:ascii="Times New Roman" w:hAnsi="Times New Roman" w:eastAsia="Times New Roman" w:cs="Times New Roman"/>
        </w:rPr>
        <w:t>“Umucyo wihariye Yohana yahawe, ukagaragazwa mu nkuba ndwi, wari igaragazwa ry’ibyabaye byari kuzabaho munsi y’ubutumwa bw’umumarayika wa mbere n’ubw’umumarayika wa kabiri....”</w:t>
      </w:r>
    </w:p>
    <w:p>
      <w:pPr>
        <w:pStyle w:val="ArticleScripture"/>
        <w:jc w:val="left"/>
      </w:pPr>
      <w:r>
        <w:rPr>
          <w:rFonts w:ascii="Times New Roman" w:hAnsi="Times New Roman" w:eastAsia="Times New Roman" w:cs="Times New Roman"/>
        </w:rPr>
        <w:t>“Ngemva kokuba leyo midumo eyisikhombisa isikhulumile amazwi ayo, kufika kuJohane umyalo, njengalokho kwaba kuDaniyeli maqondana nencwadana encane, wokuthi: ‘Vala uphawu lezozinto ezakhulunywa yileyo midumo eyisikhombisa.’ Lezi zihlobene nezehlakalo zesikhathi esizayo eziyokwambulwa ngokulandelana kwazo.” The Seventh-day Adventist Bible Commentary, umqulu 7, 971.</w:t>
      </w:r>
    </w:p>
    <w:p>
      <w:pPr>
        <w:pStyle w:val="ArticleBody"/>
        <w:jc w:val="left"/>
      </w:pPr>
      <w:r>
        <w:rPr>
          <w:rFonts w:ascii="Times New Roman" w:hAnsi="Times New Roman" w:eastAsia="Times New Roman" w:cs="Times New Roman"/>
        </w:rPr>
        <w:t>Okwetegereza nti enkuba musanvu kabonero akakakasa era akawanirira enkola y’okunonyereza, era ne kimanyibwa mu kiseera eky’enkomerero ekyatandika mu 1989. Oluvannyuma lwa Ssebutemba 11, 2001, obukulu bw’okuddamu kw’entambula zombi bwafuuka amazima agagezesa agaliwo mu kiseera ekyo.</w:t>
      </w:r>
    </w:p>
    <w:p>
      <w:pPr>
        <w:pStyle w:val="ArticleBody"/>
        <w:jc w:val="left"/>
      </w:pPr>
      <w:r>
        <w:rPr>
          <w:rFonts w:ascii="Times New Roman" w:hAnsi="Times New Roman" w:eastAsia="Times New Roman" w:cs="Times New Roman"/>
        </w:rPr>
        <w:t>Kuva kwa historia ya Wamillerite katika historia ya wale mia moja arobaini na nne elfu ndilo lilikuwa kanuni ya msingi iliyothibitishwa katika tarehe hiyo, kama vile kanuni ya msingi ya Wamillerite ilivyothibitishwa mnamo Agosti 11, 1840. Kwa Wamillerite, kanuni ya msingi ya siku kuwakilisha mwaka ilithibitishwa mnamo Agosti 11, 1840, na kanuni ya msingi inayotambua kwamba miondoko yote ya matengenezo ni vielelezo vya kila mmoja, “mstari juu ya mstari,” ilithibitishwa mnamo Septemba 11, 2001. Ngurumo saba, kama shahidi wa ukweli huo, zilifunuliwa wakati huo.</w:t>
      </w:r>
    </w:p>
    <w:p>
      <w:pPr>
        <w:pStyle w:val="ArticleBody"/>
        <w:jc w:val="left"/>
      </w:pPr>
      <w:r>
        <w:rPr>
          <w:rFonts w:ascii="Times New Roman" w:hAnsi="Times New Roman" w:eastAsia="Times New Roman" w:cs="Times New Roman"/>
        </w:rPr>
        <w:t>Yesu ahora yerekana iherezo ry’ikintu binyuze ku ntangiriro yacyo, kandi ku wa 11 Nzeri 2001, ubwo habaga intangiriro y’umurimo wo gushyirwaho ikimenyetso, hagaragaza iherezo ry’uwo murimo wo gushyirwaho ikimenyetso. Intare yo mu muryango wa Yuda yahishuye ikindi gice cy’inkuba ndwi igihe yatangiraga kuzura amagufwa yumye y’abapfuye muri Nyakanga 2023, kuko icyo gihe yagaragaje ko, mu bwumvikane na “Ukuri,” inkuba ndwi na zo zigereranya mu buryo bw’ikimenyetso amateka y’Abamillerite y’ibigutenguha bya mbere n’ibya nyuma, kandi ko kwigomeka kw’Induru yo mu Gicuku ari cyo kimenyetso cyo hagati.</w:t>
      </w:r>
    </w:p>
    <w:p>
      <w:pPr>
        <w:pStyle w:val="ArticleBody"/>
        <w:jc w:val="left"/>
      </w:pPr>
      <w:r>
        <w:rPr>
          <w:rFonts w:ascii="Times New Roman" w:hAnsi="Times New Roman" w:eastAsia="Times New Roman" w:cs="Times New Roman"/>
        </w:rPr>
        <w:t>Mu gukora ibyo, yahishuye yuko inkuba ndwi zisubirwamo mu mateka yo ku wa 18 Nyakanga 2020 kugeza ku cyumweru vuba aha kizashyirwaho n’itegeko. Gucika intege ko ku wa 18 Nyakanga 2020, ari ko kimenyetso cya mbere cy’inzira, kandi no gucika intege ku cyumweru vuba aha kizashyirwaho n’itegeko, ari ko ka nyuma mu bimenyetso bitatu by’inzira bya “Ukuri,” biranga inkuba ndwi ku iherezo ry’igihe cyo gushyirwaho ikimenyetso, bigereranywa n’ubwigomeke bufitanye isano n’inkumi z’ibipfu, zanga ubutumwa bw’Intare yo mu muryango wa Yuda ubu iri gutontoma, ubwo ikuraho ibimenyetso kandi igatangaza ubutumwa bwayo hirya no hino ku isi, kuko ubwo butumwa ari bwo Butumwa bw’Imborogo ya Saa Sita yo mu minsi y’imperuka.</w:t>
      </w:r>
    </w:p>
    <w:p>
      <w:pPr>
        <w:pStyle w:val="ArticleBody"/>
        <w:jc w:val="left"/>
      </w:pPr>
      <w:r>
        <w:rPr>
          <w:rFonts w:ascii="Times New Roman" w:hAnsi="Times New Roman" w:eastAsia="Times New Roman" w:cs="Times New Roman"/>
        </w:rPr>
        <w:t>Mu ntandaro ya igihe cyo kudoma ikimenyetso, ku wa 11 Nzeri 2001, marayika wo mu Ibyahishuwe igice cya cumi n’umunani yaramanutse, kandi mu bintu byinshi yakoze, yahishuye mu buryo burushijeho bwuzuye ubusobanuro bw’inkuba ndwi. Icyo icyo gihe cyasobanurwaga ku byerekeye izo nkuba ndwi si uko gusa ibikorwa by’ivugurura bigendana mu buryo busa kimwe, ahubwo ni n’uko, igihe marayika yamanukaga kuri iyo ntera y’ikirango mu rugendo rw’ivugurura, byemezaga itegeko ry’ibanze ry’ubuhanuzi ryerekeye amateka yayo bwite.</w:t>
      </w:r>
    </w:p>
    <w:p>
      <w:pPr>
        <w:pStyle w:val="ArticleBody"/>
        <w:jc w:val="left"/>
      </w:pPr>
      <w:r>
        <w:rPr>
          <w:rFonts w:ascii="Times New Roman" w:hAnsi="Times New Roman" w:eastAsia="Times New Roman" w:cs="Times New Roman"/>
        </w:rPr>
        <w:t>Kuja kwa malaika wa Ufunuo sura ya kumi na nane mnamo Septemba 11, 2001, kulithibitisha mbinu ya mvua ya mwisho ya “mstari juu ya mstari”, kwa kutambulisha kwamba mwendo wa mwanzo (au Alfa) uliufananisha mwendo wa mwisho (au Omega). Mwishoni mwa wakati wa kutiwa muhuri, Mikaeli alishuka ili kufufua mifupa mikavu iliyokufa, iliyowakilishwa na mashahidi wawili waliokuwa wamekufa katika njia ya ule mji mkuu wa Sodoma na Misri, ambapo pia Bwana wetu alisulubishwa. Mikaeli alipowaita wafu warudi uzimani, Yeye, kama Simba wa kabila la Yuda, alifunua kwamba zile ngurumo saba zilikuwa na historia iliyofichika zaidi ya kweli zilizokuwa zimefunuliwa hapo awali kuhusu zile ngurumo saba.</w:t>
      </w:r>
    </w:p>
    <w:p>
      <w:pPr>
        <w:pStyle w:val="ArticleBody"/>
        <w:jc w:val="left"/>
      </w:pPr>
      <w:r>
        <w:rPr>
          <w:rFonts w:ascii="Times New Roman" w:hAnsi="Times New Roman" w:eastAsia="Times New Roman" w:cs="Times New Roman"/>
        </w:rPr>
        <w:t>Awo, mgbe Ọdụm nke ebo Juda kpughere eziokwu ahụ, O tinyere ya n’ime nhazi nke “Eziokwu.” Mgbe ahụ, e kpughere na July 18, 2020 kwekọrọ na April 19, 1844, nakwa na nke ọ bụla n’ime akara-ụzọ ndị ahụ ga-esochi ya site n’ikpughe ozi nke Mkpu Etiti Abalị, nke ga-egosi nnupụisi nke ụmụagbọghọ-amaghị-ama nke akụkọ ihe mere eme nke ọ bụla kwekọrọ na ya. O kpughekwara eziokwu ahụ na ozi ahụ ga-agbasa gburugburu ụwa dịka tsunami ruo mgbe a ga-eme ka nnukwu mmechuihu nke iwu Sọnde dị ike.</w:t>
      </w:r>
    </w:p>
    <w:p>
      <w:pPr>
        <w:pStyle w:val="ArticleBody"/>
        <w:jc w:val="left"/>
      </w:pPr>
      <w:r>
        <w:rPr>
          <w:rFonts w:ascii="Times New Roman" w:hAnsi="Times New Roman" w:eastAsia="Times New Roman" w:cs="Times New Roman"/>
        </w:rPr>
        <w:t>Twesigala okusoma kuno mu ekiwandiiko ekiddako.</w:t>
      </w:r>
    </w:p>
    <w:p>
      <w:pPr>
        <w:pStyle w:val="ArticleScripture"/>
        <w:jc w:val="left"/>
      </w:pPr>
      <w:r>
        <w:rPr>
          <w:rFonts w:ascii="Times New Roman" w:hAnsi="Times New Roman" w:eastAsia="Times New Roman" w:cs="Times New Roman"/>
        </w:rPr>
        <w:t>Na anambiya, Usiyatie muhuri maneno ya unabii wa kitabu hiki, kwa maana wakati umekaribia. Yeye asiye haki, na aendelee kuwa asiye haki bado; na yeye aliye mchafu, na aendelee kuwa mchafu bado; na yeye aliye mwenye haki, na aendelee kuwa mwenye haki bado; na yeye aliye mtakatifu, na aendelee kuwa mtakatifu bado. Na tazama, naja upesi; na ujira wangu u pamoja nami, kumlipa kila mtu kama kazi yake itakavyokuwa. Mimi ni Alfa na Omega, mwanzo na mwisho, wa kwanza na wa mwisho. Ufunuo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Ekitabo kya Danyeri - Omutwalo Gumu Mu Kinaana Mu Kyenda Mu Nnyaanai (194)</dc:title>
  <dc:subject>Mwisikio ya Wamakabayo: Ushindi wa Trump na Njia ya Kinabii Inayoelekea kwa Sanamu ya Mnyama</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