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 Sabato la Laodikia - Namba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Namba ya Iwili</w:t>
      </w:r>
    </w:p>
    <w:p>
      <w:pPr>
        <w:pStyle w:val="ArticleScripture"/>
        <w:jc w:val="left"/>
      </w:pPr>
      <w:r>
        <w:rPr>
          <w:rFonts w:ascii="Times New Roman" w:hAnsi="Times New Roman" w:eastAsia="Times New Roman" w:cs="Times New Roman"/>
        </w:rPr>
        <w:t>“Ngivetele ngemfiso lenkhulu kakhulu sikhatsi lapho tigameko telusuku lwePhentekhoste tiyawuphindzeka khona ngemandla lamakhulu kakhulu kunalawo abonakala ngaleso sikhatsi. Johane utsi, ‘Ngabona lenye ingelosi yehla ivela ezulwini, inemandla lamakhulu; nemhlaba wakhanyiswa yinkhatimulo yayo.’ Khona-ke, njengangesikhatsi sePhentekhoste, bantfu bayawuliva liciniso likhulunywa kubo, ngulowo nalowo ngelulwimi lwakhe.”</w:t>
      </w:r>
    </w:p>
    <w:p>
      <w:pPr>
        <w:pStyle w:val="ArticleScripture"/>
        <w:jc w:val="left"/>
      </w:pPr>
      <w:r>
        <w:rPr>
          <w:rFonts w:ascii="Times New Roman" w:hAnsi="Times New Roman" w:eastAsia="Times New Roman" w:cs="Times New Roman"/>
        </w:rPr>
        <w:t>“Kuumba aweza kupuliza uhai mpya ndani ya kila nafsi inayotamani kwa unyoofu kumtumikia, naye aweza kuyagusa midomo kwa kaa hai kutoka madhabahuni, na kuifanya iwe fasaha katika sifa zake. Maelfu ya sauti zitaingizwa nguvu ya kutangaza kweli za ajabu za Neno la Mungu. Ulimi unaokigugumiza utafunguliwa, na wenye woga watafanywa imara kutoa ushuhuda wa ujasiri kwa ajili ya kweli. Bwana na awasaidie watu wake kuisafisha hekalu la nafsi na kila unajisi, na kudumisha muungano wa karibu namna hiyo pamoja naye hata wawe washiriki wa mvua ya masika ya mwisho itakapomiminwa.” Review and Herald, July 20, 1886.</w:t>
      </w:r>
    </w:p>
    <w:p>
      <w:pPr>
        <w:pStyle w:val="ArticleBody"/>
        <w:jc w:val="left"/>
      </w:pPr>
      <w:r>
        <w:rPr>
          <w:rFonts w:ascii="Times New Roman" w:hAnsi="Times New Roman" w:eastAsia="Times New Roman" w:cs="Times New Roman"/>
        </w:rPr>
        <w:t>Pentekoste, baca ci a buŋ ni Pii o, ka tɛ kuŋ pe ni Pak, ni buŋ baŋ ka kaŋ ci yiis, ni kaŋci kaaw buŋ, ni Kaŋci Kaal Buŋ. Pentekoste a yi tawŋ yi, hali o mɛ a yi dɔ ka yi; a tɛ o ka yel o “Pentekoste kaŋci.” Kaŋci la piɛli ni Kristo kuum, o vui, ni o fuɔr yiŋ. O kɔr saŋ niŋ la, Kristo piɛli niir piisi naasɛ ka o ŋmɛli ba yɛla o yɛla; la ka pɔsii ni daam piiga la ka ba daa yɛri doŋ ni yiri la ni ba ta yiŋ yinni. 9/11 piɛli ni yi tawŋ yi ka ga saŋ ni Sunda yikii la Ameriki ŋwɛk. Sunda yikii la la mɛli ni Pentekoste daam la maŋ yi dɔ ka yi; yi dɔ ka yi ka yi tawŋ yi pɛli o tuɔŋ ni 9/11. Ni 9/11 hali Sunda yikii la, “Pentekoste kaŋci” la buoli mɛ ta.</w:t>
      </w:r>
    </w:p>
    <w:p>
      <w:pPr>
        <w:pStyle w:val="ArticleBody"/>
        <w:jc w:val="left"/>
      </w:pPr>
      <w:r>
        <w:rPr>
          <w:rFonts w:ascii="Times New Roman" w:hAnsi="Times New Roman" w:eastAsia="Times New Roman" w:cs="Times New Roman"/>
        </w:rPr>
        <w:t>Petro asobanuwezi ati ilyo cintu ca maka icacitwa, ica “indimi sha mulilo,” te buleya bwa bukopo, lelo cali ukwisushanya kwa kalembo ka muli Yoele, pantu kwali ukuleetwa impaka ku mbila. “Indimi” shileiminina ukwishibikisha kwa mbila, kabili umulilo uleiminina Mupashi wa Mushilo. Imbila ya Pentekosti ileiminina ukusankanishiwa kwa bulesa (Lesa mulilo wa kupyanga) pamo no buntunse bwa lulimi. Nga filya Petro aleiminina abantu imyanda umo na makumi yane na bane mu nshita ya mfula ya kulekelesha, efyo na baYuda aba bakakalamba mu mpaka baleiminina abantu ba cipangano ca kale abo balecefywa no kusiyiwa pa nsonga ine iyo mfula ya kulekelesha ilepona.</w:t>
      </w:r>
    </w:p>
    <w:p>
      <w:pPr>
        <w:pStyle w:val="ArticleScripture"/>
        <w:jc w:val="left"/>
      </w:pPr>
      <w:r>
        <w:rPr>
          <w:rFonts w:ascii="Times New Roman" w:hAnsi="Times New Roman" w:eastAsia="Times New Roman" w:cs="Times New Roman"/>
        </w:rPr>
        <w:t>Bona bansoonso ba kaadaki ne Roho Mtakatifu, batanza kusamuna mu ndimi zingi, bu Roho wayabakupa byo kusamuna. Kandi mu Yerusalemu mwakikalanga Bayudaaya, bantu ba kwitira Ruhanga, ba kuruga mu mahanga goona agali hansi y’eiguru. Obu amakuru ago gaasaasaine, embaga y’abantu yaakuŋaana hamwe, baatuntumuka, ahabw’okuba buli muntu yaabuhurira nibasamuna mu rurimi rw’ewe. Boona baahuniira kandi baatangara, nibagambirana bati, “Reeba, bano boona abasamuna tibali Bagalilaaya? Kandi twahurira tuta, buli muntu mu rurimi rwe, orwo twazairwemu? Abaparusi n’Abamedi n’Abaelamu, n’abatuura Mesopotamia, n’omu Buyudaaya, n’e Kapadokia, omu Ponto n’Aasia, omu Fulugiya n’e Panfuliya, omu Misri, n’omu bicweka bya Libiya ahali haihi na Kurene, n’abagenyi abaaruga Rooma, Bayudaaya n’abahindukire, Abakirete n’Abarabu, nitubahurira nibagamba mu ndimi zaitu emirimo ya Ruhanga ey’ekitalo.” Boona baahuniira, baabura eky’okuteekateeka, nibagambirana bati, “Ekigambo eki nikimanyisa ki?” Kwonka abandi nibabaseka bati, “Abasajja bano baijwire omwenge omuhya.” Kwonka Petero, ayemerera hamwe n’abo ikumi n’omwe, yaimukya eiraka rye, yaabagambira ati, “Imwe basajja b’Abayudaaya, n’imwe mwena abatuura Yerusalemu, ekigambo eki kimumanywe, kandi mutege okurora ebigambo byangye; ahabw’okuba bano tibatamiire, nk’oku murikuteekateeka, ahakuba ni saaha ya kashatu yonka ey’omushana.” Ebikorwa by’Abatume 2:4–15.</w:t>
      </w:r>
    </w:p>
    <w:p>
      <w:pPr>
        <w:pStyle w:val="ArticleBody"/>
        <w:jc w:val="left"/>
      </w:pPr>
      <w:r>
        <w:rPr>
          <w:rFonts w:ascii="Times New Roman" w:hAnsi="Times New Roman" w:eastAsia="Times New Roman" w:cs="Times New Roman"/>
        </w:rPr>
        <w:t>Petro ari kusobanura Pentekote nk’isohozwa ry’ibyo mu gitabo cya Yoweli. Ibyo abikora mu buryo bw’ubuhanuzi igihe isi yose ihagarariwe, kuko uwo murongo uvuga ko abari aho bari bavuye “mu mahanga yose ari munsi y’ijuru.” Ku wa 9/11 isi yamurikiwe n’ubwiza bwa Kristo, hanyuma no ku itegeko ryo ku Cyumweru, abantu ibihumbi ijana na mirongo ine na bine bazagaragaza mu buryo butunganye ubwiza bwa Kristo ubwo bazamurwaho nk’ikimenyetso imbere y’isi yose. Igihe cya Pentekote cyatangiye kuri 9/11 kandi kirangira ku itegeko ryo ku Cyumweru.</w:t>
      </w:r>
    </w:p>
    <w:p>
      <w:pPr>
        <w:pStyle w:val="ArticleScripture"/>
        <w:jc w:val="left"/>
      </w:pPr>
      <w:r>
        <w:rPr>
          <w:rFonts w:ascii="Times New Roman" w:hAnsi="Times New Roman" w:eastAsia="Times New Roman" w:cs="Times New Roman"/>
        </w:rPr>
        <w:t>“Ko si ọkan ninu wa ti yóò gba èdìdì Ọlọ́run láéláé nígbà tí ìwà wa bá ní abàwọ́n tàbí àbààwọ́n kan lórí wọn. A fi í sílẹ̀ fún wa láti ṣàtúnṣe àwọn àìpé nínú ìwà wa, láti wẹ tẹ́ńpìlì ọkàn mọ́ kúrò nínú gbogbo ẹ̀gbin. Nígbà náà ni òjò ìkẹyìn yóò rọ̀ sórí wa gẹ́gẹ́ bí òjò àkọ́kọ́ ti rọ̀ sórí àwọn ọmọ-ẹ̀yìn ní Ọjọ́ Pẹ́ńtíkọ́sì.</w:t>
      </w:r>
    </w:p>
    <w:p>
      <w:pPr>
        <w:pStyle w:val="ArticleScripture"/>
        <w:jc w:val="left"/>
      </w:pPr>
      <w:r>
        <w:rPr>
          <w:rFonts w:ascii="Times New Roman" w:hAnsi="Times New Roman" w:eastAsia="Times New Roman" w:cs="Times New Roman"/>
        </w:rPr>
        <w:t>“ئێمە بە ئاسانیدا بە دەستکەوتەکانمان دڵخۆش دەبین. هەست دەکەین دەوڵەمەندین و بە سامانی زۆر زیاد کراوین، و نازانین کە ‘بەدبەخت، و نەخۆشحال، و هەژار، و کوێر، و ڕووتین.’ ئێستا کاتی ئەوەیە ئامۆژگاریی شایەتحەقیقییەکە گوێ بۆ بگرین: ‘ئامۆژگاریت دەکەم لە من زێڕی تاقیکراوە لە ئاگردا بکڕیت، تاکو دەوڵەمەند بیت؛ و جل و بەرگی سپی، تاکو بپۆشرێیت، و شەرمەزاریی ڕووتییت دەرنەکەوێت؛ و چاوت بە دەرمانی چاو مەسح بکە، تاکو ببینیت.’ …”</w:t>
      </w:r>
    </w:p>
    <w:p>
      <w:pPr>
        <w:pStyle w:val="ArticleScripture"/>
        <w:jc w:val="left"/>
      </w:pPr>
      <w:r>
        <w:rPr>
          <w:rFonts w:ascii="Times New Roman" w:hAnsi="Times New Roman" w:eastAsia="Times New Roman" w:cs="Times New Roman"/>
        </w:rPr>
        <w:t>“Ni sasa ambapo yatupasa kujilinda sisi wenyewe na watoto wetu tusitiwe doa na ulimwengu. Ni sasa ambapo yatupasa kuosha mavazi ya tabia yetu na kuyafanya meupe katika damu ya Mwana-Kondoo. Ni sasa ambapo yatupasa kushinda kiburi, tamaa, na uvivu wa kiroho. Ni sasa ambapo yatupasa kuamka na kufanya juhudi thabiti kwa ajili ya uwiano wa tabia. ‘Leo, kama mkisikia sauti Yake, msifanye mioyo yenu kuwa migumu.’ Tuko katika hali ya jaribu kuu sana, tukingojea, tukikesha kwa ajili ya kuonekana kwa Bwana wetu. Ulimwengu umo gizani. ‘Lakini ninyi, ndugu,’ asema Paulo, ‘hammo gizani, hata siku ile iwapate kama mwivi.’ Daima ni kusudi la Mungu kuleta nuru itoke gizani, furaha itoke huzunini, na pumziko litoke uchovuni kwa ajili ya nafsi inayongojea na kutamani.”</w:t>
      </w:r>
    </w:p>
    <w:p>
      <w:pPr>
        <w:pStyle w:val="ArticleScripture"/>
        <w:jc w:val="left"/>
      </w:pPr>
      <w:r>
        <w:rPr>
          <w:rFonts w:ascii="Times New Roman" w:hAnsi="Times New Roman" w:eastAsia="Times New Roman" w:cs="Times New Roman"/>
        </w:rPr>
        <w:t>“ئێوە، ئەی برایان، لەو کاری گەورەی ئامادەکارییەدا چی دەکەن؟ ئەوانەی کە خۆیان لەگەڵ جیهان یەکدەخەن، شێوەی جیهانی وەردەگرن و بۆ نیشانی ئاژەڵ ئامادە دەبن. ئەوانەی کە بە خۆیان متمانەیان نییە، کە لەبەردەم خودا خۆیان نزم دەکەن و بە گوێڕایەڵیی ڕاستی، ڕۆحەکانیان پاک دەکەن، ئەوانە شێوەی ئاسمانی وەردەگرن و بۆ مۆری خودا لە ناوچەوانی خۆیاندا ئامادە دەبن. کاتێک فەرمانەکە دەردەچێت و مۆرەکە لێدەدرێت، خەسڵەتیان بۆ هەتاهەتایەک پاک و بێگەرد دەمێنێت.”</w:t>
      </w:r>
    </w:p>
    <w:p>
      <w:pPr>
        <w:pStyle w:val="ArticleScripture"/>
        <w:jc w:val="left"/>
      </w:pPr>
      <w:r>
        <w:rPr>
          <w:rFonts w:ascii="Times New Roman" w:hAnsi="Times New Roman" w:eastAsia="Times New Roman" w:cs="Times New Roman"/>
        </w:rPr>
        <w:t>“ئێستا کاتی ئامادەبوونە. مۆری خودا هەرگیز لەسەر نێوچەوانی پیاو یان ژنێکی پیس دانانرێت. هەرگیز لەسەر نێوچەوانی پیاو یان ژنێکی تەماحکار و دڵبەستەی جیهان دانانرێت. هەرگیز لەسەر نێوچەوانی پیاوان یان ژنانێک دانانرێت کە زمانیان درۆزنە یان دڵیان فێڵبازە. هەموو ئەوانەی مۆرەکە وەردەگرن، دەبێت لەبەردەم خودا بێ‌خەوش بن—شایستەی ئاسمان. بەرەوپێش بچن، برا و خوشکەکانم. من تەنها دەتوانم لەم کاتەدا بە کورتی لەسەر ئەم خاڵانە بنووسم، تەنها سەرنجتان بۆ پێویستیی ئامادەبوون ڕادەکێشم. خۆتان لە پەرتووکە پیرۆزەکان بکۆڵنەوە، تاکو بتوانن ترسناک‌بوونی پیرۆزیی ئەم کاتژمێرەی ئێستا تێبگەن.” Testimonies, volume 5, 214, 216.</w:t>
      </w:r>
    </w:p>
    <w:p>
      <w:pPr>
        <w:pStyle w:val="ArticleBody"/>
        <w:jc w:val="left"/>
      </w:pPr>
      <w:r>
        <w:rPr>
          <w:rFonts w:ascii="Times New Roman" w:hAnsi="Times New Roman" w:eastAsia="Times New Roman" w:cs="Times New Roman"/>
        </w:rPr>
        <w:t>Aha Sister White di Pentecost wekî xalekekê ya demê nas dike, û ew li gorî qanûna Yekşemê li Dewletên Yekbûyî ye, “gava ku ferman derdikeve.” Lê, her çend wê qanûna Yekşemê û Pentecost wekî xalekekê ya demê diyarkiribe jî, peyama wê ya bangê ji bo amadekariyê demekê nas dike ku berî qanûna Yekşemê tê û bi demsala Pentecostê ve wekî nimûne hate nîşandan. Qanûna Yekşemê ceribandina Şemîya roja heftemîn e, û dema ji 9/11 heta qanûna Yekşemê dikare wekî “roja amadekariya Xudan” ya sembolîk were nas kirin. Amadekarî berî ceribandinê tê.</w:t>
      </w:r>
    </w:p>
    <w:p>
      <w:pPr>
        <w:pStyle w:val="ArticleBody"/>
        <w:jc w:val="left"/>
      </w:pPr>
      <w:r>
        <w:rPr>
          <w:rFonts w:ascii="Times New Roman" w:hAnsi="Times New Roman" w:eastAsia="Times New Roman" w:cs="Times New Roman"/>
        </w:rPr>
        <w:t>“mvula ya nsuka ekokwea likolo ya” nkama moko na ntuku minei na minei ya bankóto, kaka “ndenge mvula ya liboso ekweyaki likolo ya bayekoli na Mokolo ya Pantekote.” Eleko oyo emonisami lokola eleko ya Pantekote ebandaki na kopanzana moke ntango Klisto azongaki uta na bomati na Ye.</w:t>
      </w:r>
    </w:p>
    <w:p>
      <w:pPr>
        <w:pStyle w:val="ArticleScripture"/>
        <w:jc w:val="left"/>
      </w:pPr>
      <w:r>
        <w:rPr>
          <w:rFonts w:ascii="Times New Roman" w:hAnsi="Times New Roman" w:eastAsia="Times New Roman" w:cs="Times New Roman"/>
        </w:rPr>
        <w:t>او اَندِ هِنِ وَتِه هَیوچ لِوڠ کَث، هِی یُنَن دُم کَرد، اَندِ هِنِ وَتِه هُوش گُت: «شُما روحُ‌لقُدُس بَپذیرِن.» یوحنا ۲۰:۲۲.</w:t>
      </w:r>
    </w:p>
    <w:p>
      <w:pPr>
        <w:pStyle w:val="ArticleBody"/>
        <w:jc w:val="left"/>
      </w:pPr>
      <w:r>
        <w:rPr>
          <w:rFonts w:ascii="Times New Roman" w:hAnsi="Times New Roman" w:eastAsia="Times New Roman" w:cs="Times New Roman"/>
        </w:rPr>
        <w:t>Umwuka we utanga Mwuka Wera, kandi umwuka ni wo ubyara ijwi ry’amagambo. Yesu ni Jambo, kandi umwuka we utanga Mwuka Wera binyuze mu gushyikiriza ijambo rye. Umwuka ni wo wahaye umubiri wa Adamu ubugingo, kandi umwuka ni wo uha ubugingo ingabo ya Ezekiyeli igizwe n’amagufwa yumye y’abapfuye bazutse.</w:t>
      </w:r>
    </w:p>
    <w:p>
      <w:pPr>
        <w:pStyle w:val="ArticleScripture"/>
        <w:jc w:val="left"/>
      </w:pPr>
      <w:r>
        <w:rPr>
          <w:rFonts w:ascii="Times New Roman" w:hAnsi="Times New Roman" w:eastAsia="Times New Roman" w:cs="Times New Roman"/>
        </w:rPr>
        <w:t>“Kristo aki tua kwa wanafunzi wake Roho Mtakatifu, na akiapa amani yake kwao, ilikuwa kama matone machache kabla ya manyunyu mengi yatakayotolewa siku ya Pentekoste.” Roho ya Unabii, juzuu ya 3, 243.</w:t>
      </w:r>
    </w:p>
    <w:p>
      <w:pPr>
        <w:pStyle w:val="ArticleBody"/>
        <w:jc w:val="left"/>
      </w:pPr>
      <w:r>
        <w:rPr>
          <w:rFonts w:ascii="Times New Roman" w:hAnsi="Times New Roman" w:eastAsia="Times New Roman" w:cs="Times New Roman"/>
        </w:rPr>
        <w:t>Ku ntandaro ya gihe ca Pentekote, “impemu” ya Kristo yahaye abigishwa Mpwemu Yera, ariko bamwe barakekeranya.</w:t>
      </w:r>
    </w:p>
    <w:p>
      <w:pPr>
        <w:pStyle w:val="ArticleScripture"/>
        <w:jc w:val="left"/>
      </w:pPr>
      <w:r>
        <w:rPr>
          <w:rFonts w:ascii="Times New Roman" w:hAnsi="Times New Roman" w:eastAsia="Times New Roman" w:cs="Times New Roman"/>
        </w:rPr>
        <w:t>لېکِن توما، چې د دولسو څخه یو و او دِیدیموس بلل کېده، هغه وخت له هغوی سره نه و چې عیسیٰ راغی. نو نورو شاګردانو هغه ته وویل: «موږ مالک لیدلی دی.» خو هغه هغوی ته وویل: «تر څو چې زه د هغه په لاسونو کې د مېخونو نښه و نه وینم، او خپله ګوته د مېخونو په نښه کې وانه چوم، او خپل لاس د هغه په اړخ کې دننه نه کړم، هېڅکله به ایمان رانه وړم.» یوحنا 2:24، 25.</w:t>
      </w:r>
    </w:p>
    <w:p>
      <w:pPr>
        <w:pStyle w:val="ArticleBody"/>
        <w:jc w:val="left"/>
      </w:pPr>
      <w:r>
        <w:rPr>
          <w:rFonts w:ascii="Times New Roman" w:hAnsi="Times New Roman" w:eastAsia="Times New Roman" w:cs="Times New Roman"/>
        </w:rPr>
        <w:t>Nghuva ya Pentekoste ya tonokile kipindi kya “kujaribiwa,” kikianza kwa pumzi ya Kristo na mabishano ya Tomaso ya mashaka. Mabishano ya Tomaso hapo mwanzo ni mfano wa mabishano ya Wayahudi hapo mwisho wa majira ya Pentekoste. Kristo aliwapa wanafunzi Neno lake na Roho Mtakatifu hapo mwanzo, na wanafunzi waliupa ulimwengu Neno hilo na Roho Mtakatifu hapo mwisho wa majira ya Pentekoste.</w:t>
      </w:r>
    </w:p>
    <w:p>
      <w:pPr>
        <w:pStyle w:val="ArticleBody"/>
        <w:jc w:val="left"/>
      </w:pPr>
      <w:r>
        <w:rPr>
          <w:rFonts w:ascii="Times New Roman" w:hAnsi="Times New Roman" w:eastAsia="Times New Roman" w:cs="Times New Roman"/>
        </w:rPr>
        <w:t>İsa Mesîh’in öğrencilerin üzerine nefes üflediği vakit tamamladığı iş, O’nun az önce Emmaus yolunda öğrencilerle birlikte tamamlamış olduğu aynı işe dair ikinci bir tanıklıktı.</w:t>
      </w:r>
    </w:p>
    <w:p>
      <w:pPr>
        <w:pStyle w:val="ArticleScripture"/>
        <w:jc w:val="left"/>
      </w:pPr>
      <w:r>
        <w:rPr>
          <w:rFonts w:ascii="Times New Roman" w:hAnsi="Times New Roman" w:eastAsia="Times New Roman" w:cs="Times New Roman"/>
        </w:rPr>
        <w:t>Basi, kutyo, kabiri lumo, apo bali no kulandana no kwipushanya, Yesu mwine apelekelepo no kwenda nabo pamo. Pano amenso yabo yakwekwete ukuti tebamwishibe. …</w:t>
      </w:r>
    </w:p>
    <w:p>
      <w:pPr>
        <w:pStyle w:val="ArticleScripture"/>
        <w:jc w:val="left"/>
      </w:pPr>
      <w:r>
        <w:rPr>
          <w:rFonts w:ascii="Times New Roman" w:hAnsi="Times New Roman" w:eastAsia="Times New Roman" w:cs="Times New Roman"/>
        </w:rPr>
        <w:t>Apo akábalombela nti, Bantu bapumbafu, kandi myoyo yenu ya kuloba kuketékela byonso bíbo baprofeta bavuga! Kristu táyasemereranga kubonabona ebí, hanyuma akota mu ikúmí lyaye? Kandi okutandikira kuri Mose na baprofeta bose, akábasobanurira mu Byanditswe byonse ebimumwerekeyeho. Nabo bakégera omudugudu aho báli bagenda; kandi ye akékolá nk’uwari kujya mbere. Ariko bamúhatira, bavuga bati, Guma natwe; kuko bugoroba buregereje, kandi umunsi umaze cyane. Nuko yinjira kugumana nabo. Nuko igihe yicaranye nabo ku meza, afata umugati, arawuha umugisha, arawumanyagura, arawubaha. Amaso yabo arafunguka, baramumenya; maze aburira imbere yabo. Nabo baravuganaga bati, Mbese imitima yacu ntiyadushagashaga imbere muri twe, igihe yavuganaga natwe mu nzira, kandi igihe yaduhishuriraga Ibyanditswe? Luka 24:15, 16, 25–32.</w:t>
      </w:r>
    </w:p>
    <w:p>
      <w:pPr>
        <w:pStyle w:val="ArticleBody"/>
        <w:jc w:val="left"/>
      </w:pPr>
      <w:r>
        <w:rPr>
          <w:rFonts w:ascii="Times New Roman" w:hAnsi="Times New Roman" w:eastAsia="Times New Roman" w:cs="Times New Roman"/>
        </w:rPr>
        <w:t>Ngokufana nokuthi uJesu “wahlala ekudleni” e-Emawuse, emva kwalokho wadla kanye nabafundi. Kuzo zombili lezi zimo ukudla kuvezwa. Ngokuhlangene kukhomba ukuthi ukuqala kwesikhathi sePhentekoste kuphawulwa ngumoya wokuphefumula kaMoya oNgcwele kanye nangokudla. Izehlakalo zokuvulwa ziveza impikiswano phakathi kwesigaba esikholwayo nesigaba esingabazayo. Ukudla, ukwabelwa kukaMoya oNgcwele, kanye nokuvulwa kwemiBhalo kuhlanganisa ukuthi uKristu waqala ukufundisa kwakhe ngo “Mose nabo bonke abaprofethi.” Imfundiso kaKristu yadluliswa ngokuthatha umugqa wesiprofetho kaMose nokuwuhlanganisa nemigqa yabo bonke abaprofethi, lapha kancane nalaphaya kancane.</w:t>
      </w:r>
    </w:p>
    <w:p>
      <w:pPr>
        <w:pStyle w:val="ArticleBody"/>
        <w:jc w:val="left"/>
      </w:pPr>
      <w:r>
        <w:rPr>
          <w:rFonts w:ascii="Times New Roman" w:hAnsi="Times New Roman" w:eastAsia="Times New Roman" w:cs="Times New Roman"/>
        </w:rPr>
        <w:t xml:space="preserve">9/11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எசேக்கியேல்</w:t>
      </w:r>
      <w:r>
        <w:rPr>
          <w:rFonts w:ascii="Times New Roman" w:hAnsi="Times New Roman" w:eastAsia="Times New Roman" w:cs="Times New Roman"/>
        </w:rPr>
        <w:t xml:space="preserve"> </w:t>
      </w:r>
      <w:r>
        <w:rPr>
          <w:rFonts w:ascii="Nirmala UI" w:hAnsi="Nirmala UI" w:eastAsia="Nirmala UI" w:cs="Nirmala UI"/>
        </w:rPr>
        <w:t>நூலின்</w:t>
      </w:r>
      <w:r>
        <w:rPr>
          <w:rFonts w:ascii="Times New Roman" w:hAnsi="Times New Roman" w:eastAsia="Times New Roman" w:cs="Times New Roman"/>
        </w:rPr>
        <w:t xml:space="preserve"> </w:t>
      </w:r>
      <w:r>
        <w:rPr>
          <w:rFonts w:ascii="Nirmala UI" w:hAnsi="Nirmala UI" w:eastAsia="Nirmala UI" w:cs="Nirmala UI"/>
        </w:rPr>
        <w:t>முப்பத்தேழாம்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கூறப்பட்ட</w:t>
      </w:r>
      <w:r>
        <w:rPr>
          <w:rFonts w:ascii="Times New Roman" w:hAnsi="Times New Roman" w:eastAsia="Times New Roman" w:cs="Times New Roman"/>
        </w:rPr>
        <w:t xml:space="preserve"> </w:t>
      </w:r>
      <w:r>
        <w:rPr>
          <w:rFonts w:ascii="Nirmala UI" w:hAnsi="Nirmala UI" w:eastAsia="Nirmala UI" w:cs="Nirmala UI"/>
        </w:rPr>
        <w:t>உலர்ந்த</w:t>
      </w:r>
      <w:r>
        <w:rPr>
          <w:rFonts w:ascii="Times New Roman" w:hAnsi="Times New Roman" w:eastAsia="Times New Roman" w:cs="Times New Roman"/>
        </w:rPr>
        <w:t xml:space="preserve"> </w:t>
      </w:r>
      <w:r>
        <w:rPr>
          <w:rFonts w:ascii="Nirmala UI" w:hAnsi="Nirmala UI" w:eastAsia="Nirmala UI" w:cs="Nirmala UI"/>
        </w:rPr>
        <w:t>செத்த</w:t>
      </w:r>
      <w:r>
        <w:rPr>
          <w:rFonts w:ascii="Times New Roman" w:hAnsi="Times New Roman" w:eastAsia="Times New Roman" w:cs="Times New Roman"/>
        </w:rPr>
        <w:t xml:space="preserve"> </w:t>
      </w:r>
      <w:r>
        <w:rPr>
          <w:rFonts w:ascii="Nirmala UI" w:hAnsi="Nirmala UI" w:eastAsia="Nirmala UI" w:cs="Nirmala UI"/>
        </w:rPr>
        <w:t>எலும்புகளின்மேல்</w:t>
      </w:r>
      <w:r>
        <w:rPr>
          <w:rFonts w:ascii="Times New Roman" w:hAnsi="Times New Roman" w:eastAsia="Times New Roman" w:cs="Times New Roman"/>
        </w:rPr>
        <w:t xml:space="preserve"> </w:t>
      </w:r>
      <w:r>
        <w:rPr>
          <w:rFonts w:ascii="Nirmala UI" w:hAnsi="Nirmala UI" w:eastAsia="Nirmala UI" w:cs="Nirmala UI"/>
        </w:rPr>
        <w:t>நான்கு</w:t>
      </w:r>
      <w:r>
        <w:rPr>
          <w:rFonts w:ascii="Times New Roman" w:hAnsi="Times New Roman" w:eastAsia="Times New Roman" w:cs="Times New Roman"/>
        </w:rPr>
        <w:t xml:space="preserve"> </w:t>
      </w:r>
      <w:r>
        <w:rPr>
          <w:rFonts w:ascii="Nirmala UI" w:hAnsi="Nirmala UI" w:eastAsia="Nirmala UI" w:cs="Nirmala UI"/>
        </w:rPr>
        <w:t>காற்றுகளின்</w:t>
      </w:r>
      <w:r>
        <w:rPr>
          <w:rFonts w:ascii="Times New Roman" w:hAnsi="Times New Roman" w:eastAsia="Times New Roman" w:cs="Times New Roman"/>
        </w:rPr>
        <w:t xml:space="preserve"> </w:t>
      </w:r>
      <w:r>
        <w:rPr>
          <w:rFonts w:ascii="Nirmala UI" w:hAnsi="Nirmala UI" w:eastAsia="Nirmala UI" w:cs="Nirmala UI"/>
        </w:rPr>
        <w:t>சுவாசம்</w:t>
      </w:r>
      <w:r>
        <w:rPr>
          <w:rFonts w:ascii="Times New Roman" w:hAnsi="Times New Roman" w:eastAsia="Times New Roman" w:cs="Times New Roman"/>
        </w:rPr>
        <w:t xml:space="preserve"> </w:t>
      </w:r>
      <w:r>
        <w:rPr>
          <w:rFonts w:ascii="Nirmala UI" w:hAnsi="Nirmala UI" w:eastAsia="Nirmala UI" w:cs="Nirmala UI"/>
        </w:rPr>
        <w:t>வீசியது</w:t>
      </w:r>
      <w:r>
        <w:rPr>
          <w:rFonts w:ascii="Times New Roman" w:hAnsi="Times New Roman" w:eastAsia="Times New Roman" w:cs="Times New Roman"/>
        </w:rPr>
        <w:t xml:space="preserve">. </w:t>
      </w:r>
      <w:r>
        <w:rPr>
          <w:rFonts w:ascii="Nirmala UI" w:hAnsi="Nirmala UI" w:eastAsia="Nirmala UI" w:cs="Nirmala UI"/>
        </w:rPr>
        <w:t>அக்காலத்தில்</w:t>
      </w:r>
      <w:r>
        <w:rPr>
          <w:rFonts w:ascii="Times New Roman" w:hAnsi="Times New Roman" w:eastAsia="Times New Roman" w:cs="Times New Roman"/>
        </w:rPr>
        <w:t xml:space="preserve">, 1840 </w:t>
      </w:r>
      <w:r>
        <w:rPr>
          <w:rFonts w:ascii="Nirmala UI" w:hAnsi="Nirmala UI" w:eastAsia="Nirmala UI" w:cs="Nirmala UI"/>
        </w:rPr>
        <w:t>ஆகஸ்ட்</w:t>
      </w:r>
      <w:r>
        <w:rPr>
          <w:rFonts w:ascii="Times New Roman" w:hAnsi="Times New Roman" w:eastAsia="Times New Roman" w:cs="Times New Roman"/>
        </w:rPr>
        <w:t xml:space="preserve"> 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இறங்கி</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தேவதூதனின்</w:t>
      </w:r>
      <w:r>
        <w:rPr>
          <w:rFonts w:ascii="Times New Roman" w:hAnsi="Times New Roman" w:eastAsia="Times New Roman" w:cs="Times New Roman"/>
        </w:rPr>
        <w:t xml:space="preserve"> </w:t>
      </w:r>
      <w:r>
        <w:rPr>
          <w:rFonts w:ascii="Nirmala UI" w:hAnsi="Nirmala UI" w:eastAsia="Nirmala UI" w:cs="Nirmala UI"/>
        </w:rPr>
        <w:t>செய்திக்கு</w:t>
      </w:r>
      <w:r>
        <w:rPr>
          <w:rFonts w:ascii="Times New Roman" w:hAnsi="Times New Roman" w:eastAsia="Times New Roman" w:cs="Times New Roman"/>
        </w:rPr>
        <w:t xml:space="preserve"> </w:t>
      </w:r>
      <w:r>
        <w:rPr>
          <w:rFonts w:ascii="Nirmala UI" w:hAnsi="Nirmala UI" w:eastAsia="Nirmala UI" w:cs="Nirmala UI"/>
        </w:rPr>
        <w:t>வல்லமையளித்த</w:t>
      </w:r>
      <w:r>
        <w:rPr>
          <w:rFonts w:ascii="Times New Roman" w:hAnsi="Times New Roman" w:eastAsia="Times New Roman" w:cs="Times New Roman"/>
        </w:rPr>
        <w:t xml:space="preserve"> </w:t>
      </w:r>
      <w:r>
        <w:rPr>
          <w:rFonts w:ascii="Nirmala UI" w:hAnsi="Nirmala UI" w:eastAsia="Nirmala UI" w:cs="Nirmala UI"/>
        </w:rPr>
        <w:t>தேவதூதனால்</w:t>
      </w:r>
      <w:r>
        <w:rPr>
          <w:rFonts w:ascii="Times New Roman" w:hAnsi="Times New Roman" w:eastAsia="Times New Roman" w:cs="Times New Roman"/>
        </w:rPr>
        <w:t xml:space="preserve"> </w:t>
      </w:r>
      <w:r>
        <w:rPr>
          <w:rFonts w:ascii="Nirmala UI" w:hAnsi="Nirmala UI" w:eastAsia="Nirmala UI" w:cs="Nirmala UI"/>
        </w:rPr>
        <w:t>முன்னுருவகப்படுத்தப்பட்டபடியே</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w:t>
      </w:r>
      <w:r>
        <w:rPr>
          <w:rFonts w:ascii="Nirmala UI" w:hAnsi="Nirmala UI" w:eastAsia="Nirmala UI" w:cs="Nirmala UI"/>
        </w:rPr>
        <w:t>பதினெட்டாம்</w:t>
      </w:r>
      <w:r>
        <w:rPr>
          <w:rFonts w:ascii="Times New Roman" w:hAnsi="Times New Roman" w:eastAsia="Times New Roman" w:cs="Times New Roman"/>
        </w:rPr>
        <w:t xml:space="preserve"> </w:t>
      </w:r>
      <w:r>
        <w:rPr>
          <w:rFonts w:ascii="Nirmala UI" w:hAnsi="Nirmala UI" w:eastAsia="Nirmala UI" w:cs="Nirmala UI"/>
        </w:rPr>
        <w:t>அதிகாரத்தின்</w:t>
      </w:r>
      <w:r>
        <w:rPr>
          <w:rFonts w:ascii="Times New Roman" w:hAnsi="Times New Roman" w:eastAsia="Times New Roman" w:cs="Times New Roman"/>
        </w:rPr>
        <w:t xml:space="preserve"> </w:t>
      </w:r>
      <w:r>
        <w:rPr>
          <w:rFonts w:ascii="Nirmala UI" w:hAnsi="Nirmala UI" w:eastAsia="Nirmala UI" w:cs="Nirmala UI"/>
        </w:rPr>
        <w:t>தேவதூதன்</w:t>
      </w:r>
      <w:r>
        <w:rPr>
          <w:rFonts w:ascii="Times New Roman" w:hAnsi="Times New Roman" w:eastAsia="Times New Roman" w:cs="Times New Roman"/>
        </w:rPr>
        <w:t xml:space="preserve">, </w:t>
      </w:r>
      <w:r>
        <w:rPr>
          <w:rFonts w:ascii="Nirmala UI" w:hAnsi="Nirmala UI" w:eastAsia="Nirmala UI" w:cs="Nirmala UI"/>
        </w:rPr>
        <w:t>பெந்தெகொஸ்தே</w:t>
      </w:r>
      <w:r>
        <w:rPr>
          <w:rFonts w:ascii="Times New Roman" w:hAnsi="Times New Roman" w:eastAsia="Times New Roman" w:cs="Times New Roman"/>
        </w:rPr>
        <w:t xml:space="preserve"> </w:t>
      </w:r>
      <w:r>
        <w:rPr>
          <w:rFonts w:ascii="Nirmala UI" w:hAnsi="Nirmala UI" w:eastAsia="Nirmala UI" w:cs="Nirmala UI"/>
        </w:rPr>
        <w:t>காலத்தின்</w:t>
      </w:r>
      <w:r>
        <w:rPr>
          <w:rFonts w:ascii="Times New Roman" w:hAnsi="Times New Roman" w:eastAsia="Times New Roman" w:cs="Times New Roman"/>
        </w:rPr>
        <w:t xml:space="preserve"> </w:t>
      </w:r>
      <w:r>
        <w:rPr>
          <w:rFonts w:ascii="Nirmala UI" w:hAnsi="Nirmala UI" w:eastAsia="Nirmala UI" w:cs="Nirmala UI"/>
        </w:rPr>
        <w:t>தொடக்கத்தில்</w:t>
      </w:r>
      <w:r>
        <w:rPr>
          <w:rFonts w:ascii="Times New Roman" w:hAnsi="Times New Roman" w:eastAsia="Times New Roman" w:cs="Times New Roman"/>
        </w:rPr>
        <w:t xml:space="preserve"> </w:t>
      </w:r>
      <w:r>
        <w:rPr>
          <w:rFonts w:ascii="Nirmala UI" w:hAnsi="Nirmala UI" w:eastAsia="Nirmala UI" w:cs="Nirmala UI"/>
        </w:rPr>
        <w:t>சீஷர்கள்</w:t>
      </w:r>
      <w:r>
        <w:rPr>
          <w:rFonts w:ascii="Times New Roman" w:hAnsi="Times New Roman" w:eastAsia="Times New Roman" w:cs="Times New Roman"/>
        </w:rPr>
        <w:t xml:space="preserve"> </w:t>
      </w:r>
      <w:r>
        <w:rPr>
          <w:rFonts w:ascii="Nirmala UI" w:hAnsi="Nirmala UI" w:eastAsia="Nirmala UI" w:cs="Nirmala UI"/>
        </w:rPr>
        <w:t>உண்டதுபோல்</w:t>
      </w:r>
      <w:r>
        <w:rPr>
          <w:rFonts w:ascii="Times New Roman" w:hAnsi="Times New Roman" w:eastAsia="Times New Roman" w:cs="Times New Roman"/>
        </w:rPr>
        <w:t xml:space="preserve"> </w:t>
      </w:r>
      <w:r>
        <w:rPr>
          <w:rFonts w:ascii="Nirmala UI" w:hAnsi="Nirmala UI" w:eastAsia="Nirmala UI" w:cs="Nirmala UI"/>
        </w:rPr>
        <w:t>உண்ணப்பட</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செய்தியுடன்</w:t>
      </w:r>
      <w:r>
        <w:rPr>
          <w:rFonts w:ascii="Times New Roman" w:hAnsi="Times New Roman" w:eastAsia="Times New Roman" w:cs="Times New Roman"/>
        </w:rPr>
        <w:t xml:space="preserve"> </w:t>
      </w:r>
      <w:r>
        <w:rPr>
          <w:rFonts w:ascii="Nirmala UI" w:hAnsi="Nirmala UI" w:eastAsia="Nirmala UI" w:cs="Nirmala UI"/>
        </w:rPr>
        <w:t>இறங்கினான்</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நம்ப</w:t>
      </w:r>
      <w:r>
        <w:rPr>
          <w:rFonts w:ascii="Times New Roman" w:hAnsi="Times New Roman" w:eastAsia="Times New Roman" w:cs="Times New Roman"/>
        </w:rPr>
        <w:t xml:space="preserve"> </w:t>
      </w:r>
      <w:r>
        <w:rPr>
          <w:rFonts w:ascii="Nirmala UI" w:hAnsi="Nirmala UI" w:eastAsia="Nirmala UI" w:cs="Nirmala UI"/>
        </w:rPr>
        <w:t>விரும்பாதிருத்தல்</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அறிமுகப்படுத்தப்படும்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அதிர்ச்சி</w:t>
      </w:r>
      <w:r>
        <w:rPr>
          <w:rFonts w:ascii="Times New Roman" w:hAnsi="Times New Roman" w:eastAsia="Times New Roman" w:cs="Times New Roman"/>
        </w:rPr>
        <w:t xml:space="preserve"> </w:t>
      </w:r>
      <w:r>
        <w:rPr>
          <w:rFonts w:ascii="Nirmala UI" w:hAnsi="Nirmala UI" w:eastAsia="Nirmala UI" w:cs="Nirmala UI"/>
        </w:rPr>
        <w:t>அடையாளப்படுத்தப்படுகிறது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yî 9/11 de Twin Towers hilweşiyanî re diaxivîn, em têne gotin ku Xudan rabû da ku “netewan bi awayekî tirsnak bihejîne.” Girîng e ku em bînin bîra xwe ku “hejandinek” di nav gelê Xwedê de bi destê wan tê pêk anîn ku li dijî peyamek rastiyê têkoşîn dikin. “Hejandin” hene ku ji derve ne, lê hejandinên hundirîn di nav dêrê de di hawîrdora pêşkêşkirina peyamekê de pêk tên.</w:t>
      </w:r>
    </w:p>
    <w:p>
      <w:pPr>
        <w:pStyle w:val="ArticleScripture"/>
        <w:jc w:val="left"/>
      </w:pPr>
      <w:r>
        <w:rPr>
          <w:rFonts w:ascii="Times New Roman" w:hAnsi="Times New Roman" w:eastAsia="Times New Roman" w:cs="Times New Roman"/>
        </w:rPr>
        <w:t>“Nungubwiriite amakulu ag’okukankana kwe nnali ndabye, ne njolesebwa nti kwali kunaaleetebwa obujulirwa obutereevu obwayitibwa mu kuteesa kw’Omujulirwa Omwesigwa eri Abalaodikiya. Kino kirikola ku mutima gw’oyo akiwandiikiddwa, kandi kirimuleetera okutumbula omutindo n’okufukumya amazima agatereevu. Abamu tibarikugumira obu bujulirwa obutereevu. Baryehemukira, kandi eki niikyo kirireeta okukankana omu bantu ba Ruhanga.</w:t>
      </w:r>
    </w:p>
    <w:p>
      <w:pPr>
        <w:pStyle w:val="ArticleScripture"/>
        <w:jc w:val="left"/>
      </w:pPr>
      <w:r>
        <w:rPr>
          <w:rFonts w:ascii="Times New Roman" w:hAnsi="Times New Roman" w:eastAsia="Times New Roman" w:cs="Times New Roman"/>
        </w:rPr>
        <w:t>«Ndzi vonile leswaku vumbhoni bya Mbhoni ya Ntiyiso a byi si yingisiwa ni hafu. Vumbhoni lebyi boha, lebyi xiboho xa kereke xi leketlaka eka byona, byi tekiwile hi ku olova, loko byi nga si honisiwile hi ku helela. Vumbhoni lebyi byi fanele ku humesa ku hundzuka loku dzikeke; hinkwavo lava byi amukelaka hi ntiyiso va ta byi yingisa naswona va ta basisiwa.» Early Writings, 271.</w:t>
      </w:r>
    </w:p>
    <w:p>
      <w:pPr>
        <w:pStyle w:val="ArticleBody"/>
        <w:jc w:val="left"/>
      </w:pPr>
      <w:r>
        <w:rPr>
          <w:rFonts w:ascii="Times New Roman" w:hAnsi="Times New Roman" w:eastAsia="Times New Roman" w:cs="Times New Roman"/>
        </w:rPr>
        <w:t>“Kutikisika” kwa ndani kunasababishwa na wale wanaopinga uwasilishaji wa ujumbe wa Laodikia. Dada White anautambulisha ujumbe wa Jones na Waggoner wa mwaka 1888 kuwa ndio ujumbe wa Laodikia.</w:t>
      </w:r>
    </w:p>
    <w:p>
      <w:pPr>
        <w:pStyle w:val="ArticleScripture"/>
        <w:jc w:val="left"/>
      </w:pPr>
      <w:r>
        <w:rPr>
          <w:rFonts w:ascii="Times New Roman" w:hAnsi="Times New Roman" w:eastAsia="Times New Roman" w:cs="Times New Roman"/>
        </w:rPr>
        <w:t>“پەیامی ئەوەی بۆ ئێمە دراوە لەلایەن A. T. Jones و E. J. Waggoner، پەیامی خودایە بۆ کڵێسای لاودیکیە، و وای لە هەر کەسێک بێت کە بانگەشەی ئەوە دەکات ڕاستی باوەڕ دەکات، بەڵام هێشتا ڕەوشناییە خودادراوەکان بۆ ئەوانی تر نادەربڕێت.” The 1888 Materials, 1053.</w:t>
      </w:r>
    </w:p>
    <w:p>
      <w:pPr>
        <w:pStyle w:val="ArticleBody"/>
        <w:jc w:val="left"/>
      </w:pPr>
      <w:r>
        <w:rPr>
          <w:rFonts w:ascii="Times New Roman" w:hAnsi="Times New Roman" w:eastAsia="Times New Roman" w:cs="Times New Roman"/>
        </w:rPr>
        <w:t>Ukukanira ubutumwa bw’i Lawodikiya gutera ukuhungabana, kandi Mushiki wa Wera agereranya ubutumwa bwo mu 1888 no kumanuka kwa marayika wo mu Ibyahishuwe igice cya cumi n’umunani.</w:t>
      </w:r>
    </w:p>
    <w:p>
      <w:pPr>
        <w:pStyle w:val="ArticleScripture"/>
        <w:jc w:val="left"/>
      </w:pPr>
      <w:r>
        <w:rPr>
          <w:rFonts w:ascii="Times New Roman" w:hAnsi="Times New Roman" w:eastAsia="Times New Roman" w:cs="Times New Roman"/>
        </w:rPr>
        <w:t>“</w:t>
      </w:r>
      <w:r>
        <w:rPr>
          <w:rFonts w:ascii="Nirmala UI" w:hAnsi="Nirmala UI" w:eastAsia="Nirmala UI" w:cs="Nirmala UI"/>
        </w:rPr>
        <w:t>मिन्नियापोलिसमा</w:t>
      </w:r>
      <w:r>
        <w:rPr>
          <w:rFonts w:ascii="Times New Roman" w:hAnsi="Times New Roman" w:eastAsia="Times New Roman" w:cs="Times New Roman"/>
        </w:rPr>
        <w:t xml:space="preserve"> </w:t>
      </w:r>
      <w:r>
        <w:rPr>
          <w:rFonts w:ascii="Nirmala UI" w:hAnsi="Nirmala UI" w:eastAsia="Nirmala UI" w:cs="Nirmala UI"/>
        </w:rPr>
        <w:t>भाइ</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जोन्समार्फत</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सन्देशविरुद्ध</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विरोधको</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अंशको</w:t>
      </w:r>
      <w:r>
        <w:rPr>
          <w:rFonts w:ascii="Times New Roman" w:hAnsi="Times New Roman" w:eastAsia="Times New Roman" w:cs="Times New Roman"/>
        </w:rPr>
        <w:t xml:space="preserve"> </w:t>
      </w:r>
      <w:r>
        <w:rPr>
          <w:rFonts w:ascii="Nirmala UI" w:hAnsi="Nirmala UI" w:eastAsia="Nirmala UI" w:cs="Nirmala UI"/>
        </w:rPr>
        <w:t>मूलमा</w:t>
      </w:r>
      <w:r>
        <w:rPr>
          <w:rFonts w:ascii="Times New Roman" w:hAnsi="Times New Roman" w:eastAsia="Times New Roman" w:cs="Times New Roman"/>
        </w:rPr>
        <w:t xml:space="preserve"> </w:t>
      </w:r>
      <w:r>
        <w:rPr>
          <w:rFonts w:ascii="Nirmala UI" w:hAnsi="Nirmala UI" w:eastAsia="Nirmala UI" w:cs="Nirmala UI"/>
        </w:rPr>
        <w:t>पूर्वधारण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विचारहरू</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नचाहने</w:t>
      </w:r>
      <w:r>
        <w:rPr>
          <w:rFonts w:ascii="Times New Roman" w:hAnsi="Times New Roman" w:eastAsia="Times New Roman" w:cs="Times New Roman"/>
        </w:rPr>
        <w:t xml:space="preserve"> </w:t>
      </w:r>
      <w:r>
        <w:rPr>
          <w:rFonts w:ascii="Nirmala UI" w:hAnsi="Nirmala UI" w:eastAsia="Nirmala UI" w:cs="Nirmala UI"/>
        </w:rPr>
        <w:t>मनोवृत्ति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नगर्ने</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विरोधलाई</w:t>
      </w:r>
      <w:r>
        <w:rPr>
          <w:rFonts w:ascii="Times New Roman" w:hAnsi="Times New Roman" w:eastAsia="Times New Roman" w:cs="Times New Roman"/>
        </w:rPr>
        <w:t xml:space="preserve"> </w:t>
      </w:r>
      <w:r>
        <w:rPr>
          <w:rFonts w:ascii="Nirmala UI" w:hAnsi="Nirmala UI" w:eastAsia="Nirmala UI" w:cs="Nirmala UI"/>
        </w:rPr>
        <w:t>भड्काएर</w:t>
      </w:r>
      <w:r>
        <w:rPr>
          <w:rFonts w:ascii="Times New Roman" w:hAnsi="Times New Roman" w:eastAsia="Times New Roman" w:cs="Times New Roman"/>
        </w:rPr>
        <w:t xml:space="preserve"> </w:t>
      </w:r>
      <w:r>
        <w:rPr>
          <w:rFonts w:ascii="Nirmala UI" w:hAnsi="Nirmala UI" w:eastAsia="Nirmala UI" w:cs="Nirmala UI"/>
        </w:rPr>
        <w:t>शैतानले</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मानिसहरूबाट</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मात्रामा</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उनीहरूलाई</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आतुर</w:t>
      </w:r>
      <w:r>
        <w:rPr>
          <w:rFonts w:ascii="Times New Roman" w:hAnsi="Times New Roman" w:eastAsia="Times New Roman" w:cs="Times New Roman"/>
        </w:rPr>
        <w:t xml:space="preserve"> </w:t>
      </w:r>
      <w:r>
        <w:rPr>
          <w:rFonts w:ascii="Nirmala UI" w:hAnsi="Nirmala UI" w:eastAsia="Nirmala UI" w:cs="Nirmala UI"/>
        </w:rPr>
        <w:t>हुनुभएको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सामर्थ्यलाई</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पेन्टेकोस्टको</w:t>
      </w:r>
      <w:r>
        <w:rPr>
          <w:rFonts w:ascii="Times New Roman" w:hAnsi="Times New Roman" w:eastAsia="Times New Roman" w:cs="Times New Roman"/>
        </w:rPr>
        <w:t xml:space="preserve"> </w:t>
      </w:r>
      <w:r>
        <w:rPr>
          <w:rFonts w:ascii="Nirmala UI" w:hAnsi="Nirmala UI" w:eastAsia="Nirmala UI" w:cs="Nirmala UI"/>
        </w:rPr>
        <w:t>दिनपछि</w:t>
      </w:r>
      <w:r>
        <w:rPr>
          <w:rFonts w:ascii="Times New Roman" w:hAnsi="Times New Roman" w:eastAsia="Times New Roman" w:cs="Times New Roman"/>
        </w:rPr>
        <w:t xml:space="preserve"> </w:t>
      </w:r>
      <w:r>
        <w:rPr>
          <w:rFonts w:ascii="Nirmala UI" w:hAnsi="Nirmala UI" w:eastAsia="Nirmala UI" w:cs="Nirmala UI"/>
        </w:rPr>
        <w:t>प्रेरितहरूले</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गरेझैँ</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उनीहरूको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प्रभावकारिता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गर्नबाट</w:t>
      </w:r>
      <w:r>
        <w:rPr>
          <w:rFonts w:ascii="Times New Roman" w:hAnsi="Times New Roman" w:eastAsia="Times New Roman" w:cs="Times New Roman"/>
        </w:rPr>
        <w:t xml:space="preserve"> </w:t>
      </w:r>
      <w:r>
        <w:rPr>
          <w:rFonts w:ascii="Nirmala UI" w:hAnsi="Nirmala UI" w:eastAsia="Nirmala UI" w:cs="Nirmala UI"/>
        </w:rPr>
        <w:t>शत्रुले</w:t>
      </w:r>
      <w:r>
        <w:rPr>
          <w:rFonts w:ascii="Times New Roman" w:hAnsi="Times New Roman" w:eastAsia="Times New Roman" w:cs="Times New Roman"/>
        </w:rPr>
        <w:t xml:space="preserve"> </w:t>
      </w:r>
      <w:r>
        <w:rPr>
          <w:rFonts w:ascii="Nirmala UI" w:hAnsi="Nirmala UI" w:eastAsia="Nirmala UI" w:cs="Nirmala UI"/>
        </w:rPr>
        <w:t>उनीहरूलाई</w:t>
      </w:r>
      <w:r>
        <w:rPr>
          <w:rFonts w:ascii="Times New Roman" w:hAnsi="Times New Roman" w:eastAsia="Times New Roman" w:cs="Times New Roman"/>
        </w:rPr>
        <w:t xml:space="preserve"> </w:t>
      </w:r>
      <w:r>
        <w:rPr>
          <w:rFonts w:ascii="Nirmala UI" w:hAnsi="Nirmala UI" w:eastAsia="Nirmala UI" w:cs="Nirmala UI"/>
        </w:rPr>
        <w:t>रोकेको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उज्यालो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भाइहरूको</w:t>
      </w:r>
      <w:r>
        <w:rPr>
          <w:rFonts w:ascii="Times New Roman" w:hAnsi="Times New Roman" w:eastAsia="Times New Roman" w:cs="Times New Roman"/>
        </w:rPr>
        <w:t xml:space="preserve"> </w:t>
      </w:r>
      <w:r>
        <w:rPr>
          <w:rFonts w:ascii="Nirmala UI" w:hAnsi="Nirmala UI" w:eastAsia="Nirmala UI" w:cs="Nirmala UI"/>
        </w:rPr>
        <w:t>कार्यद्वारा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हदसम्म</w:t>
      </w:r>
      <w:r>
        <w:rPr>
          <w:rFonts w:ascii="Times New Roman" w:hAnsi="Times New Roman" w:eastAsia="Times New Roman" w:cs="Times New Roman"/>
        </w:rPr>
        <w:t xml:space="preserve"> </w:t>
      </w:r>
      <w:r>
        <w:rPr>
          <w:rFonts w:ascii="Nirmala UI" w:hAnsi="Nirmala UI" w:eastAsia="Nirmala UI" w:cs="Nirmala UI"/>
        </w:rPr>
        <w:t>संसारबाट</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Selected Messages, </w:t>
      </w:r>
      <w:r>
        <w:rPr>
          <w:rFonts w:ascii="Nirmala UI" w:hAnsi="Nirmala UI" w:eastAsia="Nirmala UI" w:cs="Nirmala UI"/>
        </w:rPr>
        <w:t>पुस्तक</w:t>
      </w:r>
      <w:r>
        <w:rPr>
          <w:rFonts w:ascii="Times New Roman" w:hAnsi="Times New Roman" w:eastAsia="Times New Roman" w:cs="Times New Roman"/>
        </w:rPr>
        <w:t xml:space="preserve"> 1, 235.</w:t>
      </w:r>
    </w:p>
    <w:p>
      <w:pPr>
        <w:pStyle w:val="ArticleBody"/>
        <w:jc w:val="left"/>
      </w:pPr>
      <w:r>
        <w:rPr>
          <w:rFonts w:ascii="Times New Roman" w:hAnsi="Times New Roman" w:eastAsia="Times New Roman" w:cs="Times New Roman"/>
        </w:rPr>
        <w:t>Pentekoste mevsiminin başlangıcındaki Tomas’ın kuşkusu, Pentekoste gününde gelen mesaja karşı isyanı simgeleyerek, 1888’de Jones ve Waggoner tarafından Laodikya kilisesine sunulan mesaja karşı Yedinci Gün Adventizmi’nin önderliği ayağa kalkıp direndiğinde meydana gelen sarsıntıyı da simgelemiştir. 1888’de Vahiy on sekizinci bölümün kudretli meleği, yeryüzünü Kendi yüceliğiyle aydınlatmak üzere indi; fakat büyük ölçüde o önderlerin peşin hükümlerini bir yana bırakmaya isteksiz oluşları sebebiyle Korah, Datan ve Abiram’ın isyanı tekrar edildi. Tomas, Pentekost’taki Yahudiler, Musa zamanındaki Korah’ın isyanı ve 1888’deki isyanın tümü, Yoel’e göre bir borazanın çalınması gereken 11 Eylül’ü simgeler. O borazan, Yeşaya’ya göre, Tanrı’nın halkının günahlarını teşhis etmek için çalındı; böylece 1888’i ve Laodikya’ya verilen mesajı simgelemektedir. Yeremya’nın, “eski yollara” dönmek için borazan çalan gözcüsü, Yeşaya’nın sesini borazan gibi yükseltmesiyle uyum içindedir. Yeremya’nın gözcüleri, kendi tarihinin tartışması yahut münazarası içinde konumunun ne olacağı sorusunu soran Habakkuk’un gözcüleridir.</w:t>
      </w:r>
    </w:p>
    <w:p>
      <w:pPr>
        <w:pStyle w:val="ArticleScripture"/>
        <w:jc w:val="left"/>
      </w:pPr>
      <w:r>
        <w:rPr>
          <w:rFonts w:ascii="Times New Roman" w:hAnsi="Times New Roman" w:eastAsia="Times New Roman" w:cs="Times New Roman"/>
        </w:rPr>
        <w:t>Ndzi ta yima eku rindzeni ka mina, ndzi tiveka ehenhla ka xihondzo, naswona ndzi ta rindza leswaku ndzi vona leswi a nga ta swi vula eka mina, ni leswi ndzi nga ta swi hlamula loko ndzi tshinyiwa. Habakuki 2:1.</w:t>
      </w:r>
    </w:p>
    <w:p>
      <w:pPr>
        <w:pStyle w:val="ArticleBody"/>
        <w:jc w:val="left"/>
      </w:pPr>
      <w:r>
        <w:rPr>
          <w:rFonts w:ascii="Times New Roman" w:hAnsi="Times New Roman" w:eastAsia="Times New Roman" w:cs="Times New Roman"/>
        </w:rPr>
        <w:t xml:space="preserve">“reproved”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ဆုံးမပြစ်တင်သည်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အငြင်းပွားသည်</w:t>
      </w:r>
      <w:r>
        <w:rPr>
          <w:rFonts w:ascii="Times New Roman" w:hAnsi="Times New Roman" w:eastAsia="Times New Roman" w:cs="Times New Roman"/>
        </w:rPr>
        <w:t xml:space="preserve">” </w:t>
      </w:r>
      <w:r>
        <w:rPr>
          <w:rFonts w:ascii="Myanmar Text" w:hAnsi="Myanmar Text" w:eastAsia="Myanmar Text" w:cs="Myanmar Text"/>
        </w:rPr>
        <w:t>ဟူ၍ဖြစ်ပြီး၊</w:t>
      </w:r>
      <w:r>
        <w:rPr>
          <w:rFonts w:ascii="Times New Roman" w:hAnsi="Times New Roman" w:eastAsia="Times New Roman" w:cs="Times New Roman"/>
        </w:rPr>
        <w:t xml:space="preserve"> </w:t>
      </w:r>
      <w:r>
        <w:rPr>
          <w:rFonts w:ascii="Myanmar Text" w:hAnsi="Myanmar Text" w:eastAsia="Myanmar Text" w:cs="Myanmar Text"/>
        </w:rPr>
        <w:t>ထို့နောက်လာသော</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အဖြေကို</w:t>
      </w:r>
      <w:r>
        <w:rPr>
          <w:rFonts w:ascii="Times New Roman" w:hAnsi="Times New Roman" w:eastAsia="Times New Roman" w:cs="Times New Roman"/>
        </w:rPr>
        <w:t xml:space="preserve"> </w:t>
      </w:r>
      <w:r>
        <w:rPr>
          <w:rFonts w:ascii="Myanmar Text" w:hAnsi="Myanmar Text" w:eastAsia="Myanmar Text" w:cs="Myanmar Text"/>
        </w:rPr>
        <w:t>ပေးထားသဖြင့်</w:t>
      </w:r>
      <w:r>
        <w:rPr>
          <w:rFonts w:ascii="Times New Roman" w:hAnsi="Times New Roman" w:eastAsia="Times New Roman" w:cs="Times New Roman"/>
        </w:rPr>
        <w:t xml:space="preserve"> </w:t>
      </w:r>
      <w:r>
        <w:rPr>
          <w:rFonts w:ascii="Myanmar Text" w:hAnsi="Myanmar Text" w:eastAsia="Myanmar Text" w:cs="Myanmar Text"/>
        </w:rPr>
        <w:t>ယင်းစကားတွင်</w:t>
      </w:r>
      <w:r>
        <w:rPr>
          <w:rFonts w:ascii="Times New Roman" w:hAnsi="Times New Roman" w:eastAsia="Times New Roman" w:cs="Times New Roman"/>
        </w:rPr>
        <w:t xml:space="preserve"> </w:t>
      </w:r>
      <w:r>
        <w:rPr>
          <w:rFonts w:ascii="Myanmar Text" w:hAnsi="Myanmar Text" w:eastAsia="Myanmar Text" w:cs="Myanmar Text"/>
        </w:rPr>
        <w:t>မေးခွန်းတစ်ရပ်ကို</w:t>
      </w:r>
      <w:r>
        <w:rPr>
          <w:rFonts w:ascii="Times New Roman" w:hAnsi="Times New Roman" w:eastAsia="Times New Roman" w:cs="Times New Roman"/>
        </w:rPr>
        <w:t xml:space="preserve"> </w:t>
      </w:r>
      <w:r>
        <w:rPr>
          <w:rFonts w:ascii="Myanmar Text" w:hAnsi="Myanmar Text" w:eastAsia="Myanmar Text" w:cs="Myanmar Text"/>
        </w:rPr>
        <w:t>အညွှန်းတင်ထားသည်။</w:t>
      </w:r>
    </w:p>
    <w:p>
      <w:pPr>
        <w:pStyle w:val="ArticleScripture"/>
        <w:jc w:val="left"/>
      </w:pPr>
      <w:r>
        <w:rPr>
          <w:rFonts w:ascii="Times New Roman" w:hAnsi="Times New Roman" w:eastAsia="Times New Roman" w:cs="Times New Roman"/>
        </w:rPr>
        <w:t>Bwana akanijibu, akasema, Andika maono haya, ukayafanye wazi juu ya mbao, ili ayasomaye apate kukimbia. Habakuki 2:2.</w:t>
      </w:r>
    </w:p>
    <w:p>
      <w:pPr>
        <w:pStyle w:val="ArticleBody"/>
        <w:jc w:val="left"/>
      </w:pPr>
      <w:r>
        <w:rPr>
          <w:rFonts w:ascii="Times New Roman" w:hAnsi="Times New Roman" w:eastAsia="Times New Roman" w:cs="Times New Roman"/>
        </w:rPr>
        <w:t>“Jireta” to kutetemeka kulikuanza katika utimilifu wa historia ya Millerite ulikuwa ni ujumbe wa William Miller na kanuni zake za kutafsiri unabii dhidi ya wanateolojia wa Uprotestanti. Jireta katika historia ya Millerite lilianza kwa uthibitisho wa ujumbe wa Millerite mnamo Agosti 11, 1840, wakati hakushuka “mtu wa cheo cha chini kuliko Yesu Kristo” akiwa na kijitabu kidogo ambacho Yohana alipaswa kukitwaa na kukila. Hoja ya walinzi wa Habakuki, mashaka ya Tomaso, uasi wa mwaka 1888, uasi wa Kora, hoja ya ulevi wakati wa Pentekoste, vyote hushuhudia jireta ambalo lilianza katika 9/11. Mabishano yanayobishaniwa ni juu ya ujumbe wa mvua ya masika, ambao ulianza kunyunyiza katika 9/11.</w:t>
      </w:r>
    </w:p>
    <w:p>
      <w:pPr>
        <w:pStyle w:val="ArticleBody"/>
        <w:jc w:val="left"/>
      </w:pPr>
      <w:r>
        <w:rPr>
          <w:rFonts w:ascii="Sylfaen" w:hAnsi="Sylfaen" w:eastAsia="Sylfaen" w:cs="Sylfaen"/>
        </w:rPr>
        <w:t>ჰაბაკუმში</w:t>
      </w:r>
      <w:r>
        <w:rPr>
          <w:rFonts w:ascii="Times New Roman" w:hAnsi="Times New Roman" w:eastAsia="Times New Roman" w:cs="Times New Roman"/>
        </w:rPr>
        <w:t xml:space="preserve"> </w:t>
      </w:r>
      <w:r>
        <w:rPr>
          <w:rFonts w:ascii="Sylfaen" w:hAnsi="Sylfaen" w:eastAsia="Sylfaen" w:cs="Sylfaen"/>
        </w:rPr>
        <w:t>მოცემული</w:t>
      </w:r>
      <w:r>
        <w:rPr>
          <w:rFonts w:ascii="Times New Roman" w:hAnsi="Times New Roman" w:eastAsia="Times New Roman" w:cs="Times New Roman"/>
        </w:rPr>
        <w:t xml:space="preserve"> </w:t>
      </w:r>
      <w:r>
        <w:rPr>
          <w:rFonts w:ascii="Sylfaen" w:hAnsi="Sylfaen" w:eastAsia="Sylfaen" w:cs="Sylfaen"/>
        </w:rPr>
        <w:t>პასუხი</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მილერიტები</w:t>
      </w:r>
      <w:r>
        <w:rPr>
          <w:rFonts w:ascii="Times New Roman" w:hAnsi="Times New Roman" w:eastAsia="Times New Roman" w:cs="Times New Roman"/>
        </w:rPr>
        <w:t xml:space="preserve"> </w:t>
      </w:r>
      <w:r>
        <w:rPr>
          <w:rFonts w:ascii="Sylfaen" w:hAnsi="Sylfaen" w:eastAsia="Sylfaen" w:cs="Sylfaen"/>
        </w:rPr>
        <w:t>აღძრა</w:t>
      </w:r>
      <w:r>
        <w:rPr>
          <w:rFonts w:ascii="Times New Roman" w:hAnsi="Times New Roman" w:eastAsia="Times New Roman" w:cs="Times New Roman"/>
        </w:rPr>
        <w:t xml:space="preserve"> 1843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სქემის</w:t>
      </w:r>
      <w:r>
        <w:rPr>
          <w:rFonts w:ascii="Times New Roman" w:hAnsi="Times New Roman" w:eastAsia="Times New Roman" w:cs="Times New Roman"/>
        </w:rPr>
        <w:t xml:space="preserve"> </w:t>
      </w:r>
      <w:r>
        <w:rPr>
          <w:rFonts w:ascii="Sylfaen" w:hAnsi="Sylfaen" w:eastAsia="Sylfaen" w:cs="Sylfaen"/>
        </w:rPr>
        <w:t>შესადგენად</w:t>
      </w:r>
      <w:r>
        <w:rPr>
          <w:rFonts w:ascii="Times New Roman" w:hAnsi="Times New Roman" w:eastAsia="Times New Roman" w:cs="Times New Roman"/>
        </w:rPr>
        <w:t xml:space="preserve">, </w:t>
      </w:r>
      <w:r>
        <w:rPr>
          <w:rFonts w:ascii="Sylfaen" w:hAnsi="Sylfaen" w:eastAsia="Sylfaen" w:cs="Sylfaen"/>
        </w:rPr>
        <w:t>უკავშირდება</w:t>
      </w:r>
      <w:r>
        <w:rPr>
          <w:rFonts w:ascii="Times New Roman" w:hAnsi="Times New Roman" w:eastAsia="Times New Roman" w:cs="Times New Roman"/>
        </w:rPr>
        <w:t xml:space="preserve"> </w:t>
      </w:r>
      <w:r>
        <w:rPr>
          <w:rFonts w:ascii="Sylfaen" w:hAnsi="Sylfaen" w:eastAsia="Sylfaen" w:cs="Sylfaen"/>
        </w:rPr>
        <w:t>თაყვანისმცემელთა</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კლასის</w:t>
      </w:r>
      <w:r>
        <w:rPr>
          <w:rFonts w:ascii="Times New Roman" w:hAnsi="Times New Roman" w:eastAsia="Times New Roman" w:cs="Times New Roman"/>
        </w:rPr>
        <w:t xml:space="preserve"> </w:t>
      </w:r>
      <w:r>
        <w:rPr>
          <w:rFonts w:ascii="Sylfaen" w:hAnsi="Sylfaen" w:eastAsia="Sylfaen" w:cs="Sylfaen"/>
        </w:rPr>
        <w:t>განვითარებას</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წარმოდგენილნი</w:t>
      </w:r>
      <w:r>
        <w:rPr>
          <w:rFonts w:ascii="Times New Roman" w:hAnsi="Times New Roman" w:eastAsia="Times New Roman" w:cs="Times New Roman"/>
        </w:rPr>
        <w:t xml:space="preserve"> </w:t>
      </w:r>
      <w:r>
        <w:rPr>
          <w:rFonts w:ascii="Sylfaen" w:hAnsi="Sylfaen" w:eastAsia="Sylfaen" w:cs="Sylfaen"/>
        </w:rPr>
        <w:t>არიან</w:t>
      </w:r>
      <w:r>
        <w:rPr>
          <w:rFonts w:ascii="Times New Roman" w:hAnsi="Times New Roman" w:eastAsia="Times New Roman" w:cs="Times New Roman"/>
        </w:rPr>
        <w:t xml:space="preserve"> </w:t>
      </w:r>
      <w:r>
        <w:rPr>
          <w:rFonts w:ascii="Sylfaen" w:hAnsi="Sylfaen" w:eastAsia="Sylfaen" w:cs="Sylfaen"/>
        </w:rPr>
        <w:t>კორახითა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თანამზრახველებით</w:t>
      </w:r>
      <w:r>
        <w:rPr>
          <w:rFonts w:ascii="Times New Roman" w:hAnsi="Times New Roman" w:eastAsia="Times New Roman" w:cs="Times New Roman"/>
        </w:rPr>
        <w:t xml:space="preserve">, </w:t>
      </w:r>
      <w:r>
        <w:rPr>
          <w:rFonts w:ascii="Sylfaen" w:hAnsi="Sylfaen" w:eastAsia="Sylfaen" w:cs="Sylfaen"/>
        </w:rPr>
        <w:t>მოსეს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თომათი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მოწაფეებით</w:t>
      </w:r>
      <w:r>
        <w:rPr>
          <w:rFonts w:ascii="Times New Roman" w:hAnsi="Times New Roman" w:eastAsia="Times New Roman" w:cs="Times New Roman"/>
        </w:rPr>
        <w:t xml:space="preserve">; </w:t>
      </w:r>
      <w:r>
        <w:rPr>
          <w:rFonts w:ascii="Sylfaen" w:hAnsi="Sylfaen" w:eastAsia="Sylfaen" w:cs="Sylfaen"/>
        </w:rPr>
        <w:t>იუდეველთა</w:t>
      </w:r>
      <w:r>
        <w:rPr>
          <w:rFonts w:ascii="Times New Roman" w:hAnsi="Times New Roman" w:eastAsia="Times New Roman" w:cs="Times New Roman"/>
        </w:rPr>
        <w:t xml:space="preserve"> </w:t>
      </w:r>
      <w:r>
        <w:rPr>
          <w:rFonts w:ascii="Sylfaen" w:hAnsi="Sylfaen" w:eastAsia="Sylfaen" w:cs="Sylfaen"/>
        </w:rPr>
        <w:t>არგუმენტით</w:t>
      </w:r>
      <w:r>
        <w:rPr>
          <w:rFonts w:ascii="Times New Roman" w:hAnsi="Times New Roman" w:eastAsia="Times New Roman" w:cs="Times New Roman"/>
        </w:rPr>
        <w:t xml:space="preserve"> </w:t>
      </w:r>
      <w:r>
        <w:rPr>
          <w:rFonts w:ascii="Sylfaen" w:hAnsi="Sylfaen" w:eastAsia="Sylfaen" w:cs="Sylfaen"/>
        </w:rPr>
        <w:t>პენტეკოსტეზე</w:t>
      </w:r>
      <w:r>
        <w:rPr>
          <w:rFonts w:ascii="Times New Roman" w:hAnsi="Times New Roman" w:eastAsia="Times New Roman" w:cs="Times New Roman"/>
        </w:rPr>
        <w:t xml:space="preserve"> </w:t>
      </w:r>
      <w:r>
        <w:rPr>
          <w:rFonts w:ascii="Sylfaen" w:hAnsi="Sylfaen" w:eastAsia="Sylfaen" w:cs="Sylfaen"/>
        </w:rPr>
        <w:t>სიმთვრალის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ადვენტიზმის</w:t>
      </w:r>
      <w:r>
        <w:rPr>
          <w:rFonts w:ascii="Times New Roman" w:hAnsi="Times New Roman" w:eastAsia="Times New Roman" w:cs="Times New Roman"/>
        </w:rPr>
        <w:t xml:space="preserve"> </w:t>
      </w:r>
      <w:r>
        <w:rPr>
          <w:rFonts w:ascii="Sylfaen" w:hAnsi="Sylfaen" w:eastAsia="Sylfaen" w:cs="Sylfaen"/>
        </w:rPr>
        <w:t>ხელმძღვანელობით</w:t>
      </w:r>
      <w:r>
        <w:rPr>
          <w:rFonts w:ascii="Times New Roman" w:hAnsi="Times New Roman" w:eastAsia="Times New Roman" w:cs="Times New Roman"/>
        </w:rPr>
        <w:t xml:space="preserve"> 1888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პროტესტანტებით</w:t>
      </w:r>
      <w:r>
        <w:rPr>
          <w:rFonts w:ascii="Times New Roman" w:hAnsi="Times New Roman" w:eastAsia="Times New Roman" w:cs="Times New Roman"/>
        </w:rPr>
        <w:t xml:space="preserve"> </w:t>
      </w:r>
      <w:r>
        <w:rPr>
          <w:rFonts w:ascii="Sylfaen" w:hAnsi="Sylfaen" w:eastAsia="Sylfaen" w:cs="Sylfaen"/>
        </w:rPr>
        <w:t>მილერიტების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1844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1844 </w:t>
      </w:r>
      <w:r>
        <w:rPr>
          <w:rFonts w:ascii="Sylfaen" w:hAnsi="Sylfaen" w:eastAsia="Sylfaen" w:cs="Sylfaen"/>
        </w:rPr>
        <w:t>წლის</w:t>
      </w:r>
      <w:r>
        <w:rPr>
          <w:rFonts w:ascii="Times New Roman" w:hAnsi="Times New Roman" w:eastAsia="Times New Roman" w:cs="Times New Roman"/>
        </w:rPr>
        <w:t xml:space="preserve"> 22 </w:t>
      </w:r>
      <w:r>
        <w:rPr>
          <w:rFonts w:ascii="Sylfaen" w:hAnsi="Sylfaen" w:eastAsia="Sylfaen" w:cs="Sylfaen"/>
        </w:rPr>
        <w:t>ოქტომბრის</w:t>
      </w:r>
      <w:r>
        <w:rPr>
          <w:rFonts w:ascii="Times New Roman" w:hAnsi="Times New Roman" w:eastAsia="Times New Roman" w:cs="Times New Roman"/>
        </w:rPr>
        <w:t xml:space="preserve"> </w:t>
      </w:r>
      <w:r>
        <w:rPr>
          <w:rFonts w:ascii="Sylfaen" w:hAnsi="Sylfaen" w:eastAsia="Sylfaen" w:cs="Sylfaen"/>
        </w:rPr>
        <w:t>უგუნური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ბრძენი</w:t>
      </w:r>
      <w:r>
        <w:rPr>
          <w:rFonts w:ascii="Times New Roman" w:hAnsi="Times New Roman" w:eastAsia="Times New Roman" w:cs="Times New Roman"/>
        </w:rPr>
        <w:t xml:space="preserve"> </w:t>
      </w:r>
      <w:r>
        <w:rPr>
          <w:rFonts w:ascii="Sylfaen" w:hAnsi="Sylfaen" w:eastAsia="Sylfaen" w:cs="Sylfaen"/>
        </w:rPr>
        <w:t>ქალწულებით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9/11 </w:t>
      </w:r>
      <w:r>
        <w:rPr>
          <w:rFonts w:ascii="Microsoft Himalaya" w:hAnsi="Microsoft Himalaya" w:eastAsia="Microsoft Himalaya" w:cs="Microsoft Himalaya"/>
        </w:rPr>
        <w:t>ཉིན་ལ།</w:t>
      </w:r>
      <w:r>
        <w:rPr>
          <w:rFonts w:ascii="Times New Roman" w:hAnsi="Times New Roman" w:eastAsia="Times New Roman" w:cs="Times New Roman"/>
        </w:rPr>
        <w:t xml:space="preserve"> </w:t>
      </w:r>
      <w:r>
        <w:rPr>
          <w:rFonts w:ascii="Microsoft Himalaya" w:hAnsi="Microsoft Himalaya" w:eastAsia="Microsoft Himalaya" w:cs="Microsoft Himalaya"/>
        </w:rPr>
        <w:t>སྐུ་ཞབས་ཀྲིསཊ་ཀྱིས་ཁོང་གི་ཉེ་གནས་རྣམས་ལ་གཤེགས་པའི་དབུགས་བཏང་ནས་དམ་པའི་ཐུགས་ཉིད་གནང་བ་ནི།</w:t>
      </w:r>
      <w:r>
        <w:rPr>
          <w:rFonts w:ascii="Times New Roman" w:hAnsi="Times New Roman" w:eastAsia="Times New Roman" w:cs="Times New Roman"/>
        </w:rPr>
        <w:t xml:space="preserve"> </w:t>
      </w:r>
      <w:r>
        <w:rPr>
          <w:rFonts w:ascii="Microsoft Himalaya" w:hAnsi="Microsoft Himalaya" w:eastAsia="Microsoft Himalaya" w:cs="Microsoft Himalaya"/>
        </w:rPr>
        <w:t>ཉི་མ་གཟའ་ཉི་མའི་ཁྲིམས་ལ་འབྱུང་བའི་ཆུ་བོའི་ལྡུམ་ཆེན་གྱི་སྔོན་ལ་ཟིལ་པ་འགའ་ཞིག་ལྟ་བུ་ཞིག་ཡིན།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དེ་ནས་ཁོང་གིས་ཁོ་ཚོའི་གོ་བ་ཕྱེ་སྟེ།</w:t>
      </w:r>
      <w:r>
        <w:rPr>
          <w:rFonts w:ascii="Times New Roman" w:hAnsi="Times New Roman" w:eastAsia="Times New Roman" w:cs="Times New Roman"/>
        </w:rPr>
        <w:t xml:space="preserve"> “line upon line” </w:t>
      </w:r>
      <w:r>
        <w:rPr>
          <w:rFonts w:ascii="Microsoft Himalaya" w:hAnsi="Microsoft Himalaya" w:eastAsia="Microsoft Himalaya" w:cs="Microsoft Himalaya"/>
        </w:rPr>
        <w:t>ཞེས་པའི་ཚུལ་དུ་མོ་ཤེ་ནས་འགོ་བཙུགས་པའི་ལུང་སྟོན་གྱི་འཕྲིན་ལས་ལ་གོ་བ་སྤྲད།</w:t>
      </w:r>
      <w:r>
        <w:rPr>
          <w:rFonts w:ascii="Times New Roman" w:hAnsi="Times New Roman" w:eastAsia="Times New Roman" w:cs="Times New Roman"/>
        </w:rPr>
        <w:t xml:space="preserve"> </w:t>
      </w:r>
      <w:r>
        <w:rPr>
          <w:rFonts w:ascii="Microsoft Himalaya" w:hAnsi="Microsoft Himalaya" w:eastAsia="Microsoft Himalaya" w:cs="Microsoft Himalaya"/>
        </w:rPr>
        <w:t>དེའི་ཆེད་དུ་ཉེ་གནས་དེ་དག་ཡིར་མི་ཡཱའི་ལམ་རྙིང་རྣམས་ལ་ཕྱིར་ཁྲིད་དེ།</w:t>
      </w:r>
      <w:r>
        <w:rPr>
          <w:rFonts w:ascii="Times New Roman" w:hAnsi="Times New Roman" w:eastAsia="Times New Roman" w:cs="Times New Roman"/>
        </w:rPr>
        <w:t xml:space="preserve"> </w:t>
      </w:r>
      <w:r>
        <w:rPr>
          <w:rFonts w:ascii="Microsoft Himalaya" w:hAnsi="Microsoft Himalaya" w:eastAsia="Microsoft Himalaya" w:cs="Microsoft Himalaya"/>
        </w:rPr>
        <w:t>དེ་རུ་ཁོ་ཚོ་ལ་ཉེན་བརྡའི་རྭ་བུད་གཏོང་བའི་ཆེད་དུ་བྱུགས་པ་ཐོབ།</w:t>
      </w:r>
      <w:r>
        <w:rPr>
          <w:rFonts w:ascii="Times New Roman" w:hAnsi="Times New Roman" w:eastAsia="Times New Roman" w:cs="Times New Roman"/>
        </w:rPr>
        <w:t xml:space="preserve"> 9/11 </w:t>
      </w:r>
      <w:r>
        <w:rPr>
          <w:rFonts w:ascii="Microsoft Himalaya" w:hAnsi="Microsoft Himalaya" w:eastAsia="Microsoft Himalaya" w:cs="Microsoft Himalaya"/>
        </w:rPr>
        <w:t>ལ་ཀྲིསཊ་ཀྱི་དབུགས་དེ་ནི་ཨེ་ཟེ་ཀི་ཡེལ་དང་ཡོ་ཧན་གྱི་ཕྱོགས་བཞིའི་རླུང་ནས་འོངས་པ་ཡིན་ལ།</w:t>
      </w:r>
      <w:r>
        <w:rPr>
          <w:rFonts w:ascii="Times New Roman" w:hAnsi="Times New Roman" w:eastAsia="Times New Roman" w:cs="Times New Roman"/>
        </w:rPr>
        <w:t xml:space="preserve"> </w:t>
      </w:r>
      <w:r>
        <w:rPr>
          <w:rFonts w:ascii="Microsoft Himalaya" w:hAnsi="Microsoft Himalaya" w:eastAsia="Microsoft Himalaya" w:cs="Microsoft Himalaya"/>
        </w:rPr>
        <w:t>དེ་ནི་ལ་ཨོ་དི་ཀེ་ཡཱའི་འཕྲིན་ཡིན་པས།</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 “straight testimony” </w:t>
      </w:r>
      <w:r>
        <w:rPr>
          <w:rFonts w:ascii="Microsoft Himalaya" w:hAnsi="Microsoft Himalaya" w:eastAsia="Microsoft Himalaya" w:cs="Microsoft Himalaya"/>
        </w:rPr>
        <w:t>ཞེས་པ་དེ་ཡིན་ཏེ།</w:t>
      </w:r>
      <w:r>
        <w:rPr>
          <w:rFonts w:ascii="Times New Roman" w:hAnsi="Times New Roman" w:eastAsia="Times New Roman" w:cs="Times New Roman"/>
        </w:rPr>
        <w:t xml:space="preserve"> </w:t>
      </w:r>
      <w:r>
        <w:rPr>
          <w:rFonts w:ascii="Microsoft Himalaya" w:hAnsi="Microsoft Himalaya" w:eastAsia="Microsoft Himalaya" w:cs="Microsoft Himalaya"/>
        </w:rPr>
        <w:t>དེ་ལ་འགལ་ཟླ་བྱེད་པའི་ཚེ་གཡོ་འགུལ་ཞིག་བསྐྱེད་པར་བྱེད།</w:t>
      </w:r>
      <w:r>
        <w:rPr>
          <w:rFonts w:ascii="Times New Roman" w:hAnsi="Times New Roman" w:eastAsia="Times New Roman" w:cs="Times New Roman"/>
        </w:rPr>
        <w:t xml:space="preserve"> 1888 </w:t>
      </w:r>
      <w:r>
        <w:rPr>
          <w:rFonts w:ascii="Microsoft Himalaya" w:hAnsi="Microsoft Himalaya" w:eastAsia="Microsoft Himalaya" w:cs="Microsoft Himalaya"/>
        </w:rPr>
        <w:t>ནི་ཀོ་རཱ་དང་།</w:t>
      </w:r>
      <w:r>
        <w:rPr>
          <w:rFonts w:ascii="Times New Roman" w:hAnsi="Times New Roman" w:eastAsia="Times New Roman" w:cs="Times New Roman"/>
        </w:rPr>
        <w:t xml:space="preserve"> </w:t>
      </w:r>
      <w:r>
        <w:rPr>
          <w:rFonts w:ascii="Microsoft Himalaya" w:hAnsi="Microsoft Himalaya" w:eastAsia="Microsoft Himalaya" w:cs="Microsoft Himalaya"/>
        </w:rPr>
        <w:t>དཱ་ཐན་དང་།</w:t>
      </w:r>
      <w:r>
        <w:rPr>
          <w:rFonts w:ascii="Times New Roman" w:hAnsi="Times New Roman" w:eastAsia="Times New Roman" w:cs="Times New Roman"/>
        </w:rPr>
        <w:t xml:space="preserve"> </w:t>
      </w:r>
      <w:r>
        <w:rPr>
          <w:rFonts w:ascii="Microsoft Himalaya" w:hAnsi="Microsoft Himalaya" w:eastAsia="Microsoft Himalaya" w:cs="Microsoft Himalaya"/>
        </w:rPr>
        <w:t>ཨ་བི་རཱམ་གྱི་ངོ་ལོག་གི་མཚོན་དཔེ་ཡིན།</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གང་ལགས་ཤེ་ན།</w:t>
      </w:r>
      <w:r>
        <w:rPr>
          <w:rFonts w:ascii="Times New Roman" w:hAnsi="Times New Roman" w:eastAsia="Times New Roman" w:cs="Times New Roman"/>
        </w:rPr>
        <w:t xml:space="preserve"> </w:t>
      </w:r>
      <w:r>
        <w:rPr>
          <w:rFonts w:ascii="Microsoft Himalaya" w:hAnsi="Microsoft Himalaya" w:eastAsia="Microsoft Himalaya" w:cs="Microsoft Himalaya"/>
        </w:rPr>
        <w:t>ཕྱིར་དུ་བཀག་པ་ནི་འཕྲིན་ཁོ་ན་མ་ཡིན་པར།</w:t>
      </w:r>
      <w:r>
        <w:rPr>
          <w:rFonts w:ascii="Times New Roman" w:hAnsi="Times New Roman" w:eastAsia="Times New Roman" w:cs="Times New Roman"/>
        </w:rPr>
        <w:t xml:space="preserve"> </w:t>
      </w:r>
      <w:r>
        <w:rPr>
          <w:rFonts w:ascii="Microsoft Himalaya" w:hAnsi="Microsoft Himalaya" w:eastAsia="Microsoft Himalaya" w:cs="Microsoft Himalaya"/>
        </w:rPr>
        <w:t>རྭ་ལ་ངེས་པའི་སྒྲ་ཞིག་སྦྱིན་མཁན་གྱི་བདམས་པའི་སོ་ལྟ་བ་རྣམས་ཀྱང་ཡིན།</w:t>
      </w:r>
    </w:p>
    <w:p>
      <w:pPr>
        <w:pStyle w:val="ArticleBody"/>
        <w:jc w:val="left"/>
      </w:pPr>
      <w:r>
        <w:rPr>
          <w:rFonts w:ascii="Times New Roman" w:hAnsi="Times New Roman" w:eastAsia="Times New Roman" w:cs="Times New Roman"/>
        </w:rPr>
        <w:t>Sister White yanditse ati, “ukunyeganyega nari nabonye” “kwari guterwa n’ubuhamya butaziguye bwahamagajwe n’inama y’Umugabo wo guhamya w’ukuri ku B’i Laodikea.” Ubutumwa bwo mu 1888 bwari ubwo buhamya butaziguye, kandi 1888 na 9/11 byombi biranga ukumanuka kwa marayika wo mu Byahishuwe cumi n’umunani.</w:t>
      </w:r>
    </w:p>
    <w:p>
      <w:pPr>
        <w:pStyle w:val="ArticleScripture"/>
        <w:jc w:val="left"/>
      </w:pPr>
      <w:r>
        <w:rPr>
          <w:rFonts w:ascii="Times New Roman" w:hAnsi="Times New Roman" w:eastAsia="Times New Roman" w:cs="Times New Roman"/>
        </w:rPr>
        <w:t>“Ushuhuda ulionyoka lazima utolewe kwa makanisa na taasisi zetu, ili kuwaamsha wale waliolala.”</w:t>
      </w:r>
    </w:p>
    <w:p>
      <w:pPr>
        <w:pStyle w:val="ArticleScripture"/>
        <w:jc w:val="left"/>
      </w:pPr>
      <w:r>
        <w:rPr>
          <w:rFonts w:ascii="Times New Roman" w:hAnsi="Times New Roman" w:eastAsia="Times New Roman" w:cs="Times New Roman"/>
        </w:rPr>
        <w:t>“Bwana utela wekano, kabiji kwonsha kwimona, kupita kulengwa mu butuntulu. Lekai pano tumone bukankala bwetu bukatampe. Bwana kechi wakonsha kutukolesha ne kanatu aputule bumi mu mafupa omile. Namvwile meambo aambilemba ati: ‘Patalala kushukwila kwa mushipiditu kwa Mupashi wa Lesa pa mutima, patalala kuchitika kwao kwa kuleta bumi, bukine buba lukalata lufwile.’” Review and Herald, November 18, 1902.</w:t>
      </w:r>
    </w:p>
    <w:p>
      <w:pPr>
        <w:pStyle w:val="ArticleBody"/>
        <w:jc w:val="left"/>
      </w:pPr>
      <w:r>
        <w:rPr>
          <w:rFonts w:ascii="Times New Roman" w:hAnsi="Times New Roman" w:eastAsia="Times New Roman" w:cs="Times New Roman"/>
        </w:rPr>
        <w:t>Di 9/11 de, peyama Laodîkeyayî gihîşte temamkirina xwe ya bêkêmasî, gava ku bangewaziya dawî ji bo gelê pêymana berê yê Xwedê dest pê kir ku were dengdan. Di wê demê de ye ku Sister White têbinî dike: “Divê şahidtiyek rast û rasterast ji bo dêrên me û sazîgehên me were dan, da ku yên razayî bêne şiyarkirin.” Peyama Laodîkeyayî dema ku milyaketê Eyandina hejdeh di 9/11 de hate xwarê dest pê kir, ku ev tê wê maneyê ku di 9/11 de peyama ji bo Adventîstên Roja Heftem ên Laodîkeyayî ew bû û hîn jî ew e ku “şiyar bibin.” Yoêl di ayeta pêncan de ya beşa yekem da fermana serxweşan kir ku şiyar bibin. 9/11 hatina dema ceribandina dawî ji bo Adventîzmê nîşan dide û ew fermana Yoêl a şiyar bibin temsîl dike. Destpêka demsala Pentekostê bi şiyarbûna gelê Xwedê di 9/11 de dest pê dike û berî yasaya Yekşemê bi temam bûna mesela deh keçên pak da dawî dibe.</w:t>
      </w:r>
    </w:p>
    <w:p>
      <w:pPr>
        <w:pStyle w:val="ArticleBody"/>
        <w:jc w:val="left"/>
      </w:pPr>
      <w:r>
        <w:rPr>
          <w:rFonts w:ascii="Times New Roman" w:hAnsi="Times New Roman" w:eastAsia="Times New Roman" w:cs="Times New Roman"/>
        </w:rPr>
        <w:t xml:space="preserve">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जागरण</w:t>
      </w:r>
      <w:r>
        <w:rPr>
          <w:rFonts w:ascii="Times New Roman" w:hAnsi="Times New Roman" w:eastAsia="Times New Roman" w:cs="Times New Roman"/>
        </w:rPr>
        <w:t xml:space="preserve">, </w:t>
      </w:r>
      <w:r>
        <w:rPr>
          <w:rFonts w:ascii="Nirmala UI" w:hAnsi="Nirmala UI" w:eastAsia="Nirmala UI" w:cs="Nirmala UI"/>
        </w:rPr>
        <w:t>धर्मत्यागमा</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जागरणले</w:t>
      </w:r>
      <w:r>
        <w:rPr>
          <w:rFonts w:ascii="Times New Roman" w:hAnsi="Times New Roman" w:eastAsia="Times New Roman" w:cs="Times New Roman"/>
        </w:rPr>
        <w:t xml:space="preserve"> </w:t>
      </w:r>
      <w:r>
        <w:rPr>
          <w:rFonts w:ascii="Nirmala UI" w:hAnsi="Nirmala UI" w:eastAsia="Nirmala UI" w:cs="Nirmala UI"/>
        </w:rPr>
        <w:t>पहिलाका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जनहरूमाथि</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18, 2020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विद्रोहप्रति</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गराइए।</w:t>
      </w:r>
      <w:r>
        <w:rPr>
          <w:rFonts w:ascii="Times New Roman" w:hAnsi="Times New Roman" w:eastAsia="Times New Roman" w:cs="Times New Roman"/>
        </w:rPr>
        <w:t xml:space="preserve"> </w:t>
      </w:r>
      <w:r>
        <w:rPr>
          <w:rFonts w:ascii="Nirmala UI" w:hAnsi="Nirmala UI" w:eastAsia="Nirmala UI" w:cs="Nirmala UI"/>
        </w:rPr>
        <w:t>बीचको</w:t>
      </w:r>
      <w:r>
        <w:rPr>
          <w:rFonts w:ascii="Times New Roman" w:hAnsi="Times New Roman" w:eastAsia="Times New Roman" w:cs="Times New Roman"/>
        </w:rPr>
        <w:t xml:space="preserve"> </w:t>
      </w:r>
      <w:r>
        <w:rPr>
          <w:rFonts w:ascii="Nirmala UI" w:hAnsi="Nirmala UI" w:eastAsia="Nirmala UI" w:cs="Nirmala UI"/>
        </w:rPr>
        <w:t>जागरण</w:t>
      </w:r>
      <w:r>
        <w:rPr>
          <w:rFonts w:ascii="Times New Roman" w:hAnsi="Times New Roman" w:eastAsia="Times New Roman" w:cs="Times New Roman"/>
        </w:rPr>
        <w:t xml:space="preserve"> </w:t>
      </w:r>
      <w:r>
        <w:rPr>
          <w:rFonts w:ascii="Nirmala UI" w:hAnsi="Nirmala UI" w:eastAsia="Nirmala UI" w:cs="Nirmala UI"/>
        </w:rPr>
        <w:t>विद्रोहद्वारा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9/11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वर्णमालाको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18, 2020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वर्णमालाको</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अक्षरका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अक्षरले</w:t>
      </w:r>
      <w:r>
        <w:rPr>
          <w:rFonts w:ascii="Times New Roman" w:hAnsi="Times New Roman" w:eastAsia="Times New Roman" w:cs="Times New Roman"/>
        </w:rPr>
        <w:t xml:space="preserve"> </w:t>
      </w:r>
      <w:r>
        <w:rPr>
          <w:rFonts w:ascii="Nirmala UI" w:hAnsi="Nirmala UI" w:eastAsia="Nirmala UI" w:cs="Nirmala UI"/>
        </w:rPr>
        <w:t>दिव्यत्व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मानवत्वको</w:t>
      </w:r>
      <w:r>
        <w:rPr>
          <w:rFonts w:ascii="Times New Roman" w:hAnsi="Times New Roman" w:eastAsia="Times New Roman" w:cs="Times New Roman"/>
        </w:rPr>
        <w:t xml:space="preserve"> </w:t>
      </w:r>
      <w:r>
        <w:rPr>
          <w:rFonts w:ascii="Nirmala UI" w:hAnsi="Nirmala UI" w:eastAsia="Nirmala UI" w:cs="Nirmala UI"/>
        </w:rPr>
        <w:t>संयोजनलाई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जागरणहरूमध्ये</w:t>
      </w:r>
      <w:r>
        <w:rPr>
          <w:rFonts w:ascii="Times New Roman" w:hAnsi="Times New Roman" w:eastAsia="Times New Roman" w:cs="Times New Roman"/>
        </w:rPr>
        <w:t xml:space="preserve"> </w:t>
      </w:r>
      <w:r>
        <w:rPr>
          <w:rFonts w:ascii="Nirmala UI" w:hAnsi="Nirmala UI" w:eastAsia="Nirmala UI" w:cs="Nirmala UI"/>
        </w:rPr>
        <w:t>अन्तिममा</w:t>
      </w:r>
      <w:r>
        <w:rPr>
          <w:rFonts w:ascii="Times New Roman" w:hAnsi="Times New Roman" w:eastAsia="Times New Roman" w:cs="Times New Roman"/>
        </w:rPr>
        <w:t xml:space="preserve"> </w:t>
      </w:r>
      <w:r>
        <w:rPr>
          <w:rFonts w:ascii="Nirmala UI" w:hAnsi="Nirmala UI" w:eastAsia="Nirmala UI" w:cs="Nirmala UI"/>
        </w:rPr>
        <w:t>अन्तिमरूपमा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Mukama “afuuha obulamu mu magumba amakalu” ku 9/11, nga bwennyini bwe yafuuha Omwoyo Omutukuvu ku bayigirizwa ku ntandikwa y’ekiseera kya Pentekooti. Bayigirizwa oluvannyuma lw’okulinnyisibwa kwe bakkaikirira abo abaafuna Omwoyo Omutukuvu, era oluvannyuma okutegeera kwabwe okw’Ekigambo eky’obunnabbi ne kubikkulirwa nga kuyita mu nkola ey’“olunyiriri ku lunyiriri.” Okufuna Omwoyo Omutukuvu kwaliwo nga balya emmere, kubanga okulya mu by’omwoyo kyetaagisa okulya omubiri gwa Yesu n’okunywa omusaayi gwe, oyo ye Kigambo.</w:t>
      </w:r>
    </w:p>
    <w:p>
      <w:pPr>
        <w:pStyle w:val="ArticleBody"/>
        <w:jc w:val="left"/>
      </w:pPr>
      <w:r>
        <w:rPr>
          <w:rFonts w:ascii="Malgun Gothic" w:hAnsi="Malgun Gothic" w:eastAsia="Malgun Gothic" w:cs="Malgun Gothic"/>
        </w:rPr>
        <w:t>그라와</w:t>
      </w:r>
      <w:r>
        <w:rPr>
          <w:rFonts w:ascii="Times New Roman" w:hAnsi="Times New Roman" w:eastAsia="Times New Roman" w:cs="Times New Roman"/>
        </w:rPr>
        <w:t xml:space="preserve"> </w:t>
      </w:r>
      <w:r>
        <w:rPr>
          <w:rFonts w:ascii="Malgun Gothic" w:hAnsi="Malgun Gothic" w:eastAsia="Malgun Gothic" w:cs="Malgun Gothic"/>
        </w:rPr>
        <w:t>다단과</w:t>
      </w:r>
      <w:r>
        <w:rPr>
          <w:rFonts w:ascii="Times New Roman" w:hAnsi="Times New Roman" w:eastAsia="Times New Roman" w:cs="Times New Roman"/>
        </w:rPr>
        <w:t xml:space="preserve"> </w:t>
      </w:r>
      <w:r>
        <w:rPr>
          <w:rFonts w:ascii="Malgun Gothic" w:hAnsi="Malgun Gothic" w:eastAsia="Malgun Gothic" w:cs="Malgun Gothic"/>
        </w:rPr>
        <w:t>아비람과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연합한</w:t>
      </w:r>
      <w:r>
        <w:rPr>
          <w:rFonts w:ascii="Times New Roman" w:hAnsi="Times New Roman" w:eastAsia="Times New Roman" w:cs="Times New Roman"/>
        </w:rPr>
        <w:t xml:space="preserve"> </w:t>
      </w:r>
      <w:r>
        <w:rPr>
          <w:rFonts w:ascii="Malgun Gothic" w:hAnsi="Malgun Gothic" w:eastAsia="Malgun Gothic" w:cs="Malgun Gothic"/>
        </w:rPr>
        <w:t>반역자들은</w:t>
      </w:r>
      <w:r>
        <w:rPr>
          <w:rFonts w:ascii="Times New Roman" w:hAnsi="Times New Roman" w:eastAsia="Times New Roman" w:cs="Times New Roman"/>
        </w:rPr>
        <w:t>, 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재림교</w:t>
      </w:r>
      <w:r>
        <w:rPr>
          <w:rFonts w:ascii="Times New Roman" w:hAnsi="Times New Roman" w:eastAsia="Times New Roman" w:cs="Times New Roman"/>
        </w:rPr>
        <w:t xml:space="preserve"> </w:t>
      </w:r>
      <w:r>
        <w:rPr>
          <w:rFonts w:ascii="Malgun Gothic" w:hAnsi="Malgun Gothic" w:eastAsia="Malgun Gothic" w:cs="Malgun Gothic"/>
        </w:rPr>
        <w:t>지도부가</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밝혀내는</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기별에</w:t>
      </w:r>
      <w:r>
        <w:rPr>
          <w:rFonts w:ascii="Times New Roman" w:hAnsi="Times New Roman" w:eastAsia="Times New Roman" w:cs="Times New Roman"/>
        </w:rPr>
        <w:t xml:space="preserve"> </w:t>
      </w:r>
      <w:r>
        <w:rPr>
          <w:rFonts w:ascii="Malgun Gothic" w:hAnsi="Malgun Gothic" w:eastAsia="Malgun Gothic" w:cs="Malgun Gothic"/>
        </w:rPr>
        <w:t>대항함으로써</w:t>
      </w:r>
      <w:r>
        <w:rPr>
          <w:rFonts w:ascii="Times New Roman" w:hAnsi="Times New Roman" w:eastAsia="Times New Roman" w:cs="Times New Roman"/>
        </w:rPr>
        <w:t xml:space="preserve"> </w:t>
      </w:r>
      <w:r>
        <w:rPr>
          <w:rFonts w:ascii="Malgun Gothic" w:hAnsi="Malgun Gothic" w:eastAsia="Malgun Gothic" w:cs="Malgun Gothic"/>
        </w:rPr>
        <w:t>흔들림을</w:t>
      </w:r>
      <w:r>
        <w:rPr>
          <w:rFonts w:ascii="Times New Roman" w:hAnsi="Times New Roman" w:eastAsia="Times New Roman" w:cs="Times New Roman"/>
        </w:rPr>
        <w:t xml:space="preserve"> </w:t>
      </w:r>
      <w:r>
        <w:rPr>
          <w:rFonts w:ascii="Malgun Gothic" w:hAnsi="Malgun Gothic" w:eastAsia="Malgun Gothic" w:cs="Malgun Gothic"/>
        </w:rPr>
        <w:t>일으키는</w:t>
      </w:r>
      <w:r>
        <w:rPr>
          <w:rFonts w:ascii="Times New Roman" w:hAnsi="Times New Roman" w:eastAsia="Times New Roman" w:cs="Times New Roman"/>
        </w:rPr>
        <w:t xml:space="preserve"> </w:t>
      </w:r>
      <w:r>
        <w:rPr>
          <w:rFonts w:ascii="Malgun Gothic" w:hAnsi="Malgun Gothic" w:eastAsia="Malgun Gothic" w:cs="Malgun Gothic"/>
        </w:rPr>
        <w:t>부류를</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옛길</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기초적</w:t>
      </w:r>
      <w:r>
        <w:rPr>
          <w:rFonts w:ascii="Times New Roman" w:hAnsi="Times New Roman" w:eastAsia="Times New Roman" w:cs="Times New Roman"/>
        </w:rPr>
        <w:t xml:space="preserve"> </w:t>
      </w:r>
      <w:r>
        <w:rPr>
          <w:rFonts w:ascii="Malgun Gothic" w:hAnsi="Malgun Gothic" w:eastAsia="Malgun Gothic" w:cs="Malgun Gothic"/>
        </w:rPr>
        <w:t>진리들로</w:t>
      </w:r>
      <w:r>
        <w:rPr>
          <w:rFonts w:ascii="Times New Roman" w:hAnsi="Times New Roman" w:eastAsia="Times New Roman" w:cs="Times New Roman"/>
        </w:rPr>
        <w:t xml:space="preserve"> </w:t>
      </w:r>
      <w:r>
        <w:rPr>
          <w:rFonts w:ascii="Malgun Gothic" w:hAnsi="Malgun Gothic" w:eastAsia="Malgun Gothic" w:cs="Malgun Gothic"/>
        </w:rPr>
        <w:t>돌아갈</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요구한다고</w:t>
      </w:r>
      <w:r>
        <w:rPr>
          <w:rFonts w:ascii="Times New Roman" w:hAnsi="Times New Roman" w:eastAsia="Times New Roman" w:cs="Times New Roman"/>
        </w:rPr>
        <w:t xml:space="preserve"> </w:t>
      </w:r>
      <w:r>
        <w:rPr>
          <w:rFonts w:ascii="Malgun Gothic" w:hAnsi="Malgun Gothic" w:eastAsia="Malgun Gothic" w:cs="Malgun Gothic"/>
        </w:rPr>
        <w:t>하면서도</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나팔은</w:t>
      </w:r>
      <w:r>
        <w:rPr>
          <w:rFonts w:ascii="Times New Roman" w:hAnsi="Times New Roman" w:eastAsia="Times New Roman" w:cs="Times New Roman"/>
        </w:rPr>
        <w:t xml:space="preserve"> </w:t>
      </w:r>
      <w:r>
        <w:rPr>
          <w:rFonts w:ascii="Malgun Gothic" w:hAnsi="Malgun Gothic" w:eastAsia="Malgun Gothic" w:cs="Malgun Gothic"/>
        </w:rPr>
        <w:t>부흥과</w:t>
      </w:r>
      <w:r>
        <w:rPr>
          <w:rFonts w:ascii="Times New Roman" w:hAnsi="Times New Roman" w:eastAsia="Times New Roman" w:cs="Times New Roman"/>
        </w:rPr>
        <w:t xml:space="preserve"> </w:t>
      </w:r>
      <w:r>
        <w:rPr>
          <w:rFonts w:ascii="Malgun Gothic" w:hAnsi="Malgun Gothic" w:eastAsia="Malgun Gothic" w:cs="Malgun Gothic"/>
        </w:rPr>
        <w:t>개혁</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다를</w:t>
      </w:r>
      <w:r>
        <w:rPr>
          <w:rFonts w:ascii="Times New Roman" w:hAnsi="Times New Roman" w:eastAsia="Times New Roman" w:cs="Times New Roman"/>
        </w:rPr>
        <w:t xml:space="preserve"> </w:t>
      </w:r>
      <w:r>
        <w:rPr>
          <w:rFonts w:ascii="Malgun Gothic" w:hAnsi="Malgun Gothic" w:eastAsia="Malgun Gothic" w:cs="Malgun Gothic"/>
        </w:rPr>
        <w:t>촉구하고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보석들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재림교가</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먼저</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밀러</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xml:space="preserve">. </w:t>
      </w:r>
      <w:r>
        <w:rPr>
          <w:rFonts w:ascii="Malgun Gothic" w:hAnsi="Malgun Gothic" w:eastAsia="Malgun Gothic" w:cs="Malgun Gothic"/>
        </w:rPr>
        <w:t>밀러파가</w:t>
      </w:r>
      <w:r>
        <w:rPr>
          <w:rFonts w:ascii="Times New Roman" w:hAnsi="Times New Roman" w:eastAsia="Times New Roman" w:cs="Times New Roman"/>
        </w:rPr>
        <w:t xml:space="preserve"> </w:t>
      </w:r>
      <w:r>
        <w:rPr>
          <w:rFonts w:ascii="Malgun Gothic" w:hAnsi="Malgun Gothic" w:eastAsia="Malgun Gothic" w:cs="Malgun Gothic"/>
        </w:rPr>
        <w:t>선포한</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끝은</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표시된다</w:t>
      </w:r>
      <w:r>
        <w:rPr>
          <w:rFonts w:ascii="Times New Roman" w:hAnsi="Times New Roman" w:eastAsia="Times New Roman" w:cs="Times New Roman"/>
        </w:rPr>
        <w:t xml:space="preserve">. </w:t>
      </w:r>
      <w:r>
        <w:rPr>
          <w:rFonts w:ascii="Malgun Gothic" w:hAnsi="Malgun Gothic" w:eastAsia="Malgun Gothic" w:cs="Malgun Gothic"/>
        </w:rPr>
        <w:t>시작에서는</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받아들여졌고</w:t>
      </w:r>
      <w:r>
        <w:rPr>
          <w:rFonts w:ascii="Times New Roman" w:hAnsi="Times New Roman" w:eastAsia="Times New Roman" w:cs="Times New Roman"/>
        </w:rPr>
        <w:t xml:space="preserve">, </w:t>
      </w:r>
      <w:r>
        <w:rPr>
          <w:rFonts w:ascii="Malgun Gothic" w:hAnsi="Malgun Gothic" w:eastAsia="Malgun Gothic" w:cs="Malgun Gothic"/>
        </w:rPr>
        <w:t>끝에서는</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거절되었다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거절로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에스겔은</w:t>
      </w:r>
      <w:r>
        <w:rPr>
          <w:rFonts w:ascii="Times New Roman" w:hAnsi="Times New Roman" w:eastAsia="Times New Roman" w:cs="Times New Roman"/>
        </w:rPr>
        <w:t xml:space="preserve"> </w:t>
      </w:r>
      <w:r>
        <w:rPr>
          <w:rFonts w:ascii="Malgun Gothic" w:hAnsi="Malgun Gothic" w:eastAsia="Malgun Gothic" w:cs="Malgun Gothic"/>
        </w:rPr>
        <w:t>재림교를</w:t>
      </w:r>
      <w:r>
        <w:rPr>
          <w:rFonts w:ascii="Times New Roman" w:hAnsi="Times New Roman" w:eastAsia="Times New Roman" w:cs="Times New Roman"/>
        </w:rPr>
        <w:t xml:space="preserve"> </w:t>
      </w:r>
      <w:r>
        <w:rPr>
          <w:rFonts w:ascii="Malgun Gothic" w:hAnsi="Malgun Gothic" w:eastAsia="Malgun Gothic" w:cs="Malgun Gothic"/>
        </w:rPr>
        <w:t>죽어</w:t>
      </w:r>
      <w:r>
        <w:rPr>
          <w:rFonts w:ascii="Times New Roman" w:hAnsi="Times New Roman" w:eastAsia="Times New Roman" w:cs="Times New Roman"/>
        </w:rPr>
        <w:t xml:space="preserve"> </w:t>
      </w:r>
      <w:r>
        <w:rPr>
          <w:rFonts w:ascii="Malgun Gothic" w:hAnsi="Malgun Gothic" w:eastAsia="Malgun Gothic" w:cs="Malgun Gothic"/>
        </w:rPr>
        <w:t>메마른</w:t>
      </w:r>
      <w:r>
        <w:rPr>
          <w:rFonts w:ascii="Times New Roman" w:hAnsi="Times New Roman" w:eastAsia="Times New Roman" w:cs="Times New Roman"/>
        </w:rPr>
        <w:t xml:space="preserve"> </w:t>
      </w:r>
      <w:r>
        <w:rPr>
          <w:rFonts w:ascii="Malgun Gothic" w:hAnsi="Malgun Gothic" w:eastAsia="Malgun Gothic" w:cs="Malgun Gothic"/>
        </w:rPr>
        <w:t>뼈들의</w:t>
      </w:r>
      <w:r>
        <w:rPr>
          <w:rFonts w:ascii="Times New Roman" w:hAnsi="Times New Roman" w:eastAsia="Times New Roman" w:cs="Times New Roman"/>
        </w:rPr>
        <w:t xml:space="preserve"> </w:t>
      </w:r>
      <w:r>
        <w:rPr>
          <w:rFonts w:ascii="Malgun Gothic" w:hAnsi="Malgun Gothic" w:eastAsia="Malgun Gothic" w:cs="Malgun Gothic"/>
        </w:rPr>
        <w:t>골짜기로</w:t>
      </w:r>
      <w:r>
        <w:rPr>
          <w:rFonts w:ascii="Times New Roman" w:hAnsi="Times New Roman" w:eastAsia="Times New Roman" w:cs="Times New Roman"/>
        </w:rPr>
        <w:t xml:space="preserve"> </w:t>
      </w:r>
      <w:r>
        <w:rPr>
          <w:rFonts w:ascii="Malgun Gothic" w:hAnsi="Malgun Gothic" w:eastAsia="Malgun Gothic" w:cs="Malgun Gothic"/>
        </w:rPr>
        <w:t>제시한다</w:t>
      </w:r>
      <w:r>
        <w:rPr>
          <w:rFonts w:ascii="Times New Roman" w:hAnsi="Times New Roman" w:eastAsia="Times New Roman" w:cs="Times New Roman"/>
        </w:rPr>
        <w:t>. 1863</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22</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환상의</w:t>
      </w:r>
      <w:r>
        <w:rPr>
          <w:rFonts w:ascii="Times New Roman" w:hAnsi="Times New Roman" w:eastAsia="Times New Roman" w:cs="Times New Roman"/>
        </w:rPr>
        <w:t xml:space="preserve"> </w:t>
      </w:r>
      <w:r>
        <w:rPr>
          <w:rFonts w:ascii="Malgun Gothic" w:hAnsi="Malgun Gothic" w:eastAsia="Malgun Gothic" w:cs="Malgun Gothic"/>
        </w:rPr>
        <w:t>골짜기이지만</w:t>
      </w:r>
      <w:r>
        <w:rPr>
          <w:rFonts w:ascii="Times New Roman" w:hAnsi="Times New Roman" w:eastAsia="Times New Roman" w:cs="Times New Roman"/>
        </w:rPr>
        <w:t xml:space="preserve">, </w:t>
      </w:r>
      <w:r>
        <w:rPr>
          <w:rFonts w:ascii="Malgun Gothic" w:hAnsi="Malgun Gothic" w:eastAsia="Malgun Gothic" w:cs="Malgun Gothic"/>
        </w:rPr>
        <w:t>에스겔에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죽어</w:t>
      </w:r>
      <w:r>
        <w:rPr>
          <w:rFonts w:ascii="Times New Roman" w:hAnsi="Times New Roman" w:eastAsia="Times New Roman" w:cs="Times New Roman"/>
        </w:rPr>
        <w:t xml:space="preserve"> </w:t>
      </w:r>
      <w:r>
        <w:rPr>
          <w:rFonts w:ascii="Malgun Gothic" w:hAnsi="Malgun Gothic" w:eastAsia="Malgun Gothic" w:cs="Malgun Gothic"/>
        </w:rPr>
        <w:t>메마른</w:t>
      </w:r>
      <w:r>
        <w:rPr>
          <w:rFonts w:ascii="Times New Roman" w:hAnsi="Times New Roman" w:eastAsia="Times New Roman" w:cs="Times New Roman"/>
        </w:rPr>
        <w:t xml:space="preserve"> </w:t>
      </w:r>
      <w:r>
        <w:rPr>
          <w:rFonts w:ascii="Malgun Gothic" w:hAnsi="Malgun Gothic" w:eastAsia="Malgun Gothic" w:cs="Malgun Gothic"/>
        </w:rPr>
        <w:t>뼈들의</w:t>
      </w:r>
      <w:r>
        <w:rPr>
          <w:rFonts w:ascii="Times New Roman" w:hAnsi="Times New Roman" w:eastAsia="Times New Roman" w:cs="Times New Roman"/>
        </w:rPr>
        <w:t xml:space="preserve"> </w:t>
      </w:r>
      <w:r>
        <w:rPr>
          <w:rFonts w:ascii="Malgun Gothic" w:hAnsi="Malgun Gothic" w:eastAsia="Malgun Gothic" w:cs="Malgun Gothic"/>
        </w:rPr>
        <w:t>골짜기이다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골짜기는</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요엘의</w:t>
      </w:r>
      <w:r>
        <w:rPr>
          <w:rFonts w:ascii="Times New Roman" w:hAnsi="Times New Roman" w:eastAsia="Times New Roman" w:cs="Times New Roman"/>
        </w:rPr>
        <w:t xml:space="preserve"> </w:t>
      </w:r>
      <w:r>
        <w:rPr>
          <w:rFonts w:ascii="Malgun Gothic" w:hAnsi="Malgun Gothic" w:eastAsia="Malgun Gothic" w:cs="Malgun Gothic"/>
        </w:rPr>
        <w:t>여호사밧</w:t>
      </w:r>
      <w:r>
        <w:rPr>
          <w:rFonts w:ascii="Times New Roman" w:hAnsi="Times New Roman" w:eastAsia="Times New Roman" w:cs="Times New Roman"/>
        </w:rPr>
        <w:t xml:space="preserve"> </w:t>
      </w:r>
      <w:r>
        <w:rPr>
          <w:rFonts w:ascii="Malgun Gothic" w:hAnsi="Malgun Gothic" w:eastAsia="Malgun Gothic" w:cs="Malgun Gothic"/>
        </w:rPr>
        <w:t>골짜기와</w:t>
      </w:r>
      <w:r>
        <w:rPr>
          <w:rFonts w:ascii="Times New Roman" w:hAnsi="Times New Roman" w:eastAsia="Times New Roman" w:cs="Times New Roman"/>
        </w:rPr>
        <w:t xml:space="preserve"> </w:t>
      </w:r>
      <w:r>
        <w:rPr>
          <w:rFonts w:ascii="Malgun Gothic" w:hAnsi="Malgun Gothic" w:eastAsia="Malgun Gothic" w:cs="Malgun Gothic"/>
        </w:rPr>
        <w:t>일치하며</w:t>
      </w:r>
      <w:r>
        <w:rPr>
          <w:rFonts w:ascii="Times New Roman" w:hAnsi="Times New Roman" w:eastAsia="Times New Roman" w:cs="Times New Roman"/>
        </w:rPr>
        <w:t xml:space="preserve">, </w:t>
      </w:r>
      <w:r>
        <w:rPr>
          <w:rFonts w:ascii="Malgun Gothic" w:hAnsi="Malgun Gothic" w:eastAsia="Malgun Gothic" w:cs="Malgun Gothic"/>
        </w:rPr>
        <w:t>요엘은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결단의</w:t>
      </w:r>
      <w:r>
        <w:rPr>
          <w:rFonts w:ascii="Times New Roman" w:hAnsi="Times New Roman" w:eastAsia="Times New Roman" w:cs="Times New Roman"/>
        </w:rPr>
        <w:t xml:space="preserve"> </w:t>
      </w:r>
      <w:r>
        <w:rPr>
          <w:rFonts w:ascii="Malgun Gothic" w:hAnsi="Malgun Gothic" w:eastAsia="Malgun Gothic" w:cs="Malgun Gothic"/>
        </w:rPr>
        <w:t>골짜기라고</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ئەگەر ئەم چەمکانە دابنرابن، ئەوا دەتوانرێت ئەم پرسیارە بکرێت: چۆن بوو کە لە 9/11دا پەرتووکی یۆئێل بوو بەو پەیامەی پەترۆس لە پەنتیکۆست ناساندی؟ لە وتارەکانی داهاتوودا ھەوڵ دەدەین ئەم چەمکانە ڕوون بکەینەوە.</w:t>
      </w:r>
    </w:p>
    <w:p>
      <w:pPr>
        <w:pStyle w:val="ArticleScripture"/>
        <w:jc w:val="left"/>
      </w:pPr>
      <w:r>
        <w:rPr>
          <w:rFonts w:ascii="Times New Roman" w:hAnsi="Times New Roman" w:eastAsia="Times New Roman" w:cs="Times New Roman"/>
        </w:rPr>
        <w:t>“(Kiliandikwe Novemba 5, 1892, kutoka Adelaide, Australia ya Kusini, kwa ‘Mpwa Mpendwa wa Kiume na wa Kike, Frank na Hattie [Belden].’)”</w:t>
      </w:r>
    </w:p>
    <w:p>
      <w:pPr>
        <w:pStyle w:val="ArticleScripture"/>
        <w:jc w:val="left"/>
      </w:pPr>
      <w:r>
        <w:rPr>
          <w:rFonts w:ascii="Times New Roman" w:hAnsi="Times New Roman" w:eastAsia="Times New Roman" w:cs="Times New Roman"/>
        </w:rPr>
        <w:t>“Wasaa Roho Mtakatifu akakumunyishie, ni po utamona ule uovu wote wa Minneapolis vile ulivyo, kama Mungu aumonavyo. Kama nisipokumona tena katika ulimwengu huu, hakika ujue ya kwamba nakusamehe huzuni na dhiki na mzigo wa roho ambao umeniletea bila sababu yo yote. Lakini kwa ajili ya roho yako, kwa ajili yake Yeye aliyekufia, nataka umone na kuungama makosa yako. Kwa kweli uliungana na wale waliompinga Roho wa Mungu. Ulikuwa na ushahidi wote uliouhitaji ya kwamba Bwana alikuwa akitenda kazi kupitia Ndugu Jones na Waggoner; lakini hukupokea nuru; tena baada ya hisia ulizozilea, na maneno yaliyonenwa dhidi ya kweli, hukujiona kuwa tayari kuungama ya kwamba ulikuwa umetenda vibaya, ya kwamba watu hawa walikuwa na ujumbe utokao kwa Mungu, na ya kwamba ulikuwa umefanya kuwa jambo jepesi ujumbe huo na wajumbe wake.”</w:t>
      </w:r>
    </w:p>
    <w:p>
      <w:pPr>
        <w:pStyle w:val="ArticleScripture"/>
        <w:jc w:val="left"/>
      </w:pPr>
      <w:r>
        <w:rPr>
          <w:rFonts w:ascii="Times New Roman" w:hAnsi="Times New Roman" w:eastAsia="Times New Roman" w:cs="Times New Roman"/>
        </w:rPr>
        <w:t>“Ndzi nga si tshama ndzi vona exikarhi ka vanhu va hina ku tinyungubyisa loku tiyeke ka munhu hi yexe ni ku nga lavi ku amukela ni ku amukela ku vonakala, hilaha swi kombisiweke hakona eMinneapolis. Ndzi kombisiwile leswaku a ku na ni un’we exikarhi ka ntlawa lowu wu hlayiseke moya lowu wu kombisiweke enhlanganweni wolowo loyi a a ta tlhela a va ni ku vonakala loku tshembekaka leswaku a twisisa nkoka wa ntiyiso lowu va rhumeriweke wona ku huma etilweni, ku fikela loko va titsongahata eka ku tinyungubyisa ka vona naswona va pfumela leswaku a va nga fambisiwi hi Moya wa Xikwembu, kambe leswaku miehleketo ya vona ni timbilu ta vona a swi tele hi xihlawuhlawu. Hosi a yi navela ku tshinela eka vona, ku va katekisa ni ku va horisa eku tlheleleni endzhaku ka vona, kambe a va nga lavi ku yingisa. A va fambisiwa hi moya wolowo wun’we lowu wu hlohloteleke Kora, Datani, na Abiramu. Vavanuna volavo va Israele a va tiyimisele ku ala vumbhoni hinkwabyo lebyi a byi ta kombisa leswaku va hoxile, naswona va ya emahlweni, va ya emahlweni endleleni ya vona ya ku nga tshembeki, ku fikela laha vo tala va kokiweke va suka leswaku va hlangana na vona.”</w:t>
      </w:r>
    </w:p>
    <w:p>
      <w:pPr>
        <w:pStyle w:val="ArticleScripture"/>
        <w:jc w:val="left"/>
      </w:pPr>
      <w:r>
        <w:rPr>
          <w:rFonts w:ascii="Times New Roman" w:hAnsi="Times New Roman" w:eastAsia="Times New Roman" w:cs="Times New Roman"/>
        </w:rPr>
        <w:t>“Babo baali baani? Si abalaifu, si abatalina magezi, si abatategeezeddwa. Mu bujeemu obwo mwalimu abakungu bibiri mu ataano, abaayatiikirira mu kkuŋŋaaniro, abasajja ab’amannya. Obujulizi bwabwe bwali ki? ‘ekkuŋŋaaniro lyonna litukuvu, buli omu ku bo, era Mukama ali wakati waabwe: kale lwaki mweegulumiza waggulu w’ekkuŋŋaaniro lya Mukama?’ [Numbers 16:3]. Koola ne banne bwe baazikirira wansi w’omusango gwa Katonda, abantu be baali balimbye tebaalaba mukono gwa Mukama mu kyamagero kino. Enkya y’oluvannyuma ekkuŋŋaaniro lyonna ne luvunaana Musa ne Alooni nti, ‘Musse abantu ba Mukama’ [olunyiriri 41], era kawumpuli n’eba ku kkuŋŋaaniro, ne bazikirira abasukka mu kakumi mu enkumi nnya.”</w:t>
      </w:r>
    </w:p>
    <w:p>
      <w:pPr>
        <w:pStyle w:val="ArticleScripture"/>
        <w:jc w:val="left"/>
      </w:pPr>
      <w:r>
        <w:rPr>
          <w:rFonts w:ascii="Times New Roman" w:hAnsi="Times New Roman" w:eastAsia="Times New Roman" w:cs="Times New Roman"/>
        </w:rPr>
        <w:t>“Erisí nañ kualá Minneapolis, ángel te Níga natsíni nashín dema nga ni: ‘Kueka ai; Níga natsíni xíni mia nashíi ra a xki. Tachi na kuénda kachi ndua Koré, Datán, ka Abiram. Nri xíni mia ndee ña xíni nakuáa, ña tachi na ka’a xíni ndee ináa yúvi tsíni, a kueka na nakuáa; na kueka na kúndee testimonio mia; doko yá ndé’e kuíi a, gracia ka poder mia kúndee nde’e. Kueka a miíi a na saxíi na kuéndee, doko mensajeros ka mensaje ña xáa sa’an a tachi míi. Na xá’a desprecio ra nika te Níga natsíni. Satanás na xínda nduchi yá’a na ka na xínda kua’a juicio na; ka ndee kueka ináa alma nakuíi deka pecado na, independencia kueka santificada yó’o kuíi insulto Espíritu te Níga natsíni, na kuíni na xínu ndaya. Yá tavá candelero de su lugar ndee kueka na nakuíi ka ndakúu convertidos, ta yá sána na. Na xínda yá’a vista espiritual na. Kueka na kúni ña Níga natsíni kanda Espíritu ni ka poder ni; ta nduú na espíritu te burla ka asco nika palabra mia. Liviandad, trivialidad, burlas, ka chistes, káa nchíi ndaya káni. Kueka na sándee ini na kua’an ndee sa’án yá. Na xíni na nduchi chispas te kindling na miíi; ka ndee kueka na nakuíi, na kixi na yée ndua. Yó’o káa te Níga natsíni: Nde’e nika puesto te deber mia; ta yá ndé’e kuíi a, ka kueka yá xíndee nde’e ni kueka yá saxiko nde’e.’ Yó’o palabras ña xíni ndee te Níga natsíni, kueka yá natséé disregardar.”</w:t>
      </w:r>
    </w:p>
    <w:p>
      <w:pPr>
        <w:pStyle w:val="ArticleScripture"/>
        <w:jc w:val="left"/>
      </w:pPr>
      <w:r>
        <w:rPr>
          <w:rFonts w:ascii="Times New Roman" w:hAnsi="Times New Roman" w:eastAsia="Times New Roman" w:cs="Times New Roman"/>
        </w:rPr>
        <w:t>“Ulumuli lwa ku te lulokile mu Battle Creek mu misimbe ya ku bwelu, ya ku sema; lelo ni baani, muli abo bakwete umulimo mu lukuta lwa ku Minneapolis, abaishile ku lumuli no kupokelela ubutuntulu ubwa cine ubwa kupapushisha ubwa Mukama abatuminine ukufuma mu mwulu? Ni baani abakonkene intambo ku ntambo na Katungulula, Yesu Kristu? Ni baani abapangile ukulumbula konse pa bufi bwa mupuwo wabo, ubupofu bwabo, amafupa yabo, ne milangililo yakweipa ne kwikala bafulungana ne cine? Nangu umo iyo; kabili pa mulandu wa kulekelesha kwabo kwa nshita itali ukutemwa ukwishiba ulumuli, lwalibashile panyuma sana; tabakulile mu nkumbu ne mu kwishiba kwa Kristu Yesu Shikulu wesu. Bafililwe ukupokelela inkumbu iyo bali no kupokelela, kabili iyo ingaibapangile abena maka mu bwikashi bwa bu Kristu.”</w:t>
      </w:r>
    </w:p>
    <w:p>
      <w:pPr>
        <w:pStyle w:val="ArticleScripture"/>
        <w:jc w:val="left"/>
      </w:pPr>
      <w:r>
        <w:rPr>
          <w:rFonts w:ascii="Times New Roman" w:hAnsi="Times New Roman" w:eastAsia="Times New Roman" w:cs="Times New Roman"/>
        </w:rPr>
        <w:t>“Minneapolis-</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গৃহীত</w:t>
      </w:r>
      <w:r>
        <w:rPr>
          <w:rFonts w:ascii="Times New Roman" w:hAnsi="Times New Roman" w:eastAsia="Times New Roman" w:cs="Times New Roman"/>
        </w:rPr>
        <w:t xml:space="preserve"> </w:t>
      </w:r>
      <w:r>
        <w:rPr>
          <w:rFonts w:ascii="Nirmala UI" w:hAnsi="Nirmala UI" w:eastAsia="Nirmala UI" w:cs="Nirmala UI"/>
        </w:rPr>
        <w:t>অবস্থানটি</w:t>
      </w:r>
      <w:r>
        <w:rPr>
          <w:rFonts w:ascii="Times New Roman" w:hAnsi="Times New Roman" w:eastAsia="Times New Roman" w:cs="Times New Roman"/>
        </w:rPr>
        <w:t xml:space="preserve"> </w:t>
      </w:r>
      <w:r>
        <w:rPr>
          <w:rFonts w:ascii="Nirmala UI" w:hAnsi="Nirmala UI" w:eastAsia="Nirmala UI" w:cs="Nirmala UI"/>
        </w:rPr>
        <w:t>প্রতীয়মানভাবে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অনতিক্রম্য</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সন্দেহকারীদের</w:t>
      </w:r>
      <w:r>
        <w:rPr>
          <w:rFonts w:ascii="Times New Roman" w:hAnsi="Times New Roman" w:eastAsia="Times New Roman" w:cs="Times New Roman"/>
        </w:rPr>
        <w:t xml:space="preserve">, </w:t>
      </w:r>
      <w:r>
        <w:rPr>
          <w:rFonts w:ascii="Nirmala UI" w:hAnsi="Nirmala UI" w:eastAsia="Nirmala UI" w:cs="Nirmala UI"/>
        </w:rPr>
        <w:t>প্রশ্নকারীদের</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প্রত্যাখ্যানকারীদের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শক্তির</w:t>
      </w:r>
      <w:r>
        <w:rPr>
          <w:rFonts w:ascii="Times New Roman" w:hAnsi="Times New Roman" w:eastAsia="Times New Roman" w:cs="Times New Roman"/>
        </w:rPr>
        <w:t xml:space="preserve"> </w:t>
      </w:r>
      <w:r>
        <w:rPr>
          <w:rFonts w:ascii="Nirmala UI" w:hAnsi="Nirmala UI" w:eastAsia="Nirmala UI" w:cs="Nirmala UI"/>
        </w:rPr>
        <w:t>প্রত্যাখ্যানকারীদের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সংকট</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দীর্ঘকাল</w:t>
      </w:r>
      <w:r>
        <w:rPr>
          <w:rFonts w:ascii="Times New Roman" w:hAnsi="Times New Roman" w:eastAsia="Times New Roman" w:cs="Times New Roman"/>
        </w:rPr>
        <w:t xml:space="preserve"> </w:t>
      </w:r>
      <w:r>
        <w:rPr>
          <w:rFonts w:ascii="Nirmala UI" w:hAnsi="Nirmala UI" w:eastAsia="Nirmala UI" w:cs="Nirmala UI"/>
        </w:rPr>
        <w:t>প্রমাণের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সঞ্চিত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সত্ত্বেও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বিরোধিতা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বিষয়গুলিতেই</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প্রকাশ্যভাবে</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অন্ধকারের</w:t>
      </w:r>
      <w:r>
        <w:rPr>
          <w:rFonts w:ascii="Times New Roman" w:hAnsi="Times New Roman" w:eastAsia="Times New Roman" w:cs="Times New Roman"/>
        </w:rPr>
        <w:t xml:space="preserve"> </w:t>
      </w:r>
      <w:r>
        <w:rPr>
          <w:rFonts w:ascii="Nirmala UI" w:hAnsi="Nirmala UI" w:eastAsia="Nirmala UI" w:cs="Nirmala UI"/>
        </w:rPr>
        <w:t>শক্তিসমূহের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কঠিন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নিরাপদ</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নম্রতায়</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পায়ের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সরল</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খঞ্জ</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পথচ্যুত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সহচর্য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তাতেই</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পার্থক্য</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চলমান</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ভরসা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সঙ্গই</w:t>
      </w:r>
      <w:r>
        <w:rPr>
          <w:rFonts w:ascii="Times New Roman" w:hAnsi="Times New Roman" w:eastAsia="Times New Roman" w:cs="Times New Roman"/>
        </w:rPr>
        <w:t xml:space="preserve"> </w:t>
      </w:r>
      <w:r>
        <w:rPr>
          <w:rFonts w:ascii="Nirmala UI" w:hAnsi="Nirmala UI" w:eastAsia="Nirmala UI" w:cs="Nirmala UI"/>
        </w:rPr>
        <w:t>হোক</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কথিত</w:t>
      </w:r>
      <w:r>
        <w:rPr>
          <w:rFonts w:ascii="Times New Roman" w:hAnsi="Times New Roman" w:eastAsia="Times New Roman" w:cs="Times New Roman"/>
        </w:rPr>
        <w:t xml:space="preserve"> </w:t>
      </w:r>
      <w:r>
        <w:rPr>
          <w:rFonts w:ascii="Nirmala UI" w:hAnsi="Nirmala UI" w:eastAsia="Nirmala UI" w:cs="Nirmala UI"/>
        </w:rPr>
        <w:t>প্রজ্ঞার</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নিজেদেরই</w:t>
      </w:r>
      <w:r>
        <w:rPr>
          <w:rFonts w:ascii="Times New Roman" w:hAnsi="Times New Roman" w:eastAsia="Times New Roman" w:cs="Times New Roman"/>
        </w:rPr>
        <w:t xml:space="preserve"> </w:t>
      </w:r>
      <w:r>
        <w:rPr>
          <w:rFonts w:ascii="Nirmala UI" w:hAnsi="Nirmala UI" w:eastAsia="Nirmala UI" w:cs="Nirmala UI"/>
        </w:rPr>
        <w:t>প্রজ্বলিত</w:t>
      </w:r>
      <w:r>
        <w:rPr>
          <w:rFonts w:ascii="Times New Roman" w:hAnsi="Times New Roman" w:eastAsia="Times New Roman" w:cs="Times New Roman"/>
        </w:rPr>
        <w:t xml:space="preserve"> </w:t>
      </w:r>
      <w:r>
        <w:rPr>
          <w:rFonts w:ascii="Nirmala UI" w:hAnsi="Nirmala UI" w:eastAsia="Nirmala UI" w:cs="Nirmala UI"/>
        </w:rPr>
        <w:t>অগ্নিস্ফুলিঙ্গে</w:t>
      </w:r>
      <w:r>
        <w:rPr>
          <w:rFonts w:ascii="Times New Roman" w:hAnsi="Times New Roman" w:eastAsia="Times New Roman" w:cs="Times New Roman"/>
        </w:rPr>
        <w:t xml:space="preserve"> </w:t>
      </w:r>
      <w:r>
        <w:rPr>
          <w:rFonts w:ascii="Nirmala UI" w:hAnsi="Nirmala UI" w:eastAsia="Nirmala UI" w:cs="Nirmala UI"/>
        </w:rPr>
        <w:t>চলাফেরা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Ebbanga n’okufaayo n’okukola emirimu ebibadde byetaagisa okuziyiza obuyinza bw’abo abakoleredde awamu okulwanyisa amazima bibadde kufiirwa kwa ntiisa; kubanga twandibadde tweyongedde nnyo mu kumanya okw’omwoyo okuva edda; era emyoyo mingi nnyo gyandiyongedddwako ku kkanisa singa abo abaali balina okutambulira mu musana baagoberera okumanya Mukama, balyoke bamanye ng’okufuluma kwe kwategekebwa ng’enkya. Naye bwe kiba nga omulimu mungi bwe gutyo gulina okussibwaawo munda mu kkanisa yennyini okuziyiza obuyinza bw’abakozi abayimiridde ng’ekisenge kya lubalama eri amazima Katonda ge atuma eri abantu be, ensi esigala mu kizikiza eky’okugerageranya.</w:t>
      </w:r>
    </w:p>
    <w:p>
      <w:pPr>
        <w:pStyle w:val="ArticleScripture"/>
        <w:jc w:val="left"/>
      </w:pPr>
      <w:r>
        <w:rPr>
          <w:rFonts w:ascii="Times New Roman" w:hAnsi="Times New Roman" w:eastAsia="Times New Roman" w:cs="Times New Roman"/>
        </w:rPr>
        <w:t>“Ngai eeret akanet ng’olyotab koek che boisionik alakto, ak koing’ung’ung’ta koeu boisionik alak ko kaplelutik che kimaket, koiyookto ng’olyotab miting’it ne yaa, koitun ketikto tarumbeta ng’ololiet ne yaa, ago bik tugul kotyaak chebo koitoiwek chebo boisioni ak kobois boisionik chebo koraet ne bo kiptaiyat. Kora ne, świat ne kiptai ne yaa, ne bo malaika nebo age tugul ne boito komie, ne bo bororiet ne sirit, ne boiwu komie, ne bo bororiet ne sirit, ne boito komie, ne boiwu ng’wony ak bororietab Ng’ai. Konyorchiok wunik che chaang’; ak chok che kiyaat ne bo kochoborunet ak kibokis koitoiwek chebo ng’ololiet ago ne Ng’ai eeret ko boa komie ko ng’olyotab bo Minneapolisi ko ta lampara ne bo ketin, omuche koiyobel kotigeiwuabchek mbeleetab Ng’ai ak koinee ak komnana ngech amu osib boisioni komie kochoborunetab letiabchek ak ng’osei ne boiwu kotigeiwuabchek.”</w:t>
      </w:r>
    </w:p>
    <w:p>
      <w:pPr>
        <w:pStyle w:val="ArticleScripture"/>
        <w:jc w:val="left"/>
      </w:pPr>
      <w:r>
        <w:rPr>
          <w:rFonts w:ascii="Times New Roman" w:hAnsi="Times New Roman" w:eastAsia="Times New Roman" w:cs="Times New Roman"/>
        </w:rPr>
        <w:t>“</w:t>
      </w:r>
      <w:r>
        <w:rPr>
          <w:rFonts w:ascii="Microsoft Yi Baiti" w:hAnsi="Microsoft Yi Baiti" w:eastAsia="Microsoft Yi Baiti" w:cs="Microsoft Yi Baiti"/>
        </w:rPr>
        <w:t>ꄮꇬꊂꎭꒈꎆ</w:t>
      </w:r>
      <w:r>
        <w:rPr>
          <w:rFonts w:ascii="Times New Roman" w:hAnsi="Times New Roman" w:eastAsia="Times New Roman" w:cs="Times New Roman"/>
        </w:rPr>
        <w:t xml:space="preserve"> </w:t>
      </w:r>
      <w:r>
        <w:rPr>
          <w:rFonts w:ascii="Microsoft Yi Baiti" w:hAnsi="Microsoft Yi Baiti" w:eastAsia="Microsoft Yi Baiti" w:cs="Microsoft Yi Baiti"/>
        </w:rPr>
        <w:t>ꌠꒉꀋꈐꌠ</w:t>
      </w:r>
      <w:r>
        <w:rPr>
          <w:rFonts w:ascii="Times New Roman" w:hAnsi="Times New Roman" w:eastAsia="Times New Roman" w:cs="Times New Roman"/>
        </w:rPr>
        <w:t xml:space="preserve"> </w:t>
      </w:r>
      <w:r>
        <w:rPr>
          <w:rFonts w:ascii="Microsoft Yi Baiti" w:hAnsi="Microsoft Yi Baiti" w:eastAsia="Microsoft Yi Baiti" w:cs="Microsoft Yi Baiti"/>
        </w:rPr>
        <w:t>ꀋꃀꑳꀋꀐꌠ</w:t>
      </w:r>
      <w:r>
        <w:rPr>
          <w:rFonts w:ascii="Times New Roman" w:hAnsi="Times New Roman" w:eastAsia="Times New Roman" w:cs="Times New Roman"/>
        </w:rPr>
        <w:t xml:space="preserve"> </w:t>
      </w:r>
      <w:r>
        <w:rPr>
          <w:rFonts w:ascii="Microsoft Yi Baiti" w:hAnsi="Microsoft Yi Baiti" w:eastAsia="Microsoft Yi Baiti" w:cs="Microsoft Yi Baiti"/>
        </w:rPr>
        <w:t>ꑌꉆ</w:t>
      </w:r>
      <w:r>
        <w:rPr>
          <w:rFonts w:ascii="Times New Roman" w:hAnsi="Times New Roman" w:eastAsia="Times New Roman" w:cs="Times New Roman"/>
        </w:rPr>
        <w:t xml:space="preserve"> </w:t>
      </w:r>
      <w:r>
        <w:rPr>
          <w:rFonts w:ascii="Microsoft Yi Baiti" w:hAnsi="Microsoft Yi Baiti" w:eastAsia="Microsoft Yi Baiti" w:cs="Microsoft Yi Baiti"/>
        </w:rPr>
        <w:t>ꉈꐥꇉꉢꐚꎿꌠ</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ꄈꎹꑟꌧ</w:t>
      </w:r>
      <w:r>
        <w:rPr>
          <w:rFonts w:ascii="Times New Roman" w:hAnsi="Times New Roman" w:eastAsia="Times New Roman" w:cs="Times New Roman"/>
        </w:rPr>
        <w:t xml:space="preserve"> </w:t>
      </w:r>
      <w:r>
        <w:rPr>
          <w:rFonts w:ascii="Microsoft Yi Baiti" w:hAnsi="Microsoft Yi Baiti" w:eastAsia="Microsoft Yi Baiti" w:cs="Microsoft Yi Baiti"/>
        </w:rPr>
        <w:t>ꁧꇐꆀ</w:t>
      </w:r>
      <w:r>
        <w:rPr>
          <w:rFonts w:ascii="Times New Roman" w:hAnsi="Times New Roman" w:eastAsia="Times New Roman" w:cs="Times New Roman"/>
        </w:rPr>
        <w:t xml:space="preserve"> </w:t>
      </w:r>
      <w:r>
        <w:rPr>
          <w:rFonts w:ascii="Microsoft Yi Baiti" w:hAnsi="Microsoft Yi Baiti" w:eastAsia="Microsoft Yi Baiti" w:cs="Microsoft Yi Baiti"/>
        </w:rPr>
        <w:t>ꆹꄉꌦꅍꐛ</w:t>
      </w:r>
      <w:r>
        <w:rPr>
          <w:rFonts w:ascii="Times New Roman" w:hAnsi="Times New Roman" w:eastAsia="Times New Roman" w:cs="Times New Roman"/>
        </w:rPr>
        <w:t xml:space="preserve"> </w:t>
      </w:r>
      <w:r>
        <w:rPr>
          <w:rFonts w:ascii="Microsoft Yi Baiti" w:hAnsi="Microsoft Yi Baiti" w:eastAsia="Microsoft Yi Baiti" w:cs="Microsoft Yi Baiti"/>
        </w:rPr>
        <w:t>ꐊꇬꀋꋬꌠ</w:t>
      </w:r>
      <w:r>
        <w:rPr>
          <w:rFonts w:ascii="Times New Roman" w:hAnsi="Times New Roman" w:eastAsia="Times New Roman" w:cs="Times New Roman"/>
        </w:rPr>
        <w:t xml:space="preserve"> </w:t>
      </w:r>
      <w:r>
        <w:rPr>
          <w:rFonts w:ascii="Microsoft Yi Baiti" w:hAnsi="Microsoft Yi Baiti" w:eastAsia="Microsoft Yi Baiti" w:cs="Microsoft Yi Baiti"/>
        </w:rPr>
        <w:t>ꂶꀼ</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ꇩꃅꄜꌠ</w:t>
      </w:r>
      <w:r>
        <w:rPr>
          <w:rFonts w:ascii="Times New Roman" w:hAnsi="Times New Roman" w:eastAsia="Times New Roman" w:cs="Times New Roman"/>
        </w:rPr>
        <w:t xml:space="preserve"> </w:t>
      </w:r>
      <w:r>
        <w:rPr>
          <w:rFonts w:ascii="Microsoft Yi Baiti" w:hAnsi="Microsoft Yi Baiti" w:eastAsia="Microsoft Yi Baiti" w:cs="Microsoft Yi Baiti"/>
        </w:rPr>
        <w:t>ꒉꀋꈐꌠ</w:t>
      </w:r>
      <w:r>
        <w:rPr>
          <w:rFonts w:ascii="Times New Roman" w:hAnsi="Times New Roman" w:eastAsia="Times New Roman" w:cs="Times New Roman"/>
        </w:rPr>
        <w:t xml:space="preserve"> </w:t>
      </w:r>
      <w:r>
        <w:rPr>
          <w:rFonts w:ascii="Microsoft Yi Baiti" w:hAnsi="Microsoft Yi Baiti" w:eastAsia="Microsoft Yi Baiti" w:cs="Microsoft Yi Baiti"/>
        </w:rPr>
        <w:t>ꁨꆿꌠꈍꌋꉆꀋꏾꌠ</w:t>
      </w:r>
      <w:r>
        <w:rPr>
          <w:rFonts w:ascii="Times New Roman" w:hAnsi="Times New Roman" w:eastAsia="Times New Roman" w:cs="Times New Roman"/>
        </w:rPr>
        <w:t xml:space="preserve"> </w:t>
      </w:r>
      <w:r>
        <w:rPr>
          <w:rFonts w:ascii="Microsoft Yi Baiti" w:hAnsi="Microsoft Yi Baiti" w:eastAsia="Microsoft Yi Baiti" w:cs="Microsoft Yi Baiti"/>
        </w:rPr>
        <w:t>ꐕꐛꄟꎹꁧ</w:t>
      </w:r>
      <w:r>
        <w:rPr>
          <w:rFonts w:ascii="Times New Roman" w:hAnsi="Times New Roman" w:eastAsia="Times New Roman" w:cs="Times New Roman"/>
        </w:rPr>
        <w:t xml:space="preserve">. </w:t>
      </w:r>
      <w:r>
        <w:rPr>
          <w:rFonts w:ascii="Microsoft Yi Baiti" w:hAnsi="Microsoft Yi Baiti" w:eastAsia="Microsoft Yi Baiti" w:cs="Microsoft Yi Baiti"/>
        </w:rPr>
        <w:t>ꌃꅇꑋꃅꀉꏽ</w:t>
      </w:r>
      <w:r>
        <w:rPr>
          <w:rFonts w:ascii="Times New Roman" w:hAnsi="Times New Roman" w:eastAsia="Times New Roman" w:cs="Times New Roman"/>
        </w:rPr>
        <w:t>——</w:t>
      </w:r>
      <w:r>
        <w:rPr>
          <w:rFonts w:ascii="Microsoft Yi Baiti" w:hAnsi="Microsoft Yi Baiti" w:eastAsia="Microsoft Yi Baiti" w:cs="Microsoft Yi Baiti"/>
        </w:rPr>
        <w:t>ꀊ</w:t>
      </w:r>
      <w:r>
        <w:rPr>
          <w:rFonts w:ascii="Times New Roman" w:hAnsi="Times New Roman" w:eastAsia="Times New Roman" w:cs="Times New Roman"/>
        </w:rPr>
        <w:t xml:space="preserve"> </w:t>
      </w:r>
      <w:r>
        <w:rPr>
          <w:rFonts w:ascii="Microsoft Yi Baiti" w:hAnsi="Microsoft Yi Baiti" w:eastAsia="Microsoft Yi Baiti" w:cs="Microsoft Yi Baiti"/>
        </w:rPr>
        <w:t>ꊰꒉꑠ</w:t>
      </w:r>
      <w:r>
        <w:rPr>
          <w:rFonts w:ascii="Times New Roman" w:hAnsi="Times New Roman" w:eastAsia="Times New Roman" w:cs="Times New Roman"/>
        </w:rPr>
        <w:t xml:space="preserve"> </w:t>
      </w:r>
      <w:r>
        <w:rPr>
          <w:rFonts w:ascii="Microsoft Yi Baiti" w:hAnsi="Microsoft Yi Baiti" w:eastAsia="Microsoft Yi Baiti" w:cs="Microsoft Yi Baiti"/>
        </w:rPr>
        <w:t>ꋬꃅꄉꏦꍂꎼꌠ</w:t>
      </w:r>
      <w:r>
        <w:rPr>
          <w:rFonts w:ascii="Times New Roman" w:hAnsi="Times New Roman" w:eastAsia="Times New Roman" w:cs="Times New Roman"/>
        </w:rPr>
        <w:t xml:space="preserve"> </w:t>
      </w:r>
      <w:r>
        <w:rPr>
          <w:rFonts w:ascii="Microsoft Yi Baiti" w:hAnsi="Microsoft Yi Baiti" w:eastAsia="Microsoft Yi Baiti" w:cs="Microsoft Yi Baiti"/>
        </w:rPr>
        <w:t>ꀋꇁꌠꁧꎹ</w:t>
      </w:r>
      <w:r>
        <w:rPr>
          <w:rFonts w:ascii="Times New Roman" w:hAnsi="Times New Roman" w:eastAsia="Times New Roman" w:cs="Times New Roman"/>
        </w:rPr>
        <w:t xml:space="preserve">, </w:t>
      </w:r>
      <w:r>
        <w:rPr>
          <w:rFonts w:ascii="Microsoft Yi Baiti" w:hAnsi="Microsoft Yi Baiti" w:eastAsia="Microsoft Yi Baiti" w:cs="Microsoft Yi Baiti"/>
        </w:rPr>
        <w:t>ꇬꋆꑳꌠ</w:t>
      </w:r>
      <w:r>
        <w:rPr>
          <w:rFonts w:ascii="Times New Roman" w:hAnsi="Times New Roman" w:eastAsia="Times New Roman" w:cs="Times New Roman"/>
        </w:rPr>
        <w:t xml:space="preserve"> </w:t>
      </w:r>
      <w:r>
        <w:rPr>
          <w:rFonts w:ascii="Microsoft Yi Baiti" w:hAnsi="Microsoft Yi Baiti" w:eastAsia="Microsoft Yi Baiti" w:cs="Microsoft Yi Baiti"/>
        </w:rPr>
        <w:t>ꌺꃅ</w:t>
      </w:r>
      <w:r>
        <w:rPr>
          <w:rFonts w:ascii="Times New Roman" w:hAnsi="Times New Roman" w:eastAsia="Times New Roman" w:cs="Times New Roman"/>
        </w:rPr>
        <w:t xml:space="preserve"> </w:t>
      </w:r>
      <w:r>
        <w:rPr>
          <w:rFonts w:ascii="Microsoft Yi Baiti" w:hAnsi="Microsoft Yi Baiti" w:eastAsia="Microsoft Yi Baiti" w:cs="Microsoft Yi Baiti"/>
        </w:rPr>
        <w:t>ꀉꁨꀋꐿꌠꎹ</w:t>
      </w:r>
      <w:r>
        <w:rPr>
          <w:rFonts w:ascii="Times New Roman" w:hAnsi="Times New Roman" w:eastAsia="Times New Roman" w:cs="Times New Roman"/>
        </w:rPr>
        <w:t xml:space="preserve">, </w:t>
      </w:r>
      <w:r>
        <w:rPr>
          <w:rFonts w:ascii="Microsoft Yi Baiti" w:hAnsi="Microsoft Yi Baiti" w:eastAsia="Microsoft Yi Baiti" w:cs="Microsoft Yi Baiti"/>
        </w:rPr>
        <w:t>ꉆꁧꀋꇬꄉꀋꁱꌠꎹ</w:t>
      </w:r>
      <w:r>
        <w:rPr>
          <w:rFonts w:ascii="Times New Roman" w:hAnsi="Times New Roman" w:eastAsia="Times New Roman" w:cs="Times New Roman"/>
        </w:rPr>
        <w:t xml:space="preserve"> </w:t>
      </w:r>
      <w:r>
        <w:rPr>
          <w:rFonts w:ascii="Microsoft Yi Baiti" w:hAnsi="Microsoft Yi Baiti" w:eastAsia="Microsoft Yi Baiti" w:cs="Microsoft Yi Baiti"/>
        </w:rPr>
        <w:t>ꌺꃅ</w:t>
      </w:r>
      <w:r>
        <w:rPr>
          <w:rFonts w:ascii="Times New Roman" w:hAnsi="Times New Roman" w:eastAsia="Times New Roman" w:cs="Times New Roman"/>
        </w:rPr>
        <w:t xml:space="preserve"> </w:t>
      </w:r>
      <w:r>
        <w:rPr>
          <w:rFonts w:ascii="Microsoft Yi Baiti" w:hAnsi="Microsoft Yi Baiti" w:eastAsia="Microsoft Yi Baiti" w:cs="Microsoft Yi Baiti"/>
        </w:rPr>
        <w:t>ꀉꁨꀋꐿꌠ</w:t>
      </w:r>
      <w:r>
        <w:rPr>
          <w:rFonts w:ascii="Times New Roman" w:hAnsi="Times New Roman" w:eastAsia="Times New Roman" w:cs="Times New Roman"/>
        </w:rPr>
        <w:t xml:space="preserve"> </w:t>
      </w:r>
      <w:r>
        <w:rPr>
          <w:rFonts w:ascii="Microsoft Yi Baiti" w:hAnsi="Microsoft Yi Baiti" w:eastAsia="Microsoft Yi Baiti" w:cs="Microsoft Yi Baiti"/>
        </w:rPr>
        <w:t>ꁱꂷꀋꁱ</w:t>
      </w:r>
      <w:r>
        <w:rPr>
          <w:rFonts w:ascii="Times New Roman" w:hAnsi="Times New Roman" w:eastAsia="Times New Roman" w:cs="Times New Roman"/>
        </w:rPr>
        <w:t xml:space="preserve">. </w:t>
      </w:r>
      <w:r>
        <w:rPr>
          <w:rFonts w:ascii="Microsoft Yi Baiti" w:hAnsi="Microsoft Yi Baiti" w:eastAsia="Microsoft Yi Baiti" w:cs="Microsoft Yi Baiti"/>
        </w:rPr>
        <w:t>ꑟꌧꎹꄟ</w:t>
      </w:r>
      <w:r>
        <w:rPr>
          <w:rFonts w:ascii="Times New Roman" w:hAnsi="Times New Roman" w:eastAsia="Times New Roman" w:cs="Times New Roman"/>
        </w:rPr>
        <w:t xml:space="preserve"> </w:t>
      </w:r>
      <w:r>
        <w:rPr>
          <w:rFonts w:ascii="Microsoft Yi Baiti" w:hAnsi="Microsoft Yi Baiti" w:eastAsia="Microsoft Yi Baiti" w:cs="Microsoft Yi Baiti"/>
        </w:rPr>
        <w:t>ꉬꃅ</w:t>
      </w:r>
      <w:r>
        <w:rPr>
          <w:rFonts w:ascii="Times New Roman" w:hAnsi="Times New Roman" w:eastAsia="Times New Roman" w:cs="Times New Roman"/>
        </w:rPr>
        <w:t xml:space="preserve"> </w:t>
      </w:r>
      <w:r>
        <w:rPr>
          <w:rFonts w:ascii="Microsoft Yi Baiti" w:hAnsi="Microsoft Yi Baiti" w:eastAsia="Microsoft Yi Baiti" w:cs="Microsoft Yi Baiti"/>
        </w:rPr>
        <w:t>ꊰꒉꁱꄉꌠ</w:t>
      </w:r>
      <w:r>
        <w:rPr>
          <w:rFonts w:ascii="Times New Roman" w:hAnsi="Times New Roman" w:eastAsia="Times New Roman" w:cs="Times New Roman"/>
        </w:rPr>
        <w:t xml:space="preserve"> </w:t>
      </w:r>
      <w:r>
        <w:rPr>
          <w:rFonts w:ascii="Microsoft Yi Baiti" w:hAnsi="Microsoft Yi Baiti" w:eastAsia="Microsoft Yi Baiti" w:cs="Microsoft Yi Baiti"/>
        </w:rPr>
        <w:t>ꉆꁧꑠ</w:t>
      </w:r>
      <w:r>
        <w:rPr>
          <w:rFonts w:ascii="Times New Roman" w:hAnsi="Times New Roman" w:eastAsia="Times New Roman" w:cs="Times New Roman"/>
        </w:rPr>
        <w:t xml:space="preserve"> </w:t>
      </w:r>
      <w:r>
        <w:rPr>
          <w:rFonts w:ascii="Microsoft Yi Baiti" w:hAnsi="Microsoft Yi Baiti" w:eastAsia="Microsoft Yi Baiti" w:cs="Microsoft Yi Baiti"/>
        </w:rPr>
        <w:t>ꑳꃅꄿꅿ</w:t>
      </w:r>
      <w:r>
        <w:rPr>
          <w:rFonts w:ascii="Times New Roman" w:hAnsi="Times New Roman" w:eastAsia="Times New Roman" w:cs="Times New Roman"/>
        </w:rPr>
        <w:t xml:space="preserve"> </w:t>
      </w:r>
      <w:r>
        <w:rPr>
          <w:rFonts w:ascii="Microsoft Yi Baiti" w:hAnsi="Microsoft Yi Baiti" w:eastAsia="Microsoft Yi Baiti" w:cs="Microsoft Yi Baiti"/>
        </w:rPr>
        <w:t>ꑟꐛꐥꌠ</w:t>
      </w:r>
      <w:r>
        <w:rPr>
          <w:rFonts w:ascii="Times New Roman" w:hAnsi="Times New Roman" w:eastAsia="Times New Roman" w:cs="Times New Roman"/>
        </w:rPr>
        <w:t xml:space="preserve"> </w:t>
      </w:r>
      <w:r>
        <w:rPr>
          <w:rFonts w:ascii="Microsoft Yi Baiti" w:hAnsi="Microsoft Yi Baiti" w:eastAsia="Microsoft Yi Baiti" w:cs="Microsoft Yi Baiti"/>
        </w:rPr>
        <w:t>ꆫꎭꁱꑳꐥꌠ</w:t>
      </w:r>
      <w:r>
        <w:rPr>
          <w:rFonts w:ascii="Times New Roman" w:hAnsi="Times New Roman" w:eastAsia="Times New Roman" w:cs="Times New Roman"/>
        </w:rPr>
        <w:t xml:space="preserve"> </w:t>
      </w:r>
      <w:r>
        <w:rPr>
          <w:rFonts w:ascii="Microsoft Yi Baiti" w:hAnsi="Microsoft Yi Baiti" w:eastAsia="Microsoft Yi Baiti" w:cs="Microsoft Yi Baiti"/>
        </w:rPr>
        <w:t>ꌚꂱꎹꑠꒉꌠ</w:t>
      </w:r>
      <w:r>
        <w:rPr>
          <w:rFonts w:ascii="Times New Roman" w:hAnsi="Times New Roman" w:eastAsia="Times New Roman" w:cs="Times New Roman"/>
        </w:rPr>
        <w:t xml:space="preserve"> </w:t>
      </w:r>
      <w:r>
        <w:rPr>
          <w:rFonts w:ascii="Microsoft Yi Baiti" w:hAnsi="Microsoft Yi Baiti" w:eastAsia="Microsoft Yi Baiti" w:cs="Microsoft Yi Baiti"/>
        </w:rPr>
        <w:t>ꏓꐚ</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ꆏꊰꌠ</w:t>
      </w:r>
      <w:r>
        <w:rPr>
          <w:rFonts w:ascii="Times New Roman" w:hAnsi="Times New Roman" w:eastAsia="Times New Roman" w:cs="Times New Roman"/>
        </w:rPr>
        <w:t xml:space="preserve"> </w:t>
      </w:r>
      <w:r>
        <w:rPr>
          <w:rFonts w:ascii="Microsoft Yi Baiti" w:hAnsi="Microsoft Yi Baiti" w:eastAsia="Microsoft Yi Baiti" w:cs="Microsoft Yi Baiti"/>
        </w:rPr>
        <w:t>ꁨꆿꌠꎯ</w:t>
      </w:r>
      <w:r>
        <w:rPr>
          <w:rFonts w:ascii="Times New Roman" w:hAnsi="Times New Roman" w:eastAsia="Times New Roman" w:cs="Times New Roman"/>
        </w:rPr>
        <w:t xml:space="preserve"> </w:t>
      </w:r>
      <w:r>
        <w:rPr>
          <w:rFonts w:ascii="Microsoft Yi Baiti" w:hAnsi="Microsoft Yi Baiti" w:eastAsia="Microsoft Yi Baiti" w:cs="Microsoft Yi Baiti"/>
        </w:rPr>
        <w:t>ꑠꂿꇁꇬ</w:t>
      </w:r>
      <w:r>
        <w:rPr>
          <w:rFonts w:ascii="Times New Roman" w:hAnsi="Times New Roman" w:eastAsia="Times New Roman" w:cs="Times New Roman"/>
        </w:rPr>
        <w:t xml:space="preserve"> </w:t>
      </w:r>
      <w:r>
        <w:rPr>
          <w:rFonts w:ascii="Microsoft Yi Baiti" w:hAnsi="Microsoft Yi Baiti" w:eastAsia="Microsoft Yi Baiti" w:cs="Microsoft Yi Baiti"/>
        </w:rPr>
        <w:t>ꋠꃅꀕꇬ</w:t>
      </w:r>
      <w:r>
        <w:rPr>
          <w:rFonts w:ascii="Times New Roman" w:hAnsi="Times New Roman" w:eastAsia="Times New Roman" w:cs="Times New Roman"/>
        </w:rPr>
        <w:t xml:space="preserve">. </w:t>
      </w:r>
      <w:r>
        <w:rPr>
          <w:rFonts w:ascii="Microsoft Yi Baiti" w:hAnsi="Microsoft Yi Baiti" w:eastAsia="Microsoft Yi Baiti" w:cs="Microsoft Yi Baiti"/>
        </w:rPr>
        <w:t>ꋍꃢꂷ</w:t>
      </w:r>
      <w:r>
        <w:rPr>
          <w:rFonts w:ascii="Times New Roman" w:hAnsi="Times New Roman" w:eastAsia="Times New Roman" w:cs="Times New Roman"/>
        </w:rPr>
        <w:t xml:space="preserve"> </w:t>
      </w:r>
      <w:r>
        <w:rPr>
          <w:rFonts w:ascii="Microsoft Yi Baiti" w:hAnsi="Microsoft Yi Baiti" w:eastAsia="Microsoft Yi Baiti" w:cs="Microsoft Yi Baiti"/>
        </w:rPr>
        <w:t>ꌋꀕꊉꆹꀋꋬꌠ</w:t>
      </w:r>
      <w:r>
        <w:rPr>
          <w:rFonts w:ascii="Times New Roman" w:hAnsi="Times New Roman" w:eastAsia="Times New Roman" w:cs="Times New Roman"/>
        </w:rPr>
        <w:t xml:space="preserve"> </w:t>
      </w:r>
      <w:r>
        <w:rPr>
          <w:rFonts w:ascii="Microsoft Yi Baiti" w:hAnsi="Microsoft Yi Baiti" w:eastAsia="Microsoft Yi Baiti" w:cs="Microsoft Yi Baiti"/>
        </w:rPr>
        <w:t>ꌋꏂꌠ</w:t>
      </w:r>
      <w:r>
        <w:rPr>
          <w:rFonts w:ascii="Times New Roman" w:hAnsi="Times New Roman" w:eastAsia="Times New Roman" w:cs="Times New Roman"/>
        </w:rPr>
        <w:t xml:space="preserve"> </w:t>
      </w:r>
      <w:r>
        <w:rPr>
          <w:rFonts w:ascii="Microsoft Yi Baiti" w:hAnsi="Microsoft Yi Baiti" w:eastAsia="Microsoft Yi Baiti" w:cs="Microsoft Yi Baiti"/>
        </w:rPr>
        <w:t>ꆏꄟꁱꄉ</w:t>
      </w:r>
      <w:r>
        <w:rPr>
          <w:rFonts w:ascii="Times New Roman" w:hAnsi="Times New Roman" w:eastAsia="Times New Roman" w:cs="Times New Roman"/>
        </w:rPr>
        <w:t xml:space="preserve">, </w:t>
      </w:r>
      <w:r>
        <w:rPr>
          <w:rFonts w:ascii="Microsoft Yi Baiti" w:hAnsi="Microsoft Yi Baiti" w:eastAsia="Microsoft Yi Baiti" w:cs="Microsoft Yi Baiti"/>
        </w:rPr>
        <w:t>ꋍꂷꂿ</w:t>
      </w:r>
      <w:r>
        <w:rPr>
          <w:rFonts w:ascii="Times New Roman" w:hAnsi="Times New Roman" w:eastAsia="Times New Roman" w:cs="Times New Roman"/>
        </w:rPr>
        <w:t xml:space="preserve"> </w:t>
      </w:r>
      <w:r>
        <w:rPr>
          <w:rFonts w:ascii="Microsoft Yi Baiti" w:hAnsi="Microsoft Yi Baiti" w:eastAsia="Microsoft Yi Baiti" w:cs="Microsoft Yi Baiti"/>
        </w:rPr>
        <w:t>ꉈꐥꊯꄿ</w:t>
      </w:r>
      <w:r>
        <w:rPr>
          <w:rFonts w:ascii="Times New Roman" w:hAnsi="Times New Roman" w:eastAsia="Times New Roman" w:cs="Times New Roman"/>
        </w:rPr>
        <w:t xml:space="preserve"> </w:t>
      </w:r>
      <w:r>
        <w:rPr>
          <w:rFonts w:ascii="Microsoft Yi Baiti" w:hAnsi="Microsoft Yi Baiti" w:eastAsia="Microsoft Yi Baiti" w:cs="Microsoft Yi Baiti"/>
        </w:rPr>
        <w:t>ꁧꅉ</w:t>
      </w:r>
      <w:r>
        <w:rPr>
          <w:rFonts w:ascii="Times New Roman" w:hAnsi="Times New Roman" w:eastAsia="Times New Roman" w:cs="Times New Roman"/>
        </w:rPr>
        <w:t xml:space="preserve"> </w:t>
      </w:r>
      <w:r>
        <w:rPr>
          <w:rFonts w:ascii="Microsoft Yi Baiti" w:hAnsi="Microsoft Yi Baiti" w:eastAsia="Microsoft Yi Baiti" w:cs="Microsoft Yi Baiti"/>
        </w:rPr>
        <w:t>ꃅꄉꅇꄉ</w:t>
      </w:r>
      <w:r>
        <w:rPr>
          <w:rFonts w:ascii="Times New Roman" w:hAnsi="Times New Roman" w:eastAsia="Times New Roman" w:cs="Times New Roman"/>
        </w:rPr>
        <w:t xml:space="preserve"> </w:t>
      </w:r>
      <w:r>
        <w:rPr>
          <w:rFonts w:ascii="Microsoft Yi Baiti" w:hAnsi="Microsoft Yi Baiti" w:eastAsia="Microsoft Yi Baiti" w:cs="Microsoft Yi Baiti"/>
        </w:rPr>
        <w:t>ꊿꋒꋠꂷ</w:t>
      </w:r>
      <w:r>
        <w:rPr>
          <w:rFonts w:ascii="Times New Roman" w:hAnsi="Times New Roman" w:eastAsia="Times New Roman" w:cs="Times New Roman"/>
        </w:rPr>
        <w:t xml:space="preserve"> </w:t>
      </w:r>
      <w:r>
        <w:rPr>
          <w:rFonts w:ascii="Microsoft Yi Baiti" w:hAnsi="Microsoft Yi Baiti" w:eastAsia="Microsoft Yi Baiti" w:cs="Microsoft Yi Baiti"/>
        </w:rPr>
        <w:t>ꐛꌠ</w:t>
      </w:r>
      <w:r>
        <w:rPr>
          <w:rFonts w:ascii="Times New Roman" w:hAnsi="Times New Roman" w:eastAsia="Times New Roman" w:cs="Times New Roman"/>
        </w:rPr>
        <w:t xml:space="preserve"> </w:t>
      </w:r>
      <w:r>
        <w:rPr>
          <w:rFonts w:ascii="Microsoft Yi Baiti" w:hAnsi="Microsoft Yi Baiti" w:eastAsia="Microsoft Yi Baiti" w:cs="Microsoft Yi Baiti"/>
        </w:rPr>
        <w:t>ꃅꄉ</w:t>
      </w:r>
      <w:r>
        <w:rPr>
          <w:rFonts w:ascii="Times New Roman" w:hAnsi="Times New Roman" w:eastAsia="Times New Roman" w:cs="Times New Roman"/>
        </w:rPr>
        <w:t xml:space="preserve"> </w:t>
      </w:r>
      <w:r>
        <w:rPr>
          <w:rFonts w:ascii="Microsoft Yi Baiti" w:hAnsi="Microsoft Yi Baiti" w:eastAsia="Microsoft Yi Baiti" w:cs="Microsoft Yi Baiti"/>
        </w:rPr>
        <w:t>ꋍꉌꇐꀕꇬꄉ</w:t>
      </w:r>
      <w:r>
        <w:rPr>
          <w:rFonts w:ascii="Times New Roman" w:hAnsi="Times New Roman" w:eastAsia="Times New Roman" w:cs="Times New Roman"/>
        </w:rPr>
        <w:t xml:space="preserve"> </w:t>
      </w:r>
      <w:r>
        <w:rPr>
          <w:rFonts w:ascii="Microsoft Yi Baiti" w:hAnsi="Microsoft Yi Baiti" w:eastAsia="Microsoft Yi Baiti" w:cs="Microsoft Yi Baiti"/>
        </w:rPr>
        <w:t>ꊿꇩ</w:t>
      </w:r>
      <w:r>
        <w:rPr>
          <w:rFonts w:ascii="Times New Roman" w:hAnsi="Times New Roman" w:eastAsia="Times New Roman" w:cs="Times New Roman"/>
        </w:rPr>
        <w:t xml:space="preserve"> </w:t>
      </w:r>
      <w:r>
        <w:rPr>
          <w:rFonts w:ascii="Microsoft Yi Baiti" w:hAnsi="Microsoft Yi Baiti" w:eastAsia="Microsoft Yi Baiti" w:cs="Microsoft Yi Baiti"/>
        </w:rPr>
        <w:t>ꃅꄉꋍꊰꇬ</w:t>
      </w:r>
      <w:r>
        <w:rPr>
          <w:rFonts w:ascii="Times New Roman" w:hAnsi="Times New Roman" w:eastAsia="Times New Roman" w:cs="Times New Roman"/>
        </w:rPr>
        <w:t xml:space="preserve"> </w:t>
      </w:r>
      <w:r>
        <w:rPr>
          <w:rFonts w:ascii="Microsoft Yi Baiti" w:hAnsi="Microsoft Yi Baiti" w:eastAsia="Microsoft Yi Baiti" w:cs="Microsoft Yi Baiti"/>
        </w:rPr>
        <w:t>ꋍꂷꂿꀐꁧꀋꐛꌠꁧ</w:t>
      </w:r>
      <w:r>
        <w:rPr>
          <w:rFonts w:ascii="Times New Roman" w:hAnsi="Times New Roman" w:eastAsia="Times New Roman" w:cs="Times New Roman"/>
        </w:rPr>
        <w:t xml:space="preserve">. </w:t>
      </w:r>
      <w:r>
        <w:rPr>
          <w:rFonts w:ascii="Microsoft Yi Baiti" w:hAnsi="Microsoft Yi Baiti" w:eastAsia="Microsoft Yi Baiti" w:cs="Microsoft Yi Baiti"/>
        </w:rPr>
        <w:t>ꆖꌌ</w:t>
      </w:r>
      <w:r>
        <w:rPr>
          <w:rFonts w:ascii="Times New Roman" w:hAnsi="Times New Roman" w:eastAsia="Times New Roman" w:cs="Times New Roman"/>
        </w:rPr>
        <w:t xml:space="preserve">, </w:t>
      </w:r>
      <w:r>
        <w:rPr>
          <w:rFonts w:ascii="Microsoft Yi Baiti" w:hAnsi="Microsoft Yi Baiti" w:eastAsia="Microsoft Yi Baiti" w:cs="Microsoft Yi Baiti"/>
        </w:rPr>
        <w:t>ꐙꑓꐙꑓ</w:t>
      </w:r>
      <w:r>
        <w:rPr>
          <w:rFonts w:ascii="Times New Roman" w:hAnsi="Times New Roman" w:eastAsia="Times New Roman" w:cs="Times New Roman"/>
        </w:rPr>
        <w:t xml:space="preserve"> </w:t>
      </w:r>
      <w:r>
        <w:rPr>
          <w:rFonts w:ascii="Microsoft Yi Baiti" w:hAnsi="Microsoft Yi Baiti" w:eastAsia="Microsoft Yi Baiti" w:cs="Microsoft Yi Baiti"/>
        </w:rPr>
        <w:t>ꑍꄮ</w:t>
      </w:r>
      <w:r>
        <w:rPr>
          <w:rFonts w:ascii="Times New Roman" w:hAnsi="Times New Roman" w:eastAsia="Times New Roman" w:cs="Times New Roman"/>
        </w:rPr>
        <w:t xml:space="preserve">, </w:t>
      </w:r>
      <w:r>
        <w:rPr>
          <w:rFonts w:ascii="Microsoft Yi Baiti" w:hAnsi="Microsoft Yi Baiti" w:eastAsia="Microsoft Yi Baiti" w:cs="Microsoft Yi Baiti"/>
        </w:rPr>
        <w:t>ꐙꑓꐙꑓ</w:t>
      </w:r>
      <w:r>
        <w:rPr>
          <w:rFonts w:ascii="Times New Roman" w:hAnsi="Times New Roman" w:eastAsia="Times New Roman" w:cs="Times New Roman"/>
        </w:rPr>
        <w:t xml:space="preserve"> </w:t>
      </w:r>
      <w:r>
        <w:rPr>
          <w:rFonts w:ascii="Microsoft Yi Baiti" w:hAnsi="Microsoft Yi Baiti" w:eastAsia="Microsoft Yi Baiti" w:cs="Microsoft Yi Baiti"/>
        </w:rPr>
        <w:t>ꑴꄮ</w:t>
      </w:r>
      <w:r>
        <w:rPr>
          <w:rFonts w:ascii="Times New Roman" w:hAnsi="Times New Roman" w:eastAsia="Times New Roman" w:cs="Times New Roman"/>
        </w:rPr>
        <w:t xml:space="preserve"> </w:t>
      </w:r>
      <w:r>
        <w:rPr>
          <w:rFonts w:ascii="Microsoft Yi Baiti" w:hAnsi="Microsoft Yi Baiti" w:eastAsia="Microsoft Yi Baiti" w:cs="Microsoft Yi Baiti"/>
        </w:rPr>
        <w:t>ꊰꃀꌠ</w:t>
      </w:r>
      <w:r>
        <w:rPr>
          <w:rFonts w:ascii="Times New Roman" w:hAnsi="Times New Roman" w:eastAsia="Times New Roman" w:cs="Times New Roman"/>
        </w:rPr>
        <w:t xml:space="preserve"> </w:t>
      </w:r>
      <w:r>
        <w:rPr>
          <w:rFonts w:ascii="Microsoft Yi Baiti" w:hAnsi="Microsoft Yi Baiti" w:eastAsia="Microsoft Yi Baiti" w:cs="Microsoft Yi Baiti"/>
        </w:rPr>
        <w:t>ꐛꆏ</w:t>
      </w:r>
      <w:r>
        <w:rPr>
          <w:rFonts w:ascii="Times New Roman" w:hAnsi="Times New Roman" w:eastAsia="Times New Roman" w:cs="Times New Roman"/>
        </w:rPr>
        <w:t xml:space="preserve">, </w:t>
      </w:r>
      <w:r>
        <w:rPr>
          <w:rFonts w:ascii="Microsoft Yi Baiti" w:hAnsi="Microsoft Yi Baiti" w:eastAsia="Microsoft Yi Baiti" w:cs="Microsoft Yi Baiti"/>
        </w:rPr>
        <w:t>ꎔꏃꌠ</w:t>
      </w:r>
      <w:r>
        <w:rPr>
          <w:rFonts w:ascii="Times New Roman" w:hAnsi="Times New Roman" w:eastAsia="Times New Roman" w:cs="Times New Roman"/>
        </w:rPr>
        <w:t xml:space="preserve"> </w:t>
      </w:r>
      <w:r>
        <w:rPr>
          <w:rFonts w:ascii="Microsoft Yi Baiti" w:hAnsi="Microsoft Yi Baiti" w:eastAsia="Microsoft Yi Baiti" w:cs="Microsoft Yi Baiti"/>
        </w:rPr>
        <w:t>ꀋꁧꂿꌠ</w:t>
      </w:r>
      <w:r>
        <w:rPr>
          <w:rFonts w:ascii="Times New Roman" w:hAnsi="Times New Roman" w:eastAsia="Times New Roman" w:cs="Times New Roman"/>
        </w:rPr>
        <w:t xml:space="preserve"> </w:t>
      </w:r>
      <w:r>
        <w:rPr>
          <w:rFonts w:ascii="Microsoft Yi Baiti" w:hAnsi="Microsoft Yi Baiti" w:eastAsia="Microsoft Yi Baiti" w:cs="Microsoft Yi Baiti"/>
        </w:rPr>
        <w:t>ꑟꎹꑠꒉꌠ</w:t>
      </w:r>
      <w:r>
        <w:rPr>
          <w:rFonts w:ascii="Times New Roman" w:hAnsi="Times New Roman" w:eastAsia="Times New Roman" w:cs="Times New Roman"/>
        </w:rPr>
        <w:t xml:space="preserve"> </w:t>
      </w:r>
      <w:r>
        <w:rPr>
          <w:rFonts w:ascii="Microsoft Yi Baiti" w:hAnsi="Microsoft Yi Baiti" w:eastAsia="Microsoft Yi Baiti" w:cs="Microsoft Yi Baiti"/>
        </w:rPr>
        <w:t>ꊨꏦꀕꇬ</w:t>
      </w:r>
      <w:r>
        <w:rPr>
          <w:rFonts w:ascii="Times New Roman" w:hAnsi="Times New Roman" w:eastAsia="Times New Roman" w:cs="Times New Roman"/>
        </w:rPr>
        <w:t xml:space="preserve"> </w:t>
      </w:r>
      <w:r>
        <w:rPr>
          <w:rFonts w:ascii="Microsoft Yi Baiti" w:hAnsi="Microsoft Yi Baiti" w:eastAsia="Microsoft Yi Baiti" w:cs="Microsoft Yi Baiti"/>
        </w:rPr>
        <w:t>ꄉꌠ</w:t>
      </w:r>
      <w:r>
        <w:rPr>
          <w:rFonts w:ascii="Times New Roman" w:hAnsi="Times New Roman" w:eastAsia="Times New Roman" w:cs="Times New Roman"/>
        </w:rPr>
        <w:t xml:space="preserve"> </w:t>
      </w:r>
      <w:r>
        <w:rPr>
          <w:rFonts w:ascii="Microsoft Yi Baiti" w:hAnsi="Microsoft Yi Baiti" w:eastAsia="Microsoft Yi Baiti" w:cs="Microsoft Yi Baiti"/>
        </w:rPr>
        <w:t>ꉆꁧꑠ</w:t>
      </w:r>
      <w:r>
        <w:rPr>
          <w:rFonts w:ascii="Times New Roman" w:hAnsi="Times New Roman" w:eastAsia="Times New Roman" w:cs="Times New Roman"/>
        </w:rPr>
        <w:t xml:space="preserve"> </w:t>
      </w:r>
      <w:r>
        <w:rPr>
          <w:rFonts w:ascii="Microsoft Yi Baiti" w:hAnsi="Microsoft Yi Baiti" w:eastAsia="Microsoft Yi Baiti" w:cs="Microsoft Yi Baiti"/>
        </w:rPr>
        <w:t>ꊿꊿꑳꇬ</w:t>
      </w:r>
      <w:r>
        <w:rPr>
          <w:rFonts w:ascii="Times New Roman" w:hAnsi="Times New Roman" w:eastAsia="Times New Roman" w:cs="Times New Roman"/>
        </w:rPr>
        <w:t xml:space="preserve"> </w:t>
      </w:r>
      <w:r>
        <w:rPr>
          <w:rFonts w:ascii="Microsoft Yi Baiti" w:hAnsi="Microsoft Yi Baiti" w:eastAsia="Microsoft Yi Baiti" w:cs="Microsoft Yi Baiti"/>
        </w:rPr>
        <w:t>ꀕꆪꎹꄉꐥꌠ</w:t>
      </w:r>
      <w:r>
        <w:rPr>
          <w:rFonts w:ascii="Times New Roman" w:hAnsi="Times New Roman" w:eastAsia="Times New Roman" w:cs="Times New Roman"/>
        </w:rPr>
        <w:t xml:space="preserve"> </w:t>
      </w:r>
      <w:r>
        <w:rPr>
          <w:rFonts w:ascii="Microsoft Yi Baiti" w:hAnsi="Microsoft Yi Baiti" w:eastAsia="Microsoft Yi Baiti" w:cs="Microsoft Yi Baiti"/>
        </w:rPr>
        <w:t>ꉆꁧꇬ</w:t>
      </w:r>
      <w:r>
        <w:rPr>
          <w:rFonts w:ascii="Times New Roman" w:hAnsi="Times New Roman" w:eastAsia="Times New Roman" w:cs="Times New Roman"/>
        </w:rPr>
        <w:t xml:space="preserve"> </w:t>
      </w:r>
      <w:r>
        <w:rPr>
          <w:rFonts w:ascii="Microsoft Yi Baiti" w:hAnsi="Microsoft Yi Baiti" w:eastAsia="Microsoft Yi Baiti" w:cs="Microsoft Yi Baiti"/>
        </w:rPr>
        <w:t>ꑠꒉꌠ</w:t>
      </w:r>
      <w:r>
        <w:rPr>
          <w:rFonts w:ascii="Times New Roman" w:hAnsi="Times New Roman" w:eastAsia="Times New Roman" w:cs="Times New Roman"/>
        </w:rPr>
        <w:t xml:space="preserve"> </w:t>
      </w:r>
      <w:r>
        <w:rPr>
          <w:rFonts w:ascii="Microsoft Yi Baiti" w:hAnsi="Microsoft Yi Baiti" w:eastAsia="Microsoft Yi Baiti" w:cs="Microsoft Yi Baiti"/>
        </w:rPr>
        <w:t>ꐛꁧꄉ</w:t>
      </w:r>
      <w:r>
        <w:rPr>
          <w:rFonts w:ascii="Times New Roman" w:hAnsi="Times New Roman" w:eastAsia="Times New Roman" w:cs="Times New Roman"/>
        </w:rPr>
        <w:t xml:space="preserve"> </w:t>
      </w:r>
      <w:r>
        <w:rPr>
          <w:rFonts w:ascii="Microsoft Yi Baiti" w:hAnsi="Microsoft Yi Baiti" w:eastAsia="Microsoft Yi Baiti" w:cs="Microsoft Yi Baiti"/>
        </w:rPr>
        <w:t>ꃅꄉ</w:t>
      </w:r>
      <w:r>
        <w:rPr>
          <w:rFonts w:ascii="Times New Roman" w:hAnsi="Times New Roman" w:eastAsia="Times New Roman" w:cs="Times New Roman"/>
        </w:rPr>
        <w:t xml:space="preserve">, </w:t>
      </w:r>
      <w:r>
        <w:rPr>
          <w:rFonts w:ascii="Microsoft Yi Baiti" w:hAnsi="Microsoft Yi Baiti" w:eastAsia="Microsoft Yi Baiti" w:cs="Microsoft Yi Baiti"/>
        </w:rPr>
        <w:t>ꎔꏃꌠ</w:t>
      </w:r>
      <w:r>
        <w:rPr>
          <w:rFonts w:ascii="Times New Roman" w:hAnsi="Times New Roman" w:eastAsia="Times New Roman" w:cs="Times New Roman"/>
        </w:rPr>
        <w:t xml:space="preserve"> </w:t>
      </w:r>
      <w:r>
        <w:rPr>
          <w:rFonts w:ascii="Microsoft Yi Baiti" w:hAnsi="Microsoft Yi Baiti" w:eastAsia="Microsoft Yi Baiti" w:cs="Microsoft Yi Baiti"/>
        </w:rPr>
        <w:t>ꑟꐛꌠ</w:t>
      </w:r>
      <w:r>
        <w:rPr>
          <w:rFonts w:ascii="Times New Roman" w:hAnsi="Times New Roman" w:eastAsia="Times New Roman" w:cs="Times New Roman"/>
        </w:rPr>
        <w:t xml:space="preserve"> </w:t>
      </w:r>
      <w:r>
        <w:rPr>
          <w:rFonts w:ascii="Microsoft Yi Baiti" w:hAnsi="Microsoft Yi Baiti" w:eastAsia="Microsoft Yi Baiti" w:cs="Microsoft Yi Baiti"/>
        </w:rPr>
        <w:t>ꊿꌺꑠꉆꁧꌠ</w:t>
      </w:r>
      <w:r>
        <w:rPr>
          <w:rFonts w:ascii="Times New Roman" w:hAnsi="Times New Roman" w:eastAsia="Times New Roman" w:cs="Times New Roman"/>
        </w:rPr>
        <w:t xml:space="preserve"> </w:t>
      </w:r>
      <w:r>
        <w:rPr>
          <w:rFonts w:ascii="Microsoft Yi Baiti" w:hAnsi="Microsoft Yi Baiti" w:eastAsia="Microsoft Yi Baiti" w:cs="Microsoft Yi Baiti"/>
        </w:rPr>
        <w:t>ꊿꇩ</w:t>
      </w:r>
      <w:r>
        <w:rPr>
          <w:rFonts w:ascii="Times New Roman" w:hAnsi="Times New Roman" w:eastAsia="Times New Roman" w:cs="Times New Roman"/>
        </w:rPr>
        <w:t xml:space="preserve"> </w:t>
      </w:r>
      <w:r>
        <w:rPr>
          <w:rFonts w:ascii="Microsoft Yi Baiti" w:hAnsi="Microsoft Yi Baiti" w:eastAsia="Microsoft Yi Baiti" w:cs="Microsoft Yi Baiti"/>
        </w:rPr>
        <w:t>ꏾꊿꈍ</w:t>
      </w:r>
      <w:r>
        <w:rPr>
          <w:rFonts w:ascii="Times New Roman" w:hAnsi="Times New Roman" w:eastAsia="Times New Roman" w:cs="Times New Roman"/>
        </w:rPr>
        <w:t xml:space="preserve"> </w:t>
      </w:r>
      <w:r>
        <w:rPr>
          <w:rFonts w:ascii="Microsoft Yi Baiti" w:hAnsi="Microsoft Yi Baiti" w:eastAsia="Microsoft Yi Baiti" w:cs="Microsoft Yi Baiti"/>
        </w:rPr>
        <w:t>ꊿꎭꁱꄉꇬ</w:t>
      </w:r>
      <w:r>
        <w:rPr>
          <w:rFonts w:ascii="Times New Roman" w:hAnsi="Times New Roman" w:eastAsia="Times New Roman" w:cs="Times New Roman"/>
        </w:rPr>
        <w:t xml:space="preserve"> </w:t>
      </w:r>
      <w:r>
        <w:rPr>
          <w:rFonts w:ascii="Microsoft Yi Baiti" w:hAnsi="Microsoft Yi Baiti" w:eastAsia="Microsoft Yi Baiti" w:cs="Microsoft Yi Baiti"/>
        </w:rPr>
        <w:t>ꆏꌠ</w:t>
      </w:r>
      <w:r>
        <w:rPr>
          <w:rFonts w:ascii="Times New Roman" w:hAnsi="Times New Roman" w:eastAsia="Times New Roman" w:cs="Times New Roman"/>
        </w:rPr>
        <w:t xml:space="preserve"> </w:t>
      </w:r>
      <w:r>
        <w:rPr>
          <w:rFonts w:ascii="Microsoft Yi Baiti" w:hAnsi="Microsoft Yi Baiti" w:eastAsia="Microsoft Yi Baiti" w:cs="Microsoft Yi Baiti"/>
        </w:rPr>
        <w:t>ꉆꁧꇬ</w:t>
      </w:r>
      <w:r>
        <w:rPr>
          <w:rFonts w:ascii="Times New Roman" w:hAnsi="Times New Roman" w:eastAsia="Times New Roman" w:cs="Times New Roman"/>
        </w:rPr>
        <w:t xml:space="preserve"> </w:t>
      </w:r>
      <w:r>
        <w:rPr>
          <w:rFonts w:ascii="Microsoft Yi Baiti" w:hAnsi="Microsoft Yi Baiti" w:eastAsia="Microsoft Yi Baiti" w:cs="Microsoft Yi Baiti"/>
        </w:rPr>
        <w:t>ꐙꑓ</w:t>
      </w:r>
      <w:r>
        <w:rPr>
          <w:rFonts w:ascii="Times New Roman" w:hAnsi="Times New Roman" w:eastAsia="Times New Roman" w:cs="Times New Roman"/>
        </w:rPr>
        <w:t xml:space="preserve"> </w:t>
      </w:r>
      <w:r>
        <w:rPr>
          <w:rFonts w:ascii="Microsoft Yi Baiti" w:hAnsi="Microsoft Yi Baiti" w:eastAsia="Microsoft Yi Baiti" w:cs="Microsoft Yi Baiti"/>
        </w:rPr>
        <w:t>ꌠꈧ</w:t>
      </w:r>
      <w:r>
        <w:rPr>
          <w:rFonts w:ascii="Times New Roman" w:hAnsi="Times New Roman" w:eastAsia="Times New Roman" w:cs="Times New Roman"/>
        </w:rPr>
        <w:t xml:space="preserve"> </w:t>
      </w:r>
      <w:r>
        <w:rPr>
          <w:rFonts w:ascii="Microsoft Yi Baiti" w:hAnsi="Microsoft Yi Baiti" w:eastAsia="Microsoft Yi Baiti" w:cs="Microsoft Yi Baiti"/>
        </w:rPr>
        <w:t>ꃅꄉ</w:t>
      </w:r>
      <w:r>
        <w:rPr>
          <w:rFonts w:ascii="Times New Roman" w:hAnsi="Times New Roman" w:eastAsia="Times New Roman" w:cs="Times New Roman"/>
        </w:rPr>
        <w:t xml:space="preserve"> </w:t>
      </w:r>
      <w:r>
        <w:rPr>
          <w:rFonts w:ascii="Microsoft Yi Baiti" w:hAnsi="Microsoft Yi Baiti" w:eastAsia="Microsoft Yi Baiti" w:cs="Microsoft Yi Baiti"/>
        </w:rPr>
        <w:t>ꉬꉌ</w:t>
      </w:r>
      <w:r>
        <w:rPr>
          <w:rFonts w:ascii="Times New Roman" w:hAnsi="Times New Roman" w:eastAsia="Times New Roman" w:cs="Times New Roman"/>
        </w:rPr>
        <w:t xml:space="preserve"> </w:t>
      </w:r>
      <w:r>
        <w:rPr>
          <w:rFonts w:ascii="Microsoft Yi Baiti" w:hAnsi="Microsoft Yi Baiti" w:eastAsia="Microsoft Yi Baiti" w:cs="Microsoft Yi Baiti"/>
        </w:rPr>
        <w:t>ꆹ</w:t>
      </w:r>
      <w:r>
        <w:rPr>
          <w:rFonts w:ascii="Times New Roman" w:hAnsi="Times New Roman" w:eastAsia="Times New Roman" w:cs="Times New Roman"/>
        </w:rPr>
        <w:t xml:space="preserve"> </w:t>
      </w:r>
      <w:r>
        <w:rPr>
          <w:rFonts w:ascii="Microsoft Yi Baiti" w:hAnsi="Microsoft Yi Baiti" w:eastAsia="Microsoft Yi Baiti" w:cs="Microsoft Yi Baiti"/>
        </w:rPr>
        <w:t>ꃅꄉꌠ</w:t>
      </w:r>
      <w:r>
        <w:rPr>
          <w:rFonts w:ascii="Times New Roman" w:hAnsi="Times New Roman" w:eastAsia="Times New Roman" w:cs="Times New Roman"/>
        </w:rPr>
        <w:t xml:space="preserve"> </w:t>
      </w:r>
      <w:r>
        <w:rPr>
          <w:rFonts w:ascii="Microsoft Yi Baiti" w:hAnsi="Microsoft Yi Baiti" w:eastAsia="Microsoft Yi Baiti" w:cs="Microsoft Yi Baiti"/>
        </w:rPr>
        <w:t>ꄸꐦꏃ</w:t>
      </w:r>
      <w:r>
        <w:rPr>
          <w:rFonts w:ascii="Times New Roman" w:hAnsi="Times New Roman" w:eastAsia="Times New Roman" w:cs="Times New Roman"/>
        </w:rPr>
        <w:t xml:space="preserve"> </w:t>
      </w:r>
      <w:r>
        <w:rPr>
          <w:rFonts w:ascii="Microsoft Yi Baiti" w:hAnsi="Microsoft Yi Baiti" w:eastAsia="Microsoft Yi Baiti" w:cs="Microsoft Yi Baiti"/>
        </w:rPr>
        <w:t>ꀋꂵꌦꅍꀋꐿ</w:t>
      </w:r>
      <w:r>
        <w:rPr>
          <w:rFonts w:ascii="Times New Roman" w:hAnsi="Times New Roman" w:eastAsia="Times New Roman" w:cs="Times New Roman"/>
        </w:rPr>
        <w:t xml:space="preserve">, </w:t>
      </w:r>
      <w:r>
        <w:rPr>
          <w:rFonts w:ascii="Microsoft Yi Baiti" w:hAnsi="Microsoft Yi Baiti" w:eastAsia="Microsoft Yi Baiti" w:cs="Microsoft Yi Baiti"/>
        </w:rPr>
        <w:t>ꐛꀊꇁ</w:t>
      </w:r>
      <w:r>
        <w:rPr>
          <w:rFonts w:ascii="Times New Roman" w:hAnsi="Times New Roman" w:eastAsia="Times New Roman" w:cs="Times New Roman"/>
        </w:rPr>
        <w:t xml:space="preserve"> </w:t>
      </w:r>
      <w:r>
        <w:rPr>
          <w:rFonts w:ascii="Microsoft Yi Baiti" w:hAnsi="Microsoft Yi Baiti" w:eastAsia="Microsoft Yi Baiti" w:cs="Microsoft Yi Baiti"/>
        </w:rPr>
        <w:t>ꋍꉌꇐꀕꇬꌠ</w:t>
      </w:r>
      <w:r>
        <w:rPr>
          <w:rFonts w:ascii="Times New Roman" w:hAnsi="Times New Roman" w:eastAsia="Times New Roman" w:cs="Times New Roman"/>
        </w:rPr>
        <w:t xml:space="preserve"> </w:t>
      </w:r>
      <w:r>
        <w:rPr>
          <w:rFonts w:ascii="Microsoft Yi Baiti" w:hAnsi="Microsoft Yi Baiti" w:eastAsia="Microsoft Yi Baiti" w:cs="Microsoft Yi Baiti"/>
        </w:rPr>
        <w:t>ꁱꀋꁱ</w:t>
      </w:r>
      <w:r>
        <w:rPr>
          <w:rFonts w:ascii="Times New Roman" w:hAnsi="Times New Roman" w:eastAsia="Times New Roman" w:cs="Times New Roman"/>
        </w:rPr>
        <w:t xml:space="preserve">. </w:t>
      </w:r>
      <w:r>
        <w:rPr>
          <w:rFonts w:ascii="Microsoft Yi Baiti" w:hAnsi="Microsoft Yi Baiti" w:eastAsia="Microsoft Yi Baiti" w:cs="Microsoft Yi Baiti"/>
        </w:rPr>
        <w:t>ꃅꄉ</w:t>
      </w:r>
      <w:r>
        <w:rPr>
          <w:rFonts w:ascii="Times New Roman" w:hAnsi="Times New Roman" w:eastAsia="Times New Roman" w:cs="Times New Roman"/>
        </w:rPr>
        <w:t xml:space="preserve"> </w:t>
      </w:r>
      <w:r>
        <w:rPr>
          <w:rFonts w:ascii="Microsoft Yi Baiti" w:hAnsi="Microsoft Yi Baiti" w:eastAsia="Microsoft Yi Baiti" w:cs="Microsoft Yi Baiti"/>
        </w:rPr>
        <w:t>ꊰꒉꌠ</w:t>
      </w:r>
      <w:r>
        <w:rPr>
          <w:rFonts w:ascii="Times New Roman" w:hAnsi="Times New Roman" w:eastAsia="Times New Roman" w:cs="Times New Roman"/>
        </w:rPr>
        <w:t xml:space="preserve"> </w:t>
      </w:r>
      <w:r>
        <w:rPr>
          <w:rFonts w:ascii="Microsoft Yi Baiti" w:hAnsi="Microsoft Yi Baiti" w:eastAsia="Microsoft Yi Baiti" w:cs="Microsoft Yi Baiti"/>
        </w:rPr>
        <w:t>ꑍꀋꇬ</w:t>
      </w:r>
      <w:r>
        <w:rPr>
          <w:rFonts w:ascii="Times New Roman" w:hAnsi="Times New Roman" w:eastAsia="Times New Roman" w:cs="Times New Roman"/>
        </w:rPr>
        <w:t xml:space="preserve"> </w:t>
      </w:r>
      <w:r>
        <w:rPr>
          <w:rFonts w:ascii="Microsoft Yi Baiti" w:hAnsi="Microsoft Yi Baiti" w:eastAsia="Microsoft Yi Baiti" w:cs="Microsoft Yi Baiti"/>
        </w:rPr>
        <w:t>ꉪꑴ</w:t>
      </w:r>
      <w:r>
        <w:rPr>
          <w:rFonts w:ascii="Times New Roman" w:hAnsi="Times New Roman" w:eastAsia="Times New Roman" w:cs="Times New Roman"/>
        </w:rPr>
        <w:t xml:space="preserve"> </w:t>
      </w:r>
      <w:r>
        <w:rPr>
          <w:rFonts w:ascii="Microsoft Yi Baiti" w:hAnsi="Microsoft Yi Baiti" w:eastAsia="Microsoft Yi Baiti" w:cs="Microsoft Yi Baiti"/>
        </w:rPr>
        <w:t>ꊟꏦꌠ</w:t>
      </w:r>
      <w:r>
        <w:rPr>
          <w:rFonts w:ascii="Times New Roman" w:hAnsi="Times New Roman" w:eastAsia="Times New Roman" w:cs="Times New Roman"/>
        </w:rPr>
        <w:t xml:space="preserve"> </w:t>
      </w:r>
      <w:r>
        <w:rPr>
          <w:rFonts w:ascii="Microsoft Yi Baiti" w:hAnsi="Microsoft Yi Baiti" w:eastAsia="Microsoft Yi Baiti" w:cs="Microsoft Yi Baiti"/>
        </w:rPr>
        <w:t>ꐛꌠ</w:t>
      </w:r>
      <w:r>
        <w:rPr>
          <w:rFonts w:ascii="Times New Roman" w:hAnsi="Times New Roman" w:eastAsia="Times New Roman" w:cs="Times New Roman"/>
        </w:rPr>
        <w:t xml:space="preserve"> </w:t>
      </w:r>
      <w:r>
        <w:rPr>
          <w:rFonts w:ascii="Microsoft Yi Baiti" w:hAnsi="Microsoft Yi Baiti" w:eastAsia="Microsoft Yi Baiti" w:cs="Microsoft Yi Baiti"/>
        </w:rPr>
        <w:t>ꉆꁧ</w:t>
      </w:r>
      <w:r>
        <w:rPr>
          <w:rFonts w:ascii="Times New Roman" w:hAnsi="Times New Roman" w:eastAsia="Times New Roman" w:cs="Times New Roman"/>
        </w:rPr>
        <w:t xml:space="preserve"> </w:t>
      </w:r>
      <w:r>
        <w:rPr>
          <w:rFonts w:ascii="Microsoft Yi Baiti" w:hAnsi="Microsoft Yi Baiti" w:eastAsia="Microsoft Yi Baiti" w:cs="Microsoft Yi Baiti"/>
        </w:rPr>
        <w:t>ꐙꑓ</w:t>
      </w:r>
      <w:r>
        <w:rPr>
          <w:rFonts w:ascii="Times New Roman" w:hAnsi="Times New Roman" w:eastAsia="Times New Roman" w:cs="Times New Roman"/>
        </w:rPr>
        <w:t xml:space="preserve"> </w:t>
      </w:r>
      <w:r>
        <w:rPr>
          <w:rFonts w:ascii="Microsoft Yi Baiti" w:hAnsi="Microsoft Yi Baiti" w:eastAsia="Microsoft Yi Baiti" w:cs="Microsoft Yi Baiti"/>
        </w:rPr>
        <w:t>ꄮꃅꑳꀕꇬꉈꎹ</w:t>
      </w:r>
      <w:r>
        <w:rPr>
          <w:rFonts w:ascii="Times New Roman" w:hAnsi="Times New Roman" w:eastAsia="Times New Roman" w:cs="Times New Roman"/>
        </w:rPr>
        <w:t xml:space="preserve">, </w:t>
      </w:r>
      <w:r>
        <w:rPr>
          <w:rFonts w:ascii="Microsoft Yi Baiti" w:hAnsi="Microsoft Yi Baiti" w:eastAsia="Microsoft Yi Baiti" w:cs="Microsoft Yi Baiti"/>
        </w:rPr>
        <w:t>ꎔꏃ</w:t>
      </w:r>
      <w:r>
        <w:rPr>
          <w:rFonts w:ascii="Times New Roman" w:hAnsi="Times New Roman" w:eastAsia="Times New Roman" w:cs="Times New Roman"/>
        </w:rPr>
        <w:t xml:space="preserve"> </w:t>
      </w:r>
      <w:r>
        <w:rPr>
          <w:rFonts w:ascii="Microsoft Yi Baiti" w:hAnsi="Microsoft Yi Baiti" w:eastAsia="Microsoft Yi Baiti" w:cs="Microsoft Yi Baiti"/>
        </w:rPr>
        <w:t>ꋍꃢ</w:t>
      </w:r>
      <w:r>
        <w:rPr>
          <w:rFonts w:ascii="Times New Roman" w:hAnsi="Times New Roman" w:eastAsia="Times New Roman" w:cs="Times New Roman"/>
        </w:rPr>
        <w:t xml:space="preserve"> </w:t>
      </w:r>
      <w:r>
        <w:rPr>
          <w:rFonts w:ascii="Microsoft Yi Baiti" w:hAnsi="Microsoft Yi Baiti" w:eastAsia="Microsoft Yi Baiti" w:cs="Microsoft Yi Baiti"/>
        </w:rPr>
        <w:t>ꏾꑳꋠꁧꅉꄉ</w:t>
      </w:r>
      <w:r>
        <w:rPr>
          <w:rFonts w:ascii="Times New Roman" w:hAnsi="Times New Roman" w:eastAsia="Times New Roman" w:cs="Times New Roman"/>
        </w:rPr>
        <w:t xml:space="preserve"> </w:t>
      </w:r>
      <w:r>
        <w:rPr>
          <w:rFonts w:ascii="Microsoft Yi Baiti" w:hAnsi="Microsoft Yi Baiti" w:eastAsia="Microsoft Yi Baiti" w:cs="Microsoft Yi Baiti"/>
        </w:rPr>
        <w:t>ꋍꉌꇐꀕꇬꌠ</w:t>
      </w:r>
      <w:r>
        <w:rPr>
          <w:rFonts w:ascii="Times New Roman" w:hAnsi="Times New Roman" w:eastAsia="Times New Roman" w:cs="Times New Roman"/>
        </w:rPr>
        <w:t xml:space="preserve"> </w:t>
      </w:r>
      <w:r>
        <w:rPr>
          <w:rFonts w:ascii="Microsoft Yi Baiti" w:hAnsi="Microsoft Yi Baiti" w:eastAsia="Microsoft Yi Baiti" w:cs="Microsoft Yi Baiti"/>
        </w:rPr>
        <w:t>ꁱꀋꁱ</w:t>
      </w:r>
      <w:r>
        <w:rPr>
          <w:rFonts w:ascii="Times New Roman" w:hAnsi="Times New Roman" w:eastAsia="Times New Roman" w:cs="Times New Roman"/>
        </w:rPr>
        <w:t xml:space="preserve">; </w:t>
      </w:r>
      <w:r>
        <w:rPr>
          <w:rFonts w:ascii="Microsoft Yi Baiti" w:hAnsi="Microsoft Yi Baiti" w:eastAsia="Microsoft Yi Baiti" w:cs="Microsoft Yi Baiti"/>
        </w:rPr>
        <w:t>ꋍꉌꇐꀕꇬꌠ</w:t>
      </w:r>
      <w:r>
        <w:rPr>
          <w:rFonts w:ascii="Times New Roman" w:hAnsi="Times New Roman" w:eastAsia="Times New Roman" w:cs="Times New Roman"/>
        </w:rPr>
        <w:t xml:space="preserve"> </w:t>
      </w:r>
      <w:r>
        <w:rPr>
          <w:rFonts w:ascii="Microsoft Yi Baiti" w:hAnsi="Microsoft Yi Baiti" w:eastAsia="Microsoft Yi Baiti" w:cs="Microsoft Yi Baiti"/>
        </w:rPr>
        <w:t>ꑠꒉꌠ</w:t>
      </w:r>
      <w:r>
        <w:rPr>
          <w:rFonts w:ascii="Times New Roman" w:hAnsi="Times New Roman" w:eastAsia="Times New Roman" w:cs="Times New Roman"/>
        </w:rPr>
        <w:t xml:space="preserve"> </w:t>
      </w:r>
      <w:r>
        <w:rPr>
          <w:rFonts w:ascii="Microsoft Yi Baiti" w:hAnsi="Microsoft Yi Baiti" w:eastAsia="Microsoft Yi Baiti" w:cs="Microsoft Yi Baiti"/>
        </w:rPr>
        <w:t>ꐛꌠ</w:t>
      </w:r>
      <w:r>
        <w:rPr>
          <w:rFonts w:ascii="Times New Roman" w:hAnsi="Times New Roman" w:eastAsia="Times New Roman" w:cs="Times New Roman"/>
        </w:rPr>
        <w:t xml:space="preserve"> </w:t>
      </w:r>
      <w:r>
        <w:rPr>
          <w:rFonts w:ascii="Microsoft Yi Baiti" w:hAnsi="Microsoft Yi Baiti" w:eastAsia="Microsoft Yi Baiti" w:cs="Microsoft Yi Baiti"/>
        </w:rPr>
        <w:t>ꑟꎹꐛꌠ</w:t>
      </w:r>
      <w:r>
        <w:rPr>
          <w:rFonts w:ascii="Times New Roman" w:hAnsi="Times New Roman" w:eastAsia="Times New Roman" w:cs="Times New Roman"/>
        </w:rPr>
        <w:t xml:space="preserve"> </w:t>
      </w:r>
      <w:r>
        <w:rPr>
          <w:rFonts w:ascii="Microsoft Yi Baiti" w:hAnsi="Microsoft Yi Baiti" w:eastAsia="Microsoft Yi Baiti" w:cs="Microsoft Yi Baiti"/>
        </w:rPr>
        <w:t>ꉪꄉꌦꂷꐥꌠ</w:t>
      </w:r>
      <w:r>
        <w:rPr>
          <w:rFonts w:ascii="Times New Roman" w:hAnsi="Times New Roman" w:eastAsia="Times New Roman" w:cs="Times New Roman"/>
        </w:rPr>
        <w:t xml:space="preserve"> </w:t>
      </w:r>
      <w:r>
        <w:rPr>
          <w:rFonts w:ascii="Microsoft Yi Baiti" w:hAnsi="Microsoft Yi Baiti" w:eastAsia="Microsoft Yi Baiti" w:cs="Microsoft Yi Baiti"/>
        </w:rPr>
        <w:t>ꌠꁱ</w:t>
      </w:r>
      <w:r>
        <w:rPr>
          <w:rFonts w:ascii="Times New Roman" w:hAnsi="Times New Roman" w:eastAsia="Times New Roman" w:cs="Times New Roman"/>
        </w:rPr>
        <w:t xml:space="preserve"> </w:t>
      </w:r>
      <w:r>
        <w:rPr>
          <w:rFonts w:ascii="Microsoft Yi Baiti" w:hAnsi="Microsoft Yi Baiti" w:eastAsia="Microsoft Yi Baiti" w:cs="Microsoft Yi Baiti"/>
        </w:rPr>
        <w:t>ꃅꄉ</w:t>
      </w:r>
      <w:r>
        <w:rPr>
          <w:rFonts w:ascii="Times New Roman" w:hAnsi="Times New Roman" w:eastAsia="Times New Roman" w:cs="Times New Roman"/>
        </w:rPr>
        <w:t xml:space="preserve"> </w:t>
      </w:r>
      <w:r>
        <w:rPr>
          <w:rFonts w:ascii="Microsoft Yi Baiti" w:hAnsi="Microsoft Yi Baiti" w:eastAsia="Microsoft Yi Baiti" w:cs="Microsoft Yi Baiti"/>
        </w:rPr>
        <w:t>ꑠꌠ</w:t>
      </w:r>
      <w:r>
        <w:rPr>
          <w:rFonts w:ascii="Times New Roman" w:hAnsi="Times New Roman" w:eastAsia="Times New Roman" w:cs="Times New Roman"/>
        </w:rPr>
        <w:t xml:space="preserve"> </w:t>
      </w:r>
      <w:r>
        <w:rPr>
          <w:rFonts w:ascii="Microsoft Yi Baiti" w:hAnsi="Microsoft Yi Baiti" w:eastAsia="Microsoft Yi Baiti" w:cs="Microsoft Yi Baiti"/>
        </w:rPr>
        <w:t>ꌠꒉꌠ</w:t>
      </w:r>
      <w:r>
        <w:rPr>
          <w:rFonts w:ascii="Times New Roman" w:hAnsi="Times New Roman" w:eastAsia="Times New Roman" w:cs="Times New Roman"/>
        </w:rPr>
        <w:t xml:space="preserve"> </w:t>
      </w:r>
      <w:r>
        <w:rPr>
          <w:rFonts w:ascii="Microsoft Yi Baiti" w:hAnsi="Microsoft Yi Baiti" w:eastAsia="Microsoft Yi Baiti" w:cs="Microsoft Yi Baiti"/>
        </w:rPr>
        <w:t>ꃅꀋꁱ</w:t>
      </w:r>
      <w:r>
        <w:rPr>
          <w:rFonts w:ascii="Times New Roman" w:hAnsi="Times New Roman" w:eastAsia="Times New Roman" w:cs="Times New Roman"/>
        </w:rPr>
        <w:t xml:space="preserve">, </w:t>
      </w:r>
      <w:r>
        <w:rPr>
          <w:rFonts w:ascii="Microsoft Yi Baiti" w:hAnsi="Microsoft Yi Baiti" w:eastAsia="Microsoft Yi Baiti" w:cs="Microsoft Yi Baiti"/>
        </w:rPr>
        <w:t>ꃅꄉ</w:t>
      </w:r>
      <w:r>
        <w:rPr>
          <w:rFonts w:ascii="Times New Roman" w:hAnsi="Times New Roman" w:eastAsia="Times New Roman" w:cs="Times New Roman"/>
        </w:rPr>
        <w:t xml:space="preserve"> </w:t>
      </w:r>
      <w:r>
        <w:rPr>
          <w:rFonts w:ascii="Microsoft Yi Baiti" w:hAnsi="Microsoft Yi Baiti" w:eastAsia="Microsoft Yi Baiti" w:cs="Microsoft Yi Baiti"/>
        </w:rPr>
        <w:t>ꊰꒉꌠ</w:t>
      </w:r>
      <w:r>
        <w:rPr>
          <w:rFonts w:ascii="Times New Roman" w:hAnsi="Times New Roman" w:eastAsia="Times New Roman" w:cs="Times New Roman"/>
        </w:rPr>
        <w:t xml:space="preserve"> </w:t>
      </w:r>
      <w:r>
        <w:rPr>
          <w:rFonts w:ascii="Microsoft Yi Baiti" w:hAnsi="Microsoft Yi Baiti" w:eastAsia="Microsoft Yi Baiti" w:cs="Microsoft Yi Baiti"/>
        </w:rPr>
        <w:t>ꑟꄉꌠ</w:t>
      </w:r>
      <w:r>
        <w:rPr>
          <w:rFonts w:ascii="Times New Roman" w:hAnsi="Times New Roman" w:eastAsia="Times New Roman" w:cs="Times New Roman"/>
        </w:rPr>
        <w:t xml:space="preserve"> </w:t>
      </w:r>
      <w:r>
        <w:rPr>
          <w:rFonts w:ascii="Microsoft Yi Baiti" w:hAnsi="Microsoft Yi Baiti" w:eastAsia="Microsoft Yi Baiti" w:cs="Microsoft Yi Baiti"/>
        </w:rPr>
        <w:t>ꑠꒉꌠ</w:t>
      </w:r>
      <w:r>
        <w:rPr>
          <w:rFonts w:ascii="Times New Roman" w:hAnsi="Times New Roman" w:eastAsia="Times New Roman" w:cs="Times New Roman"/>
        </w:rPr>
        <w:t xml:space="preserve"> </w:t>
      </w:r>
      <w:r>
        <w:rPr>
          <w:rFonts w:ascii="Microsoft Yi Baiti" w:hAnsi="Microsoft Yi Baiti" w:eastAsia="Microsoft Yi Baiti" w:cs="Microsoft Yi Baiti"/>
        </w:rPr>
        <w:t>ꊿꊏꊾ</w:t>
      </w:r>
      <w:r>
        <w:rPr>
          <w:rFonts w:ascii="Times New Roman" w:hAnsi="Times New Roman" w:eastAsia="Times New Roman" w:cs="Times New Roman"/>
        </w:rPr>
        <w:t xml:space="preserve"> </w:t>
      </w:r>
      <w:r>
        <w:rPr>
          <w:rFonts w:ascii="Microsoft Yi Baiti" w:hAnsi="Microsoft Yi Baiti" w:eastAsia="Microsoft Yi Baiti" w:cs="Microsoft Yi Baiti"/>
        </w:rPr>
        <w:t>ꂷꄷꀋꄉ</w:t>
      </w:r>
      <w:r>
        <w:rPr>
          <w:rFonts w:ascii="Times New Roman" w:hAnsi="Times New Roman" w:eastAsia="Times New Roman" w:cs="Times New Roman"/>
        </w:rPr>
        <w:t xml:space="preserve"> </w:t>
      </w:r>
      <w:r>
        <w:rPr>
          <w:rFonts w:ascii="Microsoft Yi Baiti" w:hAnsi="Microsoft Yi Baiti" w:eastAsia="Microsoft Yi Baiti" w:cs="Microsoft Yi Baiti"/>
        </w:rPr>
        <w:t>ꆈꋠꒉꌠ</w:t>
      </w:r>
      <w:r>
        <w:rPr>
          <w:rFonts w:ascii="Times New Roman" w:hAnsi="Times New Roman" w:eastAsia="Times New Roman" w:cs="Times New Roman"/>
        </w:rPr>
        <w:t xml:space="preserve"> </w:t>
      </w:r>
      <w:r>
        <w:rPr>
          <w:rFonts w:ascii="Microsoft Yi Baiti" w:hAnsi="Microsoft Yi Baiti" w:eastAsia="Microsoft Yi Baiti" w:cs="Microsoft Yi Baiti"/>
        </w:rPr>
        <w:t>ꌟꁯ</w:t>
      </w:r>
      <w:r>
        <w:rPr>
          <w:rFonts w:ascii="Times New Roman" w:hAnsi="Times New Roman" w:eastAsia="Times New Roman" w:cs="Times New Roman"/>
        </w:rPr>
        <w:t>—</w:t>
      </w:r>
      <w:r>
        <w:rPr>
          <w:rFonts w:ascii="Microsoft Yi Baiti" w:hAnsi="Microsoft Yi Baiti" w:eastAsia="Microsoft Yi Baiti" w:cs="Microsoft Yi Baiti"/>
        </w:rPr>
        <w:t>ꉐꌠꇐꊐꏦꄉ</w:t>
      </w:r>
      <w:r>
        <w:rPr>
          <w:rFonts w:ascii="Times New Roman" w:hAnsi="Times New Roman" w:eastAsia="Times New Roman" w:cs="Times New Roman"/>
        </w:rPr>
        <w:t xml:space="preserve"> </w:t>
      </w:r>
      <w:r>
        <w:rPr>
          <w:rFonts w:ascii="Microsoft Yi Baiti" w:hAnsi="Microsoft Yi Baiti" w:eastAsia="Microsoft Yi Baiti" w:cs="Microsoft Yi Baiti"/>
        </w:rPr>
        <w:t>ꉈꆹꂓ</w:t>
      </w:r>
      <w:r>
        <w:rPr>
          <w:rFonts w:ascii="Times New Roman" w:hAnsi="Times New Roman" w:eastAsia="Times New Roman" w:cs="Times New Roman"/>
        </w:rPr>
        <w:t xml:space="preserve">, </w:t>
      </w:r>
      <w:r>
        <w:rPr>
          <w:rFonts w:ascii="Microsoft Yi Baiti" w:hAnsi="Microsoft Yi Baiti" w:eastAsia="Microsoft Yi Baiti" w:cs="Microsoft Yi Baiti"/>
        </w:rPr>
        <w:t>ꎔꏃꌠ</w:t>
      </w:r>
      <w:r>
        <w:rPr>
          <w:rFonts w:ascii="Times New Roman" w:hAnsi="Times New Roman" w:eastAsia="Times New Roman" w:cs="Times New Roman"/>
        </w:rPr>
        <w:t xml:space="preserve"> </w:t>
      </w:r>
      <w:r>
        <w:rPr>
          <w:rFonts w:ascii="Microsoft Yi Baiti" w:hAnsi="Microsoft Yi Baiti" w:eastAsia="Microsoft Yi Baiti" w:cs="Microsoft Yi Baiti"/>
        </w:rPr>
        <w:t>ꑟꐛꌠ</w:t>
      </w:r>
      <w:r>
        <w:rPr>
          <w:rFonts w:ascii="Times New Roman" w:hAnsi="Times New Roman" w:eastAsia="Times New Roman" w:cs="Times New Roman"/>
        </w:rPr>
        <w:t xml:space="preserve"> </w:t>
      </w:r>
      <w:r>
        <w:rPr>
          <w:rFonts w:ascii="Microsoft Yi Baiti" w:hAnsi="Microsoft Yi Baiti" w:eastAsia="Microsoft Yi Baiti" w:cs="Microsoft Yi Baiti"/>
        </w:rPr>
        <w:t>ꑟꐛꑳꃅ</w:t>
      </w:r>
      <w:r>
        <w:rPr>
          <w:rFonts w:ascii="Times New Roman" w:hAnsi="Times New Roman" w:eastAsia="Times New Roman" w:cs="Times New Roman"/>
        </w:rPr>
        <w: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 Sabato la Laodikia - Namba Mbili</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