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Yoweli Kitabu na Kanisa la Waadventista Wasabato wa Laodikia - Namba Tano</w:t>
      </w:r>
    </w:p>
    <w:p>
      <w:pPr>
        <w:pStyle w:val="ArticleSubtitle"/>
        <w:jc w:val="left"/>
      </w:pPr>
      <w:r>
        <w:rPr>
          <w:rFonts w:ascii="Segoe UI" w:hAnsi="Segoe UI" w:eastAsia="Segoe UI" w:cs="Segoe UI"/>
        </w:rPr>
        <w:t>تا</w:t>
      </w:r>
      <w:r>
        <w:rPr>
          <w:rFonts w:ascii="Arial" w:hAnsi="Arial" w:eastAsia="Arial" w:cs="Arial"/>
        </w:rPr>
        <w:t xml:space="preserve"> </w:t>
      </w:r>
      <w:r>
        <w:rPr>
          <w:rFonts w:ascii="Segoe UI" w:hAnsi="Segoe UI" w:eastAsia="Segoe UI" w:cs="Segoe UI"/>
        </w:rPr>
        <w:t>چەند؟</w:t>
      </w:r>
      <w:r>
        <w:rPr>
          <w:rFonts w:ascii="Arial" w:hAnsi="Arial" w:eastAsia="Arial" w:cs="Arial"/>
        </w:rPr>
        <w:t xml:space="preserve"> </w:t>
      </w:r>
      <w:r>
        <w:rPr>
          <w:rFonts w:ascii="Segoe UI" w:hAnsi="Segoe UI" w:eastAsia="Segoe UI" w:cs="Segoe UI"/>
        </w:rPr>
        <w:t>پەنجەمین</w:t>
      </w:r>
      <w:r>
        <w:rPr>
          <w:rFonts w:ascii="Arial" w:hAnsi="Arial" w:eastAsia="Arial" w:cs="Arial"/>
        </w:rPr>
        <w:t xml:space="preserve"> </w:t>
      </w:r>
      <w:r>
        <w:rPr>
          <w:rFonts w:ascii="Segoe UI" w:hAnsi="Segoe UI" w:eastAsia="Segoe UI" w:cs="Segoe UI"/>
        </w:rPr>
        <w:t>مۆر</w:t>
      </w:r>
      <w:r>
        <w:rPr>
          <w:rFonts w:ascii="Arial" w:hAnsi="Arial" w:eastAsia="Arial" w:cs="Arial"/>
        </w:rPr>
        <w:t xml:space="preserve"> </w:t>
      </w:r>
      <w:r>
        <w:rPr>
          <w:rFonts w:ascii="Segoe UI" w:hAnsi="Segoe UI" w:eastAsia="Segoe UI" w:cs="Segoe UI"/>
        </w:rPr>
        <w:t>ئەوەی</w:t>
      </w:r>
      <w:r>
        <w:rPr>
          <w:rFonts w:ascii="Arial" w:hAnsi="Arial" w:eastAsia="Arial" w:cs="Arial"/>
        </w:rPr>
        <w:t xml:space="preserve"> </w:t>
      </w:r>
      <w:r>
        <w:rPr>
          <w:rFonts w:ascii="Segoe UI" w:hAnsi="Segoe UI" w:eastAsia="Segoe UI" w:cs="Segoe UI"/>
        </w:rPr>
        <w:t>یوحەننا</w:t>
      </w:r>
      <w:r>
        <w:rPr>
          <w:rFonts w:ascii="Arial" w:hAnsi="Arial" w:eastAsia="Arial" w:cs="Arial"/>
        </w:rPr>
        <w:t xml:space="preserve"> </w:t>
      </w:r>
      <w:r>
        <w:rPr>
          <w:rFonts w:ascii="Segoe UI" w:hAnsi="Segoe UI" w:eastAsia="Segoe UI" w:cs="Segoe UI"/>
        </w:rPr>
        <w:t>لە</w:t>
      </w:r>
      <w:r>
        <w:rPr>
          <w:rFonts w:ascii="Arial" w:hAnsi="Arial" w:eastAsia="Arial" w:cs="Arial"/>
        </w:rPr>
        <w:t xml:space="preserve"> </w:t>
      </w:r>
      <w:r>
        <w:rPr>
          <w:rFonts w:ascii="Segoe UI" w:hAnsi="Segoe UI" w:eastAsia="Segoe UI" w:cs="Segoe UI"/>
        </w:rPr>
        <w:t>پاش</w:t>
      </w:r>
      <w:r>
        <w:rPr>
          <w:rFonts w:ascii="Arial" w:hAnsi="Arial" w:eastAsia="Arial" w:cs="Arial"/>
        </w:rPr>
        <w:t xml:space="preserve"> </w:t>
      </w:r>
      <w:r>
        <w:rPr>
          <w:rFonts w:ascii="Segoe UI" w:hAnsi="Segoe UI" w:eastAsia="Segoe UI" w:cs="Segoe UI"/>
        </w:rPr>
        <w:t>بینینی</w:t>
      </w:r>
      <w:r>
        <w:rPr>
          <w:rFonts w:ascii="Arial" w:hAnsi="Arial" w:eastAsia="Arial" w:cs="Arial"/>
        </w:rPr>
        <w:t xml:space="preserve"> </w:t>
      </w:r>
      <w:r>
        <w:rPr>
          <w:rFonts w:ascii="Segoe UI" w:hAnsi="Segoe UI" w:eastAsia="Segoe UI" w:cs="Segoe UI"/>
        </w:rPr>
        <w:t>چوار</w:t>
      </w:r>
      <w:r>
        <w:rPr>
          <w:rFonts w:ascii="Arial" w:hAnsi="Arial" w:eastAsia="Arial" w:cs="Arial"/>
        </w:rPr>
        <w:t xml:space="preserve"> </w:t>
      </w:r>
      <w:r>
        <w:rPr>
          <w:rFonts w:ascii="Segoe UI" w:hAnsi="Segoe UI" w:eastAsia="Segoe UI" w:cs="Segoe UI"/>
        </w:rPr>
        <w:t>مەزنەسوارەکە</w:t>
      </w:r>
      <w:r>
        <w:rPr>
          <w:rFonts w:ascii="Arial" w:hAnsi="Arial" w:eastAsia="Arial" w:cs="Arial"/>
        </w:rPr>
        <w:t xml:space="preserve"> </w:t>
      </w:r>
      <w:r>
        <w:rPr>
          <w:rFonts w:ascii="Segoe UI" w:hAnsi="Segoe UI" w:eastAsia="Segoe UI" w:cs="Segoe UI"/>
        </w:rPr>
        <w:t>بینی،</w:t>
      </w:r>
      <w:r>
        <w:rPr>
          <w:rFonts w:ascii="Arial" w:hAnsi="Arial" w:eastAsia="Arial" w:cs="Arial"/>
        </w:rPr>
        <w:t xml:space="preserve"> </w:t>
      </w:r>
      <w:r>
        <w:rPr>
          <w:rFonts w:ascii="Segoe UI" w:hAnsi="Segoe UI" w:eastAsia="Segoe UI" w:cs="Segoe UI"/>
        </w:rPr>
        <w:t>بەهەمان</w:t>
      </w:r>
      <w:r>
        <w:rPr>
          <w:rFonts w:ascii="Arial" w:hAnsi="Arial" w:eastAsia="Arial" w:cs="Arial"/>
        </w:rPr>
        <w:t xml:space="preserve"> </w:t>
      </w:r>
      <w:r>
        <w:rPr>
          <w:rFonts w:ascii="Segoe UI" w:hAnsi="Segoe UI" w:eastAsia="Segoe UI" w:cs="Segoe UI"/>
        </w:rPr>
        <w:t>شێوە</w:t>
      </w:r>
      <w:r>
        <w:rPr>
          <w:rFonts w:ascii="Arial" w:hAnsi="Arial" w:eastAsia="Arial" w:cs="Arial"/>
        </w:rPr>
        <w:t xml:space="preserve"> </w:t>
      </w:r>
      <w:r>
        <w:rPr>
          <w:rFonts w:ascii="Segoe UI" w:hAnsi="Segoe UI" w:eastAsia="Segoe UI" w:cs="Segoe UI"/>
        </w:rPr>
        <w:t>سەرسوڕهێنەر</w:t>
      </w:r>
      <w:r>
        <w:rPr>
          <w:rFonts w:ascii="Arial" w:hAnsi="Arial" w:eastAsia="Arial" w:cs="Arial"/>
        </w:rPr>
        <w:t xml:space="preserve"> </w:t>
      </w:r>
      <w:r>
        <w:rPr>
          <w:rFonts w:ascii="Segoe UI" w:hAnsi="Segoe UI" w:eastAsia="Segoe UI" w:cs="Segoe UI"/>
        </w:rPr>
        <w:t>بوو</w:t>
      </w:r>
      <w:r>
        <w:rPr>
          <w:rFonts w:ascii="Arial" w:hAnsi="Arial" w:eastAsia="Arial" w:cs="Arial"/>
        </w:rPr>
        <w:t xml:space="preserve">. </w:t>
      </w:r>
      <w:r>
        <w:rPr>
          <w:rFonts w:ascii="Segoe UI" w:hAnsi="Segoe UI" w:eastAsia="Segoe UI" w:cs="Segoe UI"/>
        </w:rPr>
        <w:t>دەڵێت</w:t>
      </w:r>
      <w:r>
        <w:rPr>
          <w:rFonts w:ascii="Arial" w:hAnsi="Arial" w:eastAsia="Arial" w:cs="Arial"/>
        </w:rPr>
        <w:t>: «</w:t>
      </w:r>
      <w:r>
        <w:rPr>
          <w:rFonts w:ascii="Segoe UI" w:hAnsi="Segoe UI" w:eastAsia="Segoe UI" w:cs="Segoe UI"/>
        </w:rPr>
        <w:t>کاتێک</w:t>
      </w:r>
      <w:r>
        <w:rPr>
          <w:rFonts w:ascii="Arial" w:hAnsi="Arial" w:eastAsia="Arial" w:cs="Arial"/>
        </w:rPr>
        <w:t xml:space="preserve"> [</w:t>
      </w:r>
      <w:r>
        <w:rPr>
          <w:rFonts w:ascii="Segoe UI" w:hAnsi="Segoe UI" w:eastAsia="Segoe UI" w:cs="Segoe UI"/>
        </w:rPr>
        <w:t>بەرخەکە</w:t>
      </w:r>
      <w:r>
        <w:rPr>
          <w:rFonts w:ascii="Arial" w:hAnsi="Arial" w:eastAsia="Arial" w:cs="Arial"/>
        </w:rPr>
        <w:t xml:space="preserve">] </w:t>
      </w:r>
      <w:r>
        <w:rPr>
          <w:rFonts w:ascii="Segoe UI" w:hAnsi="Segoe UI" w:eastAsia="Segoe UI" w:cs="Segoe UI"/>
        </w:rPr>
        <w:t>پەنجەمین</w:t>
      </w:r>
      <w:r>
        <w:rPr>
          <w:rFonts w:ascii="Arial" w:hAnsi="Arial" w:eastAsia="Arial" w:cs="Arial"/>
        </w:rPr>
        <w:t xml:space="preserve"> </w:t>
      </w:r>
      <w:r>
        <w:rPr>
          <w:rFonts w:ascii="Segoe UI" w:hAnsi="Segoe UI" w:eastAsia="Segoe UI" w:cs="Segoe UI"/>
        </w:rPr>
        <w:t>مۆری</w:t>
      </w:r>
      <w:r>
        <w:rPr>
          <w:rFonts w:ascii="Arial" w:hAnsi="Arial" w:eastAsia="Arial" w:cs="Arial"/>
        </w:rPr>
        <w:t xml:space="preserve"> </w:t>
      </w:r>
      <w:r>
        <w:rPr>
          <w:rFonts w:ascii="Segoe UI" w:hAnsi="Segoe UI" w:eastAsia="Segoe UI" w:cs="Segoe UI"/>
        </w:rPr>
        <w:t>کردەوە،</w:t>
      </w:r>
      <w:r>
        <w:rPr>
          <w:rFonts w:ascii="Arial" w:hAnsi="Arial" w:eastAsia="Arial" w:cs="Arial"/>
        </w:rPr>
        <w:t xml:space="preserve"> </w:t>
      </w:r>
      <w:r>
        <w:rPr>
          <w:rFonts w:ascii="Segoe UI" w:hAnsi="Segoe UI" w:eastAsia="Segoe UI" w:cs="Segoe UI"/>
        </w:rPr>
        <w:t>لە</w:t>
      </w:r>
      <w:r>
        <w:rPr>
          <w:rFonts w:ascii="Arial" w:hAnsi="Arial" w:eastAsia="Arial" w:cs="Arial"/>
        </w:rPr>
        <w:t xml:space="preserve"> </w:t>
      </w:r>
      <w:r>
        <w:rPr>
          <w:rFonts w:ascii="Segoe UI" w:hAnsi="Segoe UI" w:eastAsia="Segoe UI" w:cs="Segoe UI"/>
        </w:rPr>
        <w:t>ژێر</w:t>
      </w:r>
      <w:r>
        <w:rPr>
          <w:rFonts w:ascii="Arial" w:hAnsi="Arial" w:eastAsia="Arial" w:cs="Arial"/>
        </w:rPr>
        <w:t xml:space="preserve"> </w:t>
      </w:r>
      <w:r>
        <w:rPr>
          <w:rFonts w:ascii="Segoe UI" w:hAnsi="Segoe UI" w:eastAsia="Segoe UI" w:cs="Segoe UI"/>
        </w:rPr>
        <w:t>قوربانگاکەدا</w:t>
      </w:r>
      <w:r>
        <w:rPr>
          <w:rFonts w:ascii="Arial" w:hAnsi="Arial" w:eastAsia="Arial" w:cs="Arial"/>
        </w:rPr>
        <w:t xml:space="preserve"> </w:t>
      </w:r>
      <w:r>
        <w:rPr>
          <w:rFonts w:ascii="Segoe UI" w:hAnsi="Segoe UI" w:eastAsia="Segoe UI" w:cs="Segoe UI"/>
        </w:rPr>
        <w:t>گیانی</w:t>
      </w:r>
      <w:r>
        <w:rPr>
          <w:rFonts w:ascii="Arial" w:hAnsi="Arial" w:eastAsia="Arial" w:cs="Arial"/>
        </w:rPr>
        <w:t xml:space="preserve"> </w:t>
      </w:r>
      <w:r>
        <w:rPr>
          <w:rFonts w:ascii="Segoe UI" w:hAnsi="Segoe UI" w:eastAsia="Segoe UI" w:cs="Segoe UI"/>
        </w:rPr>
        <w:t>ئەوانەم</w:t>
      </w:r>
      <w:r>
        <w:rPr>
          <w:rFonts w:ascii="Arial" w:hAnsi="Arial" w:eastAsia="Arial" w:cs="Arial"/>
        </w:rPr>
        <w:t xml:space="preserve"> </w:t>
      </w:r>
      <w:r>
        <w:rPr>
          <w:rFonts w:ascii="Segoe UI" w:hAnsi="Segoe UI" w:eastAsia="Segoe UI" w:cs="Segoe UI"/>
        </w:rPr>
        <w:t>بینی</w:t>
      </w:r>
      <w:r>
        <w:rPr>
          <w:rFonts w:ascii="Arial" w:hAnsi="Arial" w:eastAsia="Arial" w:cs="Arial"/>
        </w:rPr>
        <w:t xml:space="preserve"> </w:t>
      </w:r>
      <w:r>
        <w:rPr>
          <w:rFonts w:ascii="Segoe UI" w:hAnsi="Segoe UI" w:eastAsia="Segoe UI" w:cs="Segoe UI"/>
        </w:rPr>
        <w:t>کە</w:t>
      </w:r>
      <w:r>
        <w:rPr>
          <w:rFonts w:ascii="Arial" w:hAnsi="Arial" w:eastAsia="Arial" w:cs="Arial"/>
        </w:rPr>
        <w:t xml:space="preserve"> </w:t>
      </w:r>
      <w:r>
        <w:rPr>
          <w:rFonts w:ascii="Segoe UI" w:hAnsi="Segoe UI" w:eastAsia="Segoe UI" w:cs="Segoe UI"/>
        </w:rPr>
        <w:t>بەهۆی</w:t>
      </w:r>
      <w:r>
        <w:rPr>
          <w:rFonts w:ascii="Arial" w:hAnsi="Arial" w:eastAsia="Arial" w:cs="Arial"/>
        </w:rPr>
        <w:t xml:space="preserve"> </w:t>
      </w:r>
      <w:r>
        <w:rPr>
          <w:rFonts w:ascii="Segoe UI" w:hAnsi="Segoe UI" w:eastAsia="Segoe UI" w:cs="Segoe UI"/>
        </w:rPr>
        <w:t>وشەی</w:t>
      </w:r>
      <w:r>
        <w:rPr>
          <w:rFonts w:ascii="Arial" w:hAnsi="Arial" w:eastAsia="Arial" w:cs="Arial"/>
        </w:rPr>
        <w:t xml:space="preserve"> </w:t>
      </w:r>
      <w:r>
        <w:rPr>
          <w:rFonts w:ascii="Segoe UI" w:hAnsi="Segoe UI" w:eastAsia="Segoe UI" w:cs="Segoe UI"/>
        </w:rPr>
        <w:t>خودا</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بەهۆی</w:t>
      </w:r>
      <w:r>
        <w:rPr>
          <w:rFonts w:ascii="Arial" w:hAnsi="Arial" w:eastAsia="Arial" w:cs="Arial"/>
        </w:rPr>
        <w:t xml:space="preserve"> </w:t>
      </w:r>
      <w:r>
        <w:rPr>
          <w:rFonts w:ascii="Segoe UI" w:hAnsi="Segoe UI" w:eastAsia="Segoe UI" w:cs="Segoe UI"/>
        </w:rPr>
        <w:t>ئەو</w:t>
      </w:r>
      <w:r>
        <w:rPr>
          <w:rFonts w:ascii="Arial" w:hAnsi="Arial" w:eastAsia="Arial" w:cs="Arial"/>
        </w:rPr>
        <w:t xml:space="preserve"> </w:t>
      </w:r>
      <w:r>
        <w:rPr>
          <w:rFonts w:ascii="Segoe UI" w:hAnsi="Segoe UI" w:eastAsia="Segoe UI" w:cs="Segoe UI"/>
        </w:rPr>
        <w:t>شایەتییەی</w:t>
      </w:r>
      <w:r>
        <w:rPr>
          <w:rFonts w:ascii="Arial" w:hAnsi="Arial" w:eastAsia="Arial" w:cs="Arial"/>
        </w:rPr>
        <w:t xml:space="preserve"> </w:t>
      </w:r>
      <w:r>
        <w:rPr>
          <w:rFonts w:ascii="Segoe UI" w:hAnsi="Segoe UI" w:eastAsia="Segoe UI" w:cs="Segoe UI"/>
        </w:rPr>
        <w:t>هەیانبوو</w:t>
      </w:r>
      <w:r>
        <w:rPr>
          <w:rFonts w:ascii="Arial" w:hAnsi="Arial" w:eastAsia="Arial" w:cs="Arial"/>
        </w:rPr>
        <w:t xml:space="preserve"> </w:t>
      </w:r>
      <w:r>
        <w:rPr>
          <w:rFonts w:ascii="Segoe UI" w:hAnsi="Segoe UI" w:eastAsia="Segoe UI" w:cs="Segoe UI"/>
        </w:rPr>
        <w:t>کوژرابوون</w:t>
      </w:r>
      <w:r>
        <w:rPr>
          <w:rFonts w:ascii="Arial" w:hAnsi="Arial" w:eastAsia="Arial" w:cs="Arial"/>
        </w:rPr>
        <w:t xml:space="preserve">. </w:t>
      </w:r>
      <w:r>
        <w:rPr>
          <w:rFonts w:ascii="Segoe UI" w:hAnsi="Segoe UI" w:eastAsia="Segoe UI" w:cs="Segoe UI"/>
        </w:rPr>
        <w:t>بە</w:t>
      </w:r>
      <w:r>
        <w:rPr>
          <w:rFonts w:ascii="Arial" w:hAnsi="Arial" w:eastAsia="Arial" w:cs="Arial"/>
        </w:rPr>
        <w:t xml:space="preserve"> </w:t>
      </w:r>
      <w:r>
        <w:rPr>
          <w:rFonts w:ascii="Segoe UI" w:hAnsi="Segoe UI" w:eastAsia="Segoe UI" w:cs="Segoe UI"/>
        </w:rPr>
        <w:t>دەنگێکی</w:t>
      </w:r>
      <w:r>
        <w:rPr>
          <w:rFonts w:ascii="Arial" w:hAnsi="Arial" w:eastAsia="Arial" w:cs="Arial"/>
        </w:rPr>
        <w:t xml:space="preserve"> </w:t>
      </w:r>
      <w:r>
        <w:rPr>
          <w:rFonts w:ascii="Segoe UI" w:hAnsi="Segoe UI" w:eastAsia="Segoe UI" w:cs="Segoe UI"/>
        </w:rPr>
        <w:t>بەرز</w:t>
      </w:r>
      <w:r>
        <w:rPr>
          <w:rFonts w:ascii="Arial" w:hAnsi="Arial" w:eastAsia="Arial" w:cs="Arial"/>
        </w:rPr>
        <w:t xml:space="preserve"> </w:t>
      </w:r>
      <w:r>
        <w:rPr>
          <w:rFonts w:ascii="Segoe UI" w:hAnsi="Segoe UI" w:eastAsia="Segoe UI" w:cs="Segoe UI"/>
        </w:rPr>
        <w:t>هاواریان</w:t>
      </w:r>
      <w:r>
        <w:rPr>
          <w:rFonts w:ascii="Arial" w:hAnsi="Arial" w:eastAsia="Arial" w:cs="Arial"/>
        </w:rPr>
        <w:t xml:space="preserve"> </w:t>
      </w:r>
      <w:r>
        <w:rPr>
          <w:rFonts w:ascii="Segoe UI" w:hAnsi="Segoe UI" w:eastAsia="Segoe UI" w:cs="Segoe UI"/>
        </w:rPr>
        <w:t>کرد</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گوتیان</w:t>
      </w:r>
      <w:r>
        <w:rPr>
          <w:rFonts w:ascii="Arial" w:hAnsi="Arial" w:eastAsia="Arial" w:cs="Arial"/>
        </w:rPr>
        <w:t>: “</w:t>
      </w:r>
      <w:r>
        <w:rPr>
          <w:rFonts w:ascii="Segoe UI" w:hAnsi="Segoe UI" w:eastAsia="Segoe UI" w:cs="Segoe UI"/>
        </w:rPr>
        <w:t>ئەی</w:t>
      </w:r>
      <w:r>
        <w:rPr>
          <w:rFonts w:ascii="Arial" w:hAnsi="Arial" w:eastAsia="Arial" w:cs="Arial"/>
        </w:rPr>
        <w:t xml:space="preserve"> </w:t>
      </w:r>
      <w:r>
        <w:rPr>
          <w:rFonts w:ascii="Segoe UI" w:hAnsi="Segoe UI" w:eastAsia="Segoe UI" w:cs="Segoe UI"/>
        </w:rPr>
        <w:t>یەزدان،</w:t>
      </w:r>
      <w:r>
        <w:rPr>
          <w:rFonts w:ascii="Arial" w:hAnsi="Arial" w:eastAsia="Arial" w:cs="Arial"/>
        </w:rPr>
        <w:t xml:space="preserve"> </w:t>
      </w:r>
      <w:r>
        <w:rPr>
          <w:rFonts w:ascii="Segoe UI" w:hAnsi="Segoe UI" w:eastAsia="Segoe UI" w:cs="Segoe UI"/>
        </w:rPr>
        <w:t>پیرۆز</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ڕاست،</w:t>
      </w:r>
      <w:r>
        <w:rPr>
          <w:rFonts w:ascii="Arial" w:hAnsi="Arial" w:eastAsia="Arial" w:cs="Arial"/>
        </w:rPr>
        <w:t xml:space="preserve"> </w:t>
      </w:r>
      <w:r>
        <w:rPr>
          <w:rFonts w:ascii="Segoe UI" w:hAnsi="Segoe UI" w:eastAsia="Segoe UI" w:cs="Segoe UI"/>
        </w:rPr>
        <w:t>تا</w:t>
      </w:r>
      <w:r>
        <w:rPr>
          <w:rFonts w:ascii="Arial" w:hAnsi="Arial" w:eastAsia="Arial" w:cs="Arial"/>
        </w:rPr>
        <w:t xml:space="preserve"> </w:t>
      </w:r>
      <w:r>
        <w:rPr>
          <w:rFonts w:ascii="Segoe UI" w:hAnsi="Segoe UI" w:eastAsia="Segoe UI" w:cs="Segoe UI"/>
        </w:rPr>
        <w:t>چەند</w:t>
      </w:r>
      <w:r>
        <w:rPr>
          <w:rFonts w:ascii="Arial" w:hAnsi="Arial" w:eastAsia="Arial" w:cs="Arial"/>
        </w:rPr>
        <w:t xml:space="preserve"> </w:t>
      </w:r>
      <w:r>
        <w:rPr>
          <w:rFonts w:ascii="Segoe UI" w:hAnsi="Segoe UI" w:eastAsia="Segoe UI" w:cs="Segoe UI"/>
        </w:rPr>
        <w:t>دادوەری</w:t>
      </w:r>
      <w:r>
        <w:rPr>
          <w:rFonts w:ascii="Arial" w:hAnsi="Arial" w:eastAsia="Arial" w:cs="Arial"/>
        </w:rPr>
        <w:t xml:space="preserve"> </w:t>
      </w:r>
      <w:r>
        <w:rPr>
          <w:rFonts w:ascii="Segoe UI" w:hAnsi="Segoe UI" w:eastAsia="Segoe UI" w:cs="Segoe UI"/>
        </w:rPr>
        <w:t>ناکەیت</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خوێنی</w:t>
      </w:r>
      <w:r>
        <w:rPr>
          <w:rFonts w:ascii="Arial" w:hAnsi="Arial" w:eastAsia="Arial" w:cs="Arial"/>
        </w:rPr>
        <w:t xml:space="preserve"> </w:t>
      </w:r>
      <w:r>
        <w:rPr>
          <w:rFonts w:ascii="Segoe UI" w:hAnsi="Segoe UI" w:eastAsia="Segoe UI" w:cs="Segoe UI"/>
        </w:rPr>
        <w:t>ئێمە</w:t>
      </w:r>
      <w:r>
        <w:rPr>
          <w:rFonts w:ascii="Arial" w:hAnsi="Arial" w:eastAsia="Arial" w:cs="Arial"/>
        </w:rPr>
        <w:t xml:space="preserve"> </w:t>
      </w:r>
      <w:r>
        <w:rPr>
          <w:rFonts w:ascii="Segoe UI" w:hAnsi="Segoe UI" w:eastAsia="Segoe UI" w:cs="Segoe UI"/>
        </w:rPr>
        <w:t>لەسەر</w:t>
      </w:r>
      <w:r>
        <w:rPr>
          <w:rFonts w:ascii="Arial" w:hAnsi="Arial" w:eastAsia="Arial" w:cs="Arial"/>
        </w:rPr>
        <w:t xml:space="preserve"> </w:t>
      </w:r>
      <w:r>
        <w:rPr>
          <w:rFonts w:ascii="Segoe UI" w:hAnsi="Segoe UI" w:eastAsia="Segoe UI" w:cs="Segoe UI"/>
        </w:rPr>
        <w:t>دانیشتووانی</w:t>
      </w:r>
      <w:r>
        <w:rPr>
          <w:rFonts w:ascii="Arial" w:hAnsi="Arial" w:eastAsia="Arial" w:cs="Arial"/>
        </w:rPr>
        <w:t xml:space="preserve"> </w:t>
      </w:r>
      <w:r>
        <w:rPr>
          <w:rFonts w:ascii="Segoe UI" w:hAnsi="Segoe UI" w:eastAsia="Segoe UI" w:cs="Segoe UI"/>
        </w:rPr>
        <w:t>زەوی</w:t>
      </w:r>
      <w:r>
        <w:rPr>
          <w:rFonts w:ascii="Arial" w:hAnsi="Arial" w:eastAsia="Arial" w:cs="Arial"/>
        </w:rPr>
        <w:t xml:space="preserve"> </w:t>
      </w:r>
      <w:r>
        <w:rPr>
          <w:rFonts w:ascii="Segoe UI" w:hAnsi="Segoe UI" w:eastAsia="Segoe UI" w:cs="Segoe UI"/>
        </w:rPr>
        <w:t>تۆڵە</w:t>
      </w:r>
      <w:r>
        <w:rPr>
          <w:rFonts w:ascii="Arial" w:hAnsi="Arial" w:eastAsia="Arial" w:cs="Arial"/>
        </w:rPr>
        <w:t xml:space="preserve"> </w:t>
      </w:r>
      <w:r>
        <w:rPr>
          <w:rFonts w:ascii="Segoe UI" w:hAnsi="Segoe UI" w:eastAsia="Segoe UI" w:cs="Segoe UI"/>
        </w:rPr>
        <w:t>ناکەیتەوە؟</w:t>
      </w:r>
      <w:r>
        <w:rPr>
          <w:rFonts w:ascii="Arial" w:hAnsi="Arial" w:eastAsia="Arial" w:cs="Arial"/>
        </w:rPr>
        <w:t>”» (</w:t>
      </w:r>
      <w:r>
        <w:rPr>
          <w:rFonts w:ascii="Segoe UI" w:hAnsi="Segoe UI" w:eastAsia="Segoe UI" w:cs="Segoe UI"/>
        </w:rPr>
        <w:t>ئاشکراکردن</w:t>
      </w:r>
      <w:r>
        <w:rPr>
          <w:rFonts w:ascii="Arial" w:hAnsi="Arial" w:eastAsia="Arial" w:cs="Arial"/>
        </w:rPr>
        <w:t xml:space="preserve"> </w:t>
      </w:r>
      <w:r>
        <w:rPr>
          <w:rFonts w:ascii="Segoe UI" w:hAnsi="Segoe UI" w:eastAsia="Segoe UI" w:cs="Segoe UI"/>
        </w:rPr>
        <w:t>٦</w:t>
      </w:r>
      <w:r>
        <w:rPr>
          <w:rFonts w:ascii="Arial" w:hAnsi="Arial" w:eastAsia="Arial" w:cs="Arial"/>
        </w:rPr>
        <w:t>:</w:t>
      </w:r>
      <w:r>
        <w:rPr>
          <w:rFonts w:ascii="Segoe UI" w:hAnsi="Segoe UI" w:eastAsia="Segoe UI" w:cs="Segoe UI"/>
        </w:rPr>
        <w:t>٩،</w:t>
      </w:r>
      <w:r>
        <w:rPr>
          <w:rFonts w:ascii="Arial" w:hAnsi="Arial" w:eastAsia="Arial" w:cs="Arial"/>
        </w:rPr>
        <w:t xml:space="preserve"> </w:t>
      </w:r>
      <w:r>
        <w:rPr>
          <w:rFonts w:ascii="Segoe UI" w:hAnsi="Segoe UI" w:eastAsia="Segoe UI" w:cs="Segoe UI"/>
        </w:rPr>
        <w:t>١٠</w:t>
      </w:r>
      <w:r>
        <w:rPr>
          <w:rFonts w:ascii="Arial" w:hAnsi="Arial" w:eastAsia="Arial" w:cs="Arial"/>
        </w:rPr>
        <w:t xml:space="preserve">) </w:t>
      </w:r>
      <w:r>
        <w:rPr>
          <w:rFonts w:ascii="Segoe UI" w:hAnsi="Segoe UI" w:eastAsia="Segoe UI" w:cs="Segoe UI"/>
        </w:rPr>
        <w:t>لە</w:t>
      </w:r>
      <w:r>
        <w:rPr>
          <w:rFonts w:ascii="Arial" w:hAnsi="Arial" w:eastAsia="Arial" w:cs="Arial"/>
        </w:rPr>
        <w:t xml:space="preserve"> </w:t>
      </w:r>
      <w:r>
        <w:rPr>
          <w:rFonts w:ascii="Segoe UI" w:hAnsi="Segoe UI" w:eastAsia="Segoe UI" w:cs="Segoe UI"/>
        </w:rPr>
        <w:t>ژێر</w:t>
      </w:r>
      <w:r>
        <w:rPr>
          <w:rFonts w:ascii="Arial" w:hAnsi="Arial" w:eastAsia="Arial" w:cs="Arial"/>
        </w:rPr>
        <w:t xml:space="preserve"> </w:t>
      </w:r>
      <w:r>
        <w:rPr>
          <w:rFonts w:ascii="Segoe UI" w:hAnsi="Segoe UI" w:eastAsia="Segoe UI" w:cs="Segoe UI"/>
        </w:rPr>
        <w:t>قوربانگاکەدا</w:t>
      </w:r>
      <w:r>
        <w:rPr>
          <w:rFonts w:ascii="Arial" w:hAnsi="Arial" w:eastAsia="Arial" w:cs="Arial"/>
        </w:rPr>
        <w:t xml:space="preserve"> </w:t>
      </w:r>
      <w:r>
        <w:rPr>
          <w:rFonts w:ascii="Segoe UI" w:hAnsi="Segoe UI" w:eastAsia="Segoe UI" w:cs="Segoe UI"/>
        </w:rPr>
        <w:t>چی</w:t>
      </w:r>
      <w:r>
        <w:rPr>
          <w:rFonts w:ascii="Arial" w:hAnsi="Arial" w:eastAsia="Arial" w:cs="Arial"/>
        </w:rPr>
        <w:t xml:space="preserve"> </w:t>
      </w:r>
      <w:r>
        <w:rPr>
          <w:rFonts w:ascii="Segoe UI" w:hAnsi="Segoe UI" w:eastAsia="Segoe UI" w:cs="Segoe UI"/>
        </w:rPr>
        <w:t>دەبینێت؟</w:t>
      </w:r>
      <w:r>
        <w:rPr>
          <w:rFonts w:ascii="Arial" w:hAnsi="Arial" w:eastAsia="Arial" w:cs="Arial"/>
        </w:rPr>
        <w:t xml:space="preserve"> </w:t>
      </w:r>
      <w:r>
        <w:rPr>
          <w:rFonts w:ascii="Segoe UI" w:hAnsi="Segoe UI" w:eastAsia="Segoe UI" w:cs="Segoe UI"/>
        </w:rPr>
        <w:t>هیچ</w:t>
      </w:r>
      <w:r>
        <w:rPr>
          <w:rFonts w:ascii="Arial" w:hAnsi="Arial" w:eastAsia="Arial" w:cs="Arial"/>
        </w:rPr>
        <w:t xml:space="preserve"> </w:t>
      </w:r>
      <w:r>
        <w:rPr>
          <w:rFonts w:ascii="Segoe UI" w:hAnsi="Segoe UI" w:eastAsia="Segoe UI" w:cs="Segoe UI"/>
        </w:rPr>
        <w:t>جەستەیەکی</w:t>
      </w:r>
      <w:r>
        <w:rPr>
          <w:rFonts w:ascii="Arial" w:hAnsi="Arial" w:eastAsia="Arial" w:cs="Arial"/>
        </w:rPr>
        <w:t xml:space="preserve"> </w:t>
      </w:r>
      <w:r>
        <w:rPr>
          <w:rFonts w:ascii="Segoe UI" w:hAnsi="Segoe UI" w:eastAsia="Segoe UI" w:cs="Segoe UI"/>
        </w:rPr>
        <w:t>بێ</w:t>
      </w:r>
      <w:r>
        <w:rPr>
          <w:rFonts w:ascii="Arial" w:hAnsi="Arial" w:eastAsia="Arial" w:cs="Arial"/>
        </w:rPr>
        <w:t>‌</w:t>
      </w:r>
      <w:r>
        <w:rPr>
          <w:rFonts w:ascii="Segoe UI" w:hAnsi="Segoe UI" w:eastAsia="Segoe UI" w:cs="Segoe UI"/>
        </w:rPr>
        <w:t>گیان</w:t>
      </w:r>
      <w:r>
        <w:rPr>
          <w:rFonts w:ascii="Arial" w:hAnsi="Arial" w:eastAsia="Arial" w:cs="Arial"/>
        </w:rPr>
        <w:t xml:space="preserve"> </w:t>
      </w:r>
      <w:r>
        <w:rPr>
          <w:rFonts w:ascii="Segoe UI" w:hAnsi="Segoe UI" w:eastAsia="Segoe UI" w:cs="Segoe UI"/>
        </w:rPr>
        <w:t>نا،</w:t>
      </w:r>
      <w:r>
        <w:rPr>
          <w:rFonts w:ascii="Arial" w:hAnsi="Arial" w:eastAsia="Arial" w:cs="Arial"/>
        </w:rPr>
        <w:t xml:space="preserve"> </w:t>
      </w:r>
      <w:r>
        <w:rPr>
          <w:rFonts w:ascii="Segoe UI" w:hAnsi="Segoe UI" w:eastAsia="Segoe UI" w:cs="Segoe UI"/>
        </w:rPr>
        <w:t>بەڵکوو</w:t>
      </w:r>
      <w:r>
        <w:rPr>
          <w:rFonts w:ascii="Arial" w:hAnsi="Arial" w:eastAsia="Arial" w:cs="Arial"/>
        </w:rPr>
        <w:t xml:space="preserve"> «</w:t>
      </w:r>
      <w:r>
        <w:rPr>
          <w:rFonts w:ascii="Segoe UI" w:hAnsi="Segoe UI" w:eastAsia="Segoe UI" w:cs="Segoe UI"/>
        </w:rPr>
        <w:t>گیانی</w:t>
      </w:r>
      <w:r>
        <w:rPr>
          <w:rFonts w:ascii="Arial" w:hAnsi="Arial" w:eastAsia="Arial" w:cs="Arial"/>
        </w:rPr>
        <w:t xml:space="preserve"> </w:t>
      </w:r>
      <w:r>
        <w:rPr>
          <w:rFonts w:ascii="Segoe UI" w:hAnsi="Segoe UI" w:eastAsia="Segoe UI" w:cs="Segoe UI"/>
        </w:rPr>
        <w:t>ئەوانەی</w:t>
      </w:r>
      <w:r>
        <w:rPr>
          <w:rFonts w:ascii="Arial" w:hAnsi="Arial" w:eastAsia="Arial" w:cs="Arial"/>
        </w:rPr>
        <w:t xml:space="preserve">» </w:t>
      </w:r>
      <w:r>
        <w:rPr>
          <w:rFonts w:ascii="Segoe UI" w:hAnsi="Segoe UI" w:eastAsia="Segoe UI" w:cs="Segoe UI"/>
        </w:rPr>
        <w:t>کە</w:t>
      </w:r>
      <w:r>
        <w:rPr>
          <w:rFonts w:ascii="Arial" w:hAnsi="Arial" w:eastAsia="Arial" w:cs="Arial"/>
        </w:rPr>
        <w:t xml:space="preserve"> </w:t>
      </w:r>
      <w:r>
        <w:rPr>
          <w:rFonts w:ascii="Segoe UI" w:hAnsi="Segoe UI" w:eastAsia="Segoe UI" w:cs="Segoe UI"/>
        </w:rPr>
        <w:t>بۆ</w:t>
      </w:r>
      <w:r>
        <w:rPr>
          <w:rFonts w:ascii="Arial" w:hAnsi="Arial" w:eastAsia="Arial" w:cs="Arial"/>
        </w:rPr>
        <w:t xml:space="preserve"> </w:t>
      </w:r>
      <w:r>
        <w:rPr>
          <w:rFonts w:ascii="Segoe UI" w:hAnsi="Segoe UI" w:eastAsia="Segoe UI" w:cs="Segoe UI"/>
        </w:rPr>
        <w:t>ناوی</w:t>
      </w:r>
      <w:r>
        <w:rPr>
          <w:rFonts w:ascii="Arial" w:hAnsi="Arial" w:eastAsia="Arial" w:cs="Arial"/>
        </w:rPr>
        <w:t xml:space="preserve"> </w:t>
      </w:r>
      <w:r>
        <w:rPr>
          <w:rFonts w:ascii="Segoe UI" w:hAnsi="Segoe UI" w:eastAsia="Segoe UI" w:cs="Segoe UI"/>
        </w:rPr>
        <w:t>یەهوڤا</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بۆ</w:t>
      </w:r>
      <w:r>
        <w:rPr>
          <w:rFonts w:ascii="Arial" w:hAnsi="Arial" w:eastAsia="Arial" w:cs="Arial"/>
        </w:rPr>
        <w:t xml:space="preserve"> </w:t>
      </w:r>
      <w:r>
        <w:rPr>
          <w:rFonts w:ascii="Segoe UI" w:hAnsi="Segoe UI" w:eastAsia="Segoe UI" w:cs="Segoe UI"/>
        </w:rPr>
        <w:t>شایەتی</w:t>
      </w:r>
      <w:r>
        <w:rPr>
          <w:rFonts w:ascii="Arial" w:hAnsi="Arial" w:eastAsia="Arial" w:cs="Arial"/>
        </w:rPr>
        <w:t>‌</w:t>
      </w:r>
      <w:r>
        <w:rPr>
          <w:rFonts w:ascii="Segoe UI" w:hAnsi="Segoe UI" w:eastAsia="Segoe UI" w:cs="Segoe UI"/>
        </w:rPr>
        <w:t>دان</w:t>
      </w:r>
      <w:r>
        <w:rPr>
          <w:rFonts w:ascii="Arial" w:hAnsi="Arial" w:eastAsia="Arial" w:cs="Arial"/>
        </w:rPr>
        <w:t xml:space="preserve"> </w:t>
      </w:r>
      <w:r>
        <w:rPr>
          <w:rFonts w:ascii="Segoe UI" w:hAnsi="Segoe UI" w:eastAsia="Segoe UI" w:cs="Segoe UI"/>
        </w:rPr>
        <w:t>بە</w:t>
      </w:r>
      <w:r>
        <w:rPr>
          <w:rFonts w:ascii="Arial" w:hAnsi="Arial" w:eastAsia="Arial" w:cs="Arial"/>
        </w:rPr>
        <w:t xml:space="preserve"> </w:t>
      </w:r>
      <w:r>
        <w:rPr>
          <w:rFonts w:ascii="Segoe UI" w:hAnsi="Segoe UI" w:eastAsia="Segoe UI" w:cs="Segoe UI"/>
        </w:rPr>
        <w:t>عیسا</w:t>
      </w:r>
      <w:r>
        <w:rPr>
          <w:rFonts w:ascii="Arial" w:hAnsi="Arial" w:eastAsia="Arial" w:cs="Arial"/>
        </w:rPr>
        <w:t xml:space="preserve"> </w:t>
      </w:r>
      <w:r>
        <w:rPr>
          <w:rFonts w:ascii="Segoe UI" w:hAnsi="Segoe UI" w:eastAsia="Segoe UI" w:cs="Segoe UI"/>
        </w:rPr>
        <w:t>قوربانی</w:t>
      </w:r>
      <w:r>
        <w:rPr>
          <w:rFonts w:ascii="Arial" w:hAnsi="Arial" w:eastAsia="Arial" w:cs="Arial"/>
        </w:rPr>
        <w:t xml:space="preserve"> </w:t>
      </w:r>
      <w:r>
        <w:rPr>
          <w:rFonts w:ascii="Segoe UI" w:hAnsi="Segoe UI" w:eastAsia="Segoe UI" w:cs="Segoe UI"/>
        </w:rPr>
        <w:t>درابوون</w:t>
      </w:r>
      <w:r>
        <w:rPr>
          <w:rFonts w:ascii="Arial" w:hAnsi="Arial" w:eastAsia="Arial" w:cs="Arial"/>
        </w:rPr>
        <w:t>. (</w:t>
      </w:r>
      <w:r>
        <w:rPr>
          <w:rFonts w:ascii="Segoe UI" w:hAnsi="Segoe UI" w:eastAsia="Segoe UI" w:cs="Segoe UI"/>
        </w:rPr>
        <w:t>ئاشکراکردن</w:t>
      </w:r>
      <w:r>
        <w:rPr>
          <w:rFonts w:ascii="Arial" w:hAnsi="Arial" w:eastAsia="Arial" w:cs="Arial"/>
        </w:rPr>
        <w:t xml:space="preserve"> </w:t>
      </w:r>
      <w:r>
        <w:rPr>
          <w:rFonts w:ascii="Segoe UI" w:hAnsi="Segoe UI" w:eastAsia="Segoe UI" w:cs="Segoe UI"/>
        </w:rPr>
        <w:t>١٢</w:t>
      </w:r>
      <w:r>
        <w:rPr>
          <w:rFonts w:ascii="Arial" w:hAnsi="Arial" w:eastAsia="Arial" w:cs="Arial"/>
        </w:rPr>
        <w:t>:</w:t>
      </w:r>
      <w:r>
        <w:rPr>
          <w:rFonts w:ascii="Segoe UI" w:hAnsi="Segoe UI" w:eastAsia="Segoe UI" w:cs="Segoe UI"/>
        </w:rPr>
        <w:t>١٧؛</w:t>
      </w:r>
      <w:r>
        <w:rPr>
          <w:rFonts w:ascii="Arial" w:hAnsi="Arial" w:eastAsia="Arial" w:cs="Arial"/>
        </w:rPr>
        <w:t xml:space="preserve"> </w:t>
      </w:r>
      <w:r>
        <w:rPr>
          <w:rFonts w:ascii="Segoe UI" w:hAnsi="Segoe UI" w:eastAsia="Segoe UI" w:cs="Segoe UI"/>
        </w:rPr>
        <w:t>١٤</w:t>
      </w:r>
      <w:r>
        <w:rPr>
          <w:rFonts w:ascii="Arial" w:hAnsi="Arial" w:eastAsia="Arial" w:cs="Arial"/>
        </w:rPr>
        <w:t>:</w:t>
      </w:r>
      <w:r>
        <w:rPr>
          <w:rFonts w:ascii="Segoe UI" w:hAnsi="Segoe UI" w:eastAsia="Segoe UI" w:cs="Segoe UI"/>
        </w:rPr>
        <w:t>١٢؛</w:t>
      </w:r>
      <w:r>
        <w:rPr>
          <w:rFonts w:ascii="Arial" w:hAnsi="Arial" w:eastAsia="Arial" w:cs="Arial"/>
        </w:rPr>
        <w:t xml:space="preserve"> </w:t>
      </w:r>
      <w:r>
        <w:rPr>
          <w:rFonts w:ascii="Segoe UI" w:hAnsi="Segoe UI" w:eastAsia="Segoe UI" w:cs="Segoe UI"/>
        </w:rPr>
        <w:t>٢٠</w:t>
      </w:r>
      <w:r>
        <w:rPr>
          <w:rFonts w:ascii="Arial" w:hAnsi="Arial" w:eastAsia="Arial" w:cs="Arial"/>
        </w:rPr>
        <w:t>:</w:t>
      </w:r>
      <w:r>
        <w:rPr>
          <w:rFonts w:ascii="Segoe UI" w:hAnsi="Segoe UI" w:eastAsia="Segoe UI" w:cs="Segoe UI"/>
        </w:rPr>
        <w:t>٤</w:t>
      </w:r>
      <w:r>
        <w:rPr>
          <w:rFonts w:ascii="Arial" w:hAnsi="Arial" w:eastAsia="Arial" w:cs="Arial"/>
        </w:rPr>
        <w:t xml:space="preserve">) </w:t>
      </w:r>
      <w:r>
        <w:rPr>
          <w:rFonts w:ascii="Segoe UI" w:hAnsi="Segoe UI" w:eastAsia="Segoe UI" w:cs="Segoe UI"/>
        </w:rPr>
        <w:t>ئەمانە</w:t>
      </w:r>
      <w:r>
        <w:rPr>
          <w:rFonts w:ascii="Arial" w:hAnsi="Arial" w:eastAsia="Arial" w:cs="Arial"/>
        </w:rPr>
        <w:t xml:space="preserve"> </w:t>
      </w:r>
      <w:r>
        <w:rPr>
          <w:rFonts w:ascii="Segoe UI" w:hAnsi="Segoe UI" w:eastAsia="Segoe UI" w:cs="Segoe UI"/>
        </w:rPr>
        <w:t>کێن؟</w:t>
      </w:r>
      <w:r>
        <w:rPr>
          <w:rFonts w:ascii="Arial" w:hAnsi="Arial" w:eastAsia="Arial" w:cs="Arial"/>
        </w:rPr>
        <w:t xml:space="preserve"> </w:t>
      </w:r>
      <w:r>
        <w:rPr>
          <w:rFonts w:ascii="Segoe UI" w:hAnsi="Segoe UI" w:eastAsia="Segoe UI" w:cs="Segoe UI"/>
        </w:rPr>
        <w:t>کۆمەڵەی</w:t>
      </w:r>
      <w:r>
        <w:rPr>
          <w:rFonts w:ascii="Arial" w:hAnsi="Arial" w:eastAsia="Arial" w:cs="Arial"/>
        </w:rPr>
        <w:t xml:space="preserve"> </w:t>
      </w:r>
      <w:r>
        <w:rPr>
          <w:rFonts w:ascii="Segoe UI" w:hAnsi="Segoe UI" w:eastAsia="Segoe UI" w:cs="Segoe UI"/>
        </w:rPr>
        <w:t>خزمەتکارانی</w:t>
      </w:r>
      <w:r>
        <w:rPr>
          <w:rFonts w:ascii="Arial" w:hAnsi="Arial" w:eastAsia="Arial" w:cs="Arial"/>
        </w:rPr>
        <w:t xml:space="preserve"> </w:t>
      </w:r>
      <w:r>
        <w:rPr>
          <w:rFonts w:ascii="Segoe UI" w:hAnsi="Segoe UI" w:eastAsia="Segoe UI" w:cs="Segoe UI"/>
        </w:rPr>
        <w:t>یەهوڤای</w:t>
      </w:r>
      <w:r>
        <w:rPr>
          <w:rFonts w:ascii="Arial" w:hAnsi="Arial" w:eastAsia="Arial" w:cs="Arial"/>
        </w:rPr>
        <w:t xml:space="preserve"> </w:t>
      </w:r>
      <w:r>
        <w:rPr>
          <w:rFonts w:ascii="Segoe UI" w:hAnsi="Segoe UI" w:eastAsia="Segoe UI" w:cs="Segoe UI"/>
        </w:rPr>
        <w:t>باوفا</w:t>
      </w:r>
      <w:r>
        <w:rPr>
          <w:rFonts w:ascii="Arial" w:hAnsi="Arial" w:eastAsia="Arial" w:cs="Arial"/>
        </w:rPr>
        <w:t xml:space="preserve"> </w:t>
      </w:r>
      <w:r>
        <w:rPr>
          <w:rFonts w:ascii="Segoe UI" w:hAnsi="Segoe UI" w:eastAsia="Segoe UI" w:cs="Segoe UI"/>
        </w:rPr>
        <w:t>لە</w:t>
      </w:r>
      <w:r>
        <w:rPr>
          <w:rFonts w:ascii="Arial" w:hAnsi="Arial" w:eastAsia="Arial" w:cs="Arial"/>
        </w:rPr>
        <w:t xml:space="preserve"> </w:t>
      </w:r>
      <w:r>
        <w:rPr>
          <w:rFonts w:ascii="Segoe UI" w:hAnsi="Segoe UI" w:eastAsia="Segoe UI" w:cs="Segoe UI"/>
        </w:rPr>
        <w:t>ماوەیەکی</w:t>
      </w:r>
      <w:r>
        <w:rPr>
          <w:rFonts w:ascii="Arial" w:hAnsi="Arial" w:eastAsia="Arial" w:cs="Arial"/>
        </w:rPr>
        <w:t xml:space="preserve"> </w:t>
      </w:r>
      <w:r>
        <w:rPr>
          <w:rFonts w:ascii="Segoe UI" w:hAnsi="Segoe UI" w:eastAsia="Segoe UI" w:cs="Segoe UI"/>
        </w:rPr>
        <w:t>زۆر</w:t>
      </w:r>
      <w:r>
        <w:rPr>
          <w:rFonts w:ascii="Arial" w:hAnsi="Arial" w:eastAsia="Arial" w:cs="Arial"/>
        </w:rPr>
        <w:t xml:space="preserve"> </w:t>
      </w:r>
      <w:r>
        <w:rPr>
          <w:rFonts w:ascii="Segoe UI" w:hAnsi="Segoe UI" w:eastAsia="Segoe UI" w:cs="Segoe UI"/>
        </w:rPr>
        <w:t>دوور</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درێژ</w:t>
      </w:r>
      <w:r>
        <w:rPr>
          <w:rFonts w:ascii="Arial" w:hAnsi="Arial" w:eastAsia="Arial" w:cs="Arial"/>
        </w:rPr>
        <w:t xml:space="preserve"> </w:t>
      </w:r>
      <w:r>
        <w:rPr>
          <w:rFonts w:ascii="Segoe UI" w:hAnsi="Segoe UI" w:eastAsia="Segoe UI" w:cs="Segoe UI"/>
        </w:rPr>
        <w:t>ڕووبەڕووی</w:t>
      </w:r>
      <w:r>
        <w:rPr>
          <w:rFonts w:ascii="Arial" w:hAnsi="Arial" w:eastAsia="Arial" w:cs="Arial"/>
        </w:rPr>
        <w:t xml:space="preserve"> </w:t>
      </w:r>
      <w:r>
        <w:rPr>
          <w:rFonts w:ascii="Segoe UI" w:hAnsi="Segoe UI" w:eastAsia="Segoe UI" w:cs="Segoe UI"/>
        </w:rPr>
        <w:t>توندوتیژی</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شەهیدبوون</w:t>
      </w:r>
      <w:r>
        <w:rPr>
          <w:rFonts w:ascii="Arial" w:hAnsi="Arial" w:eastAsia="Arial" w:cs="Arial"/>
        </w:rPr>
        <w:t xml:space="preserve"> </w:t>
      </w:r>
      <w:r>
        <w:rPr>
          <w:rFonts w:ascii="Segoe UI" w:hAnsi="Segoe UI" w:eastAsia="Segoe UI" w:cs="Segoe UI"/>
        </w:rPr>
        <w:t>بوون،</w:t>
      </w:r>
      <w:r>
        <w:rPr>
          <w:rFonts w:ascii="Arial" w:hAnsi="Arial" w:eastAsia="Arial" w:cs="Arial"/>
        </w:rPr>
        <w:t xml:space="preserve"> </w:t>
      </w:r>
      <w:r>
        <w:rPr>
          <w:rFonts w:ascii="Segoe UI" w:hAnsi="Segoe UI" w:eastAsia="Segoe UI" w:cs="Segoe UI"/>
        </w:rPr>
        <w:t>هەروەک</w:t>
      </w:r>
      <w:r>
        <w:rPr>
          <w:rFonts w:ascii="Arial" w:hAnsi="Arial" w:eastAsia="Arial" w:cs="Arial"/>
        </w:rPr>
        <w:t xml:space="preserve"> </w:t>
      </w:r>
      <w:r>
        <w:rPr>
          <w:rFonts w:ascii="Segoe UI" w:hAnsi="Segoe UI" w:eastAsia="Segoe UI" w:cs="Segoe UI"/>
        </w:rPr>
        <w:t>هابیل</w:t>
      </w:r>
      <w:r>
        <w:rPr>
          <w:rFonts w:ascii="Arial" w:hAnsi="Arial" w:eastAsia="Arial" w:cs="Arial"/>
        </w:rPr>
        <w:t xml:space="preserve"> </w:t>
      </w:r>
      <w:r>
        <w:rPr>
          <w:rFonts w:ascii="Segoe UI" w:hAnsi="Segoe UI" w:eastAsia="Segoe UI" w:cs="Segoe UI"/>
        </w:rPr>
        <w:t>کە</w:t>
      </w:r>
      <w:r>
        <w:rPr>
          <w:rFonts w:ascii="Arial" w:hAnsi="Arial" w:eastAsia="Arial" w:cs="Arial"/>
        </w:rPr>
        <w:t xml:space="preserve"> </w:t>
      </w:r>
      <w:r>
        <w:rPr>
          <w:rFonts w:ascii="Segoe UI" w:hAnsi="Segoe UI" w:eastAsia="Segoe UI" w:cs="Segoe UI"/>
        </w:rPr>
        <w:t>بەهۆی</w:t>
      </w:r>
      <w:r>
        <w:rPr>
          <w:rFonts w:ascii="Arial" w:hAnsi="Arial" w:eastAsia="Arial" w:cs="Arial"/>
        </w:rPr>
        <w:t xml:space="preserve"> </w:t>
      </w:r>
      <w:r>
        <w:rPr>
          <w:rFonts w:ascii="Segoe UI" w:hAnsi="Segoe UI" w:eastAsia="Segoe UI" w:cs="Segoe UI"/>
        </w:rPr>
        <w:t>ڕاستودروستیی</w:t>
      </w:r>
      <w:r>
        <w:rPr>
          <w:rFonts w:ascii="Arial" w:hAnsi="Arial" w:eastAsia="Arial" w:cs="Arial"/>
        </w:rPr>
        <w:t xml:space="preserve"> </w:t>
      </w:r>
      <w:r>
        <w:rPr>
          <w:rFonts w:ascii="Segoe UI" w:hAnsi="Segoe UI" w:eastAsia="Segoe UI" w:cs="Segoe UI"/>
        </w:rPr>
        <w:t>خۆی</w:t>
      </w:r>
      <w:r>
        <w:rPr>
          <w:rFonts w:ascii="Arial" w:hAnsi="Arial" w:eastAsia="Arial" w:cs="Arial"/>
        </w:rPr>
        <w:t xml:space="preserve"> </w:t>
      </w:r>
      <w:r>
        <w:rPr>
          <w:rFonts w:ascii="Segoe UI" w:hAnsi="Segoe UI" w:eastAsia="Segoe UI" w:cs="Segoe UI"/>
        </w:rPr>
        <w:t>لەلایەن</w:t>
      </w:r>
      <w:r>
        <w:rPr>
          <w:rFonts w:ascii="Arial" w:hAnsi="Arial" w:eastAsia="Arial" w:cs="Arial"/>
        </w:rPr>
        <w:t xml:space="preserve"> </w:t>
      </w:r>
      <w:r>
        <w:rPr>
          <w:rFonts w:ascii="Segoe UI" w:hAnsi="Segoe UI" w:eastAsia="Segoe UI" w:cs="Segoe UI"/>
        </w:rPr>
        <w:t>قابیلی</w:t>
      </w:r>
      <w:r>
        <w:rPr>
          <w:rFonts w:ascii="Arial" w:hAnsi="Arial" w:eastAsia="Arial" w:cs="Arial"/>
        </w:rPr>
        <w:t xml:space="preserve"> </w:t>
      </w:r>
      <w:r>
        <w:rPr>
          <w:rFonts w:ascii="Segoe UI" w:hAnsi="Segoe UI" w:eastAsia="Segoe UI" w:cs="Segoe UI"/>
        </w:rPr>
        <w:t>براکوژ</w:t>
      </w:r>
      <w:r>
        <w:rPr>
          <w:rFonts w:ascii="Arial" w:hAnsi="Arial" w:eastAsia="Arial" w:cs="Arial"/>
        </w:rPr>
        <w:t xml:space="preserve"> </w:t>
      </w:r>
      <w:r>
        <w:rPr>
          <w:rFonts w:ascii="Segoe UI" w:hAnsi="Segoe UI" w:eastAsia="Segoe UI" w:cs="Segoe UI"/>
        </w:rPr>
        <w:t>کوژرا</w:t>
      </w:r>
      <w:r>
        <w:rPr>
          <w:rFonts w:ascii="Arial" w:hAnsi="Arial" w:eastAsia="Arial" w:cs="Arial"/>
        </w:rPr>
        <w:t>. (</w:t>
      </w:r>
      <w:r>
        <w:rPr>
          <w:rFonts w:ascii="Segoe UI" w:hAnsi="Segoe UI" w:eastAsia="Segoe UI" w:cs="Segoe UI"/>
        </w:rPr>
        <w:t>پەیدابوون</w:t>
      </w:r>
      <w:r>
        <w:rPr>
          <w:rFonts w:ascii="Arial" w:hAnsi="Arial" w:eastAsia="Arial" w:cs="Arial"/>
        </w:rPr>
        <w:t xml:space="preserve"> </w:t>
      </w:r>
      <w:r>
        <w:rPr>
          <w:rFonts w:ascii="Segoe UI" w:hAnsi="Segoe UI" w:eastAsia="Segoe UI" w:cs="Segoe UI"/>
        </w:rPr>
        <w:t>٤</w:t>
      </w:r>
      <w:r>
        <w:rPr>
          <w:rFonts w:ascii="Arial" w:hAnsi="Arial" w:eastAsia="Arial" w:cs="Arial"/>
        </w:rPr>
        <w:t>:</w:t>
      </w:r>
      <w:r>
        <w:rPr>
          <w:rFonts w:ascii="Segoe UI" w:hAnsi="Segoe UI" w:eastAsia="Segoe UI" w:cs="Segoe UI"/>
        </w:rPr>
        <w:t>٨؛</w:t>
      </w:r>
      <w:r>
        <w:rPr>
          <w:rFonts w:ascii="Arial" w:hAnsi="Arial" w:eastAsia="Arial" w:cs="Arial"/>
        </w:rPr>
        <w:t xml:space="preserve"> </w:t>
      </w:r>
      <w:r>
        <w:rPr>
          <w:rFonts w:ascii="Segoe UI" w:hAnsi="Segoe UI" w:eastAsia="Segoe UI" w:cs="Segoe UI"/>
        </w:rPr>
        <w:t>عیبرانییەکان</w:t>
      </w:r>
      <w:r>
        <w:rPr>
          <w:rFonts w:ascii="Arial" w:hAnsi="Arial" w:eastAsia="Arial" w:cs="Arial"/>
        </w:rPr>
        <w:t xml:space="preserve"> </w:t>
      </w:r>
      <w:r>
        <w:rPr>
          <w:rFonts w:ascii="Segoe UI" w:hAnsi="Segoe UI" w:eastAsia="Segoe UI" w:cs="Segoe UI"/>
        </w:rPr>
        <w:t>١١</w:t>
      </w:r>
      <w:r>
        <w:rPr>
          <w:rFonts w:ascii="Arial" w:hAnsi="Arial" w:eastAsia="Arial" w:cs="Arial"/>
        </w:rPr>
        <w:t>:</w:t>
      </w:r>
      <w:r>
        <w:rPr>
          <w:rFonts w:ascii="Segoe UI" w:hAnsi="Segoe UI" w:eastAsia="Segoe UI" w:cs="Segoe UI"/>
        </w:rPr>
        <w:t>٤</w:t>
      </w:r>
      <w:r>
        <w:rPr>
          <w:rFonts w:ascii="Arial" w:hAnsi="Arial" w:eastAsia="Arial" w:cs="Arial"/>
        </w:rPr>
        <w:t xml:space="preserve">) </w:t>
      </w:r>
      <w:r>
        <w:rPr>
          <w:rFonts w:ascii="Segoe UI" w:hAnsi="Segoe UI" w:eastAsia="Segoe UI" w:cs="Segoe UI"/>
        </w:rPr>
        <w:t>هەروەها</w:t>
      </w:r>
      <w:r>
        <w:rPr>
          <w:rFonts w:ascii="Arial" w:hAnsi="Arial" w:eastAsia="Arial" w:cs="Arial"/>
        </w:rPr>
        <w:t xml:space="preserve"> </w:t>
      </w:r>
      <w:r>
        <w:rPr>
          <w:rFonts w:ascii="Segoe UI" w:hAnsi="Segoe UI" w:eastAsia="Segoe UI" w:cs="Segoe UI"/>
        </w:rPr>
        <w:t>داود</w:t>
      </w:r>
      <w:r>
        <w:rPr>
          <w:rFonts w:ascii="Arial" w:hAnsi="Arial" w:eastAsia="Arial" w:cs="Arial"/>
        </w:rPr>
        <w:t xml:space="preserve"> </w:t>
      </w:r>
      <w:r>
        <w:rPr>
          <w:rFonts w:ascii="Segoe UI" w:hAnsi="Segoe UI" w:eastAsia="Segoe UI" w:cs="Segoe UI"/>
        </w:rPr>
        <w:t>لەسەر</w:t>
      </w:r>
      <w:r>
        <w:rPr>
          <w:rFonts w:ascii="Arial" w:hAnsi="Arial" w:eastAsia="Arial" w:cs="Arial"/>
        </w:rPr>
        <w:t xml:space="preserve"> </w:t>
      </w:r>
      <w:r>
        <w:rPr>
          <w:rFonts w:ascii="Segoe UI" w:hAnsi="Segoe UI" w:eastAsia="Segoe UI" w:cs="Segoe UI"/>
        </w:rPr>
        <w:t>هەوڵی</w:t>
      </w:r>
      <w:r>
        <w:rPr>
          <w:rFonts w:ascii="Arial" w:hAnsi="Arial" w:eastAsia="Arial" w:cs="Arial"/>
        </w:rPr>
        <w:t xml:space="preserve"> </w:t>
      </w:r>
      <w:r>
        <w:rPr>
          <w:rFonts w:ascii="Segoe UI" w:hAnsi="Segoe UI" w:eastAsia="Segoe UI" w:cs="Segoe UI"/>
        </w:rPr>
        <w:t>ئەو</w:t>
      </w:r>
      <w:r>
        <w:rPr>
          <w:rFonts w:ascii="Arial" w:hAnsi="Arial" w:eastAsia="Arial" w:cs="Arial"/>
        </w:rPr>
        <w:t xml:space="preserve"> </w:t>
      </w:r>
      <w:r>
        <w:rPr>
          <w:rFonts w:ascii="Segoe UI" w:hAnsi="Segoe UI" w:eastAsia="Segoe UI" w:cs="Segoe UI"/>
        </w:rPr>
        <w:t>شەڕاوەرە</w:t>
      </w:r>
      <w:r>
        <w:rPr>
          <w:rFonts w:ascii="Arial" w:hAnsi="Arial" w:eastAsia="Arial" w:cs="Arial"/>
        </w:rPr>
        <w:t xml:space="preserve"> </w:t>
      </w:r>
      <w:r>
        <w:rPr>
          <w:rFonts w:ascii="Segoe UI" w:hAnsi="Segoe UI" w:eastAsia="Segoe UI" w:cs="Segoe UI"/>
        </w:rPr>
        <w:t>ناپاکانەی</w:t>
      </w:r>
      <w:r>
        <w:rPr>
          <w:rFonts w:ascii="Arial" w:hAnsi="Arial" w:eastAsia="Arial" w:cs="Arial"/>
        </w:rPr>
        <w:t xml:space="preserve"> </w:t>
      </w:r>
      <w:r>
        <w:rPr>
          <w:rFonts w:ascii="Segoe UI" w:hAnsi="Segoe UI" w:eastAsia="Segoe UI" w:cs="Segoe UI"/>
        </w:rPr>
        <w:t>کە</w:t>
      </w:r>
      <w:r>
        <w:rPr>
          <w:rFonts w:ascii="Arial" w:hAnsi="Arial" w:eastAsia="Arial" w:cs="Arial"/>
        </w:rPr>
        <w:t xml:space="preserve"> «</w:t>
      </w:r>
      <w:r>
        <w:rPr>
          <w:rFonts w:ascii="Segoe UI" w:hAnsi="Segoe UI" w:eastAsia="Segoe UI" w:cs="Segoe UI"/>
        </w:rPr>
        <w:t>بە</w:t>
      </w:r>
      <w:r>
        <w:rPr>
          <w:rFonts w:ascii="Arial" w:hAnsi="Arial" w:eastAsia="Arial" w:cs="Arial"/>
        </w:rPr>
        <w:t xml:space="preserve"> </w:t>
      </w:r>
      <w:r>
        <w:rPr>
          <w:rFonts w:ascii="Segoe UI" w:hAnsi="Segoe UI" w:eastAsia="Segoe UI" w:cs="Segoe UI"/>
        </w:rPr>
        <w:t>دەڵێن</w:t>
      </w:r>
      <w:r>
        <w:rPr>
          <w:rFonts w:ascii="Arial" w:hAnsi="Arial" w:eastAsia="Arial" w:cs="Arial"/>
        </w:rPr>
        <w:t>: “</w:t>
      </w:r>
      <w:r>
        <w:rPr>
          <w:rFonts w:ascii="Segoe UI" w:hAnsi="Segoe UI" w:eastAsia="Segoe UI" w:cs="Segoe UI"/>
        </w:rPr>
        <w:t>لەبەرچی</w:t>
      </w:r>
      <w:r>
        <w:rPr>
          <w:rFonts w:ascii="Arial" w:hAnsi="Arial" w:eastAsia="Arial" w:cs="Arial"/>
        </w:rPr>
        <w:t xml:space="preserve"> </w:t>
      </w:r>
      <w:r>
        <w:rPr>
          <w:rFonts w:ascii="Segoe UI" w:hAnsi="Segoe UI" w:eastAsia="Segoe UI" w:cs="Segoe UI"/>
        </w:rPr>
        <w:t>لە</w:t>
      </w:r>
      <w:r>
        <w:rPr>
          <w:rFonts w:ascii="Arial" w:hAnsi="Arial" w:eastAsia="Arial" w:cs="Arial"/>
        </w:rPr>
        <w:t xml:space="preserve"> </w:t>
      </w:r>
      <w:r>
        <w:rPr>
          <w:rFonts w:ascii="Segoe UI" w:hAnsi="Segoe UI" w:eastAsia="Segoe UI" w:cs="Segoe UI"/>
        </w:rPr>
        <w:t>ئاسمانەوە</w:t>
      </w:r>
      <w:r>
        <w:rPr>
          <w:rFonts w:ascii="Arial" w:hAnsi="Arial" w:eastAsia="Arial" w:cs="Arial"/>
        </w:rPr>
        <w:t xml:space="preserve"> </w:t>
      </w:r>
      <w:r>
        <w:rPr>
          <w:rFonts w:ascii="Segoe UI" w:hAnsi="Segoe UI" w:eastAsia="Segoe UI" w:cs="Segoe UI"/>
        </w:rPr>
        <w:t>بزانرێت؟</w:t>
      </w:r>
      <w:r>
        <w:rPr>
          <w:rFonts w:ascii="Arial" w:hAnsi="Arial" w:eastAsia="Arial" w:cs="Arial"/>
        </w:rPr>
        <w:t xml:space="preserve"> </w:t>
      </w:r>
      <w:r>
        <w:rPr>
          <w:rFonts w:ascii="Segoe UI" w:hAnsi="Segoe UI" w:eastAsia="Segoe UI" w:cs="Segoe UI"/>
        </w:rPr>
        <w:t>زانین</w:t>
      </w:r>
      <w:r>
        <w:rPr>
          <w:rFonts w:ascii="Arial" w:hAnsi="Arial" w:eastAsia="Arial" w:cs="Arial"/>
        </w:rPr>
        <w:t xml:space="preserve"> </w:t>
      </w:r>
      <w:r>
        <w:rPr>
          <w:rFonts w:ascii="Segoe UI" w:hAnsi="Segoe UI" w:eastAsia="Segoe UI" w:cs="Segoe UI"/>
        </w:rPr>
        <w:t>لەلایەن</w:t>
      </w:r>
      <w:r>
        <w:rPr>
          <w:rFonts w:ascii="Arial" w:hAnsi="Arial" w:eastAsia="Arial" w:cs="Arial"/>
        </w:rPr>
        <w:t xml:space="preserve"> </w:t>
      </w:r>
      <w:r>
        <w:rPr>
          <w:rFonts w:ascii="Segoe UI" w:hAnsi="Segoe UI" w:eastAsia="Segoe UI" w:cs="Segoe UI"/>
        </w:rPr>
        <w:t>بەرزترینەوە</w:t>
      </w:r>
      <w:r>
        <w:rPr>
          <w:rFonts w:ascii="Arial" w:hAnsi="Arial" w:eastAsia="Arial" w:cs="Arial"/>
        </w:rPr>
        <w:t xml:space="preserve"> </w:t>
      </w:r>
      <w:r>
        <w:rPr>
          <w:rFonts w:ascii="Segoe UI" w:hAnsi="Segoe UI" w:eastAsia="Segoe UI" w:cs="Segoe UI"/>
        </w:rPr>
        <w:t>هەیە؟</w:t>
      </w:r>
      <w:r>
        <w:rPr>
          <w:rFonts w:ascii="Arial" w:hAnsi="Arial" w:eastAsia="Arial" w:cs="Arial"/>
        </w:rPr>
        <w:t xml:space="preserve">”» </w:t>
      </w:r>
      <w:r>
        <w:rPr>
          <w:rFonts w:ascii="Segoe UI" w:hAnsi="Segoe UI" w:eastAsia="Segoe UI" w:cs="Segoe UI"/>
        </w:rPr>
        <w:t>نووسیووە</w:t>
      </w:r>
      <w:r>
        <w:rPr>
          <w:rFonts w:ascii="Arial" w:hAnsi="Arial" w:eastAsia="Arial" w:cs="Arial"/>
        </w:rPr>
        <w:t>. (</w:t>
      </w:r>
      <w:r>
        <w:rPr>
          <w:rFonts w:ascii="Segoe UI" w:hAnsi="Segoe UI" w:eastAsia="Segoe UI" w:cs="Segoe UI"/>
        </w:rPr>
        <w:t>زەبوورەکان</w:t>
      </w:r>
      <w:r>
        <w:rPr>
          <w:rFonts w:ascii="Arial" w:hAnsi="Arial" w:eastAsia="Arial" w:cs="Arial"/>
        </w:rPr>
        <w:t xml:space="preserve"> </w:t>
      </w:r>
      <w:r>
        <w:rPr>
          <w:rFonts w:ascii="Segoe UI" w:hAnsi="Segoe UI" w:eastAsia="Segoe UI" w:cs="Segoe UI"/>
        </w:rPr>
        <w:t>٧٣</w:t>
      </w:r>
      <w:r>
        <w:rPr>
          <w:rFonts w:ascii="Arial" w:hAnsi="Arial" w:eastAsia="Arial" w:cs="Arial"/>
        </w:rPr>
        <w:t>:</w:t>
      </w:r>
      <w:r>
        <w:rPr>
          <w:rFonts w:ascii="Segoe UI" w:hAnsi="Segoe UI" w:eastAsia="Segoe UI" w:cs="Segoe UI"/>
        </w:rPr>
        <w:t>١١؛</w:t>
      </w:r>
      <w:r>
        <w:rPr>
          <w:rFonts w:ascii="Arial" w:hAnsi="Arial" w:eastAsia="Arial" w:cs="Arial"/>
        </w:rPr>
        <w:t xml:space="preserve"> </w:t>
      </w:r>
      <w:r>
        <w:rPr>
          <w:rFonts w:ascii="Segoe UI" w:hAnsi="Segoe UI" w:eastAsia="Segoe UI" w:cs="Segoe UI"/>
        </w:rPr>
        <w:t>٧٩</w:t>
      </w:r>
      <w:r>
        <w:rPr>
          <w:rFonts w:ascii="Arial" w:hAnsi="Arial" w:eastAsia="Arial" w:cs="Arial"/>
        </w:rPr>
        <w:t>:</w:t>
      </w:r>
      <w:r>
        <w:rPr>
          <w:rFonts w:ascii="Segoe UI" w:hAnsi="Segoe UI" w:eastAsia="Segoe UI" w:cs="Segoe UI"/>
        </w:rPr>
        <w:t>٥؛</w:t>
      </w:r>
      <w:r>
        <w:rPr>
          <w:rFonts w:ascii="Arial" w:hAnsi="Arial" w:eastAsia="Arial" w:cs="Arial"/>
        </w:rPr>
        <w:t xml:space="preserve"> </w:t>
      </w:r>
      <w:r>
        <w:rPr>
          <w:rFonts w:ascii="Segoe UI" w:hAnsi="Segoe UI" w:eastAsia="Segoe UI" w:cs="Segoe UI"/>
        </w:rPr>
        <w:t>حەبقوق</w:t>
      </w:r>
      <w:r>
        <w:rPr>
          <w:rFonts w:ascii="Arial" w:hAnsi="Arial" w:eastAsia="Arial" w:cs="Arial"/>
        </w:rPr>
        <w:t xml:space="preserve"> </w:t>
      </w:r>
      <w:r>
        <w:rPr>
          <w:rFonts w:ascii="Segoe UI" w:hAnsi="Segoe UI" w:eastAsia="Segoe UI" w:cs="Segoe UI"/>
        </w:rPr>
        <w:t>١</w:t>
      </w:r>
      <w:r>
        <w:rPr>
          <w:rFonts w:ascii="Arial" w:hAnsi="Arial" w:eastAsia="Arial" w:cs="Arial"/>
        </w:rPr>
        <w:t>:</w:t>
      </w:r>
      <w:r>
        <w:rPr>
          <w:rFonts w:ascii="Segoe UI" w:hAnsi="Segoe UI" w:eastAsia="Segoe UI" w:cs="Segoe UI"/>
        </w:rPr>
        <w:t>٢</w:t>
      </w:r>
      <w:r>
        <w:rPr>
          <w:rFonts w:ascii="Arial" w:hAnsi="Arial" w:eastAsia="Arial" w:cs="Arial"/>
        </w:rPr>
        <w:t>-</w:t>
      </w:r>
      <w:r>
        <w:rPr>
          <w:rFonts w:ascii="Segoe UI" w:hAnsi="Segoe UI" w:eastAsia="Segoe UI" w:cs="Segoe UI"/>
        </w:rPr>
        <w:t>٦،</w:t>
      </w:r>
      <w:r>
        <w:rPr>
          <w:rFonts w:ascii="Arial" w:hAnsi="Arial" w:eastAsia="Arial" w:cs="Arial"/>
        </w:rPr>
        <w:t xml:space="preserve"> </w:t>
      </w:r>
      <w:r>
        <w:rPr>
          <w:rFonts w:ascii="Segoe UI" w:hAnsi="Segoe UI" w:eastAsia="Segoe UI" w:cs="Segoe UI"/>
        </w:rPr>
        <w:t>١٣</w:t>
      </w:r>
      <w:r>
        <w:rPr>
          <w:rFonts w:ascii="Arial" w:hAnsi="Arial" w:eastAsia="Arial" w:cs="Arial"/>
        </w:rPr>
        <w:t xml:space="preserve">) </w:t>
      </w:r>
      <w:r>
        <w:rPr>
          <w:rFonts w:ascii="Segoe UI" w:hAnsi="Segoe UI" w:eastAsia="Segoe UI" w:cs="Segoe UI"/>
        </w:rPr>
        <w:t>خودی</w:t>
      </w:r>
      <w:r>
        <w:rPr>
          <w:rFonts w:ascii="Arial" w:hAnsi="Arial" w:eastAsia="Arial" w:cs="Arial"/>
        </w:rPr>
        <w:t xml:space="preserve"> </w:t>
      </w:r>
      <w:r>
        <w:rPr>
          <w:rFonts w:ascii="Segoe UI" w:hAnsi="Segoe UI" w:eastAsia="Segoe UI" w:cs="Segoe UI"/>
        </w:rPr>
        <w:t>مەسیحیش</w:t>
      </w:r>
      <w:r>
        <w:rPr>
          <w:rFonts w:ascii="Arial" w:hAnsi="Arial" w:eastAsia="Arial" w:cs="Arial"/>
        </w:rPr>
        <w:t xml:space="preserve"> </w:t>
      </w:r>
      <w:r>
        <w:rPr>
          <w:rFonts w:ascii="Segoe UI" w:hAnsi="Segoe UI" w:eastAsia="Segoe UI" w:cs="Segoe UI"/>
        </w:rPr>
        <w:t>مرد</w:t>
      </w:r>
      <w:r>
        <w:rPr>
          <w:rFonts w:ascii="Arial" w:hAnsi="Arial" w:eastAsia="Arial" w:cs="Arial"/>
        </w:rPr>
        <w:t xml:space="preserve"> «</w:t>
      </w:r>
      <w:r>
        <w:rPr>
          <w:rFonts w:ascii="Segoe UI" w:hAnsi="Segoe UI" w:eastAsia="Segoe UI" w:cs="Segoe UI"/>
        </w:rPr>
        <w:t>بەهۆی</w:t>
      </w:r>
      <w:r>
        <w:rPr>
          <w:rFonts w:ascii="Arial" w:hAnsi="Arial" w:eastAsia="Arial" w:cs="Arial"/>
        </w:rPr>
        <w:t xml:space="preserve"> </w:t>
      </w:r>
      <w:r>
        <w:rPr>
          <w:rFonts w:ascii="Segoe UI" w:hAnsi="Segoe UI" w:eastAsia="Segoe UI" w:cs="Segoe UI"/>
        </w:rPr>
        <w:t>ئەوەی</w:t>
      </w:r>
      <w:r>
        <w:rPr>
          <w:rFonts w:ascii="Arial" w:hAnsi="Arial" w:eastAsia="Arial" w:cs="Arial"/>
        </w:rPr>
        <w:t xml:space="preserve"> </w:t>
      </w:r>
      <w:r>
        <w:rPr>
          <w:rFonts w:ascii="Segoe UI" w:hAnsi="Segoe UI" w:eastAsia="Segoe UI" w:cs="Segoe UI"/>
        </w:rPr>
        <w:t>باسی</w:t>
      </w:r>
      <w:r>
        <w:rPr>
          <w:rFonts w:ascii="Arial" w:hAnsi="Arial" w:eastAsia="Arial" w:cs="Arial"/>
        </w:rPr>
        <w:t xml:space="preserve"> </w:t>
      </w:r>
      <w:r>
        <w:rPr>
          <w:rFonts w:ascii="Segoe UI" w:hAnsi="Segoe UI" w:eastAsia="Segoe UI" w:cs="Segoe UI"/>
        </w:rPr>
        <w:t>باشی</w:t>
      </w:r>
      <w:r>
        <w:rPr>
          <w:rFonts w:ascii="Arial" w:hAnsi="Arial" w:eastAsia="Arial" w:cs="Arial"/>
        </w:rPr>
        <w:t xml:space="preserve"> </w:t>
      </w:r>
      <w:r>
        <w:rPr>
          <w:rFonts w:ascii="Segoe UI" w:hAnsi="Segoe UI" w:eastAsia="Segoe UI" w:cs="Segoe UI"/>
        </w:rPr>
        <w:t>دەدا</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چاکە</w:t>
      </w:r>
      <w:r>
        <w:rPr>
          <w:rFonts w:ascii="Arial" w:hAnsi="Arial" w:eastAsia="Arial" w:cs="Arial"/>
        </w:rPr>
        <w:t xml:space="preserve"> </w:t>
      </w:r>
      <w:r>
        <w:rPr>
          <w:rFonts w:ascii="Segoe UI" w:hAnsi="Segoe UI" w:eastAsia="Segoe UI" w:cs="Segoe UI"/>
        </w:rPr>
        <w:t>دەکرد</w:t>
      </w:r>
      <w:r>
        <w:rPr>
          <w:rFonts w:ascii="Arial" w:hAnsi="Arial" w:eastAsia="Arial" w:cs="Arial"/>
        </w:rPr>
        <w:t>.»—</w:t>
      </w:r>
      <w:r>
        <w:rPr>
          <w:rFonts w:ascii="Segoe UI" w:hAnsi="Segoe UI" w:eastAsia="Segoe UI" w:cs="Segoe UI"/>
        </w:rPr>
        <w:t>ئەشعیا</w:t>
      </w:r>
      <w:r>
        <w:rPr>
          <w:rFonts w:ascii="Arial" w:hAnsi="Arial" w:eastAsia="Arial" w:cs="Arial"/>
        </w:rPr>
        <w:t xml:space="preserve"> </w:t>
      </w:r>
      <w:r>
        <w:rPr>
          <w:rFonts w:ascii="Segoe UI" w:hAnsi="Segoe UI" w:eastAsia="Segoe UI" w:cs="Segoe UI"/>
        </w:rPr>
        <w:t>٥٣</w:t>
      </w:r>
      <w:r>
        <w:rPr>
          <w:rFonts w:ascii="Arial" w:hAnsi="Arial" w:eastAsia="Arial" w:cs="Arial"/>
        </w:rPr>
        <w:t>:</w:t>
      </w:r>
      <w:r>
        <w:rPr>
          <w:rFonts w:ascii="Segoe UI" w:hAnsi="Segoe UI" w:eastAsia="Segoe UI" w:cs="Segoe UI"/>
        </w:rPr>
        <w:t>٧؛</w:t>
      </w:r>
      <w:r>
        <w:rPr>
          <w:rFonts w:ascii="Arial" w:hAnsi="Arial" w:eastAsia="Arial" w:cs="Arial"/>
        </w:rPr>
        <w:t xml:space="preserve"> </w:t>
      </w:r>
      <w:r>
        <w:rPr>
          <w:rFonts w:ascii="Segoe UI" w:hAnsi="Segoe UI" w:eastAsia="Segoe UI" w:cs="Segoe UI"/>
        </w:rPr>
        <w:t>کردارەکان</w:t>
      </w:r>
      <w:r>
        <w:rPr>
          <w:rFonts w:ascii="Arial" w:hAnsi="Arial" w:eastAsia="Arial" w:cs="Arial"/>
        </w:rPr>
        <w:t xml:space="preserve"> </w:t>
      </w:r>
      <w:r>
        <w:rPr>
          <w:rFonts w:ascii="Segoe UI" w:hAnsi="Segoe UI" w:eastAsia="Segoe UI" w:cs="Segoe UI"/>
        </w:rPr>
        <w:t>١٠</w:t>
      </w:r>
      <w:r>
        <w:rPr>
          <w:rFonts w:ascii="Arial" w:hAnsi="Arial" w:eastAsia="Arial" w:cs="Arial"/>
        </w:rPr>
        <w:t>:</w:t>
      </w:r>
      <w:r>
        <w:rPr>
          <w:rFonts w:ascii="Segoe UI" w:hAnsi="Segoe UI" w:eastAsia="Segoe UI" w:cs="Segoe UI"/>
        </w:rPr>
        <w:t>٣٨</w:t>
      </w:r>
      <w:r>
        <w:rPr>
          <w:rFonts w:ascii="Arial" w:hAnsi="Arial" w:eastAsia="Arial" w:cs="Arial"/>
        </w:rPr>
        <w:t xml:space="preserve">. </w:t>
      </w:r>
      <w:r>
        <w:rPr>
          <w:rFonts w:ascii="Segoe UI" w:hAnsi="Segoe UI" w:eastAsia="Segoe UI" w:cs="Segoe UI"/>
        </w:rPr>
        <w:t>لە</w:t>
      </w:r>
      <w:r>
        <w:rPr>
          <w:rFonts w:ascii="Arial" w:hAnsi="Arial" w:eastAsia="Arial" w:cs="Arial"/>
        </w:rPr>
        <w:t xml:space="preserve"> </w:t>
      </w:r>
      <w:r>
        <w:rPr>
          <w:rFonts w:ascii="Segoe UI" w:hAnsi="Segoe UI" w:eastAsia="Segoe UI" w:cs="Segoe UI"/>
        </w:rPr>
        <w:t>ساڵی</w:t>
      </w:r>
      <w:r>
        <w:rPr>
          <w:rFonts w:ascii="Arial" w:hAnsi="Arial" w:eastAsia="Arial" w:cs="Arial"/>
        </w:rPr>
        <w:t xml:space="preserve"> </w:t>
      </w:r>
      <w:r>
        <w:rPr>
          <w:rFonts w:ascii="Segoe UI" w:hAnsi="Segoe UI" w:eastAsia="Segoe UI" w:cs="Segoe UI"/>
        </w:rPr>
        <w:t>٣٣ی</w:t>
      </w:r>
      <w:r>
        <w:rPr>
          <w:rFonts w:ascii="Arial" w:hAnsi="Arial" w:eastAsia="Arial" w:cs="Arial"/>
        </w:rPr>
        <w:t xml:space="preserve"> </w:t>
      </w:r>
      <w:r>
        <w:rPr>
          <w:rFonts w:ascii="Segoe UI" w:hAnsi="Segoe UI" w:eastAsia="Segoe UI" w:cs="Segoe UI"/>
        </w:rPr>
        <w:t>زایینییەوە،</w:t>
      </w:r>
      <w:r>
        <w:rPr>
          <w:rFonts w:ascii="Arial" w:hAnsi="Arial" w:eastAsia="Arial" w:cs="Arial"/>
        </w:rPr>
        <w:t xml:space="preserve"> </w:t>
      </w:r>
      <w:r>
        <w:rPr>
          <w:rFonts w:ascii="Segoe UI" w:hAnsi="Segoe UI" w:eastAsia="Segoe UI" w:cs="Segoe UI"/>
        </w:rPr>
        <w:t>هەموو</w:t>
      </w:r>
      <w:r>
        <w:rPr>
          <w:rFonts w:ascii="Arial" w:hAnsi="Arial" w:eastAsia="Arial" w:cs="Arial"/>
        </w:rPr>
        <w:t xml:space="preserve"> </w:t>
      </w:r>
      <w:r>
        <w:rPr>
          <w:rFonts w:ascii="Segoe UI" w:hAnsi="Segoe UI" w:eastAsia="Segoe UI" w:cs="Segoe UI"/>
        </w:rPr>
        <w:t>مەسیحییە</w:t>
      </w:r>
      <w:r>
        <w:rPr>
          <w:rFonts w:ascii="Arial" w:hAnsi="Arial" w:eastAsia="Arial" w:cs="Arial"/>
        </w:rPr>
        <w:t xml:space="preserve"> </w:t>
      </w:r>
      <w:r>
        <w:rPr>
          <w:rFonts w:ascii="Segoe UI" w:hAnsi="Segoe UI" w:eastAsia="Segoe UI" w:cs="Segoe UI"/>
        </w:rPr>
        <w:t>ڕاستەقینەکان</w:t>
      </w:r>
      <w:r>
        <w:rPr>
          <w:rFonts w:ascii="Arial" w:hAnsi="Arial" w:eastAsia="Arial" w:cs="Arial"/>
        </w:rPr>
        <w:t xml:space="preserve"> «</w:t>
      </w:r>
      <w:r>
        <w:rPr>
          <w:rFonts w:ascii="Segoe UI" w:hAnsi="Segoe UI" w:eastAsia="Segoe UI" w:cs="Segoe UI"/>
        </w:rPr>
        <w:t>لە</w:t>
      </w:r>
      <w:r>
        <w:rPr>
          <w:rFonts w:ascii="Arial" w:hAnsi="Arial" w:eastAsia="Arial" w:cs="Arial"/>
        </w:rPr>
        <w:t xml:space="preserve"> </w:t>
      </w:r>
      <w:r>
        <w:rPr>
          <w:rFonts w:ascii="Segoe UI" w:hAnsi="Segoe UI" w:eastAsia="Segoe UI" w:cs="Segoe UI"/>
        </w:rPr>
        <w:t>ڕێگای</w:t>
      </w:r>
      <w:r>
        <w:rPr>
          <w:rFonts w:ascii="Arial" w:hAnsi="Arial" w:eastAsia="Arial" w:cs="Arial"/>
        </w:rPr>
        <w:t xml:space="preserve"> </w:t>
      </w:r>
      <w:r>
        <w:rPr>
          <w:rFonts w:ascii="Segoe UI" w:hAnsi="Segoe UI" w:eastAsia="Segoe UI" w:cs="Segoe UI"/>
        </w:rPr>
        <w:t>تەنگ</w:t>
      </w:r>
      <w:r>
        <w:rPr>
          <w:rFonts w:ascii="Arial" w:hAnsi="Arial" w:eastAsia="Arial" w:cs="Arial"/>
        </w:rPr>
        <w:t>»</w:t>
      </w:r>
      <w:r>
        <w:rPr>
          <w:rFonts w:ascii="Segoe UI" w:hAnsi="Segoe UI" w:eastAsia="Segoe UI" w:cs="Segoe UI"/>
        </w:rPr>
        <w:t>دا</w:t>
      </w:r>
      <w:r>
        <w:rPr>
          <w:rFonts w:ascii="Arial" w:hAnsi="Arial" w:eastAsia="Arial" w:cs="Arial"/>
        </w:rPr>
        <w:t xml:space="preserve"> </w:t>
      </w:r>
      <w:r>
        <w:rPr>
          <w:rFonts w:ascii="Segoe UI" w:hAnsi="Segoe UI" w:eastAsia="Segoe UI" w:cs="Segoe UI"/>
        </w:rPr>
        <w:t>ڕۆیشتوون</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لە</w:t>
      </w:r>
      <w:r>
        <w:rPr>
          <w:rFonts w:ascii="Arial" w:hAnsi="Arial" w:eastAsia="Arial" w:cs="Arial"/>
        </w:rPr>
        <w:t xml:space="preserve"> </w:t>
      </w:r>
      <w:r>
        <w:rPr>
          <w:rFonts w:ascii="Segoe UI" w:hAnsi="Segoe UI" w:eastAsia="Segoe UI" w:cs="Segoe UI"/>
        </w:rPr>
        <w:t>چەوسانەوە</w:t>
      </w:r>
      <w:r>
        <w:rPr>
          <w:rFonts w:ascii="Arial" w:hAnsi="Arial" w:eastAsia="Arial" w:cs="Arial"/>
        </w:rPr>
        <w:t xml:space="preserve"> </w:t>
      </w:r>
      <w:r>
        <w:rPr>
          <w:rFonts w:ascii="Segoe UI" w:hAnsi="Segoe UI" w:eastAsia="Segoe UI" w:cs="Segoe UI"/>
        </w:rPr>
        <w:t>وازیان</w:t>
      </w:r>
      <w:r>
        <w:rPr>
          <w:rFonts w:ascii="Arial" w:hAnsi="Arial" w:eastAsia="Arial" w:cs="Arial"/>
        </w:rPr>
        <w:t xml:space="preserve"> </w:t>
      </w:r>
      <w:r>
        <w:rPr>
          <w:rFonts w:ascii="Segoe UI" w:hAnsi="Segoe UI" w:eastAsia="Segoe UI" w:cs="Segoe UI"/>
        </w:rPr>
        <w:t>هێنراوە</w:t>
      </w:r>
      <w:r>
        <w:rPr>
          <w:rFonts w:ascii="Arial" w:hAnsi="Arial" w:eastAsia="Arial" w:cs="Arial"/>
        </w:rPr>
        <w:t>.» (</w:t>
      </w:r>
      <w:r>
        <w:rPr>
          <w:rFonts w:ascii="Segoe UI" w:hAnsi="Segoe UI" w:eastAsia="Segoe UI" w:cs="Segoe UI"/>
        </w:rPr>
        <w:t>مەتا</w:t>
      </w:r>
      <w:r>
        <w:rPr>
          <w:rFonts w:ascii="Arial" w:hAnsi="Arial" w:eastAsia="Arial" w:cs="Arial"/>
        </w:rPr>
        <w:t xml:space="preserve"> </w:t>
      </w:r>
      <w:r>
        <w:rPr>
          <w:rFonts w:ascii="Segoe UI" w:hAnsi="Segoe UI" w:eastAsia="Segoe UI" w:cs="Segoe UI"/>
        </w:rPr>
        <w:t>٧</w:t>
      </w:r>
      <w:r>
        <w:rPr>
          <w:rFonts w:ascii="Arial" w:hAnsi="Arial" w:eastAsia="Arial" w:cs="Arial"/>
        </w:rPr>
        <w:t>:</w:t>
      </w:r>
      <w:r>
        <w:rPr>
          <w:rFonts w:ascii="Segoe UI" w:hAnsi="Segoe UI" w:eastAsia="Segoe UI" w:cs="Segoe UI"/>
        </w:rPr>
        <w:t>١٣،</w:t>
      </w:r>
      <w:r>
        <w:rPr>
          <w:rFonts w:ascii="Arial" w:hAnsi="Arial" w:eastAsia="Arial" w:cs="Arial"/>
        </w:rPr>
        <w:t xml:space="preserve"> </w:t>
      </w:r>
      <w:r>
        <w:rPr>
          <w:rFonts w:ascii="Segoe UI" w:hAnsi="Segoe UI" w:eastAsia="Segoe UI" w:cs="Segoe UI"/>
        </w:rPr>
        <w:t>١٤؛</w:t>
      </w:r>
      <w:r>
        <w:rPr>
          <w:rFonts w:ascii="Arial" w:hAnsi="Arial" w:eastAsia="Arial" w:cs="Arial"/>
        </w:rPr>
        <w:t xml:space="preserve"> </w:t>
      </w:r>
      <w:r>
        <w:rPr>
          <w:rFonts w:ascii="Segoe UI" w:hAnsi="Segoe UI" w:eastAsia="Segoe UI" w:cs="Segoe UI"/>
        </w:rPr>
        <w:t>٢</w:t>
      </w:r>
      <w:r>
        <w:rPr>
          <w:rFonts w:ascii="Arial" w:hAnsi="Arial" w:eastAsia="Arial" w:cs="Arial"/>
        </w:rPr>
        <w:t xml:space="preserve"> </w:t>
      </w:r>
      <w:r>
        <w:rPr>
          <w:rFonts w:ascii="Segoe UI" w:hAnsi="Segoe UI" w:eastAsia="Segoe UI" w:cs="Segoe UI"/>
        </w:rPr>
        <w:t>تیمۆساوس</w:t>
      </w:r>
      <w:r>
        <w:rPr>
          <w:rFonts w:ascii="Arial" w:hAnsi="Arial" w:eastAsia="Arial" w:cs="Arial"/>
        </w:rPr>
        <w:t xml:space="preserve"> </w:t>
      </w:r>
      <w:r>
        <w:rPr>
          <w:rFonts w:ascii="Segoe UI" w:hAnsi="Segoe UI" w:eastAsia="Segoe UI" w:cs="Segoe UI"/>
        </w:rPr>
        <w:t>٣</w:t>
      </w:r>
      <w:r>
        <w:rPr>
          <w:rFonts w:ascii="Arial" w:hAnsi="Arial" w:eastAsia="Arial" w:cs="Arial"/>
        </w:rPr>
        <w:t>:</w:t>
      </w:r>
      <w:r>
        <w:rPr>
          <w:rFonts w:ascii="Segoe UI" w:hAnsi="Segoe UI" w:eastAsia="Segoe UI" w:cs="Segoe UI"/>
        </w:rPr>
        <w:t>١٢</w:t>
      </w:r>
      <w:r>
        <w:rPr>
          <w:rFonts w:ascii="Arial" w:hAnsi="Arial" w:eastAsia="Arial" w:cs="Arial"/>
        </w:rPr>
        <w:t xml:space="preserve">) </w:t>
      </w:r>
      <w:r>
        <w:rPr>
          <w:rFonts w:ascii="Segoe UI" w:hAnsi="Segoe UI" w:eastAsia="Segoe UI" w:cs="Segoe UI"/>
        </w:rPr>
        <w:t>لەبەر</w:t>
      </w:r>
      <w:r>
        <w:rPr>
          <w:rFonts w:ascii="Arial" w:hAnsi="Arial" w:eastAsia="Arial" w:cs="Arial"/>
        </w:rPr>
        <w:t xml:space="preserve"> </w:t>
      </w:r>
      <w:r>
        <w:rPr>
          <w:rFonts w:ascii="Segoe UI" w:hAnsi="Segoe UI" w:eastAsia="Segoe UI" w:cs="Segoe UI"/>
        </w:rPr>
        <w:t>ئەوە،</w:t>
      </w:r>
      <w:r>
        <w:rPr>
          <w:rFonts w:ascii="Arial" w:hAnsi="Arial" w:eastAsia="Arial" w:cs="Arial"/>
        </w:rPr>
        <w:t xml:space="preserve"> </w:t>
      </w:r>
      <w:r>
        <w:rPr>
          <w:rFonts w:ascii="Segoe UI" w:hAnsi="Segoe UI" w:eastAsia="Segoe UI" w:cs="Segoe UI"/>
        </w:rPr>
        <w:t>لەگەڵ</w:t>
      </w:r>
      <w:r>
        <w:rPr>
          <w:rFonts w:ascii="Arial" w:hAnsi="Arial" w:eastAsia="Arial" w:cs="Arial"/>
        </w:rPr>
        <w:t xml:space="preserve"> </w:t>
      </w:r>
      <w:r>
        <w:rPr>
          <w:rFonts w:ascii="Segoe UI" w:hAnsi="Segoe UI" w:eastAsia="Segoe UI" w:cs="Segoe UI"/>
        </w:rPr>
        <w:t>شکاندنی</w:t>
      </w:r>
      <w:r>
        <w:rPr>
          <w:rFonts w:ascii="Arial" w:hAnsi="Arial" w:eastAsia="Arial" w:cs="Arial"/>
        </w:rPr>
        <w:t xml:space="preserve"> </w:t>
      </w:r>
      <w:r>
        <w:rPr>
          <w:rFonts w:ascii="Segoe UI" w:hAnsi="Segoe UI" w:eastAsia="Segoe UI" w:cs="Segoe UI"/>
        </w:rPr>
        <w:t>پەنجەمین</w:t>
      </w:r>
      <w:r>
        <w:rPr>
          <w:rFonts w:ascii="Arial" w:hAnsi="Arial" w:eastAsia="Arial" w:cs="Arial"/>
        </w:rPr>
        <w:t xml:space="preserve"> </w:t>
      </w:r>
      <w:r>
        <w:rPr>
          <w:rFonts w:ascii="Segoe UI" w:hAnsi="Segoe UI" w:eastAsia="Segoe UI" w:cs="Segoe UI"/>
        </w:rPr>
        <w:t>مۆردا،</w:t>
      </w:r>
      <w:r>
        <w:rPr>
          <w:rFonts w:ascii="Arial" w:hAnsi="Arial" w:eastAsia="Arial" w:cs="Arial"/>
        </w:rPr>
        <w:t xml:space="preserve"> </w:t>
      </w:r>
      <w:r>
        <w:rPr>
          <w:rFonts w:ascii="Segoe UI" w:hAnsi="Segoe UI" w:eastAsia="Segoe UI" w:cs="Segoe UI"/>
        </w:rPr>
        <w:t>هەموو</w:t>
      </w:r>
      <w:r>
        <w:rPr>
          <w:rFonts w:ascii="Arial" w:hAnsi="Arial" w:eastAsia="Arial" w:cs="Arial"/>
        </w:rPr>
        <w:t xml:space="preserve"> </w:t>
      </w:r>
      <w:r>
        <w:rPr>
          <w:rFonts w:ascii="Segoe UI" w:hAnsi="Segoe UI" w:eastAsia="Segoe UI" w:cs="Segoe UI"/>
        </w:rPr>
        <w:t>کۆمەڵەی</w:t>
      </w:r>
      <w:r>
        <w:rPr>
          <w:rFonts w:ascii="Arial" w:hAnsi="Arial" w:eastAsia="Arial" w:cs="Arial"/>
        </w:rPr>
        <w:t xml:space="preserve"> </w:t>
      </w:r>
      <w:r>
        <w:rPr>
          <w:rFonts w:ascii="Segoe UI" w:hAnsi="Segoe UI" w:eastAsia="Segoe UI" w:cs="Segoe UI"/>
        </w:rPr>
        <w:t>مەسیحییە</w:t>
      </w:r>
      <w:r>
        <w:rPr>
          <w:rFonts w:ascii="Arial" w:hAnsi="Arial" w:eastAsia="Arial" w:cs="Arial"/>
        </w:rPr>
        <w:t xml:space="preserve"> </w:t>
      </w:r>
      <w:r>
        <w:rPr>
          <w:rFonts w:ascii="Segoe UI" w:hAnsi="Segoe UI" w:eastAsia="Segoe UI" w:cs="Segoe UI"/>
        </w:rPr>
        <w:t>مسح</w:t>
      </w:r>
      <w:r>
        <w:rPr>
          <w:rFonts w:ascii="Arial" w:hAnsi="Arial" w:eastAsia="Arial" w:cs="Arial"/>
        </w:rPr>
        <w:t>‌</w:t>
      </w:r>
      <w:r>
        <w:rPr>
          <w:rFonts w:ascii="Segoe UI" w:hAnsi="Segoe UI" w:eastAsia="Segoe UI" w:cs="Segoe UI"/>
        </w:rPr>
        <w:t>کراوە</w:t>
      </w:r>
      <w:r>
        <w:rPr>
          <w:rFonts w:ascii="Arial" w:hAnsi="Arial" w:eastAsia="Arial" w:cs="Arial"/>
        </w:rPr>
        <w:t xml:space="preserve"> </w:t>
      </w:r>
      <w:r>
        <w:rPr>
          <w:rFonts w:ascii="Segoe UI" w:hAnsi="Segoe UI" w:eastAsia="Segoe UI" w:cs="Segoe UI"/>
        </w:rPr>
        <w:t>شەهیدەکان</w:t>
      </w:r>
      <w:r>
        <w:rPr>
          <w:rFonts w:ascii="Arial" w:hAnsi="Arial" w:eastAsia="Arial" w:cs="Arial"/>
        </w:rPr>
        <w:t xml:space="preserve"> </w:t>
      </w:r>
      <w:r>
        <w:rPr>
          <w:rFonts w:ascii="Segoe UI" w:hAnsi="Segoe UI" w:eastAsia="Segoe UI" w:cs="Segoe UI"/>
        </w:rPr>
        <w:t>گوێ</w:t>
      </w:r>
      <w:r>
        <w:rPr>
          <w:rFonts w:ascii="Arial" w:hAnsi="Arial" w:eastAsia="Arial" w:cs="Arial"/>
        </w:rPr>
        <w:t xml:space="preserve"> </w:t>
      </w:r>
      <w:r>
        <w:rPr>
          <w:rFonts w:ascii="Segoe UI" w:hAnsi="Segoe UI" w:eastAsia="Segoe UI" w:cs="Segoe UI"/>
        </w:rPr>
        <w:t>دەدرێت</w:t>
      </w:r>
      <w:r>
        <w:rPr>
          <w:rFonts w:ascii="Arial" w:hAnsi="Arial" w:eastAsia="Arial" w:cs="Arial"/>
        </w:rPr>
        <w:t xml:space="preserve"> </w:t>
      </w:r>
      <w:r>
        <w:rPr>
          <w:rFonts w:ascii="Segoe UI" w:hAnsi="Segoe UI" w:eastAsia="Segoe UI" w:cs="Segoe UI"/>
        </w:rPr>
        <w:t>کە</w:t>
      </w:r>
      <w:r>
        <w:rPr>
          <w:rFonts w:ascii="Arial" w:hAnsi="Arial" w:eastAsia="Arial" w:cs="Arial"/>
        </w:rPr>
        <w:t xml:space="preserve"> </w:t>
      </w:r>
      <w:r>
        <w:rPr>
          <w:rFonts w:ascii="Segoe UI" w:hAnsi="Segoe UI" w:eastAsia="Segoe UI" w:cs="Segoe UI"/>
        </w:rPr>
        <w:t>قسە</w:t>
      </w:r>
      <w:r>
        <w:rPr>
          <w:rFonts w:ascii="Arial" w:hAnsi="Arial" w:eastAsia="Arial" w:cs="Arial"/>
        </w:rPr>
        <w:t xml:space="preserve"> </w:t>
      </w:r>
      <w:r>
        <w:rPr>
          <w:rFonts w:ascii="Segoe UI" w:hAnsi="Segoe UI" w:eastAsia="Segoe UI" w:cs="Segoe UI"/>
        </w:rPr>
        <w:t>بکەن</w:t>
      </w:r>
      <w:r>
        <w:rPr>
          <w:rFonts w:ascii="Arial" w:hAnsi="Arial" w:eastAsia="Arial" w:cs="Arial"/>
        </w:rPr>
        <w:t xml:space="preserve">. </w:t>
      </w:r>
      <w:r>
        <w:rPr>
          <w:rFonts w:ascii="Segoe UI" w:hAnsi="Segoe UI" w:eastAsia="Segoe UI" w:cs="Segoe UI"/>
        </w:rPr>
        <w:t>بەڵام</w:t>
      </w:r>
      <w:r>
        <w:rPr>
          <w:rFonts w:ascii="Arial" w:hAnsi="Arial" w:eastAsia="Arial" w:cs="Arial"/>
        </w:rPr>
        <w:t xml:space="preserve"> </w:t>
      </w:r>
      <w:r>
        <w:rPr>
          <w:rFonts w:ascii="Segoe UI" w:hAnsi="Segoe UI" w:eastAsia="Segoe UI" w:cs="Segoe UI"/>
        </w:rPr>
        <w:t>ئەوان</w:t>
      </w:r>
      <w:r>
        <w:rPr>
          <w:rFonts w:ascii="Arial" w:hAnsi="Arial" w:eastAsia="Arial" w:cs="Arial"/>
        </w:rPr>
        <w:t xml:space="preserve"> </w:t>
      </w:r>
      <w:r>
        <w:rPr>
          <w:rFonts w:ascii="Segoe UI" w:hAnsi="Segoe UI" w:eastAsia="Segoe UI" w:cs="Segoe UI"/>
        </w:rPr>
        <w:t>دەڵێن</w:t>
      </w:r>
      <w:r>
        <w:rPr>
          <w:rFonts w:ascii="Arial" w:hAnsi="Arial" w:eastAsia="Arial" w:cs="Arial"/>
        </w:rPr>
        <w:t>: «</w:t>
      </w:r>
      <w:r>
        <w:rPr>
          <w:rFonts w:ascii="Segoe UI" w:hAnsi="Segoe UI" w:eastAsia="Segoe UI" w:cs="Segoe UI"/>
        </w:rPr>
        <w:t>تا</w:t>
      </w:r>
      <w:r>
        <w:rPr>
          <w:rFonts w:ascii="Arial" w:hAnsi="Arial" w:eastAsia="Arial" w:cs="Arial"/>
        </w:rPr>
        <w:t xml:space="preserve"> </w:t>
      </w:r>
      <w:r>
        <w:rPr>
          <w:rFonts w:ascii="Segoe UI" w:hAnsi="Segoe UI" w:eastAsia="Segoe UI" w:cs="Segoe UI"/>
        </w:rPr>
        <w:t>چەند؟</w:t>
      </w:r>
      <w:r>
        <w:rPr>
          <w:rFonts w:ascii="Arial" w:hAnsi="Arial" w:eastAsia="Arial" w:cs="Arial"/>
        </w:rPr>
        <w:t xml:space="preserve">» </w:t>
      </w:r>
      <w:r>
        <w:rPr>
          <w:rFonts w:ascii="Segoe UI" w:hAnsi="Segoe UI" w:eastAsia="Segoe UI" w:cs="Segoe UI"/>
        </w:rPr>
        <w:t>ئەوەش</w:t>
      </w:r>
      <w:r>
        <w:rPr>
          <w:rFonts w:ascii="Arial" w:hAnsi="Arial" w:eastAsia="Arial" w:cs="Arial"/>
        </w:rPr>
        <w:t xml:space="preserve"> </w:t>
      </w:r>
      <w:r>
        <w:rPr>
          <w:rFonts w:ascii="Segoe UI" w:hAnsi="Segoe UI" w:eastAsia="Segoe UI" w:cs="Segoe UI"/>
        </w:rPr>
        <w:t>دەگەیەنێت</w:t>
      </w:r>
      <w:r>
        <w:rPr>
          <w:rFonts w:ascii="Arial" w:hAnsi="Arial" w:eastAsia="Arial" w:cs="Arial"/>
        </w:rPr>
        <w:t xml:space="preserve"> </w:t>
      </w:r>
      <w:r>
        <w:rPr>
          <w:rFonts w:ascii="Segoe UI" w:hAnsi="Segoe UI" w:eastAsia="Segoe UI" w:cs="Segoe UI"/>
        </w:rPr>
        <w:t>کە</w:t>
      </w:r>
      <w:r>
        <w:rPr>
          <w:rFonts w:ascii="Arial" w:hAnsi="Arial" w:eastAsia="Arial" w:cs="Arial"/>
        </w:rPr>
        <w:t xml:space="preserve"> </w:t>
      </w:r>
      <w:r>
        <w:rPr>
          <w:rFonts w:ascii="Segoe UI" w:hAnsi="Segoe UI" w:eastAsia="Segoe UI" w:cs="Segoe UI"/>
        </w:rPr>
        <w:t>شایەتیی</w:t>
      </w:r>
      <w:r>
        <w:rPr>
          <w:rFonts w:ascii="Arial" w:hAnsi="Arial" w:eastAsia="Arial" w:cs="Arial"/>
        </w:rPr>
        <w:t xml:space="preserve"> </w:t>
      </w:r>
      <w:r>
        <w:rPr>
          <w:rFonts w:ascii="Segoe UI" w:hAnsi="Segoe UI" w:eastAsia="Segoe UI" w:cs="Segoe UI"/>
        </w:rPr>
        <w:t>خوێنی</w:t>
      </w:r>
      <w:r>
        <w:rPr>
          <w:rFonts w:ascii="Arial" w:hAnsi="Arial" w:eastAsia="Arial" w:cs="Arial"/>
        </w:rPr>
        <w:t xml:space="preserve"> </w:t>
      </w:r>
      <w:r>
        <w:rPr>
          <w:rFonts w:ascii="Segoe UI" w:hAnsi="Segoe UI" w:eastAsia="Segoe UI" w:cs="Segoe UI"/>
        </w:rPr>
        <w:t>شەهیدان</w:t>
      </w:r>
      <w:r>
        <w:rPr>
          <w:rFonts w:ascii="Arial" w:hAnsi="Arial" w:eastAsia="Arial" w:cs="Arial"/>
        </w:rPr>
        <w:t xml:space="preserve"> </w:t>
      </w:r>
      <w:r>
        <w:rPr>
          <w:rFonts w:ascii="Segoe UI" w:hAnsi="Segoe UI" w:eastAsia="Segoe UI" w:cs="Segoe UI"/>
        </w:rPr>
        <w:t>بەردەوامە</w:t>
      </w:r>
      <w:r>
        <w:rPr>
          <w:rFonts w:ascii="Arial" w:hAnsi="Arial" w:eastAsia="Arial" w:cs="Arial"/>
        </w:rPr>
        <w:t xml:space="preserve"> </w:t>
      </w:r>
      <w:r>
        <w:rPr>
          <w:rFonts w:ascii="Segoe UI" w:hAnsi="Segoe UI" w:eastAsia="Segoe UI" w:cs="Segoe UI"/>
        </w:rPr>
        <w:t>لە</w:t>
      </w:r>
      <w:r>
        <w:rPr>
          <w:rFonts w:ascii="Arial" w:hAnsi="Arial" w:eastAsia="Arial" w:cs="Arial"/>
        </w:rPr>
        <w:t xml:space="preserve"> </w:t>
      </w:r>
      <w:r>
        <w:rPr>
          <w:rFonts w:ascii="Segoe UI" w:hAnsi="Segoe UI" w:eastAsia="Segoe UI" w:cs="Segoe UI"/>
        </w:rPr>
        <w:t>هاوارکردن</w:t>
      </w:r>
      <w:r>
        <w:rPr>
          <w:rFonts w:ascii="Arial" w:hAnsi="Arial" w:eastAsia="Arial" w:cs="Arial"/>
        </w:rPr>
        <w:t xml:space="preserve"> </w:t>
      </w:r>
      <w:r>
        <w:rPr>
          <w:rFonts w:ascii="Segoe UI" w:hAnsi="Segoe UI" w:eastAsia="Segoe UI" w:cs="Segoe UI"/>
        </w:rPr>
        <w:t>بۆ</w:t>
      </w:r>
      <w:r>
        <w:rPr>
          <w:rFonts w:ascii="Arial" w:hAnsi="Arial" w:eastAsia="Arial" w:cs="Arial"/>
        </w:rPr>
        <w:t xml:space="preserve"> </w:t>
      </w:r>
      <w:r>
        <w:rPr>
          <w:rFonts w:ascii="Segoe UI" w:hAnsi="Segoe UI" w:eastAsia="Segoe UI" w:cs="Segoe UI"/>
        </w:rPr>
        <w:t>دادپەروەری</w:t>
      </w:r>
      <w:r>
        <w:rPr>
          <w:rFonts w:ascii="Arial" w:hAnsi="Arial" w:eastAsia="Arial" w:cs="Arial"/>
        </w:rPr>
        <w:t xml:space="preserve">. </w:t>
      </w:r>
      <w:r>
        <w:rPr>
          <w:rFonts w:ascii="Segoe UI" w:hAnsi="Segoe UI" w:eastAsia="Segoe UI" w:cs="Segoe UI"/>
        </w:rPr>
        <w:t>هەر</w:t>
      </w:r>
      <w:r>
        <w:rPr>
          <w:rFonts w:ascii="Arial" w:hAnsi="Arial" w:eastAsia="Arial" w:cs="Arial"/>
        </w:rPr>
        <w:t xml:space="preserve"> </w:t>
      </w:r>
      <w:r>
        <w:rPr>
          <w:rFonts w:ascii="Segoe UI" w:hAnsi="Segoe UI" w:eastAsia="Segoe UI" w:cs="Segoe UI"/>
        </w:rPr>
        <w:t>هەمان</w:t>
      </w:r>
      <w:r>
        <w:rPr>
          <w:rFonts w:ascii="Arial" w:hAnsi="Arial" w:eastAsia="Arial" w:cs="Arial"/>
        </w:rPr>
        <w:t xml:space="preserve"> </w:t>
      </w:r>
      <w:r>
        <w:rPr>
          <w:rFonts w:ascii="Segoe UI" w:hAnsi="Segoe UI" w:eastAsia="Segoe UI" w:cs="Segoe UI"/>
        </w:rPr>
        <w:t>شت</w:t>
      </w:r>
      <w:r>
        <w:rPr>
          <w:rFonts w:ascii="Arial" w:hAnsi="Arial" w:eastAsia="Arial" w:cs="Arial"/>
        </w:rPr>
        <w:t xml:space="preserve"> </w:t>
      </w:r>
      <w:r>
        <w:rPr>
          <w:rFonts w:ascii="Segoe UI" w:hAnsi="Segoe UI" w:eastAsia="Segoe UI" w:cs="Segoe UI"/>
        </w:rPr>
        <w:t>لە</w:t>
      </w:r>
      <w:r>
        <w:rPr>
          <w:rFonts w:ascii="Arial" w:hAnsi="Arial" w:eastAsia="Arial" w:cs="Arial"/>
        </w:rPr>
        <w:t xml:space="preserve"> </w:t>
      </w:r>
      <w:r>
        <w:rPr>
          <w:rFonts w:ascii="Segoe UI" w:hAnsi="Segoe UI" w:eastAsia="Segoe UI" w:cs="Segoe UI"/>
        </w:rPr>
        <w:t>هابیلدا</w:t>
      </w:r>
      <w:r>
        <w:rPr>
          <w:rFonts w:ascii="Arial" w:hAnsi="Arial" w:eastAsia="Arial" w:cs="Arial"/>
        </w:rPr>
        <w:t xml:space="preserve"> </w:t>
      </w:r>
      <w:r>
        <w:rPr>
          <w:rFonts w:ascii="Segoe UI" w:hAnsi="Segoe UI" w:eastAsia="Segoe UI" w:cs="Segoe UI"/>
        </w:rPr>
        <w:t>دەبینین</w:t>
      </w:r>
      <w:r>
        <w:rPr>
          <w:rFonts w:ascii="Arial" w:hAnsi="Arial" w:eastAsia="Arial" w:cs="Arial"/>
        </w:rPr>
        <w:t xml:space="preserve">. </w:t>
      </w:r>
      <w:r>
        <w:rPr>
          <w:rFonts w:ascii="Segoe UI" w:hAnsi="Segoe UI" w:eastAsia="Segoe UI" w:cs="Segoe UI"/>
        </w:rPr>
        <w:t>یەهوڤا</w:t>
      </w:r>
      <w:r>
        <w:rPr>
          <w:rFonts w:ascii="Arial" w:hAnsi="Arial" w:eastAsia="Arial" w:cs="Arial"/>
        </w:rPr>
        <w:t xml:space="preserve"> </w:t>
      </w:r>
      <w:r>
        <w:rPr>
          <w:rFonts w:ascii="Segoe UI" w:hAnsi="Segoe UI" w:eastAsia="Segoe UI" w:cs="Segoe UI"/>
        </w:rPr>
        <w:t>بە</w:t>
      </w:r>
      <w:r>
        <w:rPr>
          <w:rFonts w:ascii="Arial" w:hAnsi="Arial" w:eastAsia="Arial" w:cs="Arial"/>
        </w:rPr>
        <w:t xml:space="preserve"> </w:t>
      </w:r>
      <w:r>
        <w:rPr>
          <w:rFonts w:ascii="Segoe UI" w:hAnsi="Segoe UI" w:eastAsia="Segoe UI" w:cs="Segoe UI"/>
        </w:rPr>
        <w:t>قاین</w:t>
      </w:r>
      <w:r>
        <w:rPr>
          <w:rFonts w:ascii="Arial" w:hAnsi="Arial" w:eastAsia="Arial" w:cs="Arial"/>
        </w:rPr>
        <w:t xml:space="preserve"> </w:t>
      </w:r>
      <w:r>
        <w:rPr>
          <w:rFonts w:ascii="Segoe UI" w:hAnsi="Segoe UI" w:eastAsia="Segoe UI" w:cs="Segoe UI"/>
        </w:rPr>
        <w:t>وت</w:t>
      </w:r>
      <w:r>
        <w:rPr>
          <w:rFonts w:ascii="Arial" w:hAnsi="Arial" w:eastAsia="Arial" w:cs="Arial"/>
        </w:rPr>
        <w:t>: «</w:t>
      </w:r>
      <w:r>
        <w:rPr>
          <w:rFonts w:ascii="Segoe UI" w:hAnsi="Segoe UI" w:eastAsia="Segoe UI" w:cs="Segoe UI"/>
        </w:rPr>
        <w:t>دەنگی</w:t>
      </w:r>
      <w:r>
        <w:rPr>
          <w:rFonts w:ascii="Arial" w:hAnsi="Arial" w:eastAsia="Arial" w:cs="Arial"/>
        </w:rPr>
        <w:t xml:space="preserve"> </w:t>
      </w:r>
      <w:r>
        <w:rPr>
          <w:rFonts w:ascii="Segoe UI" w:hAnsi="Segoe UI" w:eastAsia="Segoe UI" w:cs="Segoe UI"/>
        </w:rPr>
        <w:t>خوێنی</w:t>
      </w:r>
      <w:r>
        <w:rPr>
          <w:rFonts w:ascii="Arial" w:hAnsi="Arial" w:eastAsia="Arial" w:cs="Arial"/>
        </w:rPr>
        <w:t xml:space="preserve"> </w:t>
      </w:r>
      <w:r>
        <w:rPr>
          <w:rFonts w:ascii="Segoe UI" w:hAnsi="Segoe UI" w:eastAsia="Segoe UI" w:cs="Segoe UI"/>
        </w:rPr>
        <w:t>براکەت</w:t>
      </w:r>
      <w:r>
        <w:rPr>
          <w:rFonts w:ascii="Arial" w:hAnsi="Arial" w:eastAsia="Arial" w:cs="Arial"/>
        </w:rPr>
        <w:t xml:space="preserve"> </w:t>
      </w:r>
      <w:r>
        <w:rPr>
          <w:rFonts w:ascii="Segoe UI" w:hAnsi="Segoe UI" w:eastAsia="Segoe UI" w:cs="Segoe UI"/>
        </w:rPr>
        <w:t>لە</w:t>
      </w:r>
      <w:r>
        <w:rPr>
          <w:rFonts w:ascii="Arial" w:hAnsi="Arial" w:eastAsia="Arial" w:cs="Arial"/>
        </w:rPr>
        <w:t xml:space="preserve"> </w:t>
      </w:r>
      <w:r>
        <w:rPr>
          <w:rFonts w:ascii="Segoe UI" w:hAnsi="Segoe UI" w:eastAsia="Segoe UI" w:cs="Segoe UI"/>
        </w:rPr>
        <w:t>زەویەوە</w:t>
      </w:r>
      <w:r>
        <w:rPr>
          <w:rFonts w:ascii="Arial" w:hAnsi="Arial" w:eastAsia="Arial" w:cs="Arial"/>
        </w:rPr>
        <w:t xml:space="preserve"> </w:t>
      </w:r>
      <w:r>
        <w:rPr>
          <w:rFonts w:ascii="Segoe UI" w:hAnsi="Segoe UI" w:eastAsia="Segoe UI" w:cs="Segoe UI"/>
        </w:rPr>
        <w:t>بۆ</w:t>
      </w:r>
      <w:r>
        <w:rPr>
          <w:rFonts w:ascii="Arial" w:hAnsi="Arial" w:eastAsia="Arial" w:cs="Arial"/>
        </w:rPr>
        <w:t xml:space="preserve"> </w:t>
      </w:r>
      <w:r>
        <w:rPr>
          <w:rFonts w:ascii="Segoe UI" w:hAnsi="Segoe UI" w:eastAsia="Segoe UI" w:cs="Segoe UI"/>
        </w:rPr>
        <w:t>من</w:t>
      </w:r>
      <w:r>
        <w:rPr>
          <w:rFonts w:ascii="Arial" w:hAnsi="Arial" w:eastAsia="Arial" w:cs="Arial"/>
        </w:rPr>
        <w:t xml:space="preserve"> </w:t>
      </w:r>
      <w:r>
        <w:rPr>
          <w:rFonts w:ascii="Segoe UI" w:hAnsi="Segoe UI" w:eastAsia="Segoe UI" w:cs="Segoe UI"/>
        </w:rPr>
        <w:t>هاوار</w:t>
      </w:r>
      <w:r>
        <w:rPr>
          <w:rFonts w:ascii="Arial" w:hAnsi="Arial" w:eastAsia="Arial" w:cs="Arial"/>
        </w:rPr>
        <w:t xml:space="preserve"> </w:t>
      </w:r>
      <w:r>
        <w:rPr>
          <w:rFonts w:ascii="Segoe UI" w:hAnsi="Segoe UI" w:eastAsia="Segoe UI" w:cs="Segoe UI"/>
        </w:rPr>
        <w:t>دەکات</w:t>
      </w:r>
      <w:r>
        <w:rPr>
          <w:rFonts w:ascii="Arial" w:hAnsi="Arial" w:eastAsia="Arial" w:cs="Arial"/>
        </w:rPr>
        <w:t>.» (</w:t>
      </w:r>
      <w:r>
        <w:rPr>
          <w:rFonts w:ascii="Segoe UI" w:hAnsi="Segoe UI" w:eastAsia="Segoe UI" w:cs="Segoe UI"/>
        </w:rPr>
        <w:t>پەیدابوون</w:t>
      </w:r>
      <w:r>
        <w:rPr>
          <w:rFonts w:ascii="Arial" w:hAnsi="Arial" w:eastAsia="Arial" w:cs="Arial"/>
        </w:rPr>
        <w:t xml:space="preserve"> </w:t>
      </w:r>
      <w:r>
        <w:rPr>
          <w:rFonts w:ascii="Segoe UI" w:hAnsi="Segoe UI" w:eastAsia="Segoe UI" w:cs="Segoe UI"/>
        </w:rPr>
        <w:t>٤</w:t>
      </w:r>
      <w:r>
        <w:rPr>
          <w:rFonts w:ascii="Arial" w:hAnsi="Arial" w:eastAsia="Arial" w:cs="Arial"/>
        </w:rPr>
        <w:t>:</w:t>
      </w:r>
      <w:r>
        <w:rPr>
          <w:rFonts w:ascii="Segoe UI" w:hAnsi="Segoe UI" w:eastAsia="Segoe UI" w:cs="Segoe UI"/>
        </w:rPr>
        <w:t>١٠؛</w:t>
      </w:r>
      <w:r>
        <w:rPr>
          <w:rFonts w:ascii="Arial" w:hAnsi="Arial" w:eastAsia="Arial" w:cs="Arial"/>
        </w:rPr>
        <w:t xml:space="preserve"> </w:t>
      </w:r>
      <w:r>
        <w:rPr>
          <w:rFonts w:ascii="Segoe UI" w:hAnsi="Segoe UI" w:eastAsia="Segoe UI" w:cs="Segoe UI"/>
        </w:rPr>
        <w:t>عیبرانییەکان</w:t>
      </w:r>
      <w:r>
        <w:rPr>
          <w:rFonts w:ascii="Arial" w:hAnsi="Arial" w:eastAsia="Arial" w:cs="Arial"/>
        </w:rPr>
        <w:t xml:space="preserve"> </w:t>
      </w:r>
      <w:r>
        <w:rPr>
          <w:rFonts w:ascii="Segoe UI" w:hAnsi="Segoe UI" w:eastAsia="Segoe UI" w:cs="Segoe UI"/>
        </w:rPr>
        <w:t>١٢</w:t>
      </w:r>
      <w:r>
        <w:rPr>
          <w:rFonts w:ascii="Arial" w:hAnsi="Arial" w:eastAsia="Arial" w:cs="Arial"/>
        </w:rPr>
        <w:t>:</w:t>
      </w:r>
      <w:r>
        <w:rPr>
          <w:rFonts w:ascii="Segoe UI" w:hAnsi="Segoe UI" w:eastAsia="Segoe UI" w:cs="Segoe UI"/>
        </w:rPr>
        <w:t>٢٤</w:t>
      </w:r>
      <w:r>
        <w:rPr>
          <w:rFonts w:ascii="Arial" w:hAnsi="Arial" w:eastAsia="Arial" w:cs="Arial"/>
        </w:rPr>
        <w:t>) «</w:t>
      </w:r>
      <w:r>
        <w:rPr>
          <w:rFonts w:ascii="Segoe UI" w:hAnsi="Segoe UI" w:eastAsia="Segoe UI" w:cs="Segoe UI"/>
        </w:rPr>
        <w:t>تا</w:t>
      </w:r>
      <w:r>
        <w:rPr>
          <w:rFonts w:ascii="Arial" w:hAnsi="Arial" w:eastAsia="Arial" w:cs="Arial"/>
        </w:rPr>
        <w:t xml:space="preserve"> </w:t>
      </w:r>
      <w:r>
        <w:rPr>
          <w:rFonts w:ascii="Segoe UI" w:hAnsi="Segoe UI" w:eastAsia="Segoe UI" w:cs="Segoe UI"/>
        </w:rPr>
        <w:t>چەند؟</w:t>
      </w:r>
      <w:r>
        <w:rPr>
          <w:rFonts w:ascii="Arial" w:hAnsi="Arial" w:eastAsia="Arial" w:cs="Arial"/>
        </w:rPr>
        <w:t>»</w:t>
      </w:r>
      <w:r>
        <w:rPr>
          <w:rFonts w:ascii="Segoe UI" w:hAnsi="Segoe UI" w:eastAsia="Segoe UI" w:cs="Segoe UI"/>
        </w:rPr>
        <w:t>ی</w:t>
      </w:r>
      <w:r>
        <w:rPr>
          <w:rFonts w:ascii="Arial" w:hAnsi="Arial" w:eastAsia="Arial" w:cs="Arial"/>
        </w:rPr>
        <w:t xml:space="preserve"> </w:t>
      </w:r>
      <w:r>
        <w:rPr>
          <w:rFonts w:ascii="Segoe UI" w:hAnsi="Segoe UI" w:eastAsia="Segoe UI" w:cs="Segoe UI"/>
        </w:rPr>
        <w:t>ئەم</w:t>
      </w:r>
      <w:r>
        <w:rPr>
          <w:rFonts w:ascii="Arial" w:hAnsi="Arial" w:eastAsia="Arial" w:cs="Arial"/>
        </w:rPr>
        <w:t xml:space="preserve"> </w:t>
      </w:r>
      <w:r>
        <w:rPr>
          <w:rFonts w:ascii="Segoe UI" w:hAnsi="Segoe UI" w:eastAsia="Segoe UI" w:cs="Segoe UI"/>
        </w:rPr>
        <w:t>هاوارە</w:t>
      </w:r>
      <w:r>
        <w:rPr>
          <w:rFonts w:ascii="Arial" w:hAnsi="Arial" w:eastAsia="Arial" w:cs="Arial"/>
        </w:rPr>
        <w:t xml:space="preserve"> </w:t>
      </w:r>
      <w:r>
        <w:rPr>
          <w:rFonts w:ascii="Segoe UI" w:hAnsi="Segoe UI" w:eastAsia="Segoe UI" w:cs="Segoe UI"/>
        </w:rPr>
        <w:t>نیشانەی</w:t>
      </w:r>
      <w:r>
        <w:rPr>
          <w:rFonts w:ascii="Arial" w:hAnsi="Arial" w:eastAsia="Arial" w:cs="Arial"/>
        </w:rPr>
        <w:t xml:space="preserve"> </w:t>
      </w:r>
      <w:r>
        <w:rPr>
          <w:rFonts w:ascii="Segoe UI" w:hAnsi="Segoe UI" w:eastAsia="Segoe UI" w:cs="Segoe UI"/>
        </w:rPr>
        <w:t>بێ</w:t>
      </w:r>
      <w:r>
        <w:rPr>
          <w:rFonts w:ascii="Arial" w:hAnsi="Arial" w:eastAsia="Arial" w:cs="Arial"/>
        </w:rPr>
        <w:t>‌</w:t>
      </w:r>
      <w:r>
        <w:rPr>
          <w:rFonts w:ascii="Segoe UI" w:hAnsi="Segoe UI" w:eastAsia="Segoe UI" w:cs="Segoe UI"/>
        </w:rPr>
        <w:t>صەبری</w:t>
      </w:r>
      <w:r>
        <w:rPr>
          <w:rFonts w:ascii="Arial" w:hAnsi="Arial" w:eastAsia="Arial" w:cs="Arial"/>
        </w:rPr>
        <w:t xml:space="preserve"> </w:t>
      </w:r>
      <w:r>
        <w:rPr>
          <w:rFonts w:ascii="Segoe UI" w:hAnsi="Segoe UI" w:eastAsia="Segoe UI" w:cs="Segoe UI"/>
        </w:rPr>
        <w:t>نییە</w:t>
      </w:r>
      <w:r>
        <w:rPr>
          <w:rFonts w:ascii="Arial" w:hAnsi="Arial" w:eastAsia="Arial" w:cs="Arial"/>
        </w:rPr>
        <w:t xml:space="preserve">. </w:t>
      </w:r>
      <w:r>
        <w:rPr>
          <w:rFonts w:ascii="Segoe UI" w:hAnsi="Segoe UI" w:eastAsia="Segoe UI" w:cs="Segoe UI"/>
        </w:rPr>
        <w:t>پێوەندیدارە</w:t>
      </w:r>
      <w:r>
        <w:rPr>
          <w:rFonts w:ascii="Arial" w:hAnsi="Arial" w:eastAsia="Arial" w:cs="Arial"/>
        </w:rPr>
        <w:t xml:space="preserve"> </w:t>
      </w:r>
      <w:r>
        <w:rPr>
          <w:rFonts w:ascii="Segoe UI" w:hAnsi="Segoe UI" w:eastAsia="Segoe UI" w:cs="Segoe UI"/>
        </w:rPr>
        <w:t>بە</w:t>
      </w:r>
      <w:r>
        <w:rPr>
          <w:rFonts w:ascii="Arial" w:hAnsi="Arial" w:eastAsia="Arial" w:cs="Arial"/>
        </w:rPr>
        <w:t xml:space="preserve"> </w:t>
      </w:r>
      <w:r>
        <w:rPr>
          <w:rFonts w:ascii="Segoe UI" w:hAnsi="Segoe UI" w:eastAsia="Segoe UI" w:cs="Segoe UI"/>
        </w:rPr>
        <w:t>قووەی</w:t>
      </w:r>
      <w:r>
        <w:rPr>
          <w:rFonts w:ascii="Arial" w:hAnsi="Arial" w:eastAsia="Arial" w:cs="Arial"/>
        </w:rPr>
        <w:t xml:space="preserve"> </w:t>
      </w:r>
      <w:r>
        <w:rPr>
          <w:rFonts w:ascii="Segoe UI" w:hAnsi="Segoe UI" w:eastAsia="Segoe UI" w:cs="Segoe UI"/>
        </w:rPr>
        <w:t>هەستکردن</w:t>
      </w:r>
      <w:r>
        <w:rPr>
          <w:rFonts w:ascii="Arial" w:hAnsi="Arial" w:eastAsia="Arial" w:cs="Arial"/>
        </w:rPr>
        <w:t xml:space="preserve"> </w:t>
      </w:r>
      <w:r>
        <w:rPr>
          <w:rFonts w:ascii="Segoe UI" w:hAnsi="Segoe UI" w:eastAsia="Segoe UI" w:cs="Segoe UI"/>
        </w:rPr>
        <w:t>بە</w:t>
      </w:r>
      <w:r>
        <w:rPr>
          <w:rFonts w:ascii="Arial" w:hAnsi="Arial" w:eastAsia="Arial" w:cs="Arial"/>
        </w:rPr>
        <w:t xml:space="preserve"> </w:t>
      </w:r>
      <w:r>
        <w:rPr>
          <w:rFonts w:ascii="Segoe UI" w:hAnsi="Segoe UI" w:eastAsia="Segoe UI" w:cs="Segoe UI"/>
        </w:rPr>
        <w:t>دادپەروەری</w:t>
      </w:r>
      <w:r>
        <w:rPr>
          <w:rFonts w:ascii="Arial" w:hAnsi="Arial" w:eastAsia="Arial" w:cs="Arial"/>
        </w:rPr>
        <w:t xml:space="preserve">. </w:t>
      </w:r>
      <w:r>
        <w:rPr>
          <w:rFonts w:ascii="Segoe UI" w:hAnsi="Segoe UI" w:eastAsia="Segoe UI" w:cs="Segoe UI"/>
        </w:rPr>
        <w:t>ئەو</w:t>
      </w:r>
      <w:r>
        <w:rPr>
          <w:rFonts w:ascii="Arial" w:hAnsi="Arial" w:eastAsia="Arial" w:cs="Arial"/>
        </w:rPr>
        <w:t xml:space="preserve"> </w:t>
      </w:r>
      <w:r>
        <w:rPr>
          <w:rFonts w:ascii="Segoe UI" w:hAnsi="Segoe UI" w:eastAsia="Segoe UI" w:cs="Segoe UI"/>
        </w:rPr>
        <w:t>شەهیدانە</w:t>
      </w:r>
      <w:r>
        <w:rPr>
          <w:rFonts w:ascii="Arial" w:hAnsi="Arial" w:eastAsia="Arial" w:cs="Arial"/>
        </w:rPr>
        <w:t xml:space="preserve"> </w:t>
      </w:r>
      <w:r>
        <w:rPr>
          <w:rFonts w:ascii="Segoe UI" w:hAnsi="Segoe UI" w:eastAsia="Segoe UI" w:cs="Segoe UI"/>
        </w:rPr>
        <w:t>دەزانن</w:t>
      </w:r>
      <w:r>
        <w:rPr>
          <w:rFonts w:ascii="Arial" w:hAnsi="Arial" w:eastAsia="Arial" w:cs="Arial"/>
        </w:rPr>
        <w:t xml:space="preserve"> </w:t>
      </w:r>
      <w:r>
        <w:rPr>
          <w:rFonts w:ascii="Segoe UI" w:hAnsi="Segoe UI" w:eastAsia="Segoe UI" w:cs="Segoe UI"/>
        </w:rPr>
        <w:t>کە</w:t>
      </w:r>
      <w:r>
        <w:rPr>
          <w:rFonts w:ascii="Arial" w:hAnsi="Arial" w:eastAsia="Arial" w:cs="Arial"/>
        </w:rPr>
        <w:t xml:space="preserve"> </w:t>
      </w:r>
      <w:r>
        <w:rPr>
          <w:rFonts w:ascii="Segoe UI" w:hAnsi="Segoe UI" w:eastAsia="Segoe UI" w:cs="Segoe UI"/>
        </w:rPr>
        <w:t>یەهوڤا</w:t>
      </w:r>
      <w:r>
        <w:rPr>
          <w:rFonts w:ascii="Arial" w:hAnsi="Arial" w:eastAsia="Arial" w:cs="Arial"/>
        </w:rPr>
        <w:t xml:space="preserve"> </w:t>
      </w:r>
      <w:r>
        <w:rPr>
          <w:rFonts w:ascii="Segoe UI" w:hAnsi="Segoe UI" w:eastAsia="Segoe UI" w:cs="Segoe UI"/>
        </w:rPr>
        <w:t>پیرۆز</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ڕاستە،</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ئارەزوومەندند</w:t>
      </w:r>
      <w:r>
        <w:rPr>
          <w:rFonts w:ascii="Arial" w:hAnsi="Arial" w:eastAsia="Arial" w:cs="Arial"/>
        </w:rPr>
        <w:t xml:space="preserve"> </w:t>
      </w:r>
      <w:r>
        <w:rPr>
          <w:rFonts w:ascii="Segoe UI" w:hAnsi="Segoe UI" w:eastAsia="Segoe UI" w:cs="Segoe UI"/>
        </w:rPr>
        <w:t>چاوەڕێ</w:t>
      </w:r>
      <w:r>
        <w:rPr>
          <w:rFonts w:ascii="Arial" w:hAnsi="Arial" w:eastAsia="Arial" w:cs="Arial"/>
        </w:rPr>
        <w:t xml:space="preserve"> </w:t>
      </w:r>
      <w:r>
        <w:rPr>
          <w:rFonts w:ascii="Segoe UI" w:hAnsi="Segoe UI" w:eastAsia="Segoe UI" w:cs="Segoe UI"/>
        </w:rPr>
        <w:t>بکەن</w:t>
      </w:r>
      <w:r>
        <w:rPr>
          <w:rFonts w:ascii="Arial" w:hAnsi="Arial" w:eastAsia="Arial" w:cs="Arial"/>
        </w:rPr>
        <w:t xml:space="preserve"> </w:t>
      </w:r>
      <w:r>
        <w:rPr>
          <w:rFonts w:ascii="Segoe UI" w:hAnsi="Segoe UI" w:eastAsia="Segoe UI" w:cs="Segoe UI"/>
        </w:rPr>
        <w:t>تا</w:t>
      </w:r>
      <w:r>
        <w:rPr>
          <w:rFonts w:ascii="Arial" w:hAnsi="Arial" w:eastAsia="Arial" w:cs="Arial"/>
        </w:rPr>
        <w:t xml:space="preserve"> </w:t>
      </w:r>
      <w:r>
        <w:rPr>
          <w:rFonts w:ascii="Segoe UI" w:hAnsi="Segoe UI" w:eastAsia="Segoe UI" w:cs="Segoe UI"/>
        </w:rPr>
        <w:t>ئەوەی</w:t>
      </w:r>
      <w:r>
        <w:rPr>
          <w:rFonts w:ascii="Arial" w:hAnsi="Arial" w:eastAsia="Arial" w:cs="Arial"/>
        </w:rPr>
        <w:t xml:space="preserve"> </w:t>
      </w:r>
      <w:r>
        <w:rPr>
          <w:rFonts w:ascii="Segoe UI" w:hAnsi="Segoe UI" w:eastAsia="Segoe UI" w:cs="Segoe UI"/>
        </w:rPr>
        <w:t>لێیان</w:t>
      </w:r>
      <w:r>
        <w:rPr>
          <w:rFonts w:ascii="Arial" w:hAnsi="Arial" w:eastAsia="Arial" w:cs="Arial"/>
        </w:rPr>
        <w:t xml:space="preserve"> </w:t>
      </w:r>
      <w:r>
        <w:rPr>
          <w:rFonts w:ascii="Segoe UI" w:hAnsi="Segoe UI" w:eastAsia="Segoe UI" w:cs="Segoe UI"/>
        </w:rPr>
        <w:t>کراوە،</w:t>
      </w:r>
      <w:r>
        <w:rPr>
          <w:rFonts w:ascii="Arial" w:hAnsi="Arial" w:eastAsia="Arial" w:cs="Arial"/>
        </w:rPr>
        <w:t xml:space="preserve"> </w:t>
      </w:r>
      <w:r>
        <w:rPr>
          <w:rFonts w:ascii="Segoe UI" w:hAnsi="Segoe UI" w:eastAsia="Segoe UI" w:cs="Segoe UI"/>
        </w:rPr>
        <w:t>لەسەر</w:t>
      </w:r>
      <w:r>
        <w:rPr>
          <w:rFonts w:ascii="Arial" w:hAnsi="Arial" w:eastAsia="Arial" w:cs="Arial"/>
        </w:rPr>
        <w:t xml:space="preserve"> </w:t>
      </w:r>
      <w:r>
        <w:rPr>
          <w:rFonts w:ascii="Segoe UI" w:hAnsi="Segoe UI" w:eastAsia="Segoe UI" w:cs="Segoe UI"/>
        </w:rPr>
        <w:t>گەلانی</w:t>
      </w:r>
      <w:r>
        <w:rPr>
          <w:rFonts w:ascii="Arial" w:hAnsi="Arial" w:eastAsia="Arial" w:cs="Arial"/>
        </w:rPr>
        <w:t xml:space="preserve"> </w:t>
      </w:r>
      <w:r>
        <w:rPr>
          <w:rFonts w:ascii="Segoe UI" w:hAnsi="Segoe UI" w:eastAsia="Segoe UI" w:cs="Segoe UI"/>
        </w:rPr>
        <w:t>زەوی</w:t>
      </w:r>
      <w:r>
        <w:rPr>
          <w:rFonts w:ascii="Arial" w:hAnsi="Arial" w:eastAsia="Arial" w:cs="Arial"/>
        </w:rPr>
        <w:t xml:space="preserve"> </w:t>
      </w:r>
      <w:r>
        <w:rPr>
          <w:rFonts w:ascii="Segoe UI" w:hAnsi="Segoe UI" w:eastAsia="Segoe UI" w:cs="Segoe UI"/>
        </w:rPr>
        <w:t>دادپەروەرانە</w:t>
      </w:r>
      <w:r>
        <w:rPr>
          <w:rFonts w:ascii="Arial" w:hAnsi="Arial" w:eastAsia="Arial" w:cs="Arial"/>
        </w:rPr>
        <w:t xml:space="preserve"> </w:t>
      </w:r>
      <w:r>
        <w:rPr>
          <w:rFonts w:ascii="Segoe UI" w:hAnsi="Segoe UI" w:eastAsia="Segoe UI" w:cs="Segoe UI"/>
        </w:rPr>
        <w:t>سزادراو</w:t>
      </w:r>
      <w:r>
        <w:rPr>
          <w:rFonts w:ascii="Arial" w:hAnsi="Arial" w:eastAsia="Arial" w:cs="Arial"/>
        </w:rPr>
        <w:t xml:space="preserve"> </w:t>
      </w:r>
      <w:r>
        <w:rPr>
          <w:rFonts w:ascii="Segoe UI" w:hAnsi="Segoe UI" w:eastAsia="Segoe UI" w:cs="Segoe UI"/>
        </w:rPr>
        <w:t>بێت</w:t>
      </w:r>
      <w:r>
        <w:rPr>
          <w:rFonts w:ascii="Arial" w:hAnsi="Arial" w:eastAsia="Arial" w:cs="Arial"/>
        </w:rPr>
        <w:t>. (</w:t>
      </w:r>
      <w:r>
        <w:rPr>
          <w:rFonts w:ascii="Segoe UI" w:hAnsi="Segoe UI" w:eastAsia="Segoe UI" w:cs="Segoe UI"/>
        </w:rPr>
        <w:t>دواتر،</w:t>
      </w:r>
      <w:r>
        <w:rPr>
          <w:rFonts w:ascii="Arial" w:hAnsi="Arial" w:eastAsia="Arial" w:cs="Arial"/>
        </w:rPr>
        <w:t xml:space="preserve"> </w:t>
      </w:r>
      <w:r>
        <w:rPr>
          <w:rFonts w:ascii="Segoe UI" w:hAnsi="Segoe UI" w:eastAsia="Segoe UI" w:cs="Segoe UI"/>
        </w:rPr>
        <w:t>کاتێک</w:t>
      </w:r>
      <w:r>
        <w:rPr>
          <w:rFonts w:ascii="Arial" w:hAnsi="Arial" w:eastAsia="Arial" w:cs="Arial"/>
        </w:rPr>
        <w:t xml:space="preserve"> </w:t>
      </w:r>
      <w:r>
        <w:rPr>
          <w:rFonts w:ascii="Segoe UI" w:hAnsi="Segoe UI" w:eastAsia="Segoe UI" w:cs="Segoe UI"/>
        </w:rPr>
        <w:t>شەڕی</w:t>
      </w:r>
      <w:r>
        <w:rPr>
          <w:rFonts w:ascii="Arial" w:hAnsi="Arial" w:eastAsia="Arial" w:cs="Arial"/>
        </w:rPr>
        <w:t xml:space="preserve"> </w:t>
      </w:r>
      <w:r>
        <w:rPr>
          <w:rFonts w:ascii="Segoe UI" w:hAnsi="Segoe UI" w:eastAsia="Segoe UI" w:cs="Segoe UI"/>
        </w:rPr>
        <w:t>چاک</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خراپ</w:t>
      </w:r>
      <w:r>
        <w:rPr>
          <w:rFonts w:ascii="Arial" w:hAnsi="Arial" w:eastAsia="Arial" w:cs="Arial"/>
        </w:rPr>
        <w:t xml:space="preserve"> </w:t>
      </w:r>
      <w:r>
        <w:rPr>
          <w:rFonts w:ascii="Segoe UI" w:hAnsi="Segoe UI" w:eastAsia="Segoe UI" w:cs="Segoe UI"/>
        </w:rPr>
        <w:t>تەواو</w:t>
      </w:r>
      <w:r>
        <w:rPr>
          <w:rFonts w:ascii="Arial" w:hAnsi="Arial" w:eastAsia="Arial" w:cs="Arial"/>
        </w:rPr>
        <w:t xml:space="preserve"> </w:t>
      </w:r>
      <w:r>
        <w:rPr>
          <w:rFonts w:ascii="Segoe UI" w:hAnsi="Segoe UI" w:eastAsia="Segoe UI" w:cs="Segoe UI"/>
        </w:rPr>
        <w:t>دەبێت،</w:t>
      </w:r>
      <w:r>
        <w:rPr>
          <w:rFonts w:ascii="Arial" w:hAnsi="Arial" w:eastAsia="Arial" w:cs="Arial"/>
        </w:rPr>
        <w:t xml:space="preserve"> </w:t>
      </w:r>
      <w:r>
        <w:rPr>
          <w:rFonts w:ascii="Segoe UI" w:hAnsi="Segoe UI" w:eastAsia="Segoe UI" w:cs="Segoe UI"/>
        </w:rPr>
        <w:t>ئەو</w:t>
      </w:r>
      <w:r>
        <w:rPr>
          <w:rFonts w:ascii="Arial" w:hAnsi="Arial" w:eastAsia="Arial" w:cs="Arial"/>
        </w:rPr>
        <w:t xml:space="preserve"> </w:t>
      </w:r>
      <w:r>
        <w:rPr>
          <w:rFonts w:ascii="Segoe UI" w:hAnsi="Segoe UI" w:eastAsia="Segoe UI" w:cs="Segoe UI"/>
        </w:rPr>
        <w:t>ناپاکانەی</w:t>
      </w:r>
      <w:r>
        <w:rPr>
          <w:rFonts w:ascii="Arial" w:hAnsi="Arial" w:eastAsia="Arial" w:cs="Arial"/>
        </w:rPr>
        <w:t xml:space="preserve"> </w:t>
      </w:r>
      <w:r>
        <w:rPr>
          <w:rFonts w:ascii="Segoe UI" w:hAnsi="Segoe UI" w:eastAsia="Segoe UI" w:cs="Segoe UI"/>
        </w:rPr>
        <w:t>خراپەیان</w:t>
      </w:r>
      <w:r>
        <w:rPr>
          <w:rFonts w:ascii="Arial" w:hAnsi="Arial" w:eastAsia="Arial" w:cs="Arial"/>
        </w:rPr>
        <w:t xml:space="preserve"> </w:t>
      </w:r>
      <w:r>
        <w:rPr>
          <w:rFonts w:ascii="Segoe UI" w:hAnsi="Segoe UI" w:eastAsia="Segoe UI" w:cs="Segoe UI"/>
        </w:rPr>
        <w:t>کردووە</w:t>
      </w:r>
      <w:r>
        <w:rPr>
          <w:rFonts w:ascii="Arial" w:hAnsi="Arial" w:eastAsia="Arial" w:cs="Arial"/>
        </w:rPr>
        <w:t xml:space="preserve"> </w:t>
      </w:r>
      <w:r>
        <w:rPr>
          <w:rFonts w:ascii="Segoe UI" w:hAnsi="Segoe UI" w:eastAsia="Segoe UI" w:cs="Segoe UI"/>
        </w:rPr>
        <w:t>لە</w:t>
      </w:r>
      <w:r>
        <w:rPr>
          <w:rFonts w:ascii="Arial" w:hAnsi="Arial" w:eastAsia="Arial" w:cs="Arial"/>
        </w:rPr>
        <w:t xml:space="preserve"> </w:t>
      </w:r>
      <w:r>
        <w:rPr>
          <w:rFonts w:ascii="Segoe UI" w:hAnsi="Segoe UI" w:eastAsia="Segoe UI" w:cs="Segoe UI"/>
        </w:rPr>
        <w:t>ناوبردن،</w:t>
      </w:r>
      <w:r>
        <w:rPr>
          <w:rFonts w:ascii="Arial" w:hAnsi="Arial" w:eastAsia="Arial" w:cs="Arial"/>
        </w:rPr>
        <w:t xml:space="preserve"> </w:t>
      </w:r>
      <w:r>
        <w:rPr>
          <w:rFonts w:ascii="Segoe UI" w:hAnsi="Segoe UI" w:eastAsia="Segoe UI" w:cs="Segoe UI"/>
        </w:rPr>
        <w:t>بەتەواوی</w:t>
      </w:r>
      <w:r>
        <w:rPr>
          <w:rFonts w:ascii="Arial" w:hAnsi="Arial" w:eastAsia="Arial" w:cs="Arial"/>
        </w:rPr>
        <w:t xml:space="preserve"> </w:t>
      </w:r>
      <w:r>
        <w:rPr>
          <w:rFonts w:ascii="Segoe UI" w:hAnsi="Segoe UI" w:eastAsia="Segoe UI" w:cs="Segoe UI"/>
        </w:rPr>
        <w:t>لەناو</w:t>
      </w:r>
      <w:r>
        <w:rPr>
          <w:rFonts w:ascii="Arial" w:hAnsi="Arial" w:eastAsia="Arial" w:cs="Arial"/>
        </w:rPr>
        <w:t xml:space="preserve"> </w:t>
      </w:r>
      <w:r>
        <w:rPr>
          <w:rFonts w:ascii="Segoe UI" w:hAnsi="Segoe UI" w:eastAsia="Segoe UI" w:cs="Segoe UI"/>
        </w:rPr>
        <w:t>دەچن</w:t>
      </w:r>
      <w:r>
        <w:rPr>
          <w:rFonts w:ascii="Arial" w:hAnsi="Arial" w:eastAsia="Arial" w:cs="Arial"/>
        </w:rPr>
        <w:t>.)—</w:t>
      </w:r>
      <w:r>
        <w:rPr>
          <w:rFonts w:ascii="Segoe UI" w:hAnsi="Segoe UI" w:eastAsia="Segoe UI" w:cs="Segoe UI"/>
        </w:rPr>
        <w:t>زەبوورەکان</w:t>
      </w:r>
      <w:r>
        <w:rPr>
          <w:rFonts w:ascii="Arial" w:hAnsi="Arial" w:eastAsia="Arial" w:cs="Arial"/>
        </w:rPr>
        <w:t xml:space="preserve"> </w:t>
      </w:r>
      <w:r>
        <w:rPr>
          <w:rFonts w:ascii="Segoe UI" w:hAnsi="Segoe UI" w:eastAsia="Segoe UI" w:cs="Segoe UI"/>
        </w:rPr>
        <w:t>٣٧</w:t>
      </w:r>
      <w:r>
        <w:rPr>
          <w:rFonts w:ascii="Arial" w:hAnsi="Arial" w:eastAsia="Arial" w:cs="Arial"/>
        </w:rPr>
        <w:t>:</w:t>
      </w:r>
      <w:r>
        <w:rPr>
          <w:rFonts w:ascii="Segoe UI" w:hAnsi="Segoe UI" w:eastAsia="Segoe UI" w:cs="Segoe UI"/>
        </w:rPr>
        <w:t>٩</w:t>
      </w:r>
      <w:r>
        <w:rPr>
          <w:rFonts w:ascii="Arial" w:hAnsi="Arial" w:eastAsia="Arial" w:cs="Arial"/>
        </w:rPr>
        <w:t>-</w:t>
      </w:r>
      <w:r>
        <w:rPr>
          <w:rFonts w:ascii="Segoe UI" w:hAnsi="Segoe UI" w:eastAsia="Segoe UI" w:cs="Segoe UI"/>
        </w:rPr>
        <w:t>١١،</w:t>
      </w:r>
      <w:r>
        <w:rPr>
          <w:rFonts w:ascii="Arial" w:hAnsi="Arial" w:eastAsia="Arial" w:cs="Arial"/>
        </w:rPr>
        <w:t xml:space="preserve"> </w:t>
      </w:r>
      <w:r>
        <w:rPr>
          <w:rFonts w:ascii="Segoe UI" w:hAnsi="Segoe UI" w:eastAsia="Segoe UI" w:cs="Segoe UI"/>
        </w:rPr>
        <w:t>٢٩؛</w:t>
      </w:r>
      <w:r>
        <w:rPr>
          <w:rFonts w:ascii="Arial" w:hAnsi="Arial" w:eastAsia="Arial" w:cs="Arial"/>
        </w:rPr>
        <w:t xml:space="preserve"> </w:t>
      </w:r>
      <w:r>
        <w:rPr>
          <w:rFonts w:ascii="Segoe UI" w:hAnsi="Segoe UI" w:eastAsia="Segoe UI" w:cs="Segoe UI"/>
        </w:rPr>
        <w:t>٢</w:t>
      </w:r>
      <w:r>
        <w:rPr>
          <w:rFonts w:ascii="Arial" w:hAnsi="Arial" w:eastAsia="Arial" w:cs="Arial"/>
        </w:rPr>
        <w:t xml:space="preserve"> </w:t>
      </w:r>
      <w:r>
        <w:rPr>
          <w:rFonts w:ascii="Segoe UI" w:hAnsi="Segoe UI" w:eastAsia="Segoe UI" w:cs="Segoe UI"/>
        </w:rPr>
        <w:t>پەترۆس</w:t>
      </w:r>
      <w:r>
        <w:rPr>
          <w:rFonts w:ascii="Arial" w:hAnsi="Arial" w:eastAsia="Arial" w:cs="Arial"/>
        </w:rPr>
        <w:t xml:space="preserve"> </w:t>
      </w:r>
      <w:r>
        <w:rPr>
          <w:rFonts w:ascii="Segoe UI" w:hAnsi="Segoe UI" w:eastAsia="Segoe UI" w:cs="Segoe UI"/>
        </w:rPr>
        <w:t>٣</w:t>
      </w:r>
      <w:r>
        <w:rPr>
          <w:rFonts w:ascii="Arial" w:hAnsi="Arial" w:eastAsia="Arial" w:cs="Arial"/>
        </w:rPr>
        <w:t>:</w:t>
      </w:r>
      <w:r>
        <w:rPr>
          <w:rFonts w:ascii="Segoe UI" w:hAnsi="Segoe UI" w:eastAsia="Segoe UI" w:cs="Segoe UI"/>
        </w:rPr>
        <w:t>١٣</w:t>
      </w:r>
      <w:r>
        <w:rPr>
          <w:rFonts w:ascii="Arial" w:hAnsi="Arial" w:eastAsia="Arial" w:cs="Arial"/>
        </w:rPr>
        <w:t xml:space="preserve">. </w:t>
      </w:r>
      <w:r>
        <w:rPr>
          <w:rFonts w:ascii="Segoe UI" w:hAnsi="Segoe UI" w:eastAsia="Segoe UI" w:cs="Segoe UI"/>
        </w:rPr>
        <w:t>ئیتر،</w:t>
      </w:r>
      <w:r>
        <w:rPr>
          <w:rFonts w:ascii="Arial" w:hAnsi="Arial" w:eastAsia="Arial" w:cs="Arial"/>
        </w:rPr>
        <w:t xml:space="preserve"> </w:t>
      </w:r>
      <w:r>
        <w:rPr>
          <w:rFonts w:ascii="Segoe UI" w:hAnsi="Segoe UI" w:eastAsia="Segoe UI" w:cs="Segoe UI"/>
        </w:rPr>
        <w:t>دادپەروەری</w:t>
      </w:r>
      <w:r>
        <w:rPr>
          <w:rFonts w:ascii="Arial" w:hAnsi="Arial" w:eastAsia="Arial" w:cs="Arial"/>
        </w:rPr>
        <w:t xml:space="preserve"> </w:t>
      </w:r>
      <w:r>
        <w:rPr>
          <w:rFonts w:ascii="Segoe UI" w:hAnsi="Segoe UI" w:eastAsia="Segoe UI" w:cs="Segoe UI"/>
        </w:rPr>
        <w:t>ئەو</w:t>
      </w:r>
      <w:r>
        <w:rPr>
          <w:rFonts w:ascii="Arial" w:hAnsi="Arial" w:eastAsia="Arial" w:cs="Arial"/>
        </w:rPr>
        <w:t xml:space="preserve"> </w:t>
      </w:r>
      <w:r>
        <w:rPr>
          <w:rFonts w:ascii="Segoe UI" w:hAnsi="Segoe UI" w:eastAsia="Segoe UI" w:cs="Segoe UI"/>
        </w:rPr>
        <w:t>شەهیدانە</w:t>
      </w:r>
      <w:r>
        <w:rPr>
          <w:rFonts w:ascii="Arial" w:hAnsi="Arial" w:eastAsia="Arial" w:cs="Arial"/>
        </w:rPr>
        <w:t xml:space="preserve"> </w:t>
      </w:r>
      <w:r>
        <w:rPr>
          <w:rFonts w:ascii="Segoe UI" w:hAnsi="Segoe UI" w:eastAsia="Segoe UI" w:cs="Segoe UI"/>
        </w:rPr>
        <w:t>هەتا</w:t>
      </w:r>
      <w:r>
        <w:rPr>
          <w:rFonts w:ascii="Arial" w:hAnsi="Arial" w:eastAsia="Arial" w:cs="Arial"/>
        </w:rPr>
        <w:t xml:space="preserve"> </w:t>
      </w:r>
      <w:r>
        <w:rPr>
          <w:rFonts w:ascii="Segoe UI" w:hAnsi="Segoe UI" w:eastAsia="Segoe UI" w:cs="Segoe UI"/>
        </w:rPr>
        <w:t>ئەو</w:t>
      </w:r>
      <w:r>
        <w:rPr>
          <w:rFonts w:ascii="Arial" w:hAnsi="Arial" w:eastAsia="Arial" w:cs="Arial"/>
        </w:rPr>
        <w:t xml:space="preserve"> </w:t>
      </w:r>
      <w:r>
        <w:rPr>
          <w:rFonts w:ascii="Segoe UI" w:hAnsi="Segoe UI" w:eastAsia="Segoe UI" w:cs="Segoe UI"/>
        </w:rPr>
        <w:t>کاتە</w:t>
      </w:r>
      <w:r>
        <w:rPr>
          <w:rFonts w:ascii="Arial" w:hAnsi="Arial" w:eastAsia="Arial" w:cs="Arial"/>
        </w:rPr>
        <w:t xml:space="preserve"> </w:t>
      </w:r>
      <w:r>
        <w:rPr>
          <w:rFonts w:ascii="Segoe UI" w:hAnsi="Segoe UI" w:eastAsia="Segoe UI" w:cs="Segoe UI"/>
        </w:rPr>
        <w:t>چۆن</w:t>
      </w:r>
      <w:r>
        <w:rPr>
          <w:rFonts w:ascii="Arial" w:hAnsi="Arial" w:eastAsia="Arial" w:cs="Arial"/>
        </w:rPr>
        <w:t xml:space="preserve"> </w:t>
      </w:r>
      <w:r>
        <w:rPr>
          <w:rFonts w:ascii="Segoe UI" w:hAnsi="Segoe UI" w:eastAsia="Segoe UI" w:cs="Segoe UI"/>
        </w:rPr>
        <w:t>بەرهەم</w:t>
      </w:r>
      <w:r>
        <w:rPr>
          <w:rFonts w:ascii="Arial" w:hAnsi="Arial" w:eastAsia="Arial" w:cs="Arial"/>
        </w:rPr>
        <w:t xml:space="preserve"> </w:t>
      </w:r>
      <w:r>
        <w:rPr>
          <w:rFonts w:ascii="Segoe UI" w:hAnsi="Segoe UI" w:eastAsia="Segoe UI" w:cs="Segoe UI"/>
        </w:rPr>
        <w:t>دەهێنرێت؟</w:t>
      </w:r>
      <w:r>
        <w:rPr>
          <w:rFonts w:ascii="Arial" w:hAnsi="Arial" w:eastAsia="Arial" w:cs="Arial"/>
        </w:rPr>
        <w:t xml:space="preserve"> </w:t>
      </w:r>
      <w:r>
        <w:rPr>
          <w:rFonts w:ascii="Segoe UI" w:hAnsi="Segoe UI" w:eastAsia="Segoe UI" w:cs="Segoe UI"/>
        </w:rPr>
        <w:t>بەردەوامی</w:t>
      </w:r>
      <w:r>
        <w:rPr>
          <w:rFonts w:ascii="Arial" w:hAnsi="Arial" w:eastAsia="Arial" w:cs="Arial"/>
        </w:rPr>
        <w:t xml:space="preserve"> </w:t>
      </w:r>
      <w:r>
        <w:rPr>
          <w:rFonts w:ascii="Segoe UI" w:hAnsi="Segoe UI" w:eastAsia="Segoe UI" w:cs="Segoe UI"/>
        </w:rPr>
        <w:t>ئایەتەکە</w:t>
      </w:r>
      <w:r>
        <w:rPr>
          <w:rFonts w:ascii="Arial" w:hAnsi="Arial" w:eastAsia="Arial" w:cs="Arial"/>
        </w:rPr>
        <w:t xml:space="preserve"> </w:t>
      </w:r>
      <w:r>
        <w:rPr>
          <w:rFonts w:ascii="Segoe UI" w:hAnsi="Segoe UI" w:eastAsia="Segoe UI" w:cs="Segoe UI"/>
        </w:rPr>
        <w:t>ئەم</w:t>
      </w:r>
      <w:r>
        <w:rPr>
          <w:rFonts w:ascii="Arial" w:hAnsi="Arial" w:eastAsia="Arial" w:cs="Arial"/>
        </w:rPr>
        <w:t xml:space="preserve"> </w:t>
      </w:r>
      <w:r>
        <w:rPr>
          <w:rFonts w:ascii="Segoe UI" w:hAnsi="Segoe UI" w:eastAsia="Segoe UI" w:cs="Segoe UI"/>
        </w:rPr>
        <w:t>وەڵامە</w:t>
      </w:r>
      <w:r>
        <w:rPr>
          <w:rFonts w:ascii="Arial" w:hAnsi="Arial" w:eastAsia="Arial" w:cs="Arial"/>
        </w:rPr>
        <w:t xml:space="preserve"> </w:t>
      </w:r>
      <w:r>
        <w:rPr>
          <w:rFonts w:ascii="Segoe UI" w:hAnsi="Segoe UI" w:eastAsia="Segoe UI" w:cs="Segoe UI"/>
        </w:rPr>
        <w:t>دەدات</w:t>
      </w:r>
      <w:r>
        <w:rPr>
          <w:rFonts w:ascii="Arial" w:hAnsi="Arial" w:eastAsia="Arial" w:cs="Arial"/>
        </w:rPr>
        <w:t>: «</w:t>
      </w:r>
      <w:r>
        <w:rPr>
          <w:rFonts w:ascii="Segoe UI" w:hAnsi="Segoe UI" w:eastAsia="Segoe UI" w:cs="Segoe UI"/>
        </w:rPr>
        <w:t>بەرگی</w:t>
      </w:r>
      <w:r>
        <w:rPr>
          <w:rFonts w:ascii="Arial" w:hAnsi="Arial" w:eastAsia="Arial" w:cs="Arial"/>
        </w:rPr>
        <w:t xml:space="preserve"> </w:t>
      </w:r>
      <w:r>
        <w:rPr>
          <w:rFonts w:ascii="Segoe UI" w:hAnsi="Segoe UI" w:eastAsia="Segoe UI" w:cs="Segoe UI"/>
        </w:rPr>
        <w:t>سپی</w:t>
      </w:r>
      <w:r>
        <w:rPr>
          <w:rFonts w:ascii="Arial" w:hAnsi="Arial" w:eastAsia="Arial" w:cs="Arial"/>
        </w:rPr>
        <w:t xml:space="preserve"> </w:t>
      </w:r>
      <w:r>
        <w:rPr>
          <w:rFonts w:ascii="Segoe UI" w:hAnsi="Segoe UI" w:eastAsia="Segoe UI" w:cs="Segoe UI"/>
        </w:rPr>
        <w:t>بە</w:t>
      </w:r>
      <w:r>
        <w:rPr>
          <w:rFonts w:ascii="Arial" w:hAnsi="Arial" w:eastAsia="Arial" w:cs="Arial"/>
        </w:rPr>
        <w:t xml:space="preserve"> </w:t>
      </w:r>
      <w:r>
        <w:rPr>
          <w:rFonts w:ascii="Segoe UI" w:hAnsi="Segoe UI" w:eastAsia="Segoe UI" w:cs="Segoe UI"/>
        </w:rPr>
        <w:t>هەریەکێکیان</w:t>
      </w:r>
      <w:r>
        <w:rPr>
          <w:rFonts w:ascii="Arial" w:hAnsi="Arial" w:eastAsia="Arial" w:cs="Arial"/>
        </w:rPr>
        <w:t xml:space="preserve"> </w:t>
      </w:r>
      <w:r>
        <w:rPr>
          <w:rFonts w:ascii="Segoe UI" w:hAnsi="Segoe UI" w:eastAsia="Segoe UI" w:cs="Segoe UI"/>
        </w:rPr>
        <w:t>درا،</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پێیان</w:t>
      </w:r>
      <w:r>
        <w:rPr>
          <w:rFonts w:ascii="Arial" w:hAnsi="Arial" w:eastAsia="Arial" w:cs="Arial"/>
        </w:rPr>
        <w:t xml:space="preserve"> </w:t>
      </w:r>
      <w:r>
        <w:rPr>
          <w:rFonts w:ascii="Segoe UI" w:hAnsi="Segoe UI" w:eastAsia="Segoe UI" w:cs="Segoe UI"/>
        </w:rPr>
        <w:t>گوترا</w:t>
      </w:r>
      <w:r>
        <w:rPr>
          <w:rFonts w:ascii="Arial" w:hAnsi="Arial" w:eastAsia="Arial" w:cs="Arial"/>
        </w:rPr>
        <w:t xml:space="preserve"> </w:t>
      </w:r>
      <w:r>
        <w:rPr>
          <w:rFonts w:ascii="Segoe UI" w:hAnsi="Segoe UI" w:eastAsia="Segoe UI" w:cs="Segoe UI"/>
        </w:rPr>
        <w:t>کەمێک</w:t>
      </w:r>
      <w:r>
        <w:rPr>
          <w:rFonts w:ascii="Arial" w:hAnsi="Arial" w:eastAsia="Arial" w:cs="Arial"/>
        </w:rPr>
        <w:t xml:space="preserve"> </w:t>
      </w:r>
      <w:r>
        <w:rPr>
          <w:rFonts w:ascii="Segoe UI" w:hAnsi="Segoe UI" w:eastAsia="Segoe UI" w:cs="Segoe UI"/>
        </w:rPr>
        <w:t>مهلەت</w:t>
      </w:r>
      <w:r>
        <w:rPr>
          <w:rFonts w:ascii="Arial" w:hAnsi="Arial" w:eastAsia="Arial" w:cs="Arial"/>
        </w:rPr>
        <w:t xml:space="preserve"> </w:t>
      </w:r>
      <w:r>
        <w:rPr>
          <w:rFonts w:ascii="Segoe UI" w:hAnsi="Segoe UI" w:eastAsia="Segoe UI" w:cs="Segoe UI"/>
        </w:rPr>
        <w:t>بدەن</w:t>
      </w:r>
      <w:r>
        <w:rPr>
          <w:rFonts w:ascii="Arial" w:hAnsi="Arial" w:eastAsia="Arial" w:cs="Arial"/>
        </w:rPr>
        <w:t xml:space="preserve"> </w:t>
      </w:r>
      <w:r>
        <w:rPr>
          <w:rFonts w:ascii="Segoe UI" w:hAnsi="Segoe UI" w:eastAsia="Segoe UI" w:cs="Segoe UI"/>
        </w:rPr>
        <w:t>هەتا</w:t>
      </w:r>
      <w:r>
        <w:rPr>
          <w:rFonts w:ascii="Arial" w:hAnsi="Arial" w:eastAsia="Arial" w:cs="Arial"/>
        </w:rPr>
        <w:t xml:space="preserve"> </w:t>
      </w:r>
      <w:r>
        <w:rPr>
          <w:rFonts w:ascii="Segoe UI" w:hAnsi="Segoe UI" w:eastAsia="Segoe UI" w:cs="Segoe UI"/>
        </w:rPr>
        <w:t>ژمارەی</w:t>
      </w:r>
      <w:r>
        <w:rPr>
          <w:rFonts w:ascii="Arial" w:hAnsi="Arial" w:eastAsia="Arial" w:cs="Arial"/>
        </w:rPr>
        <w:t xml:space="preserve"> </w:t>
      </w:r>
      <w:r>
        <w:rPr>
          <w:rFonts w:ascii="Segoe UI" w:hAnsi="Segoe UI" w:eastAsia="Segoe UI" w:cs="Segoe UI"/>
        </w:rPr>
        <w:t>هاوخزمەتەکان</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برایان،</w:t>
      </w:r>
      <w:r>
        <w:rPr>
          <w:rFonts w:ascii="Arial" w:hAnsi="Arial" w:eastAsia="Arial" w:cs="Arial"/>
        </w:rPr>
        <w:t xml:space="preserve"> </w:t>
      </w:r>
      <w:r>
        <w:rPr>
          <w:rFonts w:ascii="Segoe UI" w:hAnsi="Segoe UI" w:eastAsia="Segoe UI" w:cs="Segoe UI"/>
        </w:rPr>
        <w:t>ئەوانەی</w:t>
      </w:r>
      <w:r>
        <w:rPr>
          <w:rFonts w:ascii="Arial" w:hAnsi="Arial" w:eastAsia="Arial" w:cs="Arial"/>
        </w:rPr>
        <w:t xml:space="preserve"> </w:t>
      </w:r>
      <w:r>
        <w:rPr>
          <w:rFonts w:ascii="Segoe UI" w:hAnsi="Segoe UI" w:eastAsia="Segoe UI" w:cs="Segoe UI"/>
        </w:rPr>
        <w:t>وەک</w:t>
      </w:r>
      <w:r>
        <w:rPr>
          <w:rFonts w:ascii="Arial" w:hAnsi="Arial" w:eastAsia="Arial" w:cs="Arial"/>
        </w:rPr>
        <w:t xml:space="preserve"> </w:t>
      </w:r>
      <w:r>
        <w:rPr>
          <w:rFonts w:ascii="Segoe UI" w:hAnsi="Segoe UI" w:eastAsia="Segoe UI" w:cs="Segoe UI"/>
        </w:rPr>
        <w:t>خۆیان</w:t>
      </w:r>
      <w:r>
        <w:rPr>
          <w:rFonts w:ascii="Arial" w:hAnsi="Arial" w:eastAsia="Arial" w:cs="Arial"/>
        </w:rPr>
        <w:t xml:space="preserve"> </w:t>
      </w:r>
      <w:r>
        <w:rPr>
          <w:rFonts w:ascii="Segoe UI" w:hAnsi="Segoe UI" w:eastAsia="Segoe UI" w:cs="Segoe UI"/>
        </w:rPr>
        <w:t>دەکوژرێن،</w:t>
      </w:r>
      <w:r>
        <w:rPr>
          <w:rFonts w:ascii="Arial" w:hAnsi="Arial" w:eastAsia="Arial" w:cs="Arial"/>
        </w:rPr>
        <w:t xml:space="preserve"> </w:t>
      </w:r>
      <w:r>
        <w:rPr>
          <w:rFonts w:ascii="Segoe UI" w:hAnsi="Segoe UI" w:eastAsia="Segoe UI" w:cs="Segoe UI"/>
        </w:rPr>
        <w:t>پڕ</w:t>
      </w:r>
      <w:r>
        <w:rPr>
          <w:rFonts w:ascii="Arial" w:hAnsi="Arial" w:eastAsia="Arial" w:cs="Arial"/>
        </w:rPr>
        <w:t xml:space="preserve"> </w:t>
      </w:r>
      <w:r>
        <w:rPr>
          <w:rFonts w:ascii="Segoe UI" w:hAnsi="Segoe UI" w:eastAsia="Segoe UI" w:cs="Segoe UI"/>
        </w:rPr>
        <w:t>بێت</w:t>
      </w:r>
      <w:r>
        <w:rPr>
          <w:rFonts w:ascii="Arial" w:hAnsi="Arial" w:eastAsia="Arial" w:cs="Arial"/>
        </w:rPr>
        <w:t>.» (</w:t>
      </w:r>
      <w:r>
        <w:rPr>
          <w:rFonts w:ascii="Segoe UI" w:hAnsi="Segoe UI" w:eastAsia="Segoe UI" w:cs="Segoe UI"/>
        </w:rPr>
        <w:t>ئاشکراکردن</w:t>
      </w:r>
      <w:r>
        <w:rPr>
          <w:rFonts w:ascii="Arial" w:hAnsi="Arial" w:eastAsia="Arial" w:cs="Arial"/>
        </w:rPr>
        <w:t xml:space="preserve"> </w:t>
      </w:r>
      <w:r>
        <w:rPr>
          <w:rFonts w:ascii="Segoe UI" w:hAnsi="Segoe UI" w:eastAsia="Segoe UI" w:cs="Segoe UI"/>
        </w:rPr>
        <w:t>٦</w:t>
      </w:r>
      <w:r>
        <w:rPr>
          <w:rFonts w:ascii="Arial" w:hAnsi="Arial" w:eastAsia="Arial" w:cs="Arial"/>
        </w:rPr>
        <w:t>:</w:t>
      </w:r>
      <w:r>
        <w:rPr>
          <w:rFonts w:ascii="Segoe UI" w:hAnsi="Segoe UI" w:eastAsia="Segoe UI" w:cs="Segoe UI"/>
        </w:rPr>
        <w:t>١١</w:t>
      </w:r>
      <w:r>
        <w:rPr>
          <w:rFonts w:ascii="Arial" w:hAnsi="Arial" w:eastAsia="Arial" w:cs="Arial"/>
        </w:rPr>
        <w:t xml:space="preserve">) </w:t>
      </w:r>
      <w:r>
        <w:rPr>
          <w:rFonts w:ascii="Segoe UI" w:hAnsi="Segoe UI" w:eastAsia="Segoe UI" w:cs="Segoe UI"/>
        </w:rPr>
        <w:t>وەڵامیان</w:t>
      </w:r>
      <w:r>
        <w:rPr>
          <w:rFonts w:ascii="Arial" w:hAnsi="Arial" w:eastAsia="Arial" w:cs="Arial"/>
        </w:rPr>
        <w:t xml:space="preserve"> </w:t>
      </w:r>
      <w:r>
        <w:rPr>
          <w:rFonts w:ascii="Segoe UI" w:hAnsi="Segoe UI" w:eastAsia="Segoe UI" w:cs="Segoe UI"/>
        </w:rPr>
        <w:t>هیوای</w:t>
      </w:r>
      <w:r>
        <w:rPr>
          <w:rFonts w:ascii="Arial" w:hAnsi="Arial" w:eastAsia="Arial" w:cs="Arial"/>
        </w:rPr>
        <w:t xml:space="preserve"> </w:t>
      </w:r>
      <w:r>
        <w:rPr>
          <w:rFonts w:ascii="Segoe UI" w:hAnsi="Segoe UI" w:eastAsia="Segoe UI" w:cs="Segoe UI"/>
        </w:rPr>
        <w:t>ڕووناکهێنەرە</w:t>
      </w:r>
      <w:r>
        <w:rPr>
          <w:rFonts w:ascii="Arial" w:hAnsi="Arial" w:eastAsia="Arial" w:cs="Arial"/>
        </w:rPr>
        <w:t xml:space="preserve">. </w:t>
      </w:r>
      <w:r>
        <w:rPr>
          <w:rFonts w:ascii="Segoe UI" w:hAnsi="Segoe UI" w:eastAsia="Segoe UI" w:cs="Segoe UI"/>
        </w:rPr>
        <w:t>بەرگی</w:t>
      </w:r>
      <w:r>
        <w:rPr>
          <w:rFonts w:ascii="Arial" w:hAnsi="Arial" w:eastAsia="Arial" w:cs="Arial"/>
        </w:rPr>
        <w:t xml:space="preserve"> </w:t>
      </w:r>
      <w:r>
        <w:rPr>
          <w:rFonts w:ascii="Segoe UI" w:hAnsi="Segoe UI" w:eastAsia="Segoe UI" w:cs="Segoe UI"/>
        </w:rPr>
        <w:t>سپی،</w:t>
      </w:r>
      <w:r>
        <w:rPr>
          <w:rFonts w:ascii="Arial" w:hAnsi="Arial" w:eastAsia="Arial" w:cs="Arial"/>
        </w:rPr>
        <w:t xml:space="preserve"> </w:t>
      </w:r>
      <w:r>
        <w:rPr>
          <w:rFonts w:ascii="Segoe UI" w:hAnsi="Segoe UI" w:eastAsia="Segoe UI" w:cs="Segoe UI"/>
        </w:rPr>
        <w:t>ئەو</w:t>
      </w:r>
      <w:r>
        <w:rPr>
          <w:rFonts w:ascii="Arial" w:hAnsi="Arial" w:eastAsia="Arial" w:cs="Arial"/>
        </w:rPr>
        <w:t xml:space="preserve"> </w:t>
      </w:r>
      <w:r>
        <w:rPr>
          <w:rFonts w:ascii="Segoe UI" w:hAnsi="Segoe UI" w:eastAsia="Segoe UI" w:cs="Segoe UI"/>
        </w:rPr>
        <w:t>جلە</w:t>
      </w:r>
      <w:r>
        <w:rPr>
          <w:rFonts w:ascii="Arial" w:hAnsi="Arial" w:eastAsia="Arial" w:cs="Arial"/>
        </w:rPr>
        <w:t xml:space="preserve"> </w:t>
      </w:r>
      <w:r>
        <w:rPr>
          <w:rFonts w:ascii="Segoe UI" w:hAnsi="Segoe UI" w:eastAsia="Segoe UI" w:cs="Segoe UI"/>
        </w:rPr>
        <w:t>شاهانەی</w:t>
      </w:r>
      <w:r>
        <w:rPr>
          <w:rFonts w:ascii="Arial" w:hAnsi="Arial" w:eastAsia="Arial" w:cs="Arial"/>
        </w:rPr>
        <w:t xml:space="preserve"> </w:t>
      </w:r>
      <w:r>
        <w:rPr>
          <w:rFonts w:ascii="Segoe UI" w:hAnsi="Segoe UI" w:eastAsia="Segoe UI" w:cs="Segoe UI"/>
        </w:rPr>
        <w:t>پیرۆزییە،</w:t>
      </w:r>
      <w:r>
        <w:rPr>
          <w:rFonts w:ascii="Arial" w:hAnsi="Arial" w:eastAsia="Arial" w:cs="Arial"/>
        </w:rPr>
        <w:t xml:space="preserve"> </w:t>
      </w:r>
      <w:r>
        <w:rPr>
          <w:rFonts w:ascii="Segoe UI" w:hAnsi="Segoe UI" w:eastAsia="Segoe UI" w:cs="Segoe UI"/>
        </w:rPr>
        <w:t>زووتر</w:t>
      </w:r>
      <w:r>
        <w:rPr>
          <w:rFonts w:ascii="Arial" w:hAnsi="Arial" w:eastAsia="Arial" w:cs="Arial"/>
        </w:rPr>
        <w:t xml:space="preserve"> </w:t>
      </w:r>
      <w:r>
        <w:rPr>
          <w:rFonts w:ascii="Segoe UI" w:hAnsi="Segoe UI" w:eastAsia="Segoe UI" w:cs="Segoe UI"/>
        </w:rPr>
        <w:t>بە</w:t>
      </w:r>
      <w:r>
        <w:rPr>
          <w:rFonts w:ascii="Arial" w:hAnsi="Arial" w:eastAsia="Arial" w:cs="Arial"/>
        </w:rPr>
        <w:t xml:space="preserve"> </w:t>
      </w:r>
      <w:r>
        <w:rPr>
          <w:rFonts w:ascii="Segoe UI" w:hAnsi="Segoe UI" w:eastAsia="Segoe UI" w:cs="Segoe UI"/>
        </w:rPr>
        <w:t>هەر</w:t>
      </w:r>
      <w:r>
        <w:rPr>
          <w:rFonts w:ascii="Arial" w:hAnsi="Arial" w:eastAsia="Arial" w:cs="Arial"/>
        </w:rPr>
        <w:t xml:space="preserve"> </w:t>
      </w:r>
      <w:r>
        <w:rPr>
          <w:rFonts w:ascii="Segoe UI" w:hAnsi="Segoe UI" w:eastAsia="Segoe UI" w:cs="Segoe UI"/>
        </w:rPr>
        <w:t>تاکێک</w:t>
      </w:r>
      <w:r>
        <w:rPr>
          <w:rFonts w:ascii="Arial" w:hAnsi="Arial" w:eastAsia="Arial" w:cs="Arial"/>
        </w:rPr>
        <w:t xml:space="preserve"> </w:t>
      </w:r>
      <w:r>
        <w:rPr>
          <w:rFonts w:ascii="Segoe UI" w:hAnsi="Segoe UI" w:eastAsia="Segoe UI" w:cs="Segoe UI"/>
        </w:rPr>
        <w:t>لەو</w:t>
      </w:r>
      <w:r>
        <w:rPr>
          <w:rFonts w:ascii="Arial" w:hAnsi="Arial" w:eastAsia="Arial" w:cs="Arial"/>
        </w:rPr>
        <w:t xml:space="preserve"> </w:t>
      </w:r>
      <w:r>
        <w:rPr>
          <w:rFonts w:ascii="Segoe UI" w:hAnsi="Segoe UI" w:eastAsia="Segoe UI" w:cs="Segoe UI"/>
        </w:rPr>
        <w:t>شەهیدە</w:t>
      </w:r>
      <w:r>
        <w:rPr>
          <w:rFonts w:ascii="Arial" w:hAnsi="Arial" w:eastAsia="Arial" w:cs="Arial"/>
        </w:rPr>
        <w:t xml:space="preserve"> </w:t>
      </w:r>
      <w:r>
        <w:rPr>
          <w:rFonts w:ascii="Segoe UI" w:hAnsi="Segoe UI" w:eastAsia="Segoe UI" w:cs="Segoe UI"/>
        </w:rPr>
        <w:t>مەسیحییە</w:t>
      </w:r>
      <w:r>
        <w:rPr>
          <w:rFonts w:ascii="Arial" w:hAnsi="Arial" w:eastAsia="Arial" w:cs="Arial"/>
        </w:rPr>
        <w:t xml:space="preserve"> </w:t>
      </w:r>
      <w:r>
        <w:rPr>
          <w:rFonts w:ascii="Segoe UI" w:hAnsi="Segoe UI" w:eastAsia="Segoe UI" w:cs="Segoe UI"/>
        </w:rPr>
        <w:t>مسح</w:t>
      </w:r>
      <w:r>
        <w:rPr>
          <w:rFonts w:ascii="Arial" w:hAnsi="Arial" w:eastAsia="Arial" w:cs="Arial"/>
        </w:rPr>
        <w:t>‌</w:t>
      </w:r>
      <w:r>
        <w:rPr>
          <w:rFonts w:ascii="Segoe UI" w:hAnsi="Segoe UI" w:eastAsia="Segoe UI" w:cs="Segoe UI"/>
        </w:rPr>
        <w:t>کراوانە</w:t>
      </w:r>
      <w:r>
        <w:rPr>
          <w:rFonts w:ascii="Arial" w:hAnsi="Arial" w:eastAsia="Arial" w:cs="Arial"/>
        </w:rPr>
        <w:t xml:space="preserve"> </w:t>
      </w:r>
      <w:r>
        <w:rPr>
          <w:rFonts w:ascii="Segoe UI" w:hAnsi="Segoe UI" w:eastAsia="Segoe UI" w:cs="Segoe UI"/>
        </w:rPr>
        <w:t>دراوە،</w:t>
      </w:r>
      <w:r>
        <w:rPr>
          <w:rFonts w:ascii="Arial" w:hAnsi="Arial" w:eastAsia="Arial" w:cs="Arial"/>
        </w:rPr>
        <w:t xml:space="preserve"> </w:t>
      </w:r>
      <w:r>
        <w:rPr>
          <w:rFonts w:ascii="Segoe UI" w:hAnsi="Segoe UI" w:eastAsia="Segoe UI" w:cs="Segoe UI"/>
        </w:rPr>
        <w:t>کاتێک</w:t>
      </w:r>
      <w:r>
        <w:rPr>
          <w:rFonts w:ascii="Arial" w:hAnsi="Arial" w:eastAsia="Arial" w:cs="Arial"/>
        </w:rPr>
        <w:t xml:space="preserve"> </w:t>
      </w:r>
      <w:r>
        <w:rPr>
          <w:rFonts w:ascii="Segoe UI" w:hAnsi="Segoe UI" w:eastAsia="Segoe UI" w:cs="Segoe UI"/>
        </w:rPr>
        <w:t>هەر</w:t>
      </w:r>
      <w:r>
        <w:rPr>
          <w:rFonts w:ascii="Arial" w:hAnsi="Arial" w:eastAsia="Arial" w:cs="Arial"/>
        </w:rPr>
        <w:t xml:space="preserve"> </w:t>
      </w:r>
      <w:r>
        <w:rPr>
          <w:rFonts w:ascii="Segoe UI" w:hAnsi="Segoe UI" w:eastAsia="Segoe UI" w:cs="Segoe UI"/>
        </w:rPr>
        <w:t>یەکێکیان</w:t>
      </w:r>
      <w:r>
        <w:rPr>
          <w:rFonts w:ascii="Arial" w:hAnsi="Arial" w:eastAsia="Arial" w:cs="Arial"/>
        </w:rPr>
        <w:t xml:space="preserve"> </w:t>
      </w:r>
      <w:r>
        <w:rPr>
          <w:rFonts w:ascii="Segoe UI" w:hAnsi="Segoe UI" w:eastAsia="Segoe UI" w:cs="Segoe UI"/>
        </w:rPr>
        <w:t>بۆ</w:t>
      </w:r>
      <w:r>
        <w:rPr>
          <w:rFonts w:ascii="Arial" w:hAnsi="Arial" w:eastAsia="Arial" w:cs="Arial"/>
        </w:rPr>
        <w:t xml:space="preserve"> </w:t>
      </w:r>
      <w:r>
        <w:rPr>
          <w:rFonts w:ascii="Segoe UI" w:hAnsi="Segoe UI" w:eastAsia="Segoe UI" w:cs="Segoe UI"/>
        </w:rPr>
        <w:t>مردن</w:t>
      </w:r>
      <w:r>
        <w:rPr>
          <w:rFonts w:ascii="Arial" w:hAnsi="Arial" w:eastAsia="Arial" w:cs="Arial"/>
        </w:rPr>
        <w:t xml:space="preserve"> </w:t>
      </w:r>
      <w:r>
        <w:rPr>
          <w:rFonts w:ascii="Segoe UI" w:hAnsi="Segoe UI" w:eastAsia="Segoe UI" w:cs="Segoe UI"/>
        </w:rPr>
        <w:t>بانگهێشت</w:t>
      </w:r>
      <w:r>
        <w:rPr>
          <w:rFonts w:ascii="Arial" w:hAnsi="Arial" w:eastAsia="Arial" w:cs="Arial"/>
        </w:rPr>
        <w:t xml:space="preserve"> </w:t>
      </w:r>
      <w:r>
        <w:rPr>
          <w:rFonts w:ascii="Segoe UI" w:hAnsi="Segoe UI" w:eastAsia="Segoe UI" w:cs="Segoe UI"/>
        </w:rPr>
        <w:t>کراوە</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بە</w:t>
      </w:r>
      <w:r>
        <w:rPr>
          <w:rFonts w:ascii="Arial" w:hAnsi="Arial" w:eastAsia="Arial" w:cs="Arial"/>
        </w:rPr>
        <w:t xml:space="preserve"> </w:t>
      </w:r>
      <w:r>
        <w:rPr>
          <w:rFonts w:ascii="Segoe UI" w:hAnsi="Segoe UI" w:eastAsia="Segoe UI" w:cs="Segoe UI"/>
        </w:rPr>
        <w:t>میراثی</w:t>
      </w:r>
      <w:r>
        <w:rPr>
          <w:rFonts w:ascii="Arial" w:hAnsi="Arial" w:eastAsia="Arial" w:cs="Arial"/>
        </w:rPr>
        <w:t xml:space="preserve"> </w:t>
      </w:r>
      <w:r>
        <w:rPr>
          <w:rFonts w:ascii="Segoe UI" w:hAnsi="Segoe UI" w:eastAsia="Segoe UI" w:cs="Segoe UI"/>
        </w:rPr>
        <w:t>ئاسمانی</w:t>
      </w:r>
      <w:r>
        <w:rPr>
          <w:rFonts w:ascii="Arial" w:hAnsi="Arial" w:eastAsia="Arial" w:cs="Arial"/>
        </w:rPr>
        <w:t xml:space="preserve"> </w:t>
      </w:r>
      <w:r>
        <w:rPr>
          <w:rFonts w:ascii="Segoe UI" w:hAnsi="Segoe UI" w:eastAsia="Segoe UI" w:cs="Segoe UI"/>
        </w:rPr>
        <w:t>خۆی</w:t>
      </w:r>
      <w:r>
        <w:rPr>
          <w:rFonts w:ascii="Arial" w:hAnsi="Arial" w:eastAsia="Arial" w:cs="Arial"/>
        </w:rPr>
        <w:t xml:space="preserve"> </w:t>
      </w:r>
      <w:r>
        <w:rPr>
          <w:rFonts w:ascii="Segoe UI" w:hAnsi="Segoe UI" w:eastAsia="Segoe UI" w:cs="Segoe UI"/>
        </w:rPr>
        <w:t>ڕۆیشتووە</w:t>
      </w:r>
      <w:r>
        <w:rPr>
          <w:rFonts w:ascii="Arial" w:hAnsi="Arial" w:eastAsia="Arial" w:cs="Arial"/>
        </w:rPr>
        <w:t>. (</w:t>
      </w:r>
      <w:r>
        <w:rPr>
          <w:rFonts w:ascii="Segoe UI" w:hAnsi="Segoe UI" w:eastAsia="Segoe UI" w:cs="Segoe UI"/>
        </w:rPr>
        <w:t>ئاشکراکردن</w:t>
      </w:r>
      <w:r>
        <w:rPr>
          <w:rFonts w:ascii="Arial" w:hAnsi="Arial" w:eastAsia="Arial" w:cs="Arial"/>
        </w:rPr>
        <w:t xml:space="preserve"> </w:t>
      </w:r>
      <w:r>
        <w:rPr>
          <w:rFonts w:ascii="Segoe UI" w:hAnsi="Segoe UI" w:eastAsia="Segoe UI" w:cs="Segoe UI"/>
        </w:rPr>
        <w:t>٣</w:t>
      </w:r>
      <w:r>
        <w:rPr>
          <w:rFonts w:ascii="Arial" w:hAnsi="Arial" w:eastAsia="Arial" w:cs="Arial"/>
        </w:rPr>
        <w:t>:</w:t>
      </w:r>
      <w:r>
        <w:rPr>
          <w:rFonts w:ascii="Segoe UI" w:hAnsi="Segoe UI" w:eastAsia="Segoe UI" w:cs="Segoe UI"/>
        </w:rPr>
        <w:t>٥؛</w:t>
      </w:r>
      <w:r>
        <w:rPr>
          <w:rFonts w:ascii="Arial" w:hAnsi="Arial" w:eastAsia="Arial" w:cs="Arial"/>
        </w:rPr>
        <w:t xml:space="preserve"> </w:t>
      </w:r>
      <w:r>
        <w:rPr>
          <w:rFonts w:ascii="Segoe UI" w:hAnsi="Segoe UI" w:eastAsia="Segoe UI" w:cs="Segoe UI"/>
        </w:rPr>
        <w:t>٤</w:t>
      </w:r>
      <w:r>
        <w:rPr>
          <w:rFonts w:ascii="Arial" w:hAnsi="Arial" w:eastAsia="Arial" w:cs="Arial"/>
        </w:rPr>
        <w:t>:</w:t>
      </w:r>
      <w:r>
        <w:rPr>
          <w:rFonts w:ascii="Segoe UI" w:hAnsi="Segoe UI" w:eastAsia="Segoe UI" w:cs="Segoe UI"/>
        </w:rPr>
        <w:t>٤؛</w:t>
      </w:r>
      <w:r>
        <w:rPr>
          <w:rFonts w:ascii="Arial" w:hAnsi="Arial" w:eastAsia="Arial" w:cs="Arial"/>
        </w:rPr>
        <w:t xml:space="preserve"> </w:t>
      </w:r>
      <w:r>
        <w:rPr>
          <w:rFonts w:ascii="Segoe UI" w:hAnsi="Segoe UI" w:eastAsia="Segoe UI" w:cs="Segoe UI"/>
        </w:rPr>
        <w:t>٧</w:t>
      </w:r>
      <w:r>
        <w:rPr>
          <w:rFonts w:ascii="Arial" w:hAnsi="Arial" w:eastAsia="Arial" w:cs="Arial"/>
        </w:rPr>
        <w:t>:</w:t>
      </w:r>
      <w:r>
        <w:rPr>
          <w:rFonts w:ascii="Segoe UI" w:hAnsi="Segoe UI" w:eastAsia="Segoe UI" w:cs="Segoe UI"/>
        </w:rPr>
        <w:t>٩</w:t>
      </w:r>
      <w:r>
        <w:rPr>
          <w:rFonts w:ascii="Arial" w:hAnsi="Arial" w:eastAsia="Arial" w:cs="Arial"/>
        </w:rPr>
        <w:t>-</w:t>
      </w:r>
      <w:r>
        <w:rPr>
          <w:rFonts w:ascii="Segoe UI" w:hAnsi="Segoe UI" w:eastAsia="Segoe UI" w:cs="Segoe UI"/>
        </w:rPr>
        <w:t>١٧</w:t>
      </w:r>
      <w:r>
        <w:rPr>
          <w:rFonts w:ascii="Arial" w:hAnsi="Arial" w:eastAsia="Arial" w:cs="Arial"/>
        </w:rPr>
        <w:t xml:space="preserve">) </w:t>
      </w:r>
      <w:r>
        <w:rPr>
          <w:rFonts w:ascii="Segoe UI" w:hAnsi="Segoe UI" w:eastAsia="Segoe UI" w:cs="Segoe UI"/>
        </w:rPr>
        <w:t>هەروەها،</w:t>
      </w:r>
      <w:r>
        <w:rPr>
          <w:rFonts w:ascii="Arial" w:hAnsi="Arial" w:eastAsia="Arial" w:cs="Arial"/>
        </w:rPr>
        <w:t xml:space="preserve"> </w:t>
      </w:r>
      <w:r>
        <w:rPr>
          <w:rFonts w:ascii="Segoe UI" w:hAnsi="Segoe UI" w:eastAsia="Segoe UI" w:cs="Segoe UI"/>
        </w:rPr>
        <w:t>کاتێک</w:t>
      </w:r>
      <w:r>
        <w:rPr>
          <w:rFonts w:ascii="Arial" w:hAnsi="Arial" w:eastAsia="Arial" w:cs="Arial"/>
        </w:rPr>
        <w:t xml:space="preserve"> </w:t>
      </w:r>
      <w:r>
        <w:rPr>
          <w:rFonts w:ascii="Segoe UI" w:hAnsi="Segoe UI" w:eastAsia="Segoe UI" w:cs="Segoe UI"/>
        </w:rPr>
        <w:t>ژمارەی</w:t>
      </w:r>
      <w:r>
        <w:rPr>
          <w:rFonts w:ascii="Arial" w:hAnsi="Arial" w:eastAsia="Arial" w:cs="Arial"/>
        </w:rPr>
        <w:t xml:space="preserve"> </w:t>
      </w:r>
      <w:r>
        <w:rPr>
          <w:rFonts w:ascii="Segoe UI" w:hAnsi="Segoe UI" w:eastAsia="Segoe UI" w:cs="Segoe UI"/>
        </w:rPr>
        <w:t>کەمێکی</w:t>
      </w:r>
      <w:r>
        <w:rPr>
          <w:rFonts w:ascii="Arial" w:hAnsi="Arial" w:eastAsia="Arial" w:cs="Arial"/>
        </w:rPr>
        <w:t xml:space="preserve"> </w:t>
      </w:r>
      <w:r>
        <w:rPr>
          <w:rFonts w:ascii="Segoe UI" w:hAnsi="Segoe UI" w:eastAsia="Segoe UI" w:cs="Segoe UI"/>
        </w:rPr>
        <w:t>دیاریکراوی</w:t>
      </w:r>
      <w:r>
        <w:rPr>
          <w:rFonts w:ascii="Arial" w:hAnsi="Arial" w:eastAsia="Arial" w:cs="Arial"/>
        </w:rPr>
        <w:t xml:space="preserve"> </w:t>
      </w:r>
      <w:r>
        <w:rPr>
          <w:rFonts w:ascii="Segoe UI" w:hAnsi="Segoe UI" w:eastAsia="Segoe UI" w:cs="Segoe UI"/>
        </w:rPr>
        <w:t>هاوخزمەتەکانیان</w:t>
      </w:r>
      <w:r>
        <w:rPr>
          <w:rFonts w:ascii="Arial" w:hAnsi="Arial" w:eastAsia="Arial" w:cs="Arial"/>
        </w:rPr>
        <w:t>—</w:t>
      </w:r>
      <w:r>
        <w:rPr>
          <w:rFonts w:ascii="Segoe UI" w:hAnsi="Segoe UI" w:eastAsia="Segoe UI" w:cs="Segoe UI"/>
        </w:rPr>
        <w:t>ئەو</w:t>
      </w:r>
      <w:r>
        <w:rPr>
          <w:rFonts w:ascii="Arial" w:hAnsi="Arial" w:eastAsia="Arial" w:cs="Arial"/>
        </w:rPr>
        <w:t xml:space="preserve"> </w:t>
      </w:r>
      <w:r>
        <w:rPr>
          <w:rFonts w:ascii="Segoe UI" w:hAnsi="Segoe UI" w:eastAsia="Segoe UI" w:cs="Segoe UI"/>
        </w:rPr>
        <w:t>مەسیحییە</w:t>
      </w:r>
      <w:r>
        <w:rPr>
          <w:rFonts w:ascii="Arial" w:hAnsi="Arial" w:eastAsia="Arial" w:cs="Arial"/>
        </w:rPr>
        <w:t xml:space="preserve"> </w:t>
      </w:r>
      <w:r>
        <w:rPr>
          <w:rFonts w:ascii="Segoe UI" w:hAnsi="Segoe UI" w:eastAsia="Segoe UI" w:cs="Segoe UI"/>
        </w:rPr>
        <w:t>مسح</w:t>
      </w:r>
      <w:r>
        <w:rPr>
          <w:rFonts w:ascii="Arial" w:hAnsi="Arial" w:eastAsia="Arial" w:cs="Arial"/>
        </w:rPr>
        <w:t>‌</w:t>
      </w:r>
      <w:r>
        <w:rPr>
          <w:rFonts w:ascii="Segoe UI" w:hAnsi="Segoe UI" w:eastAsia="Segoe UI" w:cs="Segoe UI"/>
        </w:rPr>
        <w:t>کراوانەی</w:t>
      </w:r>
      <w:r>
        <w:rPr>
          <w:rFonts w:ascii="Arial" w:hAnsi="Arial" w:eastAsia="Arial" w:cs="Arial"/>
        </w:rPr>
        <w:t xml:space="preserve"> </w:t>
      </w:r>
      <w:r>
        <w:rPr>
          <w:rFonts w:ascii="Segoe UI" w:hAnsi="Segoe UI" w:eastAsia="Segoe UI" w:cs="Segoe UI"/>
        </w:rPr>
        <w:t>دواتر</w:t>
      </w:r>
      <w:r>
        <w:rPr>
          <w:rFonts w:ascii="Arial" w:hAnsi="Arial" w:eastAsia="Arial" w:cs="Arial"/>
        </w:rPr>
        <w:t xml:space="preserve"> </w:t>
      </w:r>
      <w:r>
        <w:rPr>
          <w:rFonts w:ascii="Segoe UI" w:hAnsi="Segoe UI" w:eastAsia="Segoe UI" w:cs="Segoe UI"/>
        </w:rPr>
        <w:t>لەبەر</w:t>
      </w:r>
      <w:r>
        <w:rPr>
          <w:rFonts w:ascii="Arial" w:hAnsi="Arial" w:eastAsia="Arial" w:cs="Arial"/>
        </w:rPr>
        <w:t xml:space="preserve"> </w:t>
      </w:r>
      <w:r>
        <w:rPr>
          <w:rFonts w:ascii="Segoe UI" w:hAnsi="Segoe UI" w:eastAsia="Segoe UI" w:cs="Segoe UI"/>
        </w:rPr>
        <w:t>ناوی</w:t>
      </w:r>
      <w:r>
        <w:rPr>
          <w:rFonts w:ascii="Arial" w:hAnsi="Arial" w:eastAsia="Arial" w:cs="Arial"/>
        </w:rPr>
        <w:t xml:space="preserve"> </w:t>
      </w:r>
      <w:r>
        <w:rPr>
          <w:rFonts w:ascii="Segoe UI" w:hAnsi="Segoe UI" w:eastAsia="Segoe UI" w:cs="Segoe UI"/>
        </w:rPr>
        <w:t>یەهوڤا</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شایەتی</w:t>
      </w:r>
      <w:r>
        <w:rPr>
          <w:rFonts w:ascii="Arial" w:hAnsi="Arial" w:eastAsia="Arial" w:cs="Arial"/>
        </w:rPr>
        <w:t>‌</w:t>
      </w:r>
      <w:r>
        <w:rPr>
          <w:rFonts w:ascii="Segoe UI" w:hAnsi="Segoe UI" w:eastAsia="Segoe UI" w:cs="Segoe UI"/>
        </w:rPr>
        <w:t>دان</w:t>
      </w:r>
      <w:r>
        <w:rPr>
          <w:rFonts w:ascii="Arial" w:hAnsi="Arial" w:eastAsia="Arial" w:cs="Arial"/>
        </w:rPr>
        <w:t xml:space="preserve"> </w:t>
      </w:r>
      <w:r>
        <w:rPr>
          <w:rFonts w:ascii="Segoe UI" w:hAnsi="Segoe UI" w:eastAsia="Segoe UI" w:cs="Segoe UI"/>
        </w:rPr>
        <w:t>بە</w:t>
      </w:r>
      <w:r>
        <w:rPr>
          <w:rFonts w:ascii="Arial" w:hAnsi="Arial" w:eastAsia="Arial" w:cs="Arial"/>
        </w:rPr>
        <w:t xml:space="preserve"> </w:t>
      </w:r>
      <w:r>
        <w:rPr>
          <w:rFonts w:ascii="Segoe UI" w:hAnsi="Segoe UI" w:eastAsia="Segoe UI" w:cs="Segoe UI"/>
        </w:rPr>
        <w:t>عیسا</w:t>
      </w:r>
      <w:r>
        <w:rPr>
          <w:rFonts w:ascii="Arial" w:hAnsi="Arial" w:eastAsia="Arial" w:cs="Arial"/>
        </w:rPr>
        <w:t xml:space="preserve"> </w:t>
      </w:r>
      <w:r>
        <w:rPr>
          <w:rFonts w:ascii="Segoe UI" w:hAnsi="Segoe UI" w:eastAsia="Segoe UI" w:cs="Segoe UI"/>
        </w:rPr>
        <w:t>شەهید</w:t>
      </w:r>
      <w:r>
        <w:rPr>
          <w:rFonts w:ascii="Arial" w:hAnsi="Arial" w:eastAsia="Arial" w:cs="Arial"/>
        </w:rPr>
        <w:t xml:space="preserve"> </w:t>
      </w:r>
      <w:r>
        <w:rPr>
          <w:rFonts w:ascii="Segoe UI" w:hAnsi="Segoe UI" w:eastAsia="Segoe UI" w:cs="Segoe UI"/>
        </w:rPr>
        <w:t>دەبن</w:t>
      </w:r>
      <w:r>
        <w:rPr>
          <w:rFonts w:ascii="Arial" w:hAnsi="Arial" w:eastAsia="Arial" w:cs="Arial"/>
        </w:rPr>
        <w:t>—</w:t>
      </w:r>
      <w:r>
        <w:rPr>
          <w:rFonts w:ascii="Segoe UI" w:hAnsi="Segoe UI" w:eastAsia="Segoe UI" w:cs="Segoe UI"/>
        </w:rPr>
        <w:t>هەموویان</w:t>
      </w:r>
      <w:r>
        <w:rPr>
          <w:rFonts w:ascii="Arial" w:hAnsi="Arial" w:eastAsia="Arial" w:cs="Arial"/>
        </w:rPr>
        <w:t xml:space="preserve"> </w:t>
      </w:r>
      <w:r>
        <w:rPr>
          <w:rFonts w:ascii="Segoe UI" w:hAnsi="Segoe UI" w:eastAsia="Segoe UI" w:cs="Segoe UI"/>
        </w:rPr>
        <w:t>تاقیکردنەوەکانیان</w:t>
      </w:r>
      <w:r>
        <w:rPr>
          <w:rFonts w:ascii="Arial" w:hAnsi="Arial" w:eastAsia="Arial" w:cs="Arial"/>
        </w:rPr>
        <w:t xml:space="preserve"> </w:t>
      </w:r>
      <w:r>
        <w:rPr>
          <w:rFonts w:ascii="Segoe UI" w:hAnsi="Segoe UI" w:eastAsia="Segoe UI" w:cs="Segoe UI"/>
        </w:rPr>
        <w:t>تێپەڕاند،</w:t>
      </w:r>
      <w:r>
        <w:rPr>
          <w:rFonts w:ascii="Arial" w:hAnsi="Arial" w:eastAsia="Arial" w:cs="Arial"/>
        </w:rPr>
        <w:t xml:space="preserve"> </w:t>
      </w:r>
      <w:r>
        <w:rPr>
          <w:rFonts w:ascii="Segoe UI" w:hAnsi="Segoe UI" w:eastAsia="Segoe UI" w:cs="Segoe UI"/>
        </w:rPr>
        <w:t>تۆڵەسەندنەوە</w:t>
      </w:r>
      <w:r>
        <w:rPr>
          <w:rFonts w:ascii="Arial" w:hAnsi="Arial" w:eastAsia="Arial" w:cs="Arial"/>
        </w:rPr>
        <w:t xml:space="preserve"> </w:t>
      </w:r>
      <w:r>
        <w:rPr>
          <w:rFonts w:ascii="Segoe UI" w:hAnsi="Segoe UI" w:eastAsia="Segoe UI" w:cs="Segoe UI"/>
        </w:rPr>
        <w:t>لەسەر</w:t>
      </w:r>
      <w:r>
        <w:rPr>
          <w:rFonts w:ascii="Arial" w:hAnsi="Arial" w:eastAsia="Arial" w:cs="Arial"/>
        </w:rPr>
        <w:t xml:space="preserve"> </w:t>
      </w:r>
      <w:r>
        <w:rPr>
          <w:rFonts w:ascii="Segoe UI" w:hAnsi="Segoe UI" w:eastAsia="Segoe UI" w:cs="Segoe UI"/>
        </w:rPr>
        <w:t>خوێنی</w:t>
      </w:r>
      <w:r>
        <w:rPr>
          <w:rFonts w:ascii="Arial" w:hAnsi="Arial" w:eastAsia="Arial" w:cs="Arial"/>
        </w:rPr>
        <w:t xml:space="preserve"> </w:t>
      </w:r>
      <w:r>
        <w:rPr>
          <w:rFonts w:ascii="Segoe UI" w:hAnsi="Segoe UI" w:eastAsia="Segoe UI" w:cs="Segoe UI"/>
        </w:rPr>
        <w:t>ئەوان</w:t>
      </w:r>
      <w:r>
        <w:rPr>
          <w:rFonts w:ascii="Arial" w:hAnsi="Arial" w:eastAsia="Arial" w:cs="Arial"/>
        </w:rPr>
        <w:t xml:space="preserve"> </w:t>
      </w:r>
      <w:r>
        <w:rPr>
          <w:rFonts w:ascii="Segoe UI" w:hAnsi="Segoe UI" w:eastAsia="Segoe UI" w:cs="Segoe UI"/>
        </w:rPr>
        <w:t>دێت</w:t>
      </w:r>
      <w:r>
        <w:rPr>
          <w:rFonts w:ascii="Arial" w:hAnsi="Arial" w:eastAsia="Arial" w:cs="Arial"/>
        </w:rPr>
        <w:t xml:space="preserve">. </w:t>
      </w:r>
      <w:r>
        <w:rPr>
          <w:rFonts w:ascii="Segoe UI" w:hAnsi="Segoe UI" w:eastAsia="Segoe UI" w:cs="Segoe UI"/>
        </w:rPr>
        <w:t>ئاشکرایە</w:t>
      </w:r>
      <w:r>
        <w:rPr>
          <w:rFonts w:ascii="Arial" w:hAnsi="Arial" w:eastAsia="Arial" w:cs="Arial"/>
        </w:rPr>
        <w:t xml:space="preserve"> </w:t>
      </w:r>
      <w:r>
        <w:rPr>
          <w:rFonts w:ascii="Segoe UI" w:hAnsi="Segoe UI" w:eastAsia="Segoe UI" w:cs="Segoe UI"/>
        </w:rPr>
        <w:t>کە</w:t>
      </w:r>
      <w:r>
        <w:rPr>
          <w:rFonts w:ascii="Arial" w:hAnsi="Arial" w:eastAsia="Arial" w:cs="Arial"/>
        </w:rPr>
        <w:t xml:space="preserve"> </w:t>
      </w:r>
      <w:r>
        <w:rPr>
          <w:rFonts w:ascii="Segoe UI" w:hAnsi="Segoe UI" w:eastAsia="Segoe UI" w:cs="Segoe UI"/>
        </w:rPr>
        <w:t>شکاندنی</w:t>
      </w:r>
      <w:r>
        <w:rPr>
          <w:rFonts w:ascii="Arial" w:hAnsi="Arial" w:eastAsia="Arial" w:cs="Arial"/>
        </w:rPr>
        <w:t xml:space="preserve"> </w:t>
      </w:r>
      <w:r>
        <w:rPr>
          <w:rFonts w:ascii="Segoe UI" w:hAnsi="Segoe UI" w:eastAsia="Segoe UI" w:cs="Segoe UI"/>
        </w:rPr>
        <w:t>پەنجەمین</w:t>
      </w:r>
      <w:r>
        <w:rPr>
          <w:rFonts w:ascii="Arial" w:hAnsi="Arial" w:eastAsia="Arial" w:cs="Arial"/>
        </w:rPr>
        <w:t xml:space="preserve"> </w:t>
      </w:r>
      <w:r>
        <w:rPr>
          <w:rFonts w:ascii="Segoe UI" w:hAnsi="Segoe UI" w:eastAsia="Segoe UI" w:cs="Segoe UI"/>
        </w:rPr>
        <w:t>مۆر</w:t>
      </w:r>
      <w:r>
        <w:rPr>
          <w:rFonts w:ascii="Arial" w:hAnsi="Arial" w:eastAsia="Arial" w:cs="Arial"/>
        </w:rPr>
        <w:t xml:space="preserve"> </w:t>
      </w:r>
      <w:r>
        <w:rPr>
          <w:rFonts w:ascii="Segoe UI" w:hAnsi="Segoe UI" w:eastAsia="Segoe UI" w:cs="Segoe UI"/>
        </w:rPr>
        <w:t>لە</w:t>
      </w:r>
      <w:r>
        <w:rPr>
          <w:rFonts w:ascii="Arial" w:hAnsi="Arial" w:eastAsia="Arial" w:cs="Arial"/>
        </w:rPr>
        <w:t xml:space="preserve"> </w:t>
      </w:r>
      <w:r>
        <w:rPr>
          <w:rFonts w:ascii="Segoe UI" w:hAnsi="Segoe UI" w:eastAsia="Segoe UI" w:cs="Segoe UI"/>
        </w:rPr>
        <w:t>سالی</w:t>
      </w:r>
      <w:r>
        <w:rPr>
          <w:rFonts w:ascii="Arial" w:hAnsi="Arial" w:eastAsia="Arial" w:cs="Arial"/>
        </w:rPr>
        <w:t xml:space="preserve"> </w:t>
      </w:r>
      <w:r>
        <w:rPr>
          <w:rFonts w:ascii="Segoe UI" w:hAnsi="Segoe UI" w:eastAsia="Segoe UI" w:cs="Segoe UI"/>
        </w:rPr>
        <w:t>١٩١٨</w:t>
      </w:r>
      <w:r>
        <w:rPr>
          <w:rFonts w:ascii="Arial" w:hAnsi="Arial" w:eastAsia="Arial" w:cs="Arial"/>
        </w:rPr>
        <w:t xml:space="preserve"> </w:t>
      </w:r>
      <w:r>
        <w:rPr>
          <w:rFonts w:ascii="Segoe UI" w:hAnsi="Segoe UI" w:eastAsia="Segoe UI" w:cs="Segoe UI"/>
        </w:rPr>
        <w:t>پێشکەش</w:t>
      </w:r>
      <w:r>
        <w:rPr>
          <w:rFonts w:ascii="Arial" w:hAnsi="Arial" w:eastAsia="Arial" w:cs="Arial"/>
        </w:rPr>
        <w:t xml:space="preserve"> </w:t>
      </w:r>
      <w:r>
        <w:rPr>
          <w:rFonts w:ascii="Segoe UI" w:hAnsi="Segoe UI" w:eastAsia="Segoe UI" w:cs="Segoe UI"/>
        </w:rPr>
        <w:t>کرا،</w:t>
      </w:r>
      <w:r>
        <w:rPr>
          <w:rFonts w:ascii="Arial" w:hAnsi="Arial" w:eastAsia="Arial" w:cs="Arial"/>
        </w:rPr>
        <w:t xml:space="preserve"> </w:t>
      </w:r>
      <w:r>
        <w:rPr>
          <w:rFonts w:ascii="Segoe UI" w:hAnsi="Segoe UI" w:eastAsia="Segoe UI" w:cs="Segoe UI"/>
        </w:rPr>
        <w:t>چونکە</w:t>
      </w:r>
      <w:r>
        <w:rPr>
          <w:rFonts w:ascii="Arial" w:hAnsi="Arial" w:eastAsia="Arial" w:cs="Arial"/>
        </w:rPr>
        <w:t xml:space="preserve"> </w:t>
      </w:r>
      <w:r>
        <w:rPr>
          <w:rFonts w:ascii="Segoe UI" w:hAnsi="Segoe UI" w:eastAsia="Segoe UI" w:cs="Segoe UI"/>
        </w:rPr>
        <w:t>زۆر</w:t>
      </w:r>
      <w:r>
        <w:rPr>
          <w:rFonts w:ascii="Arial" w:hAnsi="Arial" w:eastAsia="Arial" w:cs="Arial"/>
        </w:rPr>
        <w:t xml:space="preserve"> </w:t>
      </w:r>
      <w:r>
        <w:rPr>
          <w:rFonts w:ascii="Segoe UI" w:hAnsi="Segoe UI" w:eastAsia="Segoe UI" w:cs="Segoe UI"/>
        </w:rPr>
        <w:t>پێش</w:t>
      </w:r>
      <w:r>
        <w:rPr>
          <w:rFonts w:ascii="Arial" w:hAnsi="Arial" w:eastAsia="Arial" w:cs="Arial"/>
        </w:rPr>
        <w:t xml:space="preserve"> </w:t>
      </w:r>
      <w:r>
        <w:rPr>
          <w:rFonts w:ascii="Segoe UI" w:hAnsi="Segoe UI" w:eastAsia="Segoe UI" w:cs="Segoe UI"/>
        </w:rPr>
        <w:t>ئەو</w:t>
      </w:r>
      <w:r>
        <w:rPr>
          <w:rFonts w:ascii="Arial" w:hAnsi="Arial" w:eastAsia="Arial" w:cs="Arial"/>
        </w:rPr>
        <w:t xml:space="preserve"> </w:t>
      </w:r>
      <w:r>
        <w:rPr>
          <w:rFonts w:ascii="Segoe UI" w:hAnsi="Segoe UI" w:eastAsia="Segoe UI" w:cs="Segoe UI"/>
        </w:rPr>
        <w:t>کاتە</w:t>
      </w:r>
      <w:r>
        <w:rPr>
          <w:rFonts w:ascii="Arial" w:hAnsi="Arial" w:eastAsia="Arial" w:cs="Arial"/>
        </w:rPr>
        <w:t xml:space="preserve"> </w:t>
      </w:r>
      <w:r>
        <w:rPr>
          <w:rFonts w:ascii="Segoe UI" w:hAnsi="Segoe UI" w:eastAsia="Segoe UI" w:cs="Segoe UI"/>
        </w:rPr>
        <w:t>کۆمەڵەیەکی</w:t>
      </w:r>
      <w:r>
        <w:rPr>
          <w:rFonts w:ascii="Arial" w:hAnsi="Arial" w:eastAsia="Arial" w:cs="Arial"/>
        </w:rPr>
        <w:t xml:space="preserve"> </w:t>
      </w:r>
      <w:r>
        <w:rPr>
          <w:rFonts w:ascii="Segoe UI" w:hAnsi="Segoe UI" w:eastAsia="Segoe UI" w:cs="Segoe UI"/>
        </w:rPr>
        <w:t>بەرچاوی</w:t>
      </w:r>
      <w:r>
        <w:rPr>
          <w:rFonts w:ascii="Arial" w:hAnsi="Arial" w:eastAsia="Arial" w:cs="Arial"/>
        </w:rPr>
        <w:t xml:space="preserve"> </w:t>
      </w:r>
      <w:r>
        <w:rPr>
          <w:rFonts w:ascii="Segoe UI" w:hAnsi="Segoe UI" w:eastAsia="Segoe UI" w:cs="Segoe UI"/>
        </w:rPr>
        <w:t>مەسیحییە</w:t>
      </w:r>
      <w:r>
        <w:rPr>
          <w:rFonts w:ascii="Arial" w:hAnsi="Arial" w:eastAsia="Arial" w:cs="Arial"/>
        </w:rPr>
        <w:t xml:space="preserve"> </w:t>
      </w:r>
      <w:r>
        <w:rPr>
          <w:rFonts w:ascii="Segoe UI" w:hAnsi="Segoe UI" w:eastAsia="Segoe UI" w:cs="Segoe UI"/>
        </w:rPr>
        <w:t>ڕاستەقینەکان</w:t>
      </w:r>
      <w:r>
        <w:rPr>
          <w:rFonts w:ascii="Arial" w:hAnsi="Arial" w:eastAsia="Arial" w:cs="Arial"/>
        </w:rPr>
        <w:t xml:space="preserve"> </w:t>
      </w:r>
      <w:r>
        <w:rPr>
          <w:rFonts w:ascii="Segoe UI" w:hAnsi="Segoe UI" w:eastAsia="Segoe UI" w:cs="Segoe UI"/>
        </w:rPr>
        <w:t>بۆ</w:t>
      </w:r>
      <w:r>
        <w:rPr>
          <w:rFonts w:ascii="Arial" w:hAnsi="Arial" w:eastAsia="Arial" w:cs="Arial"/>
        </w:rPr>
        <w:t xml:space="preserve"> </w:t>
      </w:r>
      <w:r>
        <w:rPr>
          <w:rFonts w:ascii="Segoe UI" w:hAnsi="Segoe UI" w:eastAsia="Segoe UI" w:cs="Segoe UI"/>
        </w:rPr>
        <w:t>ماوەیەکی</w:t>
      </w:r>
      <w:r>
        <w:rPr>
          <w:rFonts w:ascii="Arial" w:hAnsi="Arial" w:eastAsia="Arial" w:cs="Arial"/>
        </w:rPr>
        <w:t xml:space="preserve"> </w:t>
      </w:r>
      <w:r>
        <w:rPr>
          <w:rFonts w:ascii="Segoe UI" w:hAnsi="Segoe UI" w:eastAsia="Segoe UI" w:cs="Segoe UI"/>
        </w:rPr>
        <w:t>دوورەدرێژ</w:t>
      </w:r>
      <w:r>
        <w:rPr>
          <w:rFonts w:ascii="Arial" w:hAnsi="Arial" w:eastAsia="Arial" w:cs="Arial"/>
        </w:rPr>
        <w:t xml:space="preserve"> </w:t>
      </w:r>
      <w:r>
        <w:rPr>
          <w:rFonts w:ascii="Segoe UI" w:hAnsi="Segoe UI" w:eastAsia="Segoe UI" w:cs="Segoe UI"/>
        </w:rPr>
        <w:t>تووشی</w:t>
      </w:r>
      <w:r>
        <w:rPr>
          <w:rFonts w:ascii="Arial" w:hAnsi="Arial" w:eastAsia="Arial" w:cs="Arial"/>
        </w:rPr>
        <w:t xml:space="preserve"> </w:t>
      </w:r>
      <w:r>
        <w:rPr>
          <w:rFonts w:ascii="Segoe UI" w:hAnsi="Segoe UI" w:eastAsia="Segoe UI" w:cs="Segoe UI"/>
        </w:rPr>
        <w:t>ئازار</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کوشتن</w:t>
      </w:r>
      <w:r>
        <w:rPr>
          <w:rFonts w:ascii="Arial" w:hAnsi="Arial" w:eastAsia="Arial" w:cs="Arial"/>
        </w:rPr>
        <w:t xml:space="preserve"> </w:t>
      </w:r>
      <w:r>
        <w:rPr>
          <w:rFonts w:ascii="Segoe UI" w:hAnsi="Segoe UI" w:eastAsia="Segoe UI" w:cs="Segoe UI"/>
        </w:rPr>
        <w:t>ببوون</w:t>
      </w:r>
      <w:r>
        <w:rPr>
          <w:rFonts w:ascii="Arial" w:hAnsi="Arial" w:eastAsia="Arial" w:cs="Arial"/>
        </w:rPr>
        <w:t xml:space="preserve">. </w:t>
      </w:r>
      <w:r>
        <w:rPr>
          <w:rFonts w:ascii="Segoe UI" w:hAnsi="Segoe UI" w:eastAsia="Segoe UI" w:cs="Segoe UI"/>
        </w:rPr>
        <w:t>هەروەها،</w:t>
      </w:r>
      <w:r>
        <w:rPr>
          <w:rFonts w:ascii="Arial" w:hAnsi="Arial" w:eastAsia="Arial" w:cs="Arial"/>
        </w:rPr>
        <w:t xml:space="preserve"> </w:t>
      </w:r>
      <w:r>
        <w:rPr>
          <w:rFonts w:ascii="Segoe UI" w:hAnsi="Segoe UI" w:eastAsia="Segoe UI" w:cs="Segoe UI"/>
        </w:rPr>
        <w:t>لە</w:t>
      </w:r>
      <w:r>
        <w:rPr>
          <w:rFonts w:ascii="Arial" w:hAnsi="Arial" w:eastAsia="Arial" w:cs="Arial"/>
        </w:rPr>
        <w:t xml:space="preserve"> </w:t>
      </w:r>
      <w:r>
        <w:rPr>
          <w:rFonts w:ascii="Segoe UI" w:hAnsi="Segoe UI" w:eastAsia="Segoe UI" w:cs="Segoe UI"/>
        </w:rPr>
        <w:t>دوای</w:t>
      </w:r>
      <w:r>
        <w:rPr>
          <w:rFonts w:ascii="Arial" w:hAnsi="Arial" w:eastAsia="Arial" w:cs="Arial"/>
        </w:rPr>
        <w:t xml:space="preserve"> </w:t>
      </w:r>
      <w:r>
        <w:rPr>
          <w:rFonts w:ascii="Segoe UI" w:hAnsi="Segoe UI" w:eastAsia="Segoe UI" w:cs="Segoe UI"/>
        </w:rPr>
        <w:t>١٩١٨یش</w:t>
      </w:r>
      <w:r>
        <w:rPr>
          <w:rFonts w:ascii="Arial" w:hAnsi="Arial" w:eastAsia="Arial" w:cs="Arial"/>
        </w:rPr>
        <w:t xml:space="preserve"> </w:t>
      </w:r>
      <w:r>
        <w:rPr>
          <w:rFonts w:ascii="Segoe UI" w:hAnsi="Segoe UI" w:eastAsia="Segoe UI" w:cs="Segoe UI"/>
        </w:rPr>
        <w:t>ژمارەیەکی</w:t>
      </w:r>
      <w:r>
        <w:rPr>
          <w:rFonts w:ascii="Arial" w:hAnsi="Arial" w:eastAsia="Arial" w:cs="Arial"/>
        </w:rPr>
        <w:t xml:space="preserve"> </w:t>
      </w:r>
      <w:r>
        <w:rPr>
          <w:rFonts w:ascii="Segoe UI" w:hAnsi="Segoe UI" w:eastAsia="Segoe UI" w:cs="Segoe UI"/>
        </w:rPr>
        <w:t>دیاریکراوی</w:t>
      </w:r>
      <w:r>
        <w:rPr>
          <w:rFonts w:ascii="Arial" w:hAnsi="Arial" w:eastAsia="Arial" w:cs="Arial"/>
        </w:rPr>
        <w:t xml:space="preserve"> </w:t>
      </w:r>
      <w:r>
        <w:rPr>
          <w:rFonts w:ascii="Segoe UI" w:hAnsi="Segoe UI" w:eastAsia="Segoe UI" w:cs="Segoe UI"/>
        </w:rPr>
        <w:t>تر</w:t>
      </w:r>
      <w:r>
        <w:rPr>
          <w:rFonts w:ascii="Arial" w:hAnsi="Arial" w:eastAsia="Arial" w:cs="Arial"/>
        </w:rPr>
        <w:t xml:space="preserve"> </w:t>
      </w:r>
      <w:r>
        <w:rPr>
          <w:rFonts w:ascii="Segoe UI" w:hAnsi="Segoe UI" w:eastAsia="Segoe UI" w:cs="Segoe UI"/>
        </w:rPr>
        <w:t>لە</w:t>
      </w:r>
      <w:r>
        <w:rPr>
          <w:rFonts w:ascii="Arial" w:hAnsi="Arial" w:eastAsia="Arial" w:cs="Arial"/>
        </w:rPr>
        <w:t xml:space="preserve"> </w:t>
      </w:r>
      <w:r>
        <w:rPr>
          <w:rFonts w:ascii="Segoe UI" w:hAnsi="Segoe UI" w:eastAsia="Segoe UI" w:cs="Segoe UI"/>
        </w:rPr>
        <w:t>خزمەتکارانی</w:t>
      </w:r>
      <w:r>
        <w:rPr>
          <w:rFonts w:ascii="Arial" w:hAnsi="Arial" w:eastAsia="Arial" w:cs="Arial"/>
        </w:rPr>
        <w:t xml:space="preserve"> </w:t>
      </w:r>
      <w:r>
        <w:rPr>
          <w:rFonts w:ascii="Segoe UI" w:hAnsi="Segoe UI" w:eastAsia="Segoe UI" w:cs="Segoe UI"/>
        </w:rPr>
        <w:t>مسح</w:t>
      </w:r>
      <w:r>
        <w:rPr>
          <w:rFonts w:ascii="Arial" w:hAnsi="Arial" w:eastAsia="Arial" w:cs="Arial"/>
        </w:rPr>
        <w:t>‌</w:t>
      </w:r>
      <w:r>
        <w:rPr>
          <w:rFonts w:ascii="Segoe UI" w:hAnsi="Segoe UI" w:eastAsia="Segoe UI" w:cs="Segoe UI"/>
        </w:rPr>
        <w:t>کراوی</w:t>
      </w:r>
      <w:r>
        <w:rPr>
          <w:rFonts w:ascii="Arial" w:hAnsi="Arial" w:eastAsia="Arial" w:cs="Arial"/>
        </w:rPr>
        <w:t xml:space="preserve"> </w:t>
      </w:r>
      <w:r>
        <w:rPr>
          <w:rFonts w:ascii="Segoe UI" w:hAnsi="Segoe UI" w:eastAsia="Segoe UI" w:cs="Segoe UI"/>
        </w:rPr>
        <w:t>خودا</w:t>
      </w:r>
      <w:r>
        <w:rPr>
          <w:rFonts w:ascii="Arial" w:hAnsi="Arial" w:eastAsia="Arial" w:cs="Arial"/>
        </w:rPr>
        <w:t xml:space="preserve"> </w:t>
      </w:r>
      <w:r>
        <w:rPr>
          <w:rFonts w:ascii="Segoe UI" w:hAnsi="Segoe UI" w:eastAsia="Segoe UI" w:cs="Segoe UI"/>
        </w:rPr>
        <w:t>هەر</w:t>
      </w:r>
      <w:r>
        <w:rPr>
          <w:rFonts w:ascii="Arial" w:hAnsi="Arial" w:eastAsia="Arial" w:cs="Arial"/>
        </w:rPr>
        <w:t xml:space="preserve"> </w:t>
      </w:r>
      <w:r>
        <w:rPr>
          <w:rFonts w:ascii="Segoe UI" w:hAnsi="Segoe UI" w:eastAsia="Segoe UI" w:cs="Segoe UI"/>
        </w:rPr>
        <w:t>دەبێت</w:t>
      </w:r>
      <w:r>
        <w:rPr>
          <w:rFonts w:ascii="Arial" w:hAnsi="Arial" w:eastAsia="Arial" w:cs="Arial"/>
        </w:rPr>
        <w:t xml:space="preserve"> </w:t>
      </w:r>
      <w:r>
        <w:rPr>
          <w:rFonts w:ascii="Segoe UI" w:hAnsi="Segoe UI" w:eastAsia="Segoe UI" w:cs="Segoe UI"/>
        </w:rPr>
        <w:t>تا</w:t>
      </w:r>
      <w:r>
        <w:rPr>
          <w:rFonts w:ascii="Arial" w:hAnsi="Arial" w:eastAsia="Arial" w:cs="Arial"/>
        </w:rPr>
        <w:t xml:space="preserve"> </w:t>
      </w:r>
      <w:r>
        <w:rPr>
          <w:rFonts w:ascii="Segoe UI" w:hAnsi="Segoe UI" w:eastAsia="Segoe UI" w:cs="Segoe UI"/>
        </w:rPr>
        <w:t>مردن</w:t>
      </w:r>
      <w:r>
        <w:rPr>
          <w:rFonts w:ascii="Arial" w:hAnsi="Arial" w:eastAsia="Arial" w:cs="Arial"/>
        </w:rPr>
        <w:t xml:space="preserve"> </w:t>
      </w:r>
      <w:r>
        <w:rPr>
          <w:rFonts w:ascii="Segoe UI" w:hAnsi="Segoe UI" w:eastAsia="Segoe UI" w:cs="Segoe UI"/>
        </w:rPr>
        <w:t>باوفا</w:t>
      </w:r>
      <w:r>
        <w:rPr>
          <w:rFonts w:ascii="Arial" w:hAnsi="Arial" w:eastAsia="Arial" w:cs="Arial"/>
        </w:rPr>
        <w:t xml:space="preserve"> </w:t>
      </w:r>
      <w:r>
        <w:rPr>
          <w:rFonts w:ascii="Segoe UI" w:hAnsi="Segoe UI" w:eastAsia="Segoe UI" w:cs="Segoe UI"/>
        </w:rPr>
        <w:t>بن،</w:t>
      </w:r>
      <w:r>
        <w:rPr>
          <w:rFonts w:ascii="Arial" w:hAnsi="Arial" w:eastAsia="Arial" w:cs="Arial"/>
        </w:rPr>
        <w:t xml:space="preserve"> </w:t>
      </w:r>
      <w:r>
        <w:rPr>
          <w:rFonts w:ascii="Segoe UI" w:hAnsi="Segoe UI" w:eastAsia="Segoe UI" w:cs="Segoe UI"/>
        </w:rPr>
        <w:t>لەوانەیە</w:t>
      </w:r>
      <w:r>
        <w:rPr>
          <w:rFonts w:ascii="Arial" w:hAnsi="Arial" w:eastAsia="Arial" w:cs="Arial"/>
        </w:rPr>
        <w:t xml:space="preserve"> </w:t>
      </w:r>
      <w:r>
        <w:rPr>
          <w:rFonts w:ascii="Segoe UI" w:hAnsi="Segoe UI" w:eastAsia="Segoe UI" w:cs="Segoe UI"/>
        </w:rPr>
        <w:t>زۆرجاریش</w:t>
      </w:r>
      <w:r>
        <w:rPr>
          <w:rFonts w:ascii="Arial" w:hAnsi="Arial" w:eastAsia="Arial" w:cs="Arial"/>
        </w:rPr>
        <w:t xml:space="preserve"> </w:t>
      </w:r>
      <w:r>
        <w:rPr>
          <w:rFonts w:ascii="Segoe UI" w:hAnsi="Segoe UI" w:eastAsia="Segoe UI" w:cs="Segoe UI"/>
        </w:rPr>
        <w:t>لەبەر</w:t>
      </w:r>
      <w:r>
        <w:rPr>
          <w:rFonts w:ascii="Arial" w:hAnsi="Arial" w:eastAsia="Arial" w:cs="Arial"/>
        </w:rPr>
        <w:t xml:space="preserve"> </w:t>
      </w:r>
      <w:r>
        <w:rPr>
          <w:rFonts w:ascii="Segoe UI" w:hAnsi="Segoe UI" w:eastAsia="Segoe UI" w:cs="Segoe UI"/>
        </w:rPr>
        <w:t>ئازار</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ئەشکەنجە</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دەستدرێژیی</w:t>
      </w:r>
      <w:r>
        <w:rPr>
          <w:rFonts w:ascii="Arial" w:hAnsi="Arial" w:eastAsia="Arial" w:cs="Arial"/>
        </w:rPr>
        <w:t xml:space="preserve"> </w:t>
      </w:r>
      <w:r>
        <w:rPr>
          <w:rFonts w:ascii="Segoe UI" w:hAnsi="Segoe UI" w:eastAsia="Segoe UI" w:cs="Segoe UI"/>
        </w:rPr>
        <w:t>دوژمنان</w:t>
      </w:r>
      <w:r>
        <w:rPr>
          <w:rFonts w:ascii="Arial" w:hAnsi="Arial" w:eastAsia="Arial" w:cs="Arial"/>
        </w:rPr>
        <w:t xml:space="preserve">. </w:t>
      </w:r>
      <w:r>
        <w:rPr>
          <w:rFonts w:ascii="Segoe UI" w:hAnsi="Segoe UI" w:eastAsia="Segoe UI" w:cs="Segoe UI"/>
        </w:rPr>
        <w:t>بەڵام،</w:t>
      </w:r>
      <w:r>
        <w:rPr>
          <w:rFonts w:ascii="Arial" w:hAnsi="Arial" w:eastAsia="Arial" w:cs="Arial"/>
        </w:rPr>
        <w:t xml:space="preserve"> </w:t>
      </w:r>
      <w:r>
        <w:rPr>
          <w:rFonts w:ascii="Segoe UI" w:hAnsi="Segoe UI" w:eastAsia="Segoe UI" w:cs="Segoe UI"/>
        </w:rPr>
        <w:t>لە</w:t>
      </w:r>
      <w:r>
        <w:rPr>
          <w:rFonts w:ascii="Arial" w:hAnsi="Arial" w:eastAsia="Arial" w:cs="Arial"/>
        </w:rPr>
        <w:t xml:space="preserve"> </w:t>
      </w:r>
      <w:r>
        <w:rPr>
          <w:rFonts w:ascii="Segoe UI" w:hAnsi="Segoe UI" w:eastAsia="Segoe UI" w:cs="Segoe UI"/>
        </w:rPr>
        <w:t>زۆربەی</w:t>
      </w:r>
      <w:r>
        <w:rPr>
          <w:rFonts w:ascii="Arial" w:hAnsi="Arial" w:eastAsia="Arial" w:cs="Arial"/>
        </w:rPr>
        <w:t xml:space="preserve"> </w:t>
      </w:r>
      <w:r>
        <w:rPr>
          <w:rFonts w:ascii="Segoe UI" w:hAnsi="Segoe UI" w:eastAsia="Segoe UI" w:cs="Segoe UI"/>
        </w:rPr>
        <w:t>حاڵەتاندا،</w:t>
      </w:r>
      <w:r>
        <w:rPr>
          <w:rFonts w:ascii="Arial" w:hAnsi="Arial" w:eastAsia="Arial" w:cs="Arial"/>
        </w:rPr>
        <w:t xml:space="preserve"> </w:t>
      </w:r>
      <w:r>
        <w:rPr>
          <w:rFonts w:ascii="Segoe UI" w:hAnsi="Segoe UI" w:eastAsia="Segoe UI" w:cs="Segoe UI"/>
        </w:rPr>
        <w:t>ئەو</w:t>
      </w:r>
      <w:r>
        <w:rPr>
          <w:rFonts w:ascii="Arial" w:hAnsi="Arial" w:eastAsia="Arial" w:cs="Arial"/>
        </w:rPr>
        <w:t xml:space="preserve"> </w:t>
      </w:r>
      <w:r>
        <w:rPr>
          <w:rFonts w:ascii="Segoe UI" w:hAnsi="Segoe UI" w:eastAsia="Segoe UI" w:cs="Segoe UI"/>
        </w:rPr>
        <w:t>خوێنەی</w:t>
      </w:r>
      <w:r>
        <w:rPr>
          <w:rFonts w:ascii="Arial" w:hAnsi="Arial" w:eastAsia="Arial" w:cs="Arial"/>
        </w:rPr>
        <w:t xml:space="preserve"> </w:t>
      </w:r>
      <w:r>
        <w:rPr>
          <w:rFonts w:ascii="Segoe UI" w:hAnsi="Segoe UI" w:eastAsia="Segoe UI" w:cs="Segoe UI"/>
        </w:rPr>
        <w:t>لە</w:t>
      </w:r>
      <w:r>
        <w:rPr>
          <w:rFonts w:ascii="Arial" w:hAnsi="Arial" w:eastAsia="Arial" w:cs="Arial"/>
        </w:rPr>
        <w:t xml:space="preserve"> </w:t>
      </w:r>
      <w:r>
        <w:rPr>
          <w:rFonts w:ascii="Segoe UI" w:hAnsi="Segoe UI" w:eastAsia="Segoe UI" w:cs="Segoe UI"/>
        </w:rPr>
        <w:t>شکاندنی</w:t>
      </w:r>
      <w:r>
        <w:rPr>
          <w:rFonts w:ascii="Arial" w:hAnsi="Arial" w:eastAsia="Arial" w:cs="Arial"/>
        </w:rPr>
        <w:t xml:space="preserve"> </w:t>
      </w:r>
      <w:r>
        <w:rPr>
          <w:rFonts w:ascii="Segoe UI" w:hAnsi="Segoe UI" w:eastAsia="Segoe UI" w:cs="Segoe UI"/>
        </w:rPr>
        <w:t>پەنجەمین</w:t>
      </w:r>
      <w:r>
        <w:rPr>
          <w:rFonts w:ascii="Arial" w:hAnsi="Arial" w:eastAsia="Arial" w:cs="Arial"/>
        </w:rPr>
        <w:t xml:space="preserve"> </w:t>
      </w:r>
      <w:r>
        <w:rPr>
          <w:rFonts w:ascii="Segoe UI" w:hAnsi="Segoe UI" w:eastAsia="Segoe UI" w:cs="Segoe UI"/>
        </w:rPr>
        <w:t>مۆر</w:t>
      </w:r>
      <w:r>
        <w:rPr>
          <w:rFonts w:ascii="Arial" w:hAnsi="Arial" w:eastAsia="Arial" w:cs="Arial"/>
        </w:rPr>
        <w:t xml:space="preserve"> </w:t>
      </w:r>
      <w:r>
        <w:rPr>
          <w:rFonts w:ascii="Segoe UI" w:hAnsi="Segoe UI" w:eastAsia="Segoe UI" w:cs="Segoe UI"/>
        </w:rPr>
        <w:t>لە</w:t>
      </w:r>
      <w:r>
        <w:rPr>
          <w:rFonts w:ascii="Arial" w:hAnsi="Arial" w:eastAsia="Arial" w:cs="Arial"/>
        </w:rPr>
        <w:t xml:space="preserve"> </w:t>
      </w:r>
      <w:r>
        <w:rPr>
          <w:rFonts w:ascii="Segoe UI" w:hAnsi="Segoe UI" w:eastAsia="Segoe UI" w:cs="Segoe UI"/>
        </w:rPr>
        <w:t>ژێر</w:t>
      </w:r>
      <w:r>
        <w:rPr>
          <w:rFonts w:ascii="Arial" w:hAnsi="Arial" w:eastAsia="Arial" w:cs="Arial"/>
        </w:rPr>
        <w:t xml:space="preserve"> </w:t>
      </w:r>
      <w:r>
        <w:rPr>
          <w:rFonts w:ascii="Segoe UI" w:hAnsi="Segoe UI" w:eastAsia="Segoe UI" w:cs="Segoe UI"/>
        </w:rPr>
        <w:t>قوربانگادا</w:t>
      </w:r>
      <w:r>
        <w:rPr>
          <w:rFonts w:ascii="Arial" w:hAnsi="Arial" w:eastAsia="Arial" w:cs="Arial"/>
        </w:rPr>
        <w:t xml:space="preserve"> </w:t>
      </w:r>
      <w:r>
        <w:rPr>
          <w:rFonts w:ascii="Segoe UI" w:hAnsi="Segoe UI" w:eastAsia="Segoe UI" w:cs="Segoe UI"/>
        </w:rPr>
        <w:t>بینیرا،</w:t>
      </w:r>
      <w:r>
        <w:rPr>
          <w:rFonts w:ascii="Arial" w:hAnsi="Arial" w:eastAsia="Arial" w:cs="Arial"/>
        </w:rPr>
        <w:t xml:space="preserve"> </w:t>
      </w:r>
      <w:r>
        <w:rPr>
          <w:rFonts w:ascii="Segoe UI" w:hAnsi="Segoe UI" w:eastAsia="Segoe UI" w:cs="Segoe UI"/>
        </w:rPr>
        <w:t>بە</w:t>
      </w:r>
      <w:r>
        <w:rPr>
          <w:rFonts w:ascii="Arial" w:hAnsi="Arial" w:eastAsia="Arial" w:cs="Arial"/>
        </w:rPr>
        <w:t xml:space="preserve"> </w:t>
      </w:r>
      <w:r>
        <w:rPr>
          <w:rFonts w:ascii="Segoe UI" w:hAnsi="Segoe UI" w:eastAsia="Segoe UI" w:cs="Segoe UI"/>
        </w:rPr>
        <w:t>شێوەیەکی</w:t>
      </w:r>
      <w:r>
        <w:rPr>
          <w:rFonts w:ascii="Arial" w:hAnsi="Arial" w:eastAsia="Arial" w:cs="Arial"/>
        </w:rPr>
        <w:t xml:space="preserve"> </w:t>
      </w:r>
      <w:r>
        <w:rPr>
          <w:rFonts w:ascii="Segoe UI" w:hAnsi="Segoe UI" w:eastAsia="Segoe UI" w:cs="Segoe UI"/>
        </w:rPr>
        <w:t>ئاشکرا</w:t>
      </w:r>
      <w:r>
        <w:rPr>
          <w:rFonts w:ascii="Arial" w:hAnsi="Arial" w:eastAsia="Arial" w:cs="Arial"/>
        </w:rPr>
        <w:t xml:space="preserve"> </w:t>
      </w:r>
      <w:r>
        <w:rPr>
          <w:rFonts w:ascii="Segoe UI" w:hAnsi="Segoe UI" w:eastAsia="Segoe UI" w:cs="Segoe UI"/>
        </w:rPr>
        <w:t>خوێنی</w:t>
      </w:r>
      <w:r>
        <w:rPr>
          <w:rFonts w:ascii="Arial" w:hAnsi="Arial" w:eastAsia="Arial" w:cs="Arial"/>
        </w:rPr>
        <w:t xml:space="preserve"> </w:t>
      </w:r>
      <w:r>
        <w:rPr>
          <w:rFonts w:ascii="Segoe UI" w:hAnsi="Segoe UI" w:eastAsia="Segoe UI" w:cs="Segoe UI"/>
        </w:rPr>
        <w:t>ئەوانەیە</w:t>
      </w:r>
      <w:r>
        <w:rPr>
          <w:rFonts w:ascii="Arial" w:hAnsi="Arial" w:eastAsia="Arial" w:cs="Arial"/>
        </w:rPr>
        <w:t xml:space="preserve"> </w:t>
      </w:r>
      <w:r>
        <w:rPr>
          <w:rFonts w:ascii="Segoe UI" w:hAnsi="Segoe UI" w:eastAsia="Segoe UI" w:cs="Segoe UI"/>
        </w:rPr>
        <w:t>کە</w:t>
      </w:r>
      <w:r>
        <w:rPr>
          <w:rFonts w:ascii="Arial" w:hAnsi="Arial" w:eastAsia="Arial" w:cs="Arial"/>
        </w:rPr>
        <w:t xml:space="preserve"> </w:t>
      </w:r>
      <w:r>
        <w:rPr>
          <w:rFonts w:ascii="Segoe UI" w:hAnsi="Segoe UI" w:eastAsia="Segoe UI" w:cs="Segoe UI"/>
        </w:rPr>
        <w:t>بەهۆی</w:t>
      </w:r>
      <w:r>
        <w:rPr>
          <w:rFonts w:ascii="Arial" w:hAnsi="Arial" w:eastAsia="Arial" w:cs="Arial"/>
        </w:rPr>
        <w:t xml:space="preserve"> </w:t>
      </w:r>
      <w:r>
        <w:rPr>
          <w:rFonts w:ascii="Segoe UI" w:hAnsi="Segoe UI" w:eastAsia="Segoe UI" w:cs="Segoe UI"/>
        </w:rPr>
        <w:t>شایەتی</w:t>
      </w:r>
      <w:r>
        <w:rPr>
          <w:rFonts w:ascii="Arial" w:hAnsi="Arial" w:eastAsia="Arial" w:cs="Arial"/>
        </w:rPr>
        <w:t>‌</w:t>
      </w:r>
      <w:r>
        <w:rPr>
          <w:rFonts w:ascii="Segoe UI" w:hAnsi="Segoe UI" w:eastAsia="Segoe UI" w:cs="Segoe UI"/>
        </w:rPr>
        <w:t>دان</w:t>
      </w:r>
      <w:r>
        <w:rPr>
          <w:rFonts w:ascii="Arial" w:hAnsi="Arial" w:eastAsia="Arial" w:cs="Arial"/>
        </w:rPr>
        <w:t xml:space="preserve"> </w:t>
      </w:r>
      <w:r>
        <w:rPr>
          <w:rFonts w:ascii="Segoe UI" w:hAnsi="Segoe UI" w:eastAsia="Segoe UI" w:cs="Segoe UI"/>
        </w:rPr>
        <w:t>بە</w:t>
      </w:r>
      <w:r>
        <w:rPr>
          <w:rFonts w:ascii="Arial" w:hAnsi="Arial" w:eastAsia="Arial" w:cs="Arial"/>
        </w:rPr>
        <w:t xml:space="preserve"> </w:t>
      </w:r>
      <w:r>
        <w:rPr>
          <w:rFonts w:ascii="Segoe UI" w:hAnsi="Segoe UI" w:eastAsia="Segoe UI" w:cs="Segoe UI"/>
        </w:rPr>
        <w:t>یەهوڤا</w:t>
      </w:r>
      <w:r>
        <w:rPr>
          <w:rFonts w:ascii="Arial" w:hAnsi="Arial" w:eastAsia="Arial" w:cs="Arial"/>
        </w:rPr>
        <w:t xml:space="preserve"> </w:t>
      </w:r>
      <w:r>
        <w:rPr>
          <w:rFonts w:ascii="Segoe UI" w:hAnsi="Segoe UI" w:eastAsia="Segoe UI" w:cs="Segoe UI"/>
        </w:rPr>
        <w:t>شەهید</w:t>
      </w:r>
      <w:r>
        <w:rPr>
          <w:rFonts w:ascii="Arial" w:hAnsi="Arial" w:eastAsia="Arial" w:cs="Arial"/>
        </w:rPr>
        <w:t xml:space="preserve"> </w:t>
      </w:r>
      <w:r>
        <w:rPr>
          <w:rFonts w:ascii="Segoe UI" w:hAnsi="Segoe UI" w:eastAsia="Segoe UI" w:cs="Segoe UI"/>
        </w:rPr>
        <w:t>بوون</w:t>
      </w:r>
      <w:r>
        <w:rPr>
          <w:rFonts w:ascii="Arial" w:hAnsi="Arial" w:eastAsia="Arial" w:cs="Arial"/>
        </w:rPr>
        <w:t xml:space="preserve">. </w:t>
      </w:r>
      <w:r>
        <w:rPr>
          <w:rFonts w:ascii="Segoe UI" w:hAnsi="Segoe UI" w:eastAsia="Segoe UI" w:cs="Segoe UI"/>
        </w:rPr>
        <w:t>ئەمانە</w:t>
      </w:r>
      <w:r>
        <w:rPr>
          <w:rFonts w:ascii="Arial" w:hAnsi="Arial" w:eastAsia="Arial" w:cs="Arial"/>
        </w:rPr>
        <w:t xml:space="preserve"> </w:t>
      </w:r>
      <w:r>
        <w:rPr>
          <w:rFonts w:ascii="Segoe UI" w:hAnsi="Segoe UI" w:eastAsia="Segoe UI" w:cs="Segoe UI"/>
        </w:rPr>
        <w:t>لەلایەن</w:t>
      </w:r>
      <w:r>
        <w:rPr>
          <w:rFonts w:ascii="Arial" w:hAnsi="Arial" w:eastAsia="Arial" w:cs="Arial"/>
        </w:rPr>
        <w:t xml:space="preserve"> </w:t>
      </w:r>
      <w:r>
        <w:rPr>
          <w:rFonts w:ascii="Segoe UI" w:hAnsi="Segoe UI" w:eastAsia="Segoe UI" w:cs="Segoe UI"/>
        </w:rPr>
        <w:t>بەرخەکەوە</w:t>
      </w:r>
      <w:r>
        <w:rPr>
          <w:rFonts w:ascii="Arial" w:hAnsi="Arial" w:eastAsia="Arial" w:cs="Arial"/>
        </w:rPr>
        <w:t xml:space="preserve"> </w:t>
      </w:r>
      <w:r>
        <w:rPr>
          <w:rFonts w:ascii="Segoe UI" w:hAnsi="Segoe UI" w:eastAsia="Segoe UI" w:cs="Segoe UI"/>
        </w:rPr>
        <w:t>بەرگی</w:t>
      </w:r>
      <w:r>
        <w:rPr>
          <w:rFonts w:ascii="Arial" w:hAnsi="Arial" w:eastAsia="Arial" w:cs="Arial"/>
        </w:rPr>
        <w:t xml:space="preserve"> </w:t>
      </w:r>
      <w:r>
        <w:rPr>
          <w:rFonts w:ascii="Segoe UI" w:hAnsi="Segoe UI" w:eastAsia="Segoe UI" w:cs="Segoe UI"/>
        </w:rPr>
        <w:t>سپییان</w:t>
      </w:r>
      <w:r>
        <w:rPr>
          <w:rFonts w:ascii="Arial" w:hAnsi="Arial" w:eastAsia="Arial" w:cs="Arial"/>
        </w:rPr>
        <w:t xml:space="preserve"> </w:t>
      </w:r>
      <w:r>
        <w:rPr>
          <w:rFonts w:ascii="Segoe UI" w:hAnsi="Segoe UI" w:eastAsia="Segoe UI" w:cs="Segoe UI"/>
        </w:rPr>
        <w:t>وەرگرتووە</w:t>
      </w:r>
      <w:r>
        <w:rPr>
          <w:rFonts w:ascii="Arial" w:hAnsi="Arial" w:eastAsia="Arial" w:cs="Arial"/>
        </w:rPr>
        <w:t xml:space="preserve">. </w:t>
      </w:r>
      <w:r>
        <w:rPr>
          <w:rFonts w:ascii="Segoe UI" w:hAnsi="Segoe UI" w:eastAsia="Segoe UI" w:cs="Segoe UI"/>
        </w:rPr>
        <w:t>وەک</w:t>
      </w:r>
      <w:r>
        <w:rPr>
          <w:rFonts w:ascii="Arial" w:hAnsi="Arial" w:eastAsia="Arial" w:cs="Arial"/>
        </w:rPr>
        <w:t xml:space="preserve"> </w:t>
      </w:r>
      <w:r>
        <w:rPr>
          <w:rFonts w:ascii="Segoe UI" w:hAnsi="Segoe UI" w:eastAsia="Segoe UI" w:cs="Segoe UI"/>
        </w:rPr>
        <w:t>ئەوەی</w:t>
      </w:r>
      <w:r>
        <w:rPr>
          <w:rFonts w:ascii="Arial" w:hAnsi="Arial" w:eastAsia="Arial" w:cs="Arial"/>
        </w:rPr>
        <w:t xml:space="preserve"> </w:t>
      </w:r>
      <w:r>
        <w:rPr>
          <w:rFonts w:ascii="Segoe UI" w:hAnsi="Segoe UI" w:eastAsia="Segoe UI" w:cs="Segoe UI"/>
        </w:rPr>
        <w:t>کە</w:t>
      </w:r>
      <w:r>
        <w:rPr>
          <w:rFonts w:ascii="Arial" w:hAnsi="Arial" w:eastAsia="Arial" w:cs="Arial"/>
        </w:rPr>
        <w:t xml:space="preserve"> </w:t>
      </w:r>
      <w:r>
        <w:rPr>
          <w:rFonts w:ascii="Segoe UI" w:hAnsi="Segoe UI" w:eastAsia="Segoe UI" w:cs="Segoe UI"/>
        </w:rPr>
        <w:t>شکاندنی</w:t>
      </w:r>
      <w:r>
        <w:rPr>
          <w:rFonts w:ascii="Arial" w:hAnsi="Arial" w:eastAsia="Arial" w:cs="Arial"/>
        </w:rPr>
        <w:t xml:space="preserve"> </w:t>
      </w:r>
      <w:r>
        <w:rPr>
          <w:rFonts w:ascii="Segoe UI" w:hAnsi="Segoe UI" w:eastAsia="Segoe UI" w:cs="Segoe UI"/>
        </w:rPr>
        <w:t>چوار</w:t>
      </w:r>
      <w:r>
        <w:rPr>
          <w:rFonts w:ascii="Arial" w:hAnsi="Arial" w:eastAsia="Arial" w:cs="Arial"/>
        </w:rPr>
        <w:t xml:space="preserve"> </w:t>
      </w:r>
      <w:r>
        <w:rPr>
          <w:rFonts w:ascii="Segoe UI" w:hAnsi="Segoe UI" w:eastAsia="Segoe UI" w:cs="Segoe UI"/>
        </w:rPr>
        <w:t>مۆری</w:t>
      </w:r>
      <w:r>
        <w:rPr>
          <w:rFonts w:ascii="Arial" w:hAnsi="Arial" w:eastAsia="Arial" w:cs="Arial"/>
        </w:rPr>
        <w:t xml:space="preserve"> </w:t>
      </w:r>
      <w:r>
        <w:rPr>
          <w:rFonts w:ascii="Segoe UI" w:hAnsi="Segoe UI" w:eastAsia="Segoe UI" w:cs="Segoe UI"/>
        </w:rPr>
        <w:t>یەکەم</w:t>
      </w:r>
      <w:r>
        <w:rPr>
          <w:rFonts w:ascii="Arial" w:hAnsi="Arial" w:eastAsia="Arial" w:cs="Arial"/>
        </w:rPr>
        <w:t xml:space="preserve"> </w:t>
      </w:r>
      <w:r>
        <w:rPr>
          <w:rFonts w:ascii="Segoe UI" w:hAnsi="Segoe UI" w:eastAsia="Segoe UI" w:cs="Segoe UI"/>
        </w:rPr>
        <w:t>یارمەتیمان</w:t>
      </w:r>
      <w:r>
        <w:rPr>
          <w:rFonts w:ascii="Arial" w:hAnsi="Arial" w:eastAsia="Arial" w:cs="Arial"/>
        </w:rPr>
        <w:t xml:space="preserve"> </w:t>
      </w:r>
      <w:r>
        <w:rPr>
          <w:rFonts w:ascii="Segoe UI" w:hAnsi="Segoe UI" w:eastAsia="Segoe UI" w:cs="Segoe UI"/>
        </w:rPr>
        <w:t>دەدات</w:t>
      </w:r>
      <w:r>
        <w:rPr>
          <w:rFonts w:ascii="Arial" w:hAnsi="Arial" w:eastAsia="Arial" w:cs="Arial"/>
        </w:rPr>
        <w:t xml:space="preserve"> </w:t>
      </w:r>
      <w:r>
        <w:rPr>
          <w:rFonts w:ascii="Segoe UI" w:hAnsi="Segoe UI" w:eastAsia="Segoe UI" w:cs="Segoe UI"/>
        </w:rPr>
        <w:t>تێبگەین</w:t>
      </w:r>
      <w:r>
        <w:rPr>
          <w:rFonts w:ascii="Arial" w:hAnsi="Arial" w:eastAsia="Arial" w:cs="Arial"/>
        </w:rPr>
        <w:t xml:space="preserve"> </w:t>
      </w:r>
      <w:r>
        <w:rPr>
          <w:rFonts w:ascii="Segoe UI" w:hAnsi="Segoe UI" w:eastAsia="Segoe UI" w:cs="Segoe UI"/>
        </w:rPr>
        <w:t>لە</w:t>
      </w:r>
      <w:r>
        <w:rPr>
          <w:rFonts w:ascii="Arial" w:hAnsi="Arial" w:eastAsia="Arial" w:cs="Arial"/>
        </w:rPr>
        <w:t xml:space="preserve"> </w:t>
      </w:r>
      <w:r>
        <w:rPr>
          <w:rFonts w:ascii="Segoe UI" w:hAnsi="Segoe UI" w:eastAsia="Segoe UI" w:cs="Segoe UI"/>
        </w:rPr>
        <w:t>ماوەی</w:t>
      </w:r>
      <w:r>
        <w:rPr>
          <w:rFonts w:ascii="Arial" w:hAnsi="Arial" w:eastAsia="Arial" w:cs="Arial"/>
        </w:rPr>
        <w:t xml:space="preserve"> </w:t>
      </w:r>
      <w:r>
        <w:rPr>
          <w:rFonts w:ascii="Segoe UI" w:hAnsi="Segoe UI" w:eastAsia="Segoe UI" w:cs="Segoe UI"/>
        </w:rPr>
        <w:t>حوکمڕانی</w:t>
      </w:r>
      <w:r>
        <w:rPr>
          <w:rFonts w:ascii="Arial" w:hAnsi="Arial" w:eastAsia="Arial" w:cs="Arial"/>
        </w:rPr>
        <w:t xml:space="preserve"> </w:t>
      </w:r>
      <w:r>
        <w:rPr>
          <w:rFonts w:ascii="Segoe UI" w:hAnsi="Segoe UI" w:eastAsia="Segoe UI" w:cs="Segoe UI"/>
        </w:rPr>
        <w:t>سوارسواری</w:t>
      </w:r>
      <w:r>
        <w:rPr>
          <w:rFonts w:ascii="Arial" w:hAnsi="Arial" w:eastAsia="Arial" w:cs="Arial"/>
        </w:rPr>
        <w:t xml:space="preserve"> </w:t>
      </w:r>
      <w:r>
        <w:rPr>
          <w:rFonts w:ascii="Segoe UI" w:hAnsi="Segoe UI" w:eastAsia="Segoe UI" w:cs="Segoe UI"/>
        </w:rPr>
        <w:t>مەسیحیدا</w:t>
      </w:r>
      <w:r>
        <w:rPr>
          <w:rFonts w:ascii="Arial" w:hAnsi="Arial" w:eastAsia="Arial" w:cs="Arial"/>
        </w:rPr>
        <w:t xml:space="preserve"> </w:t>
      </w:r>
      <w:r>
        <w:rPr>
          <w:rFonts w:ascii="Segoe UI" w:hAnsi="Segoe UI" w:eastAsia="Segoe UI" w:cs="Segoe UI"/>
        </w:rPr>
        <w:t>چی</w:t>
      </w:r>
      <w:r>
        <w:rPr>
          <w:rFonts w:ascii="Arial" w:hAnsi="Arial" w:eastAsia="Arial" w:cs="Arial"/>
        </w:rPr>
        <w:t xml:space="preserve"> </w:t>
      </w:r>
      <w:r>
        <w:rPr>
          <w:rFonts w:ascii="Segoe UI" w:hAnsi="Segoe UI" w:eastAsia="Segoe UI" w:cs="Segoe UI"/>
        </w:rPr>
        <w:t>ڕوو</w:t>
      </w:r>
      <w:r>
        <w:rPr>
          <w:rFonts w:ascii="Arial" w:hAnsi="Arial" w:eastAsia="Arial" w:cs="Arial"/>
        </w:rPr>
        <w:t xml:space="preserve"> </w:t>
      </w:r>
      <w:r>
        <w:rPr>
          <w:rFonts w:ascii="Segoe UI" w:hAnsi="Segoe UI" w:eastAsia="Segoe UI" w:cs="Segoe UI"/>
        </w:rPr>
        <w:t>دەدات،</w:t>
      </w:r>
      <w:r>
        <w:rPr>
          <w:rFonts w:ascii="Arial" w:hAnsi="Arial" w:eastAsia="Arial" w:cs="Arial"/>
        </w:rPr>
        <w:t xml:space="preserve"> </w:t>
      </w:r>
      <w:r>
        <w:rPr>
          <w:rFonts w:ascii="Segoe UI" w:hAnsi="Segoe UI" w:eastAsia="Segoe UI" w:cs="Segoe UI"/>
        </w:rPr>
        <w:t>شکاندنی</w:t>
      </w:r>
      <w:r>
        <w:rPr>
          <w:rFonts w:ascii="Arial" w:hAnsi="Arial" w:eastAsia="Arial" w:cs="Arial"/>
        </w:rPr>
        <w:t xml:space="preserve"> </w:t>
      </w:r>
      <w:r>
        <w:rPr>
          <w:rFonts w:ascii="Segoe UI" w:hAnsi="Segoe UI" w:eastAsia="Segoe UI" w:cs="Segoe UI"/>
        </w:rPr>
        <w:t>پەنجەمین</w:t>
      </w:r>
      <w:r>
        <w:rPr>
          <w:rFonts w:ascii="Arial" w:hAnsi="Arial" w:eastAsia="Arial" w:cs="Arial"/>
        </w:rPr>
        <w:t xml:space="preserve"> </w:t>
      </w:r>
      <w:r>
        <w:rPr>
          <w:rFonts w:ascii="Segoe UI" w:hAnsi="Segoe UI" w:eastAsia="Segoe UI" w:cs="Segoe UI"/>
        </w:rPr>
        <w:t>مۆریش</w:t>
      </w:r>
      <w:r>
        <w:rPr>
          <w:rFonts w:ascii="Arial" w:hAnsi="Arial" w:eastAsia="Arial" w:cs="Arial"/>
        </w:rPr>
        <w:t xml:space="preserve"> </w:t>
      </w:r>
      <w:r>
        <w:rPr>
          <w:rFonts w:ascii="Segoe UI" w:hAnsi="Segoe UI" w:eastAsia="Segoe UI" w:cs="Segoe UI"/>
        </w:rPr>
        <w:t>بۆمان</w:t>
      </w:r>
      <w:r>
        <w:rPr>
          <w:rFonts w:ascii="Arial" w:hAnsi="Arial" w:eastAsia="Arial" w:cs="Arial"/>
        </w:rPr>
        <w:t xml:space="preserve"> </w:t>
      </w:r>
      <w:r>
        <w:rPr>
          <w:rFonts w:ascii="Segoe UI" w:hAnsi="Segoe UI" w:eastAsia="Segoe UI" w:cs="Segoe UI"/>
        </w:rPr>
        <w:t>ئاشکرا</w:t>
      </w:r>
      <w:r>
        <w:rPr>
          <w:rFonts w:ascii="Arial" w:hAnsi="Arial" w:eastAsia="Arial" w:cs="Arial"/>
        </w:rPr>
        <w:t xml:space="preserve"> </w:t>
      </w:r>
      <w:r>
        <w:rPr>
          <w:rFonts w:ascii="Segoe UI" w:hAnsi="Segoe UI" w:eastAsia="Segoe UI" w:cs="Segoe UI"/>
        </w:rPr>
        <w:t>دەکات</w:t>
      </w:r>
      <w:r>
        <w:rPr>
          <w:rFonts w:ascii="Arial" w:hAnsi="Arial" w:eastAsia="Arial" w:cs="Arial"/>
        </w:rPr>
        <w:t xml:space="preserve"> </w:t>
      </w:r>
      <w:r>
        <w:rPr>
          <w:rFonts w:ascii="Segoe UI" w:hAnsi="Segoe UI" w:eastAsia="Segoe UI" w:cs="Segoe UI"/>
        </w:rPr>
        <w:t>کە</w:t>
      </w:r>
      <w:r>
        <w:rPr>
          <w:rFonts w:ascii="Arial" w:hAnsi="Arial" w:eastAsia="Arial" w:cs="Arial"/>
        </w:rPr>
        <w:t xml:space="preserve"> </w:t>
      </w:r>
      <w:r>
        <w:rPr>
          <w:rFonts w:ascii="Segoe UI" w:hAnsi="Segoe UI" w:eastAsia="Segoe UI" w:cs="Segoe UI"/>
        </w:rPr>
        <w:t>یەهوڤا</w:t>
      </w:r>
      <w:r>
        <w:rPr>
          <w:rFonts w:ascii="Arial" w:hAnsi="Arial" w:eastAsia="Arial" w:cs="Arial"/>
        </w:rPr>
        <w:t xml:space="preserve"> </w:t>
      </w:r>
      <w:r>
        <w:rPr>
          <w:rFonts w:ascii="Segoe UI" w:hAnsi="Segoe UI" w:eastAsia="Segoe UI" w:cs="Segoe UI"/>
        </w:rPr>
        <w:t>لەو</w:t>
      </w:r>
      <w:r>
        <w:rPr>
          <w:rFonts w:ascii="Arial" w:hAnsi="Arial" w:eastAsia="Arial" w:cs="Arial"/>
        </w:rPr>
        <w:t xml:space="preserve"> </w:t>
      </w:r>
      <w:r>
        <w:rPr>
          <w:rFonts w:ascii="Segoe UI" w:hAnsi="Segoe UI" w:eastAsia="Segoe UI" w:cs="Segoe UI"/>
        </w:rPr>
        <w:t>ماوەیەدا</w:t>
      </w:r>
      <w:r>
        <w:rPr>
          <w:rFonts w:ascii="Arial" w:hAnsi="Arial" w:eastAsia="Arial" w:cs="Arial"/>
        </w:rPr>
        <w:t xml:space="preserve"> </w:t>
      </w:r>
      <w:r>
        <w:rPr>
          <w:rFonts w:ascii="Segoe UI" w:hAnsi="Segoe UI" w:eastAsia="Segoe UI" w:cs="Segoe UI"/>
        </w:rPr>
        <w:t>چی</w:t>
      </w:r>
      <w:r>
        <w:rPr>
          <w:rFonts w:ascii="Arial" w:hAnsi="Arial" w:eastAsia="Arial" w:cs="Arial"/>
        </w:rPr>
        <w:t xml:space="preserve"> </w:t>
      </w:r>
      <w:r>
        <w:rPr>
          <w:rFonts w:ascii="Segoe UI" w:hAnsi="Segoe UI" w:eastAsia="Segoe UI" w:cs="Segoe UI"/>
        </w:rPr>
        <w:t>لە</w:t>
      </w:r>
      <w:r>
        <w:rPr>
          <w:rFonts w:ascii="Arial" w:hAnsi="Arial" w:eastAsia="Arial" w:cs="Arial"/>
        </w:rPr>
        <w:t xml:space="preserve"> </w:t>
      </w:r>
      <w:r>
        <w:rPr>
          <w:rFonts w:ascii="Segoe UI" w:hAnsi="Segoe UI" w:eastAsia="Segoe UI" w:cs="Segoe UI"/>
        </w:rPr>
        <w:t>خزمەتکارانی</w:t>
      </w:r>
      <w:r>
        <w:rPr>
          <w:rFonts w:ascii="Arial" w:hAnsi="Arial" w:eastAsia="Arial" w:cs="Arial"/>
        </w:rPr>
        <w:t xml:space="preserve"> </w:t>
      </w:r>
      <w:r>
        <w:rPr>
          <w:rFonts w:ascii="Segoe UI" w:hAnsi="Segoe UI" w:eastAsia="Segoe UI" w:cs="Segoe UI"/>
        </w:rPr>
        <w:t>خۆی</w:t>
      </w:r>
      <w:r>
        <w:rPr>
          <w:rFonts w:ascii="Arial" w:hAnsi="Arial" w:eastAsia="Arial" w:cs="Arial"/>
        </w:rPr>
        <w:t xml:space="preserve"> </w:t>
      </w:r>
      <w:r>
        <w:rPr>
          <w:rFonts w:ascii="Segoe UI" w:hAnsi="Segoe UI" w:eastAsia="Segoe UI" w:cs="Segoe UI"/>
        </w:rPr>
        <w:t>داوا</w:t>
      </w:r>
      <w:r>
        <w:rPr>
          <w:rFonts w:ascii="Arial" w:hAnsi="Arial" w:eastAsia="Arial" w:cs="Arial"/>
        </w:rPr>
        <w:t xml:space="preserve"> </w:t>
      </w:r>
      <w:r>
        <w:rPr>
          <w:rFonts w:ascii="Segoe UI" w:hAnsi="Segoe UI" w:eastAsia="Segoe UI" w:cs="Segoe UI"/>
        </w:rPr>
        <w:t>کردووە</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هەنووکەش</w:t>
      </w:r>
      <w:r>
        <w:rPr>
          <w:rFonts w:ascii="Arial" w:hAnsi="Arial" w:eastAsia="Arial" w:cs="Arial"/>
        </w:rPr>
        <w:t xml:space="preserve"> </w:t>
      </w:r>
      <w:r>
        <w:rPr>
          <w:rFonts w:ascii="Segoe UI" w:hAnsi="Segoe UI" w:eastAsia="Segoe UI" w:cs="Segoe UI"/>
        </w:rPr>
        <w:t>داوا</w:t>
      </w:r>
      <w:r>
        <w:rPr>
          <w:rFonts w:ascii="Arial" w:hAnsi="Arial" w:eastAsia="Arial" w:cs="Arial"/>
        </w:rPr>
        <w:t xml:space="preserve"> </w:t>
      </w:r>
      <w:r>
        <w:rPr>
          <w:rFonts w:ascii="Segoe UI" w:hAnsi="Segoe UI" w:eastAsia="Segoe UI" w:cs="Segoe UI"/>
        </w:rPr>
        <w:t>دەکات</w:t>
      </w:r>
      <w:r>
        <w:rPr>
          <w:rFonts w:ascii="Arial" w:hAnsi="Arial" w:eastAsia="Arial" w:cs="Arial"/>
        </w:rPr>
        <w:t xml:space="preserve">. </w:t>
      </w:r>
      <w:r>
        <w:rPr>
          <w:rFonts w:ascii="Segoe UI" w:hAnsi="Segoe UI" w:eastAsia="Segoe UI" w:cs="Segoe UI"/>
        </w:rPr>
        <w:t>وەک</w:t>
      </w:r>
      <w:r>
        <w:rPr>
          <w:rFonts w:ascii="Arial" w:hAnsi="Arial" w:eastAsia="Arial" w:cs="Arial"/>
        </w:rPr>
        <w:t xml:space="preserve"> </w:t>
      </w:r>
      <w:r>
        <w:rPr>
          <w:rFonts w:ascii="Segoe UI" w:hAnsi="Segoe UI" w:eastAsia="Segoe UI" w:cs="Segoe UI"/>
        </w:rPr>
        <w:t>مەسیح،</w:t>
      </w:r>
      <w:r>
        <w:rPr>
          <w:rFonts w:ascii="Arial" w:hAnsi="Arial" w:eastAsia="Arial" w:cs="Arial"/>
        </w:rPr>
        <w:t xml:space="preserve"> </w:t>
      </w:r>
      <w:r>
        <w:rPr>
          <w:rFonts w:ascii="Segoe UI" w:hAnsi="Segoe UI" w:eastAsia="Segoe UI" w:cs="Segoe UI"/>
        </w:rPr>
        <w:t>خزمەتکارانی</w:t>
      </w:r>
      <w:r>
        <w:rPr>
          <w:rFonts w:ascii="Arial" w:hAnsi="Arial" w:eastAsia="Arial" w:cs="Arial"/>
        </w:rPr>
        <w:t xml:space="preserve"> </w:t>
      </w:r>
      <w:r>
        <w:rPr>
          <w:rFonts w:ascii="Segoe UI" w:hAnsi="Segoe UI" w:eastAsia="Segoe UI" w:cs="Segoe UI"/>
        </w:rPr>
        <w:t>مسح</w:t>
      </w:r>
      <w:r>
        <w:rPr>
          <w:rFonts w:ascii="Arial" w:hAnsi="Arial" w:eastAsia="Arial" w:cs="Arial"/>
        </w:rPr>
        <w:t>‌</w:t>
      </w:r>
      <w:r>
        <w:rPr>
          <w:rFonts w:ascii="Segoe UI" w:hAnsi="Segoe UI" w:eastAsia="Segoe UI" w:cs="Segoe UI"/>
        </w:rPr>
        <w:t>کراوی</w:t>
      </w:r>
      <w:r>
        <w:rPr>
          <w:rFonts w:ascii="Arial" w:hAnsi="Arial" w:eastAsia="Arial" w:cs="Arial"/>
        </w:rPr>
        <w:t xml:space="preserve"> </w:t>
      </w:r>
      <w:r>
        <w:rPr>
          <w:rFonts w:ascii="Segoe UI" w:hAnsi="Segoe UI" w:eastAsia="Segoe UI" w:cs="Segoe UI"/>
        </w:rPr>
        <w:t>یەهوڤا</w:t>
      </w:r>
      <w:r>
        <w:rPr>
          <w:rFonts w:ascii="Arial" w:hAnsi="Arial" w:eastAsia="Arial" w:cs="Arial"/>
        </w:rPr>
        <w:t xml:space="preserve"> </w:t>
      </w:r>
      <w:r>
        <w:rPr>
          <w:rFonts w:ascii="Segoe UI" w:hAnsi="Segoe UI" w:eastAsia="Segoe UI" w:cs="Segoe UI"/>
        </w:rPr>
        <w:t>دەبێت</w:t>
      </w:r>
      <w:r>
        <w:rPr>
          <w:rFonts w:ascii="Arial" w:hAnsi="Arial" w:eastAsia="Arial" w:cs="Arial"/>
        </w:rPr>
        <w:t xml:space="preserve"> </w:t>
      </w:r>
      <w:r>
        <w:rPr>
          <w:rFonts w:ascii="Segoe UI" w:hAnsi="Segoe UI" w:eastAsia="Segoe UI" w:cs="Segoe UI"/>
        </w:rPr>
        <w:t>هەتا</w:t>
      </w:r>
      <w:r>
        <w:rPr>
          <w:rFonts w:ascii="Arial" w:hAnsi="Arial" w:eastAsia="Arial" w:cs="Arial"/>
        </w:rPr>
        <w:t xml:space="preserve"> </w:t>
      </w:r>
      <w:r>
        <w:rPr>
          <w:rFonts w:ascii="Segoe UI" w:hAnsi="Segoe UI" w:eastAsia="Segoe UI" w:cs="Segoe UI"/>
        </w:rPr>
        <w:t>مردن</w:t>
      </w:r>
      <w:r>
        <w:rPr>
          <w:rFonts w:ascii="Arial" w:hAnsi="Arial" w:eastAsia="Arial" w:cs="Arial"/>
        </w:rPr>
        <w:t xml:space="preserve"> </w:t>
      </w:r>
      <w:r>
        <w:rPr>
          <w:rFonts w:ascii="Segoe UI" w:hAnsi="Segoe UI" w:eastAsia="Segoe UI" w:cs="Segoe UI"/>
        </w:rPr>
        <w:t>باوفا</w:t>
      </w:r>
      <w:r>
        <w:rPr>
          <w:rFonts w:ascii="Arial" w:hAnsi="Arial" w:eastAsia="Arial" w:cs="Arial"/>
        </w:rPr>
        <w:t xml:space="preserve"> </w:t>
      </w:r>
      <w:r>
        <w:rPr>
          <w:rFonts w:ascii="Segoe UI" w:hAnsi="Segoe UI" w:eastAsia="Segoe UI" w:cs="Segoe UI"/>
        </w:rPr>
        <w:t>بن</w:t>
      </w:r>
      <w:r>
        <w:rPr>
          <w:rFonts w:ascii="Arial" w:hAnsi="Arial" w:eastAsia="Arial" w:cs="Arial"/>
        </w:rPr>
        <w:t xml:space="preserve">. </w:t>
      </w:r>
      <w:r>
        <w:rPr>
          <w:rFonts w:ascii="Segoe UI" w:hAnsi="Segoe UI" w:eastAsia="Segoe UI" w:cs="Segoe UI"/>
        </w:rPr>
        <w:t>هەموو</w:t>
      </w:r>
      <w:r>
        <w:rPr>
          <w:rFonts w:ascii="Arial" w:hAnsi="Arial" w:eastAsia="Arial" w:cs="Arial"/>
        </w:rPr>
        <w:t xml:space="preserve"> </w:t>
      </w:r>
      <w:r>
        <w:rPr>
          <w:rFonts w:ascii="Segoe UI" w:hAnsi="Segoe UI" w:eastAsia="Segoe UI" w:cs="Segoe UI"/>
        </w:rPr>
        <w:t>خەڵکی</w:t>
      </w:r>
      <w:r>
        <w:rPr>
          <w:rFonts w:ascii="Arial" w:hAnsi="Arial" w:eastAsia="Arial" w:cs="Arial"/>
        </w:rPr>
        <w:t xml:space="preserve"> </w:t>
      </w:r>
      <w:r>
        <w:rPr>
          <w:rFonts w:ascii="Segoe UI" w:hAnsi="Segoe UI" w:eastAsia="Segoe UI" w:cs="Segoe UI"/>
        </w:rPr>
        <w:t>دیکەشی</w:t>
      </w:r>
      <w:r>
        <w:rPr>
          <w:rFonts w:ascii="Arial" w:hAnsi="Arial" w:eastAsia="Arial" w:cs="Arial"/>
        </w:rPr>
        <w:t xml:space="preserve"> </w:t>
      </w:r>
      <w:r>
        <w:rPr>
          <w:rFonts w:ascii="Segoe UI" w:hAnsi="Segoe UI" w:eastAsia="Segoe UI" w:cs="Segoe UI"/>
        </w:rPr>
        <w:t>خودا</w:t>
      </w:r>
      <w:r>
        <w:rPr>
          <w:rFonts w:ascii="Arial" w:hAnsi="Arial" w:eastAsia="Arial" w:cs="Arial"/>
        </w:rPr>
        <w:t>—«</w:t>
      </w:r>
      <w:r>
        <w:rPr>
          <w:rFonts w:ascii="Segoe UI" w:hAnsi="Segoe UI" w:eastAsia="Segoe UI" w:cs="Segoe UI"/>
        </w:rPr>
        <w:t>مەر</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ژن</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منداڵ</w:t>
      </w:r>
      <w:r>
        <w:rPr>
          <w:rFonts w:ascii="Arial" w:hAnsi="Arial" w:eastAsia="Arial" w:cs="Arial"/>
        </w:rPr>
        <w:t>»</w:t>
      </w:r>
      <w:r>
        <w:rPr>
          <w:rFonts w:ascii="Segoe UI" w:hAnsi="Segoe UI" w:eastAsia="Segoe UI" w:cs="Segoe UI"/>
        </w:rPr>
        <w:t>ی</w:t>
      </w:r>
      <w:r>
        <w:rPr>
          <w:rFonts w:ascii="Arial" w:hAnsi="Arial" w:eastAsia="Arial" w:cs="Arial"/>
        </w:rPr>
        <w:t xml:space="preserve"> </w:t>
      </w:r>
      <w:r>
        <w:rPr>
          <w:rFonts w:ascii="Segoe UI" w:hAnsi="Segoe UI" w:eastAsia="Segoe UI" w:cs="Segoe UI"/>
        </w:rPr>
        <w:t>جەماوەری</w:t>
      </w:r>
      <w:r>
        <w:rPr>
          <w:rFonts w:ascii="Arial" w:hAnsi="Arial" w:eastAsia="Arial" w:cs="Arial"/>
        </w:rPr>
        <w:t xml:space="preserve"> </w:t>
      </w:r>
      <w:r>
        <w:rPr>
          <w:rFonts w:ascii="Segoe UI" w:hAnsi="Segoe UI" w:eastAsia="Segoe UI" w:cs="Segoe UI"/>
        </w:rPr>
        <w:t>زۆر</w:t>
      </w:r>
      <w:r>
        <w:rPr>
          <w:rFonts w:ascii="Arial" w:hAnsi="Arial" w:eastAsia="Arial" w:cs="Arial"/>
        </w:rPr>
        <w:t>—</w:t>
      </w:r>
      <w:r>
        <w:rPr>
          <w:rFonts w:ascii="Segoe UI" w:hAnsi="Segoe UI" w:eastAsia="Segoe UI" w:cs="Segoe UI"/>
        </w:rPr>
        <w:t>هەروەها</w:t>
      </w:r>
      <w:r>
        <w:rPr>
          <w:rFonts w:ascii="Arial" w:hAnsi="Arial" w:eastAsia="Arial" w:cs="Arial"/>
        </w:rPr>
        <w:t xml:space="preserve"> </w:t>
      </w:r>
      <w:r>
        <w:rPr>
          <w:rFonts w:ascii="Segoe UI" w:hAnsi="Segoe UI" w:eastAsia="Segoe UI" w:cs="Segoe UI"/>
        </w:rPr>
        <w:t>دەبێت</w:t>
      </w:r>
      <w:r>
        <w:rPr>
          <w:rFonts w:ascii="Arial" w:hAnsi="Arial" w:eastAsia="Arial" w:cs="Arial"/>
        </w:rPr>
        <w:t xml:space="preserve"> </w:t>
      </w:r>
      <w:r>
        <w:rPr>
          <w:rFonts w:ascii="Segoe UI" w:hAnsi="Segoe UI" w:eastAsia="Segoe UI" w:cs="Segoe UI"/>
        </w:rPr>
        <w:t>هەتا</w:t>
      </w:r>
      <w:r>
        <w:rPr>
          <w:rFonts w:ascii="Arial" w:hAnsi="Arial" w:eastAsia="Arial" w:cs="Arial"/>
        </w:rPr>
        <w:t xml:space="preserve"> </w:t>
      </w:r>
      <w:r>
        <w:rPr>
          <w:rFonts w:ascii="Segoe UI" w:hAnsi="Segoe UI" w:eastAsia="Segoe UI" w:cs="Segoe UI"/>
        </w:rPr>
        <w:t>کۆتایی</w:t>
      </w:r>
      <w:r>
        <w:rPr>
          <w:rFonts w:ascii="Arial" w:hAnsi="Arial" w:eastAsia="Arial" w:cs="Arial"/>
        </w:rPr>
        <w:t xml:space="preserve"> </w:t>
      </w:r>
      <w:r>
        <w:rPr>
          <w:rFonts w:ascii="Segoe UI" w:hAnsi="Segoe UI" w:eastAsia="Segoe UI" w:cs="Segoe UI"/>
        </w:rPr>
        <w:t>چاوەڕێ</w:t>
      </w:r>
      <w:r>
        <w:rPr>
          <w:rFonts w:ascii="Arial" w:hAnsi="Arial" w:eastAsia="Arial" w:cs="Arial"/>
        </w:rPr>
        <w:t xml:space="preserve"> </w:t>
      </w:r>
      <w:r>
        <w:rPr>
          <w:rFonts w:ascii="Segoe UI" w:hAnsi="Segoe UI" w:eastAsia="Segoe UI" w:cs="Segoe UI"/>
        </w:rPr>
        <w:t>بکەن،</w:t>
      </w:r>
      <w:r>
        <w:rPr>
          <w:rFonts w:ascii="Arial" w:hAnsi="Arial" w:eastAsia="Arial" w:cs="Arial"/>
        </w:rPr>
        <w:t xml:space="preserve"> </w:t>
      </w:r>
      <w:r>
        <w:rPr>
          <w:rFonts w:ascii="Segoe UI" w:hAnsi="Segoe UI" w:eastAsia="Segoe UI" w:cs="Segoe UI"/>
        </w:rPr>
        <w:t>ئەگەرچی</w:t>
      </w:r>
      <w:r>
        <w:rPr>
          <w:rFonts w:ascii="Arial" w:hAnsi="Arial" w:eastAsia="Arial" w:cs="Arial"/>
        </w:rPr>
        <w:t xml:space="preserve"> </w:t>
      </w:r>
      <w:r>
        <w:rPr>
          <w:rFonts w:ascii="Segoe UI" w:hAnsi="Segoe UI" w:eastAsia="Segoe UI" w:cs="Segoe UI"/>
        </w:rPr>
        <w:t>نەخۆیەکی</w:t>
      </w:r>
      <w:r>
        <w:rPr>
          <w:rFonts w:ascii="Arial" w:hAnsi="Arial" w:eastAsia="Arial" w:cs="Arial"/>
        </w:rPr>
        <w:t xml:space="preserve"> </w:t>
      </w:r>
      <w:r>
        <w:rPr>
          <w:rFonts w:ascii="Segoe UI" w:hAnsi="Segoe UI" w:eastAsia="Segoe UI" w:cs="Segoe UI"/>
        </w:rPr>
        <w:t>بەهێز</w:t>
      </w:r>
      <w:r>
        <w:rPr>
          <w:rFonts w:ascii="Arial" w:hAnsi="Arial" w:eastAsia="Arial" w:cs="Arial"/>
        </w:rPr>
        <w:t xml:space="preserve"> </w:t>
      </w:r>
      <w:r>
        <w:rPr>
          <w:rFonts w:ascii="Segoe UI" w:hAnsi="Segoe UI" w:eastAsia="Segoe UI" w:cs="Segoe UI"/>
        </w:rPr>
        <w:t>یان</w:t>
      </w:r>
      <w:r>
        <w:rPr>
          <w:rFonts w:ascii="Arial" w:hAnsi="Arial" w:eastAsia="Arial" w:cs="Arial"/>
        </w:rPr>
        <w:t xml:space="preserve"> </w:t>
      </w:r>
      <w:r>
        <w:rPr>
          <w:rFonts w:ascii="Segoe UI" w:hAnsi="Segoe UI" w:eastAsia="Segoe UI" w:cs="Segoe UI"/>
        </w:rPr>
        <w:t>توندوتیژیی</w:t>
      </w:r>
      <w:r>
        <w:rPr>
          <w:rFonts w:ascii="Arial" w:hAnsi="Arial" w:eastAsia="Arial" w:cs="Arial"/>
        </w:rPr>
        <w:t xml:space="preserve"> </w:t>
      </w:r>
      <w:r>
        <w:rPr>
          <w:rFonts w:ascii="Segoe UI" w:hAnsi="Segoe UI" w:eastAsia="Segoe UI" w:cs="Segoe UI"/>
        </w:rPr>
        <w:t>بە</w:t>
      </w:r>
      <w:r>
        <w:rPr>
          <w:rFonts w:ascii="Arial" w:hAnsi="Arial" w:eastAsia="Arial" w:cs="Arial"/>
        </w:rPr>
        <w:t xml:space="preserve"> </w:t>
      </w:r>
      <w:r>
        <w:rPr>
          <w:rFonts w:ascii="Segoe UI" w:hAnsi="Segoe UI" w:eastAsia="Segoe UI" w:cs="Segoe UI"/>
        </w:rPr>
        <w:t>پاشمەرگیشیان</w:t>
      </w:r>
      <w:r>
        <w:rPr>
          <w:rFonts w:ascii="Arial" w:hAnsi="Arial" w:eastAsia="Arial" w:cs="Arial"/>
        </w:rPr>
        <w:t xml:space="preserve"> </w:t>
      </w:r>
      <w:r>
        <w:rPr>
          <w:rFonts w:ascii="Segoe UI" w:hAnsi="Segoe UI" w:eastAsia="Segoe UI" w:cs="Segoe UI"/>
        </w:rPr>
        <w:t>تاقی</w:t>
      </w:r>
      <w:r>
        <w:rPr>
          <w:rFonts w:ascii="Arial" w:hAnsi="Arial" w:eastAsia="Arial" w:cs="Arial"/>
        </w:rPr>
        <w:t xml:space="preserve"> </w:t>
      </w:r>
      <w:r>
        <w:rPr>
          <w:rFonts w:ascii="Segoe UI" w:hAnsi="Segoe UI" w:eastAsia="Segoe UI" w:cs="Segoe UI"/>
        </w:rPr>
        <w:t>بکات</w:t>
      </w:r>
      <w:r>
        <w:rPr>
          <w:rFonts w:ascii="Arial" w:hAnsi="Arial" w:eastAsia="Arial" w:cs="Arial"/>
        </w:rPr>
        <w:t>. (</w:t>
      </w:r>
      <w:r>
        <w:rPr>
          <w:rFonts w:ascii="Segoe UI" w:hAnsi="Segoe UI" w:eastAsia="Segoe UI" w:cs="Segoe UI"/>
        </w:rPr>
        <w:t>ئاشکراکردن</w:t>
      </w:r>
      <w:r>
        <w:rPr>
          <w:rFonts w:ascii="Arial" w:hAnsi="Arial" w:eastAsia="Arial" w:cs="Arial"/>
        </w:rPr>
        <w:t xml:space="preserve"> </w:t>
      </w:r>
      <w:r>
        <w:rPr>
          <w:rFonts w:ascii="Segoe UI" w:hAnsi="Segoe UI" w:eastAsia="Segoe UI" w:cs="Segoe UI"/>
        </w:rPr>
        <w:t>٧</w:t>
      </w:r>
      <w:r>
        <w:rPr>
          <w:rFonts w:ascii="Arial" w:hAnsi="Arial" w:eastAsia="Arial" w:cs="Arial"/>
        </w:rPr>
        <w:t>:</w:t>
      </w:r>
      <w:r>
        <w:rPr>
          <w:rFonts w:ascii="Segoe UI" w:hAnsi="Segoe UI" w:eastAsia="Segoe UI" w:cs="Segoe UI"/>
        </w:rPr>
        <w:t>٩،</w:t>
      </w:r>
      <w:r>
        <w:rPr>
          <w:rFonts w:ascii="Arial" w:hAnsi="Arial" w:eastAsia="Arial" w:cs="Arial"/>
        </w:rPr>
        <w:t xml:space="preserve"> </w:t>
      </w:r>
      <w:r>
        <w:rPr>
          <w:rFonts w:ascii="Segoe UI" w:hAnsi="Segoe UI" w:eastAsia="Segoe UI" w:cs="Segoe UI"/>
        </w:rPr>
        <w:t>١٤؛</w:t>
      </w:r>
      <w:r>
        <w:rPr>
          <w:rFonts w:ascii="Arial" w:hAnsi="Arial" w:eastAsia="Arial" w:cs="Arial"/>
        </w:rPr>
        <w:t xml:space="preserve"> </w:t>
      </w:r>
      <w:r>
        <w:rPr>
          <w:rFonts w:ascii="Segoe UI" w:hAnsi="Segoe UI" w:eastAsia="Segoe UI" w:cs="Segoe UI"/>
        </w:rPr>
        <w:t>مەتا</w:t>
      </w:r>
      <w:r>
        <w:rPr>
          <w:rFonts w:ascii="Arial" w:hAnsi="Arial" w:eastAsia="Arial" w:cs="Arial"/>
        </w:rPr>
        <w:t xml:space="preserve"> </w:t>
      </w:r>
      <w:r>
        <w:rPr>
          <w:rFonts w:ascii="Segoe UI" w:hAnsi="Segoe UI" w:eastAsia="Segoe UI" w:cs="Segoe UI"/>
        </w:rPr>
        <w:t>٢٤</w:t>
      </w:r>
      <w:r>
        <w:rPr>
          <w:rFonts w:ascii="Arial" w:hAnsi="Arial" w:eastAsia="Arial" w:cs="Arial"/>
        </w:rPr>
        <w:t>:</w:t>
      </w:r>
      <w:r>
        <w:rPr>
          <w:rFonts w:ascii="Segoe UI" w:hAnsi="Segoe UI" w:eastAsia="Segoe UI" w:cs="Segoe UI"/>
        </w:rPr>
        <w:t>١٣</w:t>
      </w:r>
      <w:r>
        <w:rPr>
          <w:rFonts w:ascii="Arial" w:hAnsi="Arial" w:eastAsia="Arial" w:cs="Arial"/>
        </w:rPr>
        <w:t xml:space="preserve">) </w:t>
      </w:r>
      <w:r>
        <w:rPr>
          <w:rFonts w:ascii="Segoe UI" w:hAnsi="Segoe UI" w:eastAsia="Segoe UI" w:cs="Segoe UI"/>
        </w:rPr>
        <w:t>لە</w:t>
      </w:r>
      <w:r>
        <w:rPr>
          <w:rFonts w:ascii="Arial" w:hAnsi="Arial" w:eastAsia="Arial" w:cs="Arial"/>
        </w:rPr>
        <w:t xml:space="preserve"> </w:t>
      </w:r>
      <w:r>
        <w:rPr>
          <w:rFonts w:ascii="Segoe UI" w:hAnsi="Segoe UI" w:eastAsia="Segoe UI" w:cs="Segoe UI"/>
        </w:rPr>
        <w:t>ژێر</w:t>
      </w:r>
      <w:r>
        <w:rPr>
          <w:rFonts w:ascii="Arial" w:hAnsi="Arial" w:eastAsia="Arial" w:cs="Arial"/>
        </w:rPr>
        <w:t xml:space="preserve"> </w:t>
      </w:r>
      <w:r>
        <w:rPr>
          <w:rFonts w:ascii="Segoe UI" w:hAnsi="Segoe UI" w:eastAsia="Segoe UI" w:cs="Segoe UI"/>
        </w:rPr>
        <w:t>شکاندنی</w:t>
      </w:r>
      <w:r>
        <w:rPr>
          <w:rFonts w:ascii="Arial" w:hAnsi="Arial" w:eastAsia="Arial" w:cs="Arial"/>
        </w:rPr>
        <w:t xml:space="preserve"> </w:t>
      </w:r>
      <w:r>
        <w:rPr>
          <w:rFonts w:ascii="Segoe UI" w:hAnsi="Segoe UI" w:eastAsia="Segoe UI" w:cs="Segoe UI"/>
        </w:rPr>
        <w:t>پەنجەمین</w:t>
      </w:r>
      <w:r>
        <w:rPr>
          <w:rFonts w:ascii="Arial" w:hAnsi="Arial" w:eastAsia="Arial" w:cs="Arial"/>
        </w:rPr>
        <w:t xml:space="preserve"> </w:t>
      </w:r>
      <w:r>
        <w:rPr>
          <w:rFonts w:ascii="Segoe UI" w:hAnsi="Segoe UI" w:eastAsia="Segoe UI" w:cs="Segoe UI"/>
        </w:rPr>
        <w:t>مۆردا،</w:t>
      </w:r>
      <w:r>
        <w:rPr>
          <w:rFonts w:ascii="Arial" w:hAnsi="Arial" w:eastAsia="Arial" w:cs="Arial"/>
        </w:rPr>
        <w:t xml:space="preserve"> </w:t>
      </w:r>
      <w:r>
        <w:rPr>
          <w:rFonts w:ascii="Segoe UI" w:hAnsi="Segoe UI" w:eastAsia="Segoe UI" w:cs="Segoe UI"/>
        </w:rPr>
        <w:t>بەرپرسایەتیی</w:t>
      </w:r>
      <w:r>
        <w:rPr>
          <w:rFonts w:ascii="Arial" w:hAnsi="Arial" w:eastAsia="Arial" w:cs="Arial"/>
        </w:rPr>
        <w:t xml:space="preserve"> </w:t>
      </w:r>
      <w:r>
        <w:rPr>
          <w:rFonts w:ascii="Segoe UI" w:hAnsi="Segoe UI" w:eastAsia="Segoe UI" w:cs="Segoe UI"/>
        </w:rPr>
        <w:t>خزمەتکارانی</w:t>
      </w:r>
      <w:r>
        <w:rPr>
          <w:rFonts w:ascii="Arial" w:hAnsi="Arial" w:eastAsia="Arial" w:cs="Arial"/>
        </w:rPr>
        <w:t xml:space="preserve"> </w:t>
      </w:r>
      <w:r>
        <w:rPr>
          <w:rFonts w:ascii="Segoe UI" w:hAnsi="Segoe UI" w:eastAsia="Segoe UI" w:cs="Segoe UI"/>
        </w:rPr>
        <w:t>خودا</w:t>
      </w:r>
      <w:r>
        <w:rPr>
          <w:rFonts w:ascii="Arial" w:hAnsi="Arial" w:eastAsia="Arial" w:cs="Arial"/>
        </w:rPr>
        <w:t xml:space="preserve"> </w:t>
      </w:r>
      <w:r>
        <w:rPr>
          <w:rFonts w:ascii="Segoe UI" w:hAnsi="Segoe UI" w:eastAsia="Segoe UI" w:cs="Segoe UI"/>
        </w:rPr>
        <w:t>بە</w:t>
      </w:r>
      <w:r>
        <w:rPr>
          <w:rFonts w:ascii="Arial" w:hAnsi="Arial" w:eastAsia="Arial" w:cs="Arial"/>
        </w:rPr>
        <w:t xml:space="preserve"> </w:t>
      </w:r>
      <w:r>
        <w:rPr>
          <w:rFonts w:ascii="Segoe UI" w:hAnsi="Segoe UI" w:eastAsia="Segoe UI" w:cs="Segoe UI"/>
        </w:rPr>
        <w:t>ڕوونی</w:t>
      </w:r>
      <w:r>
        <w:rPr>
          <w:rFonts w:ascii="Arial" w:hAnsi="Arial" w:eastAsia="Arial" w:cs="Arial"/>
        </w:rPr>
        <w:t xml:space="preserve"> </w:t>
      </w:r>
      <w:r>
        <w:rPr>
          <w:rFonts w:ascii="Segoe UI" w:hAnsi="Segoe UI" w:eastAsia="Segoe UI" w:cs="Segoe UI"/>
        </w:rPr>
        <w:t>پێشبینی</w:t>
      </w:r>
      <w:r>
        <w:rPr>
          <w:rFonts w:ascii="Arial" w:hAnsi="Arial" w:eastAsia="Arial" w:cs="Arial"/>
        </w:rPr>
        <w:t xml:space="preserve"> </w:t>
      </w:r>
      <w:r>
        <w:rPr>
          <w:rFonts w:ascii="Segoe UI" w:hAnsi="Segoe UI" w:eastAsia="Segoe UI" w:cs="Segoe UI"/>
        </w:rPr>
        <w:t>کراوە</w:t>
      </w:r>
      <w:r>
        <w:rPr>
          <w:rFonts w:ascii="Arial" w:hAnsi="Arial" w:eastAsia="Arial" w:cs="Arial"/>
        </w:rPr>
        <w:t xml:space="preserve">: </w:t>
      </w:r>
      <w:r>
        <w:rPr>
          <w:rFonts w:ascii="Segoe UI" w:hAnsi="Segoe UI" w:eastAsia="Segoe UI" w:cs="Segoe UI"/>
        </w:rPr>
        <w:t>هەتا</w:t>
      </w:r>
      <w:r>
        <w:rPr>
          <w:rFonts w:ascii="Arial" w:hAnsi="Arial" w:eastAsia="Arial" w:cs="Arial"/>
        </w:rPr>
        <w:t xml:space="preserve"> </w:t>
      </w:r>
      <w:r>
        <w:rPr>
          <w:rFonts w:ascii="Segoe UI" w:hAnsi="Segoe UI" w:eastAsia="Segoe UI" w:cs="Segoe UI"/>
        </w:rPr>
        <w:t>ئەوەی</w:t>
      </w:r>
      <w:r>
        <w:rPr>
          <w:rFonts w:ascii="Arial" w:hAnsi="Arial" w:eastAsia="Arial" w:cs="Arial"/>
        </w:rPr>
        <w:t xml:space="preserve"> </w:t>
      </w:r>
      <w:r>
        <w:rPr>
          <w:rFonts w:ascii="Segoe UI" w:hAnsi="Segoe UI" w:eastAsia="Segoe UI" w:cs="Segoe UI"/>
        </w:rPr>
        <w:t>ژیانەکانیان</w:t>
      </w:r>
      <w:r>
        <w:rPr>
          <w:rFonts w:ascii="Arial" w:hAnsi="Arial" w:eastAsia="Arial" w:cs="Arial"/>
        </w:rPr>
        <w:t xml:space="preserve"> </w:t>
      </w:r>
      <w:r>
        <w:rPr>
          <w:rFonts w:ascii="Segoe UI" w:hAnsi="Segoe UI" w:eastAsia="Segoe UI" w:cs="Segoe UI"/>
        </w:rPr>
        <w:t>تەواو</w:t>
      </w:r>
      <w:r>
        <w:rPr>
          <w:rFonts w:ascii="Arial" w:hAnsi="Arial" w:eastAsia="Arial" w:cs="Arial"/>
        </w:rPr>
        <w:t xml:space="preserve"> </w:t>
      </w:r>
      <w:r>
        <w:rPr>
          <w:rFonts w:ascii="Segoe UI" w:hAnsi="Segoe UI" w:eastAsia="Segoe UI" w:cs="Segoe UI"/>
        </w:rPr>
        <w:t>بکەن،</w:t>
      </w:r>
      <w:r>
        <w:rPr>
          <w:rFonts w:ascii="Arial" w:hAnsi="Arial" w:eastAsia="Arial" w:cs="Arial"/>
        </w:rPr>
        <w:t xml:space="preserve"> </w:t>
      </w:r>
      <w:r>
        <w:rPr>
          <w:rFonts w:ascii="Segoe UI" w:hAnsi="Segoe UI" w:eastAsia="Segoe UI" w:cs="Segoe UI"/>
        </w:rPr>
        <w:t>یانەی</w:t>
      </w:r>
      <w:r>
        <w:rPr>
          <w:rFonts w:ascii="Arial" w:hAnsi="Arial" w:eastAsia="Arial" w:cs="Arial"/>
        </w:rPr>
        <w:t xml:space="preserve"> </w:t>
      </w:r>
      <w:r>
        <w:rPr>
          <w:rFonts w:ascii="Segoe UI" w:hAnsi="Segoe UI" w:eastAsia="Segoe UI" w:cs="Segoe UI"/>
        </w:rPr>
        <w:t>هەتا</w:t>
      </w:r>
      <w:r>
        <w:rPr>
          <w:rFonts w:ascii="Arial" w:hAnsi="Arial" w:eastAsia="Arial" w:cs="Arial"/>
        </w:rPr>
        <w:t xml:space="preserve"> </w:t>
      </w:r>
      <w:r>
        <w:rPr>
          <w:rFonts w:ascii="Segoe UI" w:hAnsi="Segoe UI" w:eastAsia="Segoe UI" w:cs="Segoe UI"/>
        </w:rPr>
        <w:t>ئەو</w:t>
      </w:r>
      <w:r>
        <w:rPr>
          <w:rFonts w:ascii="Arial" w:hAnsi="Arial" w:eastAsia="Arial" w:cs="Arial"/>
        </w:rPr>
        <w:t xml:space="preserve"> </w:t>
      </w:r>
      <w:r>
        <w:rPr>
          <w:rFonts w:ascii="Segoe UI" w:hAnsi="Segoe UI" w:eastAsia="Segoe UI" w:cs="Segoe UI"/>
        </w:rPr>
        <w:t>کاتەی</w:t>
      </w:r>
      <w:r>
        <w:rPr>
          <w:rFonts w:ascii="Arial" w:hAnsi="Arial" w:eastAsia="Arial" w:cs="Arial"/>
        </w:rPr>
        <w:t xml:space="preserve"> </w:t>
      </w:r>
      <w:r>
        <w:rPr>
          <w:rFonts w:ascii="Segoe UI" w:hAnsi="Segoe UI" w:eastAsia="Segoe UI" w:cs="Segoe UI"/>
        </w:rPr>
        <w:t>کە</w:t>
      </w:r>
      <w:r>
        <w:rPr>
          <w:rFonts w:ascii="Arial" w:hAnsi="Arial" w:eastAsia="Arial" w:cs="Arial"/>
        </w:rPr>
        <w:t xml:space="preserve"> </w:t>
      </w:r>
      <w:r>
        <w:rPr>
          <w:rFonts w:ascii="Segoe UI" w:hAnsi="Segoe UI" w:eastAsia="Segoe UI" w:cs="Segoe UI"/>
        </w:rPr>
        <w:t>یەهوڤا</w:t>
      </w:r>
      <w:r>
        <w:rPr>
          <w:rFonts w:ascii="Arial" w:hAnsi="Arial" w:eastAsia="Arial" w:cs="Arial"/>
        </w:rPr>
        <w:t xml:space="preserve"> </w:t>
      </w:r>
      <w:r>
        <w:rPr>
          <w:rFonts w:ascii="Segoe UI" w:hAnsi="Segoe UI" w:eastAsia="Segoe UI" w:cs="Segoe UI"/>
        </w:rPr>
        <w:t>بزانێت</w:t>
      </w:r>
      <w:r>
        <w:rPr>
          <w:rFonts w:ascii="Arial" w:hAnsi="Arial" w:eastAsia="Arial" w:cs="Arial"/>
        </w:rPr>
        <w:t xml:space="preserve"> </w:t>
      </w:r>
      <w:r>
        <w:rPr>
          <w:rFonts w:ascii="Segoe UI" w:hAnsi="Segoe UI" w:eastAsia="Segoe UI" w:cs="Segoe UI"/>
        </w:rPr>
        <w:t>تێکڕای</w:t>
      </w:r>
      <w:r>
        <w:rPr>
          <w:rFonts w:ascii="Arial" w:hAnsi="Arial" w:eastAsia="Arial" w:cs="Arial"/>
        </w:rPr>
        <w:t xml:space="preserve"> </w:t>
      </w:r>
      <w:r>
        <w:rPr>
          <w:rFonts w:ascii="Segoe UI" w:hAnsi="Segoe UI" w:eastAsia="Segoe UI" w:cs="Segoe UI"/>
        </w:rPr>
        <w:t>ژمارەی</w:t>
      </w:r>
      <w:r>
        <w:rPr>
          <w:rFonts w:ascii="Arial" w:hAnsi="Arial" w:eastAsia="Arial" w:cs="Arial"/>
        </w:rPr>
        <w:t xml:space="preserve"> </w:t>
      </w:r>
      <w:r>
        <w:rPr>
          <w:rFonts w:ascii="Segoe UI" w:hAnsi="Segoe UI" w:eastAsia="Segoe UI" w:cs="Segoe UI"/>
        </w:rPr>
        <w:t>باوفایان</w:t>
      </w:r>
      <w:r>
        <w:rPr>
          <w:rFonts w:ascii="Arial" w:hAnsi="Arial" w:eastAsia="Arial" w:cs="Arial"/>
        </w:rPr>
        <w:t xml:space="preserve"> </w:t>
      </w:r>
      <w:r>
        <w:rPr>
          <w:rFonts w:ascii="Segoe UI" w:hAnsi="Segoe UI" w:eastAsia="Segoe UI" w:cs="Segoe UI"/>
        </w:rPr>
        <w:t>پڕکراوەتەوە،</w:t>
      </w:r>
      <w:r>
        <w:rPr>
          <w:rFonts w:ascii="Arial" w:hAnsi="Arial" w:eastAsia="Arial" w:cs="Arial"/>
        </w:rPr>
        <w:t xml:space="preserve"> </w:t>
      </w:r>
      <w:r>
        <w:rPr>
          <w:rFonts w:ascii="Segoe UI" w:hAnsi="Segoe UI" w:eastAsia="Segoe UI" w:cs="Segoe UI"/>
        </w:rPr>
        <w:t>دەبێت</w:t>
      </w:r>
      <w:r>
        <w:rPr>
          <w:rFonts w:ascii="Arial" w:hAnsi="Arial" w:eastAsia="Arial" w:cs="Arial"/>
        </w:rPr>
        <w:t xml:space="preserve"> </w:t>
      </w:r>
      <w:r>
        <w:rPr>
          <w:rFonts w:ascii="Segoe UI" w:hAnsi="Segoe UI" w:eastAsia="Segoe UI" w:cs="Segoe UI"/>
        </w:rPr>
        <w:t>باوفا</w:t>
      </w:r>
      <w:r>
        <w:rPr>
          <w:rFonts w:ascii="Arial" w:hAnsi="Arial" w:eastAsia="Arial" w:cs="Arial"/>
        </w:rPr>
        <w:t xml:space="preserve"> </w:t>
      </w:r>
      <w:r>
        <w:rPr>
          <w:rFonts w:ascii="Segoe UI" w:hAnsi="Segoe UI" w:eastAsia="Segoe UI" w:cs="Segoe UI"/>
        </w:rPr>
        <w:t>بن</w:t>
      </w:r>
      <w:r>
        <w:rPr>
          <w:rFonts w:ascii="Arial" w:hAnsi="Arial" w:eastAsia="Arial" w:cs="Arial"/>
        </w:rPr>
        <w:t>. (</w:t>
      </w:r>
      <w:r>
        <w:rPr>
          <w:rFonts w:ascii="Segoe UI" w:hAnsi="Segoe UI" w:eastAsia="Segoe UI" w:cs="Segoe UI"/>
        </w:rPr>
        <w:t>١</w:t>
      </w:r>
      <w:r>
        <w:rPr>
          <w:rFonts w:ascii="Arial" w:hAnsi="Arial" w:eastAsia="Arial" w:cs="Arial"/>
        </w:rPr>
        <w:t xml:space="preserve"> </w:t>
      </w:r>
      <w:r>
        <w:rPr>
          <w:rFonts w:ascii="Segoe UI" w:hAnsi="Segoe UI" w:eastAsia="Segoe UI" w:cs="Segoe UI"/>
        </w:rPr>
        <w:t>تیسالۆنیکییەکان</w:t>
      </w:r>
      <w:r>
        <w:rPr>
          <w:rFonts w:ascii="Arial" w:hAnsi="Arial" w:eastAsia="Arial" w:cs="Arial"/>
        </w:rPr>
        <w:t xml:space="preserve"> </w:t>
      </w:r>
      <w:r>
        <w:rPr>
          <w:rFonts w:ascii="Segoe UI" w:hAnsi="Segoe UI" w:eastAsia="Segoe UI" w:cs="Segoe UI"/>
        </w:rPr>
        <w:t>٢</w:t>
      </w:r>
      <w:r>
        <w:rPr>
          <w:rFonts w:ascii="Arial" w:hAnsi="Arial" w:eastAsia="Arial" w:cs="Arial"/>
        </w:rPr>
        <w:t>:</w:t>
      </w:r>
      <w:r>
        <w:rPr>
          <w:rFonts w:ascii="Segoe UI" w:hAnsi="Segoe UI" w:eastAsia="Segoe UI" w:cs="Segoe UI"/>
        </w:rPr>
        <w:t>١٠</w:t>
      </w:r>
      <w:r>
        <w:rPr>
          <w:rFonts w:ascii="Arial" w:hAnsi="Arial" w:eastAsia="Arial" w:cs="Arial"/>
        </w:rPr>
        <w:t>-</w:t>
      </w:r>
      <w:r>
        <w:rPr>
          <w:rFonts w:ascii="Segoe UI" w:hAnsi="Segoe UI" w:eastAsia="Segoe UI" w:cs="Segoe UI"/>
        </w:rPr>
        <w:t>١٢؛</w:t>
      </w:r>
      <w:r>
        <w:rPr>
          <w:rFonts w:ascii="Arial" w:hAnsi="Arial" w:eastAsia="Arial" w:cs="Arial"/>
        </w:rPr>
        <w:t xml:space="preserve"> </w:t>
      </w:r>
      <w:r>
        <w:rPr>
          <w:rFonts w:ascii="Segoe UI" w:hAnsi="Segoe UI" w:eastAsia="Segoe UI" w:cs="Segoe UI"/>
        </w:rPr>
        <w:t>ئاشکراکردن</w:t>
      </w:r>
      <w:r>
        <w:rPr>
          <w:rFonts w:ascii="Arial" w:hAnsi="Arial" w:eastAsia="Arial" w:cs="Arial"/>
        </w:rPr>
        <w:t xml:space="preserve"> </w:t>
      </w:r>
      <w:r>
        <w:rPr>
          <w:rFonts w:ascii="Segoe UI" w:hAnsi="Segoe UI" w:eastAsia="Segoe UI" w:cs="Segoe UI"/>
        </w:rPr>
        <w:t>١٩</w:t>
      </w:r>
      <w:r>
        <w:rPr>
          <w:rFonts w:ascii="Arial" w:hAnsi="Arial" w:eastAsia="Arial" w:cs="Arial"/>
        </w:rPr>
        <w:t>:</w:t>
      </w:r>
      <w:r>
        <w:rPr>
          <w:rFonts w:ascii="Segoe UI" w:hAnsi="Segoe UI" w:eastAsia="Segoe UI" w:cs="Segoe UI"/>
        </w:rPr>
        <w:t>٨</w:t>
      </w:r>
      <w:r>
        <w:rPr>
          <w:rFonts w:ascii="Arial" w:hAnsi="Arial" w:eastAsia="Arial" w:cs="Arial"/>
        </w:rPr>
        <w: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Body"/>
        <w:jc w:val="left"/>
      </w:pPr>
      <w:r>
        <w:rPr>
          <w:rFonts w:ascii="Times New Roman" w:hAnsi="Times New Roman" w:eastAsia="Times New Roman" w:cs="Times New Roman"/>
        </w:rPr>
        <w:t>“Omusana olw’omu kiseera ekyo bwe luba luweereddwa” oba “lukkirizibwa” oba “lugaanyizibwa.” Okwawula okutuukirizibwa omusana bwe guleetebwa gwe mulimu gw’enjiri ey’olubeerera, ekitegeeza si kukwataako kokka okuteekebwako akabonero kw’abantu ba Katonda, naye era n’okwawula eŋŋaano n’omuddo. Enkola ey’okugezesa ey’enkomerero n’okwawula yatandika ku 9/11, ekibuuzo kya nnabbi bwe kibuuza nti, “okutuusa ddi?” era eky’okuddamu kya nnabbi ne kiba nti, “okutuusa ku tteeka lya Ssande.” Okwolekebwa okusembayo okw’akabonero ka “okutuusa ddi” kusangibwa mu kabonero ak’okutaano mu kitabo kya Okubikkulirwa.</w:t>
      </w:r>
    </w:p>
    <w:p>
      <w:pPr>
        <w:pStyle w:val="ArticleScripture"/>
        <w:jc w:val="left"/>
      </w:pPr>
      <w:r>
        <w:rPr>
          <w:rFonts w:ascii="Times New Roman" w:hAnsi="Times New Roman" w:eastAsia="Times New Roman" w:cs="Times New Roman"/>
        </w:rPr>
        <w:t>Kandi alipofungua muhuri wa tano, nikaona chini ya madhabahu roho za wale waliouawa kwa ajili ya neno la Mungu, na kwa ajili ya ushuhuda waliouushika. Nao wakalia kwa sauti kuu, wakisema, Hata lini, Ee Bwana, mtakatifu na wa kweli, hutahukumu na kuipiza kisasi damu yetu juu ya hao wakaao juu ya nchi?</w:t>
      </w:r>
    </w:p>
    <w:p>
      <w:pPr>
        <w:pStyle w:val="ArticleScripture"/>
        <w:jc w:val="left"/>
      </w:pPr>
      <w:r>
        <w:rPr>
          <w:rFonts w:ascii="Times New Roman" w:hAnsi="Times New Roman" w:eastAsia="Times New Roman" w:cs="Times New Roman"/>
        </w:rPr>
        <w:t>Na mivili myeupe vakapewa kwa kila mmoja wao; nao wakaambiwa kwamba wapumzike bado kwa kitambo kidogo, hata watakapotimizwa pia watumishi wenzao na ndugu zao, watakaouawa kama wao walivyouawa. Ufunuo 6:9–11.</w:t>
      </w:r>
    </w:p>
    <w:p>
      <w:pPr>
        <w:pStyle w:val="ArticleBody"/>
        <w:jc w:val="left"/>
      </w:pPr>
      <w:r>
        <w:rPr>
          <w:rFonts w:ascii="Times New Roman" w:hAnsi="Times New Roman" w:eastAsia="Times New Roman" w:cs="Times New Roman"/>
        </w:rPr>
        <w:t>Тұһулма, «өлтүрүлгәнләрниң җанлири» сораған «қачанғичә» дегән соалниң җававини, папилиқ шеһитләрниң иккинчи гурупписи толуқланған чағдики кәлгүсигә қояду. Бу Йәкшәнбә қанунида башлиниду, вә шуниң үчүн Систер Уайт Вәһий китавиниң он сәккизинчи бабини шеһитләрниң иккинчи гурупписиниң әмәлгә ешиши дәп тонутти. Алғашқи бәш айәттә икки «аваз» бар; биринчи аваз 9/11 ни бәлгүләйду, иккинчи аваз болса Йәкшәнбә қанунида әр-аялларни Бабилдин чиқишқа чақириду. Систер Уайт бәшинчи мөһүрдики «қачанғичә» символини Вәһий он сәккизниң дәсләпки бәш айити билән бағлап, 9/11 дин Йәкшәнбә қануниғичә болған җәрянни көрситиду. Нуқтилиқ диққәт Худаниң хәлқини айриш вә мөһүрләш үстидә әмәс, бәлки өткән тарихтики шеһитләрни вә Йәкшәнбә қануни кризиси давамида папилиқ шеһитләрниң иккинчи гурупписини тәшкил қилидиған шу шеһитләрни өлтүргини үчүн папилиқ түзүм үстидин чиқирилидиған һөкүм үстидидур.</w:t>
      </w:r>
    </w:p>
    <w:p>
      <w:pPr>
        <w:pStyle w:val="ArticleScripture"/>
        <w:jc w:val="left"/>
      </w:pPr>
      <w:r>
        <w:rPr>
          <w:rFonts w:ascii="Times New Roman" w:hAnsi="Times New Roman" w:eastAsia="Times New Roman" w:cs="Times New Roman"/>
        </w:rPr>
        <w:t>“At idinakdâ ang ikalimang tatak, si Juan na Tagapadayag ay nakakita sa pangitain, sa ilalim ng dambana, ng pulutong niyaong mga pinatay dahil sa Salita ng Dios at sa patotoo ni Jesucristo. Pagkatapos nito ay dumating ang mga tagpong inilalarawan sa ikalabingwalong kabanata ng Pahayag, nang yaong mga tapat at tunay ay tinawag na lumabas mula sa Babilonia. [Pahayag 18:1–5, sinipi.]” Manuscript Releases, tomo 20, 14.</w:t>
      </w:r>
    </w:p>
    <w:p>
      <w:pPr>
        <w:pStyle w:val="ArticleBody"/>
        <w:jc w:val="left"/>
      </w:pPr>
      <w:r>
        <w:rPr>
          <w:rFonts w:ascii="Times New Roman" w:hAnsi="Times New Roman" w:eastAsia="Times New Roman" w:cs="Times New Roman"/>
        </w:rPr>
        <w:t>Mĩhĩrĩga-ĩ-inĩ ĩrĩa ĩngĩ kũrĩa aratũmĩra abukuire a mũhuri wa gatano hamwe na rũgongo rwa mũthenya rũrĩa rũgĩkũrũka na rũrĩ rwa kerĩ rwa abukuire arĩa marĩkũhunjĩrwo kũrĩ mĩaka ya rĩrĩa wa watho wa Kiumia, oigire atĩ mandũ macio “mangĩkorwo ma rĩrĩa rĩa gũthũrũka rĩrĩa rĩrĩ mbere.” Mĩhoyo ĩĩrĩ ya Kũguũrũrio ikũmi na mũgwanja nĩyo imenyithagia “rĩrĩa rĩa gũthũrũka rĩrĩa rĩrĩ mbere.” Mũhoyo wa mbere nĩ kuuma mwanĩrĩrĩ-inĩ wa 9/11, na mũhoyo wa kerĩ nĩ rĩrĩa wa watho wa Kiumia.</w:t>
      </w:r>
    </w:p>
    <w:p>
      <w:pPr>
        <w:pStyle w:val="ArticleScripture"/>
        <w:jc w:val="left"/>
      </w:pPr>
      <w:r>
        <w:rPr>
          <w:rFonts w:ascii="Times New Roman" w:hAnsi="Times New Roman" w:eastAsia="Times New Roman" w:cs="Times New Roman"/>
        </w:rPr>
        <w:t>“‘Û dema ku wî mohra pêncemîn vekir, min li bin gorîgehê giyanên wan kesan dît ku ji bo peyva Xwedê û ji bo şahidiyê ku wan digirtin hatibûn kuştin; û wan bi dengekî bilind gazî kirin û gotin: Heya kengê, ey Xudanê Pîroz û Rast, Tu dê xwîna me li ser wan ku li ser erdê dijîn ne dadbarî bikî û ne tola wê bistîn? Û cilên spî hatin dayîn her yekî ji wan [ew pak û pîroz hatin ragihandin]; û ji wan re hate gotin ku hîn ji bo demekî kurt bêhnvedanê bikin, heta ku heval-xizmetkarên wan û birayên wan jî, yên ku dê wek wan bên kuştin, temam bibin’ [Vahiy 6:9–11]. Li vir dîmen ji Yûhenna re hatin pêşkêş kirin ku ne rastiya wê demê bûn, lê ew tişt bûn ku di demeke pêşerojê de dê bibin.”</w:t>
      </w:r>
    </w:p>
    <w:p>
      <w:pPr>
        <w:pStyle w:val="ArticleScripture"/>
        <w:jc w:val="left"/>
      </w:pPr>
      <w:r>
        <w:rPr>
          <w:rFonts w:ascii="Times New Roman" w:hAnsi="Times New Roman" w:eastAsia="Times New Roman" w:cs="Times New Roman"/>
        </w:rPr>
        <w:t>“Kusanulwa 8:1–4 kunokorwa.” Manuscript Releases, volume 20, 197.</w:t>
      </w:r>
    </w:p>
    <w:p>
      <w:pPr>
        <w:pStyle w:val="ArticleBody"/>
        <w:jc w:val="left"/>
      </w:pPr>
      <w:r>
        <w:rPr>
          <w:rFonts w:ascii="Times New Roman" w:hAnsi="Times New Roman" w:eastAsia="Times New Roman" w:cs="Times New Roman"/>
        </w:rPr>
        <w:t>Sista White alakusisha utimilifu wa kufanyizwa kwa kundi la pili la mashahidi wa imani kuwa ni wa wakati ujao, na katika kifungu kile kingine ananukuu Ufunuo 18:1–5, ambamo hutambulishwa sauti moja katika aya tatu za kwanza na sauti nyingine katika aya ya nne na ya tano. Sauti ya kwanza huashiria 9/11, wakati majengo makuu ya New York yalipoanguka, na sauti ya pili ni sheria ya Jumapili, wakati kundi lingine la Mungu huitwa litoke Babeli. Katika kifungu cha pili anarejelea sura ya nane ya Ufunuo na aya nne za kwanza, ambazo hutambulisha kufunguliwa kwa muhuri wa saba, wakati makaa ya moto kutoka juu ya madhabahu hutupwa duniani, jambo linalopatana na Pentekoste, wakati moto ulipotoka mbinguni na kuwaangazia wanafunzi, kama vile mawe kumi na mawili ya Eliya yalivyoangaziwa, na kama inavyowakilishwa na ndimi za moto juu ya wanafunzi.</w:t>
      </w:r>
    </w:p>
    <w:p>
      <w:pPr>
        <w:pStyle w:val="ArticleHeading"/>
        <w:jc w:val="left"/>
      </w:pPr>
      <w:r>
        <w:rPr>
          <w:rFonts w:ascii="Arial" w:hAnsi="Arial" w:eastAsia="Arial" w:cs="Arial"/>
        </w:rPr>
        <w:t>Tukwiza Kutusa? Zakaria ne Yohane</w:t>
      </w:r>
    </w:p>
    <w:p>
      <w:pPr>
        <w:pStyle w:val="ArticleBody"/>
        <w:jc w:val="left"/>
      </w:pPr>
      <w:r>
        <w:rPr>
          <w:rFonts w:ascii="Times New Roman" w:hAnsi="Times New Roman" w:eastAsia="Times New Roman" w:cs="Times New Roman"/>
        </w:rPr>
        <w:t>“Berapa lama” adalah suatu lambang kenabian bagi jangka waktu dari 9/11 sampai kepada undang-undang hari Minggu, yang telah dilambangkan dalam kisah Gunung Karmel, sejarah kaum Millerit dari 1840 sampai 1844, sejarah Musa dari tulah kedelapan sampai tulah kesepuluh, kesaksian para martir dari meterai kelima, dan dalam Zakharia diajukan pertanyaan, “berapa lama,” sampai Allah berbelaskasihan kepada Yerusalem yang telah berada di Babel selama tujuh puluh tahun.</w:t>
      </w:r>
    </w:p>
    <w:p>
      <w:pPr>
        <w:pStyle w:val="ArticleScripture"/>
        <w:jc w:val="left"/>
      </w:pPr>
      <w:r>
        <w:rPr>
          <w:rFonts w:ascii="Times New Roman" w:hAnsi="Times New Roman" w:eastAsia="Times New Roman" w:cs="Times New Roman"/>
        </w:rPr>
        <w:t>Ûngelo wa Mukama n’ayanukulanga, n’ati: “Ai Mukama wa ihe bingi, kuhika ryari butaagirira mbabazi Yerusalemu n’emigi ya Yuda, eri eyo wabaye n’oburakari emyaka nsanju?”</w:t>
      </w:r>
    </w:p>
    <w:p>
      <w:pPr>
        <w:pStyle w:val="ArticleScripture"/>
        <w:jc w:val="left"/>
      </w:pPr>
      <w:r>
        <w:rPr>
          <w:rFonts w:ascii="Times New Roman" w:hAnsi="Times New Roman" w:eastAsia="Times New Roman" w:cs="Times New Roman"/>
        </w:rPr>
        <w:t>Û Xudan bi peyvên qenc û peyvên teselîdar bersiva wî milyaketê ku bi min re diaxivî da.</w:t>
      </w:r>
    </w:p>
    <w:p>
      <w:pPr>
        <w:pStyle w:val="ArticleScripture"/>
        <w:jc w:val="left"/>
      </w:pPr>
      <w:r>
        <w:rPr>
          <w:rFonts w:ascii="Times New Roman" w:hAnsi="Times New Roman" w:eastAsia="Times New Roman" w:cs="Times New Roman"/>
        </w:rPr>
        <w:t>Nai i kuru ni parau vata kei au sa qai kaya vei au, Mo kaci ka kaya, Sa vakaoqo na vosa ni Jiova ni lewe vuqa; Au sa vuvu vakalevu e na vuku i Jerusalemi kei Saioni. Ia au sa cudru vakalevu sara vei ira na veimatanitu era tiko vakacegu tu: ni’u a cudru vakalailai ga, ia era sa tokona me tubu na rarawa. O koya oqo sa vakaoqo na vosa ni Jiova; Au sa lesu tale vei Jerusalemi e na loloma soli wale: ena tara kina na noqu vale, sa kaya na Jiova ni lewe vuqa, ia ena dodo yani e dua na dali ni vakarau tara e dela i Jerusalemi. Mo kaci tale, ka kaya, Sa vakaoqo na vosa ni Jiova ni lewe vuqa; Ena se tete yani na noqu veikoro e na vuku ni sautu; ia ena se vakacegui Saioni tale na Jiova, ka na se digitaki Jerusalemi tale. Sakaraia 1:12–17.</w:t>
      </w:r>
    </w:p>
    <w:p>
      <w:pPr>
        <w:pStyle w:val="ArticleBody"/>
        <w:jc w:val="left"/>
      </w:pPr>
      <w:r>
        <w:rPr>
          <w:rFonts w:ascii="Times New Roman" w:hAnsi="Times New Roman" w:eastAsia="Times New Roman" w:cs="Times New Roman"/>
        </w:rPr>
        <w:t>Munyanya White ahuza mu buryo butaziguye “imyaka mirongo irindwi” ya Zekariya, iyo Isirayeli ya kera nyakuri yari mu bubata bwa Babuloni nyakuri, n’imyaka igihumbi na magana abiri na mirongo itandatu kuva mu wa 538 kugeza mu wa 1798, ubwo Isirayeli yo mu buryo bw’umwuka (Abakristo) yari mu bubata bwa Babuloni yo mu buryo bw’umwuka (Kiliziya Gatolika y’Abaroma).</w:t>
      </w:r>
    </w:p>
    <w:p>
      <w:pPr>
        <w:pStyle w:val="ArticleScripture"/>
        <w:jc w:val="left"/>
      </w:pPr>
      <w:r>
        <w:rPr>
          <w:rFonts w:ascii="Times New Roman" w:hAnsi="Times New Roman" w:eastAsia="Times New Roman" w:cs="Times New Roman"/>
        </w:rPr>
        <w:t>“Kanisa la Mungu duniani kwa hakika lilikuwa utumwani katika kipindi hiki kirefu cha mateso yasiyokoma, kama vile wana wa Israeli walivyokuwa mateka katika Babeli wakati wa uhamisho.” Prophets and Kings, 714.</w:t>
      </w:r>
    </w:p>
    <w:p>
      <w:pPr>
        <w:pStyle w:val="ArticleBody"/>
        <w:jc w:val="left"/>
      </w:pPr>
      <w:r>
        <w:rPr>
          <w:rFonts w:ascii="Times New Roman" w:hAnsi="Times New Roman" w:eastAsia="Times New Roman" w:cs="Times New Roman"/>
        </w:rPr>
        <w:t>Mu mwaka wa 1798, ku iherezo ry’imyaka igihumbi na magana abiri na mirongo itandatu, ubutumwa bwa mbere mu butumwa butatu bugereranywa n’abamarayika mu Byahishuwe igice cya cumi na kane bwarageze. Ubwa kabiri bwageze ku wa 19 Mata 1844, ubwa gatatu na bwo ku wa 22 Ukwakira 1844. Amateka agereranywa n’ikibazo kigira kiti: “kugeza ryari?” ava ku wa 11 Nzeri kugeza ku itegeko ryo ku Cyumweru, kandi icyo gihe cyari cyaragaragajwe mbere y’igihe mu ntangiriro y’Uadiventisime mu rugendo rw’Abamilerite kuva ku wa 11 Kanama 1840 kugeza ku wa 22 Ukwakira 1844. Icyo gihe kigaragazwa mu buryo bw’ikigereranyo na Yohana Umuhishuzi mu gice cya cumi, igihe Yohana arya agatabo gato kari karyoshye mu kanwa ke, ariko kagahinduka umururazi mu nda ye.</w:t>
      </w:r>
    </w:p>
    <w:p>
      <w:pPr>
        <w:pStyle w:val="ArticleScripture"/>
        <w:jc w:val="left"/>
      </w:pPr>
      <w:r>
        <w:rPr>
          <w:rFonts w:ascii="Times New Roman" w:hAnsi="Times New Roman" w:eastAsia="Times New Roman" w:cs="Times New Roman"/>
        </w:rPr>
        <w:t>Nì irĩu rĩa ndaiguire kuuma igũrũ rĩkayaria hamwe na niĩ rĩngĩ, rĩkiuga atĩrĩ, Thiĩ ukue gathandũ gatariini gakĩrĩ igũrũre guoko-inĩ kwa mũraika ũrĩa wĩrĩire igũrũ rĩa nyanja na igũrũ rĩa thĩ. Nĩndathiire kũrĩ mũraika, ngĩmwĩra atĩrĩ, Ndehe gathandũ kau. Nake akĩĩra atĩrĩ, Gakua, na ugakarĩe kĩothe; nako gakaaga mũtima waku ũrũrũ, no kanua-inĩ gaku gakaagĩa gaũtĩ ta ũũki. Nĩndakueire gathandũ kau kuuma guoko-inĩ kwa mũraika, ngĩgakarĩa kĩothe; nako kanua-inĩ gakwa gakĩrĩ gaũtĩ ta ũũki; no o rĩrĩa ndakĩrĩĩte, mũtima wakwa ũgĩkĩrĩra ũrũrũ.</w:t>
      </w:r>
    </w:p>
    <w:p>
      <w:pPr>
        <w:pStyle w:val="ArticleScripture"/>
        <w:jc w:val="left"/>
      </w:pPr>
      <w:r>
        <w:rPr>
          <w:rFonts w:ascii="Times New Roman" w:hAnsi="Times New Roman" w:eastAsia="Times New Roman" w:cs="Times New Roman"/>
        </w:rPr>
        <w:t>Awo hĩĩrĩire atĩĩ, No nginya kũhoya ũhoro wa ũnabii rĩngĩ mbere ya andũ aingĩ, na ndũrĩrĩ nyingĩ, na thiomi, na athamaki. Kũguũrũrio 10:8–11.</w:t>
      </w:r>
    </w:p>
    <w:p>
      <w:pPr>
        <w:pStyle w:val="ArticleBody"/>
        <w:jc w:val="left"/>
      </w:pPr>
      <w:r>
        <w:rPr>
          <w:rFonts w:ascii="Times New Roman" w:hAnsi="Times New Roman" w:eastAsia="Times New Roman" w:cs="Times New Roman"/>
        </w:rPr>
        <w:t>Dîroka ku Yûhenna wêne dike, bi pirtûka ku hate xwarin tê temsîl kirin; ji ber ku xwarin têgihîştina Milleriyan a peyamê û ezmûna wan di ragihandina wê peyamê de nîşan dida. Ji ber vê yekê, gava ku piştî ku ew dîrok hate danîn, ji Yûhenna re tê gotin ku divê dîsa pêxemberî bike, ew pêxemberiya ku tê diyarkirin dîroka 1840 heta 1844 e. Ji Yûhenna re tê gotin ku dîroka Milleriyan ya ji 1840 heta 1844 di dîroka dawiya Adventîzmê de dubare dibe. Hema ku ji Yûhenna re tê gotin ku divê dîsa pêxemberî bike, ji wî re tê gotin ku perestgehê bipîve.</w:t>
      </w:r>
    </w:p>
    <w:p>
      <w:pPr>
        <w:pStyle w:val="ArticleScripture"/>
        <w:jc w:val="left"/>
      </w:pPr>
      <w:r>
        <w:rPr>
          <w:rFonts w:ascii="Times New Roman" w:hAnsi="Times New Roman" w:eastAsia="Times New Roman" w:cs="Times New Roman"/>
        </w:rPr>
        <w:t>Ndzi nyikiwe rihlanga leri fanaka ni nhonga; kutani ntsumi yi yima, yi ku: “Pfuka, u pima tempele ya Xikwembu, ni alitari, ni lava gandzelaka eka yona. Kambe rivala leri nga ehandle ka tempele u ri siya, u nga ri pimi; hikuva ri nyiketiwe eka Vamatiko; naswona muti lowo kwetsima va ta wu kandziyela ehansi hi milenge tin’hweti ta mune wa makume na timbirhi.” Nhlavutelo 11:1, 2.</w:t>
      </w:r>
    </w:p>
    <w:p>
      <w:pPr>
        <w:pStyle w:val="ArticleBody"/>
        <w:jc w:val="left"/>
      </w:pPr>
      <w:r>
        <w:rPr>
          <w:rFonts w:ascii="Times New Roman" w:hAnsi="Times New Roman" w:eastAsia="Times New Roman" w:cs="Times New Roman"/>
        </w:rPr>
        <w:t>Ku shiá Adventism páṉsắng October 22, 1844 kàk nyiê, John á hắi tsúi nhứng sîn si̱m hĕng: đo lường hā̤c xây dựng đền thờ; điều ấy phù hợp với lời hứa đã được nêu ra trong Zechariah rằng “một dây đo sẽ lại được giương ra trên Jerusalem”; vì Chúa “vẫn sẽ chọn Jerusalem.” Lịch sử được biểu hiện nơi phần khởi đầu của Adventism, với phong trào Philadelphian của Millerite Adventism, lại được lặp lại nơi phần kết thúc của Adventism, với phong trào Philadelphian của một trăm bốn mươi bốn nghìn người. Trong cơn thất vọng lớn ngày October 22, 1844, một thời kỳ, được biểu hiện là “những ngày của tiếng vị thiên sứ thứ bảy,” đã bắt đầu.</w:t>
      </w:r>
    </w:p>
    <w:p>
      <w:pPr>
        <w:pStyle w:val="ArticleScripture"/>
        <w:jc w:val="left"/>
      </w:pPr>
      <w:r>
        <w:rPr>
          <w:rFonts w:ascii="Times New Roman" w:hAnsi="Times New Roman" w:eastAsia="Times New Roman" w:cs="Times New Roman"/>
        </w:rPr>
        <w:t>Bahi mu misi ya dîyi dyà mwanjelu wa mwandamukùlù wa samansa, pashììsha apwà kutuuta, ngàndu wa Nzambì neìkalè mumana, bu mwàkambàye ku bisadidi byèndè, bapròfetà. Buakabuluibuyi 10:7.</w:t>
      </w:r>
    </w:p>
    <w:p>
      <w:pPr>
        <w:pStyle w:val="ArticleBody"/>
        <w:jc w:val="left"/>
      </w:pPr>
      <w:r>
        <w:rPr>
          <w:rFonts w:ascii="Times New Roman" w:hAnsi="Times New Roman" w:eastAsia="Times New Roman" w:cs="Times New Roman"/>
        </w:rPr>
        <w:t>Ujumbe huo ulikuwa mtamu kwa Wamilleri wakati unabii wa wakati wa Kiislamu wa ole ya pili ulipotimizwa sawasawa na jinsi Wamilleri walivyokuwa wametabiri mapema kabla ya Agosti 11, 1840. Ujumbe huo ukawa mchungu tumboni katika maangamizo makuu ya Oktoba 22, 1844. Mara tu Yohana anapomaliza kuonyesha historia ya 1840 hadi 1844, anaarifiwa kwamba imempasa kufanya jambo lilo hilo tena (kutabiri). Kisha anaambiwa kuupima Yerusalemu, na anapofanya hivyo anajiweka katika upatanifu na unabii wa Zekaria kuhusu Bwana kuichagua Yerusalemu. Kuanzia Oktoba 22, 1844 na kuendelea, historia ya kinabii inawakilishwa kama “siku za sauti ya malaika wa saba.” “Siku” za ujumbe (sauti) wa malaika wa saba (ole ya tatu) zinawakilisha kipindi cha wakati ambapo uungu wa Kristo ungeunganishwa kwa kudumu na ubinadamu ambao walipaswa kuwa wale mia moja arobaini na nne elfu. Kazi hiyo ilicheleweshwa na uasi wa 1863, na mnamo 9/11 kulia kwa malaika wa saba (ole ya tatu) kulianza tena kusikika.</w:t>
      </w:r>
    </w:p>
    <w:p>
      <w:pPr>
        <w:pStyle w:val="ArticleBody"/>
        <w:jc w:val="left"/>
      </w:pPr>
      <w:r>
        <w:rPr>
          <w:rFonts w:ascii="Times New Roman" w:hAnsi="Times New Roman" w:eastAsia="Times New Roman" w:cs="Times New Roman"/>
        </w:rPr>
        <w:t>Mu mateka matagatifu, Umwami yahisemo i Yerusalemu ngo ahashyire izina rye, kandi “izina” rye ni kamere ye. Yerusalemu na Siyoni bivugwa na Zekariya igihe avuga ati: “Ngiriye Yerusalemu na Siyoni ishyaka rikomeye,” hanyuma nyuma ati: “Uwiteka azar comforta Siyoni kandi azarongera guhitamo Yerusalemu.” Siyoni ihumurizwa igihe yakira Umwuka Wera ari we “Muhumuriza.” Ihumurizwa ry’Umwuka Wera ryatangiye ku wa 9/11 rihuje no guhumekera kwa Kristo abigishwa be nyuma yo kumanuka avuye guhura na Data nyuma y’umuzuko we. Ukugaragarira kw’Umwuka Wera kwariyongereye cyane kuri Pentekote. Icyo gihembwe cyatangiranye n’ituro ry’umuganura ryazuwe, kirangira n’ituro ry’umuganura rya Pentekote, ubwo isi yose yahise yumva ubutumwa.</w:t>
      </w:r>
    </w:p>
    <w:p>
      <w:pPr>
        <w:pStyle w:val="ArticleScripture"/>
        <w:jc w:val="left"/>
      </w:pPr>
      <w:r>
        <w:rPr>
          <w:rFonts w:ascii="Times New Roman" w:hAnsi="Times New Roman" w:eastAsia="Times New Roman" w:cs="Times New Roman"/>
        </w:rPr>
        <w:t>Ninahumurizane, ninahumurizane abantu banje, ni ko Imana yanyu ivuga. Mubwire Yerusalemu amajambo ayihumuriza, kandi mubwirize muyitangariza yuko urugamba rwayo rurangiye, yuko ubugarariji bwayo bubabariwe; kuko yakiriye mu kuboko kw’Uhoraho incuro zibiri z’ibihwanye n’ibicumuro vyayo vyose. Yesaya 41:1, 2.</w:t>
      </w:r>
    </w:p>
    <w:p>
      <w:pPr>
        <w:pStyle w:val="ArticleBody"/>
        <w:jc w:val="left"/>
      </w:pPr>
      <w:r>
        <w:rPr>
          <w:rFonts w:ascii="Times New Roman" w:hAnsi="Times New Roman" w:eastAsia="Times New Roman" w:cs="Times New Roman"/>
        </w:rPr>
        <w:t>A 144,000 lava va khwadifhelelwa hi nkarhi lowu “vubihi bya vona byi rivaleriwaka.” Leswi swi humelela ntsena emahlweni ka nawu wa Sonto, loko va tlakusiwa tanihi gandzelo ra mihandzu yo sungula ra Pentekosta, va ri karhi va amukela ku chuluriwa ka Moya lowo Kwetsima handle ka mpimo, hilaha vadyondzisiwa va fanekisiweke hakona ePentekosta. Ku xuwa ka mpfula loku sunguleke hi 9/11 ku va ku chuluriwa loku heleleke hi nkarhi wa nawu wa Sonto. Eka matimu, gandzelo ra mihandzu yo sungula ra 9/11 ku ya eka gandzelo ra mihandzu yo sungula ra nkarhi wa nawu wa Sonto, loko lava 144,000 va khwadifhelelwa hi nkarhi naswona va lulamisiwa tanihi gandzelo leri faneleke ku tlakusiwa tanihi mfungho ku sukela eka nawu wa Sonto ku fikela eku pfaleni ka nkarhi wa tintswalo. Matimu wolawo ma fanekisiwa hi tindzimana tinharhu to sungula ta Nhlavutelo 18 leti tivisaka ku wa ka Babilona, lexi nga xikombiso xa le Bibeleni lexi yimelaka “ku andzisa kambirhi.”</w:t>
      </w:r>
    </w:p>
    <w:p>
      <w:pPr>
        <w:pStyle w:val="ArticleScripture"/>
        <w:jc w:val="left"/>
      </w:pPr>
      <w:r>
        <w:rPr>
          <w:rFonts w:ascii="Times New Roman" w:hAnsi="Times New Roman" w:eastAsia="Times New Roman" w:cs="Times New Roman"/>
        </w:rPr>
        <w:t>Na baada ya hayo nikaona malaika mwingine akishuka kutoka mbinguni, mwenye mamlaka makuu; nayo dunia ikaangazwa kwa utukufu wake. Naye akalia kwa nguvu kwa sauti kuu, akisema, Umeanguka, umeanguka Babeli ule mkuu, nao umekuwa makao ya pepo, na ngome ya kila roho mchafu, na kifungo cha kila ndege mchafu na achukizaye. Kwa maana mataifa yote wamekunywa divai ya ghadhabu ya uasherati wake, nao wafalme wa dunia wamefanya uasherati pamoja naye, nao wafanya biashara wa dunia wamepata utajiri kwa wingi wa anasa zake. Ufunuo 18:1–3.</w:t>
      </w:r>
    </w:p>
    <w:p>
      <w:pPr>
        <w:pStyle w:val="ArticleBody"/>
        <w:jc w:val="left"/>
      </w:pPr>
      <w:r>
        <w:rPr>
          <w:rFonts w:ascii="Times New Roman" w:hAnsi="Times New Roman" w:eastAsia="Times New Roman" w:cs="Times New Roman"/>
        </w:rPr>
        <w:t>Mwa Visoneka vyoshe, kulongoloka kwa mavyebo kana manzwi kavili kusolola kuzakisika kwakulumbununa kwa kuwila kwa Babuloni mumakumbi akumakumishilo. Yeyi yinene chisatililo cha Alefa na Omega, uze lwola lwoshe asolola makumishilo a chuma na kuputukila kwa chuma chocho. Kuwila kuvali kwa Babuloni kwasololwa nge Nimrodi na Belishaza. Nimrodi apwile kuputukila kwa Babuloni, lwola lwalya yápuvwile kaha Babele. Kuwila cha Nimrodi chasolwele kuwila cha Belishaza, kaha mulumbe wa kangelo ka muchivali na kangelo ka Chisoneka cha Kusoloka mutu 18 ngwawo wakuti kuwila cha Nimrodi kukuputukila kwa Babuloni chasolwele kuwila cha Belishaza kumakumishilo, mwomwo Alefa na Omega lwola lwoshe asolola makumishilo a chuma na kuputukila kwa chuma chocho.</w:t>
      </w:r>
    </w:p>
    <w:p>
      <w:pPr>
        <w:pStyle w:val="ArticleBody"/>
        <w:jc w:val="left"/>
      </w:pPr>
      <w:r>
        <w:rPr>
          <w:rFonts w:ascii="Times New Roman" w:hAnsi="Times New Roman" w:eastAsia="Times New Roman" w:cs="Times New Roman"/>
        </w:rPr>
        <w:t>Nimrodun titertaa, akoon kufa dhabuutti isaatti fakkeenya taʼee ni buufame; innis 9/11 irratti kufaatii Twin Towers fakkeenyaan agarsiisa. Kufaatiin Belshaazzar, “barreeffamni dallaa irra” ture; kunis mootummaa jalqabaa raajii Macaafa Qulqulluu taʼee waggoota torbaatama mootummaa Baabilon itti xumuramu mallatteesse; kanaafis, Ameerikaan kufuu ishee fakkeenyaan agarsiisa yeroo dhuma waggoota torbaatamaa mallattoo Isaayaas boqonnaa digdamii sadii keessatti ibsamanii, jechuunis “akka guyyoota mootummaa mootummaa tokkootti,” kan seenaa Ameerikaa bara 1798 irraa kaasee hamma seera Dilbataatti bakka buʼu. “Barreeffamni dallaa irra” kan Belshaazzar, yeroo dallaan addaan-baasuu waldaa fi mootummaa gidduu jiru seera Dilbataatiin kufu ni bakka buʼa; kunis sirriitti yeroo mootummaa jahaffaan raajii Macaafa Qulqulluu xumuramu dha, akkuma Belshaazzar halkanuma sana keessatti ajjeefame. Barreeffamni harkaatiin dallaa irratti barreeffame sun, seera mootummaa keessatti dallaa addaan-baasuu waldaa fi mootummaa gidduu jiru garagalchuuf barreeffame dha.</w:t>
      </w:r>
    </w:p>
    <w:p>
      <w:pPr>
        <w:pStyle w:val="ArticleBody"/>
        <w:jc w:val="left"/>
      </w:pPr>
      <w:r>
        <w:rPr>
          <w:rFonts w:ascii="Times New Roman" w:hAnsi="Times New Roman" w:eastAsia="Times New Roman" w:cs="Times New Roman"/>
        </w:rPr>
        <w:t>‘Historia’ inayowakilishwa tangu 9/11 hadi sheria ya Jumapili, na baadaye hadi kufungwa kwa muda wa rehema kwa wanadamu na mapigo saba ya mwisho, ndiyo kipindi cha kihistoria kinachotiwa ishara ndani ya neno la Mungu kwa urudufu wa vifungu au wa maneno. Katika kipindi hicho Roho Mtakatifu anamiminwa, akianza kwa kunyunyiziwa tangu 9/11 hadi sheria ya Jumapili, na baadaye umiminiko kamili. Roho Mtakatifu amewakilishwa na Kristo kuwa ndiye “Mfariji” ambaye, atakapokuja, angewaonyesha watu wa Mungu mambo yote.</w:t>
      </w:r>
    </w:p>
    <w:p>
      <w:pPr>
        <w:pStyle w:val="ArticleScripture"/>
        <w:jc w:val="left"/>
      </w:pPr>
      <w:r>
        <w:rPr>
          <w:rFonts w:ascii="Times New Roman" w:hAnsi="Times New Roman" w:eastAsia="Times New Roman" w:cs="Times New Roman"/>
        </w:rPr>
        <w:t>Lakin Tesellikar, ýagny Mukaddes Ruh, Atanyň meniň adym bilen iberjek bolany, ol size ähli zatlary öwreder we size aýdan ähli zatlarymy ýadyňyza salar. Ýahýa 14:26.</w:t>
      </w:r>
    </w:p>
    <w:p>
      <w:pPr>
        <w:pStyle w:val="ArticleBody"/>
        <w:jc w:val="left"/>
      </w:pPr>
      <w:r>
        <w:rPr>
          <w:rFonts w:ascii="Times New Roman" w:hAnsi="Times New Roman" w:eastAsia="Times New Roman" w:cs="Times New Roman"/>
        </w:rPr>
        <w:t>روحِ‌مقدّس به یک‌صد و چهل و چهار هزار تن از طریقِ «روغنِ زرّین» منتقل می‌شود؛ همان که «باران» نیز هست و «تسلی‌دهنده» نیز. هنگامی که به صورتِ «تسلی‌دهنده» بازنمایانده می‌شود، روحِ‌مقدّس در حالِ معرّفیِ تجلّیِ ویژه‌ای از روحِ‌مقدّس است.</w:t>
      </w:r>
    </w:p>
    <w:p>
      <w:pPr>
        <w:pStyle w:val="ArticleBody"/>
        <w:jc w:val="left"/>
      </w:pPr>
      <w:r>
        <w:rPr>
          <w:rFonts w:ascii="Times New Roman" w:hAnsi="Times New Roman" w:eastAsia="Times New Roman" w:cs="Times New Roman"/>
        </w:rPr>
        <w:t>Abantu ba Katonda bulijjo babadde n’Omwoyo Omutukuvu bwe babadde batuukiriza ebyetaagisa eby’enjiri; naye mu biro eby’okuzza obuggya okw’amazima okw’obutukuvu, “nga mu myaka egyasooka,” bwe wabaawo okulabisibwa okw’enjawulo okw’Omwoyo Omutukuvu eri omubiri ogw’awamu, Omwoyo Omutukuvu alagibwa ng’Omubeezi. Ekisinga obukulu, omubiri ogw’awamu gukozesebwa okujjukiza kwagwo Omubeezi bw’ “aleeta byonna mu ‘kujjukira kwagwo.’” Kino kikakasa nti abo abetaba mu kulabisibwa okwo balina obumanyirivu obw’amazima, kubanga Omwoyo Omutukuvu yeetaba mu bikolwa by’ebirowoozo byabwe, kubanga akwata ku nkola y’okulowooza bw’ aleeta “byonna mu kujjukira kwammwe.”</w:t>
      </w:r>
    </w:p>
    <w:p>
      <w:pPr>
        <w:pStyle w:val="ArticleBody"/>
        <w:jc w:val="left"/>
      </w:pPr>
      <w:r>
        <w:rPr>
          <w:rFonts w:ascii="Times New Roman" w:hAnsi="Times New Roman" w:eastAsia="Times New Roman" w:cs="Times New Roman"/>
        </w:rPr>
        <w:t>Kwibuka k’umuntu gufatanya n’ibindi bigize kamere yo hejuru y’umuntu, nk’urubanza, ubwenge, ugutekereza n’ijwi ryo mu mutima, ibyo intumwa Pawulo yita “ubwenge.” Iyo kamere yo hejuru iba ari ubwenge bwa kamere y’icyaha, cyangwa se ikaba ubwenge bwa Kristo.</w:t>
      </w:r>
    </w:p>
    <w:p>
      <w:pPr>
        <w:pStyle w:val="ArticleScripture"/>
        <w:jc w:val="left"/>
      </w:pPr>
      <w:r>
        <w:rPr>
          <w:rFonts w:ascii="Times New Roman" w:hAnsi="Times New Roman" w:eastAsia="Times New Roman" w:cs="Times New Roman"/>
        </w:rPr>
        <w:t>Çimkî hizra cismî dijminatiya Xwedê ye; çimkî ew ne bindestê qanûna Xwedê ye, û bi rastî jî nikare bibe. Romayî 8:7.</w:t>
      </w:r>
    </w:p>
    <w:p>
      <w:pPr>
        <w:pStyle w:val="ArticleScripture"/>
        <w:jc w:val="left"/>
      </w:pPr>
      <w:r>
        <w:rPr>
          <w:rFonts w:ascii="Times New Roman" w:hAnsi="Times New Roman" w:eastAsia="Times New Roman" w:cs="Times New Roman"/>
        </w:rPr>
        <w:t>Nani ameijua nia ya Bwana, hata aweze kumfundisha? Lakini sisi tunayo nia ya Kristo. 1 Wakorintho 2:16.</w:t>
      </w:r>
    </w:p>
    <w:p>
      <w:pPr>
        <w:pStyle w:val="ArticleBody"/>
        <w:jc w:val="left"/>
      </w:pPr>
      <w:r>
        <w:rPr>
          <w:rFonts w:ascii="Times New Roman" w:hAnsi="Times New Roman" w:eastAsia="Times New Roman" w:cs="Times New Roman"/>
        </w:rPr>
        <w:t>Asili ya chini, au mwili, imeundwa na mifumo ya neva, ya hisia, na ya homoni inayohusiana na fahamu, ambazo ndizo “njia za nafsi.” Asili ya juu imekusudiwa kuitawala asili ya chini, na kwa hiyo inawakilishwa kama ngome; nayo ngome hiyo hushambuliwa daima na fahamu (asili ya chini), na mashambulio hayo hufanywa dhidi ya ngome kupitia njia zinazoingia ndani ya ngome. Ndani ya ngome ya asili ya juu mna kituo cha uongozi, au kile ambacho Sister White anakiiita ngome kuu. Ngome kuu hiyo ni Patakatifu pa Patakatifu katika patakatifu, ambalo limegawanywa katika sehemu mbili za msingi. Ua ni mwili, au asili ya chini, na ili kuingia katika ua, au pia kuhamisha damu kuipeleka katika Patakatifu, ilihitaji kupita kupitia pazia au kifuniko. Ua umefungwa na mapazia pande zake mbili.</w:t>
      </w:r>
    </w:p>
    <w:p>
      <w:pPr>
        <w:pStyle w:val="ArticleScripture"/>
        <w:jc w:val="left"/>
      </w:pPr>
      <w:r>
        <w:rPr>
          <w:rFonts w:ascii="Times New Roman" w:hAnsi="Times New Roman" w:eastAsia="Times New Roman" w:cs="Times New Roman"/>
        </w:rPr>
        <w:t>Ngomzila omutsha nophilayo, awungcwelisele thina, ngokucanda ekhusini, oko kukuthi, enyameni yakhe. KumaHebhere 10:20.</w:t>
      </w:r>
    </w:p>
    <w:p>
      <w:pPr>
        <w:pStyle w:val="ArticleBody"/>
        <w:jc w:val="left"/>
      </w:pPr>
      <w:r>
        <w:rPr>
          <w:rFonts w:ascii="Times New Roman" w:hAnsi="Times New Roman" w:eastAsia="Times New Roman" w:cs="Times New Roman"/>
        </w:rPr>
        <w:t>Ubuturo bwera bugabanyijwemo ibice bibiri: urugo n’Ubuturo bwera. Naho Ubuturo bwera na bwo bugabanyijwemo ibice bibiri, nk’uko kamere yo hejuru na yo iri ibice bibiri. Kamere yo hejuru igizwe n’inzego ebyiri. Rumwe muri izo nzego rugereranywa n’Ahera, urundi rukagereranywa n’Ahera Cyane. Ahera hagereranya imikorere y’ubwenge ikenewe kugira ngo umuntu akore neza, ariko Ahera Cyane ni ho hantu Imana n’umuntu bahurira. Ahera Cyane ni icyumba cy’intebe y’ubwami bw’Imana, kandi abahindutse bicazwa mu ijuru hamwe na Kristo.</w:t>
      </w:r>
    </w:p>
    <w:p>
      <w:pPr>
        <w:pStyle w:val="ArticleScripture"/>
        <w:jc w:val="left"/>
      </w:pPr>
      <w:r>
        <w:rPr>
          <w:rFonts w:ascii="Times New Roman" w:hAnsi="Times New Roman" w:eastAsia="Times New Roman" w:cs="Times New Roman"/>
        </w:rPr>
        <w:t>Na ametufufua pamoja, akatuketisha pamoja katika mahali pa mbinguni katika Kristo Yesu. Waefeso 2:6.</w:t>
      </w:r>
    </w:p>
    <w:p>
      <w:pPr>
        <w:pStyle w:val="ArticleBody"/>
        <w:jc w:val="left"/>
      </w:pPr>
      <w:r>
        <w:rPr>
          <w:rFonts w:ascii="Times New Roman" w:hAnsi="Times New Roman" w:eastAsia="Times New Roman" w:cs="Times New Roman"/>
        </w:rPr>
        <w:t>Omuandiko ou tuu moverse tau fiingumwenyo omo aantu ya pwa komesho kawo, ndele tashi kala ngeno momukalo guu thought gumwe tuu, Jesus oku li omutumba momaulu, ngaashi yo aantu Vake va li.</w:t>
      </w:r>
    </w:p>
    <w:p>
      <w:pPr>
        <w:pStyle w:val="ArticleScripture"/>
        <w:jc w:val="left"/>
      </w:pPr>
      <w:r>
        <w:rPr>
          <w:rFonts w:ascii="Times New Roman" w:hAnsi="Times New Roman" w:eastAsia="Times New Roman" w:cs="Times New Roman"/>
        </w:rPr>
        <w:t>Gikye avuzire muri Kristo, igihe yamuzuraga mu bapfuye, ikamwicariza iburyo bwayo ahantu ho mu ijuru. Abefeso 1:20.</w:t>
      </w:r>
    </w:p>
    <w:p>
      <w:pPr>
        <w:pStyle w:val="ArticleBody"/>
        <w:jc w:val="left"/>
      </w:pPr>
      <w:r>
        <w:rPr>
          <w:rFonts w:ascii="Times New Roman" w:hAnsi="Times New Roman" w:eastAsia="Times New Roman" w:cs="Times New Roman"/>
        </w:rPr>
        <w:t>Kristo û gelê Wî bi hev re li Cihê Herî Pîroz rûniştine. Kristo vejiyaye û paşê li cihên ezmanî rûniştiye, û gelê Wî jî hatine rakirin û li odeya textê ya Cihê Herî Pîroz rûniştine. Pawlos destnîşan dike ku ewên ku di ayeta şeşan de hatine rakirin, di ayeta berê de ji gunehê ve hatine vejandin.</w:t>
      </w:r>
    </w:p>
    <w:p>
      <w:pPr>
        <w:pStyle w:val="ArticleScripture"/>
        <w:jc w:val="left"/>
      </w:pPr>
      <w:r>
        <w:rPr>
          <w:rFonts w:ascii="Times New Roman" w:hAnsi="Times New Roman" w:eastAsia="Times New Roman" w:cs="Times New Roman"/>
        </w:rPr>
        <w:t>Hata kama tulikuwa wafu katika dhambi, ametuhuisha pamoja na Kristo, (kwa neema mmeokolewa), tena ametufufua pamoja, na kutuketisha pamoja katika ulimwengu wa mbinguni ndani ya Kristo Yesu. Waefeso 1:5, 6.</w:t>
      </w:r>
    </w:p>
    <w:p>
      <w:pPr>
        <w:pStyle w:val="ArticleBody"/>
        <w:jc w:val="left"/>
      </w:pPr>
      <w:r>
        <w:rPr>
          <w:rFonts w:ascii="Times New Roman" w:hAnsi="Times New Roman" w:eastAsia="Times New Roman" w:cs="Times New Roman"/>
        </w:rPr>
        <w:t>Ephefo okuva mu Befeso kutuukirira mu butuukirivu obw’amazima mu bajulirwa ababiri ab’omu Okubikkulirwa essuula kkumi na emu, abo kkumi na omu abazukizibwa ne balyoka batwalibwa waggulu mu ggulu ng’akabonero—naye era basobole okutuuzibwa mu bifo eby’omu ggulu. Mu Kifo Ekisingayo Obutukuvu, abajulirwa ababiri bano bakiikirira obuntu mu maaso ga Katonda ddala, era obutuufu bwabwe obubakkiriza okutuuzibwa eyo bwe kabonero buli omu ku bo ke yalina. Akabonero ako kye kabonero ka Katonda, era akabonero ka Katonda kalaga nti omuntu afuuse omu n’obwakatonda, era akabonero ako kikiikirirwa ensonga ey’okuba Omubudaabuda, ye Mwoyo Omutukuvu, abeera munda mu Kifo Ekisingayo Obutukuvu eky’obutonde bwabwe obw’oku ntikko. Ekifo Ekisingayo Obutukuvu kye kisenge ky’entebe ya Katonda, gye bagattira awamu obwakatonda n’obuntu, era kikiikirira yeekaalu ey’omuntu, obutonde bwayo obw’oku ntikko mwe muli Ekifo Ekisingayo Obutukuvu, mwe batuula awamu obwakatonda n’obuntu.</w:t>
      </w:r>
    </w:p>
    <w:p>
      <w:pPr>
        <w:pStyle w:val="ArticleBody"/>
        <w:jc w:val="left"/>
      </w:pPr>
      <w:r>
        <w:rPr>
          <w:rFonts w:ascii="Times New Roman" w:hAnsi="Times New Roman" w:eastAsia="Times New Roman" w:cs="Times New Roman"/>
        </w:rPr>
        <w:t>“Fariji”nün dökülmesi, yüz kırk dört binin mühürlenmesidir ve bu, kurtuluş tarihindä bir değişikliği işaret eder; zira o vakit kilise mücadeleci kiliseden muzaffer kiliseye dönüşür. O vakit, yüz kırk dört binin Laodikya hareketindän yüz kırk dört binin Filadelfiya hareketinä dönüşür. O vakit, yedinci kilisenin tecrübesindän altıncı kilisenin tecrübesinä dönüşür; ve altıncı kilise Milleritler idi. Millerit hareketi tarafından yerine getirilmiş olduğu şekliylä Filadelfiya’nın altıncı kilisesinin peygamberliksel bir özelliği şudur ki, o hiçbir zaman bir kilise olmadı. O, yalnızca 1856 yılına dek bir hareket idi; o vakit White’ların her ikisi de bu hareketi Laodikyalı olarak tanımladı. Yedi yıl sonra yasal kilise teşkil edildi.</w:t>
      </w:r>
    </w:p>
    <w:p>
      <w:pPr>
        <w:pStyle w:val="ArticleBody"/>
        <w:jc w:val="left"/>
      </w:pPr>
      <w:r>
        <w:rPr>
          <w:rFonts w:ascii="Times New Roman" w:hAnsi="Times New Roman" w:eastAsia="Times New Roman" w:cs="Times New Roman"/>
        </w:rPr>
        <w:t>Ihinduka ry’agakiza ryabaye ku itegeko ryo ku Cyumweru ryagereranyijwe n’ihinduka ry’agakiza ryabaye kuri Pentekote, ryaranze kwimikwamo kwa Kristo nk’Umutambyi Mukuru.</w:t>
      </w:r>
    </w:p>
    <w:p>
      <w:pPr>
        <w:pStyle w:val="ArticleScripture"/>
        <w:jc w:val="left"/>
      </w:pPr>
      <w:r>
        <w:rPr>
          <w:rFonts w:ascii="Times New Roman" w:hAnsi="Times New Roman" w:eastAsia="Times New Roman" w:cs="Times New Roman"/>
        </w:rPr>
        <w:t>“Ku mwijemukila kwa Pentekoste kwali kulondola kwa mu Zulu ukuti ukutendekela kwa Mupulusha kwapwilile. Ukulingana ne cishinka Cakwe, Aletumina Mupashi wa Mushilo ukufuma mu zulu ku balondezi Bakwe nga cishibilo cakuti Ena, nga kafundisha wa bupristi na mfumu, apokelele amaka yonse mu zulu na pe sonde, kabili ali We Uwasubwa pa bantu Bakwe.” Acts of the Apostles, 38.</w:t>
      </w:r>
    </w:p>
    <w:p>
      <w:pPr>
        <w:pStyle w:val="ArticleBody"/>
        <w:jc w:val="left"/>
      </w:pPr>
      <w:r>
        <w:rPr>
          <w:rFonts w:ascii="Times New Roman" w:hAnsi="Times New Roman" w:eastAsia="Times New Roman" w:cs="Times New Roman"/>
        </w:rPr>
        <w:t>Igihe imvura y’iherezo izasukwa itagira rugero ku bihumbi ijana na mirongo ine na bine mu gihe cy’itegeko ry’Icyumweru, bizaba ari “ubutumwa bwo mu Ijuru” bumenyesha ko itorero rirwana ryarangiye kandi ko itorero rinesha ryagezeho. Ishyirwaho rya Kristo kuri Pentekote mu buturo bwera bwo mu ijuru risobanura mu kimenyetso gusigwa kw’abihumbi ijana na mirongo ine na bine mu gihe cy’itegeko ry’Icyumweru.</w:t>
      </w:r>
    </w:p>
    <w:p>
      <w:pPr>
        <w:pStyle w:val="ArticleBody"/>
        <w:jc w:val="left"/>
      </w:pPr>
      <w:r>
        <w:rPr>
          <w:rFonts w:ascii="Times New Roman" w:hAnsi="Times New Roman" w:eastAsia="Times New Roman" w:cs="Times New Roman"/>
        </w:rPr>
        <w:t>“Pentecostal” kuimwika uku kwailangishaga ukuti Kilisiti ali Uwaiswilwe amafuta kwali ukukwabilako ukusubwa amafuta kwakwe mu mukulo wa kutendeka mu mwulu, lelo na pa lubatisho lwakwe nao alisubilwe amafuta. Ulubatisho lwakwe (9/11) ukufika ku Pentekosite (amalango ya pa Sande) na lyo line lwalangishiwa kabili imyaka itatu ne ciputulwa panuma ya lubatisho lwakwe ku mfwa yakwe iyine, ukuzikwa, no kubuka kwakwe (umukulo wa cilambo ca micelo ya kutendeka). E ico 9/11 ilalangishiwa pa lubatisho lwakwe kabili na pa kubuka kwakwe. Ukubuka kwakwe kwa cipailo no kubuka kwakwe kwa cine-fine filamaka intendekelo ya milongo ibili ya buprofeti iyo yonse ipwishisha pa Pentekosite. Imbila shonse isambilila no kutendeka pa kubuka kwa cilambo ca micelo ya kutendeka.</w:t>
      </w:r>
    </w:p>
    <w:p>
      <w:pPr>
        <w:pStyle w:val="ArticleScripture"/>
        <w:jc w:val="left"/>
      </w:pPr>
      <w:r>
        <w:rPr>
          <w:rFonts w:ascii="Times New Roman" w:hAnsi="Times New Roman" w:eastAsia="Times New Roman" w:cs="Times New Roman"/>
        </w:rPr>
        <w:t>Lelo, Kreste u tsusitšwe bahung, gomme o bile dithakangwaga tša bao ba robetšego. Gobane ka ge lehu le tlile ka motho, le tsogo ya bahu e tlile ka motho. Gobane bjalo ka ge bohle ba ehwa ka go Adama, ka mokgwa o swanago bohle ba tla phedišwa ka go Kreste. Eupša yo mongwe le yo mongwe ka thulaganyo ya gagwe: Kreste, dithakangwaga; ka morago, ge a etla, bao e lego ba Kreste. 1 Bakorinthe 15:20–23.</w:t>
      </w:r>
    </w:p>
    <w:p>
      <w:pPr>
        <w:pStyle w:val="ArticleBody"/>
        <w:jc w:val="left"/>
      </w:pPr>
      <w:r>
        <w:rPr>
          <w:rFonts w:ascii="Times New Roman" w:hAnsi="Times New Roman" w:eastAsia="Times New Roman" w:cs="Times New Roman"/>
        </w:rPr>
        <w:t>Klisto ni itangwa ry’imbuto za mbere mu kuzuka kwe, riranga itangiriro ry’“igihe cya Pentekote,” kirangirana n’itangwa ry’imbuto za mbere rya Pentekote. Izuka rya Klisto ni sayiri, kandi ingano ni abari “nyuma yaho,” ni bo “aba Klisto mu kuza kwe.” Abari “nyuma yaho” b’ikorwa ry’izuka rya Klisto ni “aba Klisto mu kuza kwe,” bityo bagahagararira ikoranywa rya nyuma ry’ubugingo bw’abizerwa ku mperuka y’isi, nk’uko byashushanyijwe n’abo bugingo ibihumbi bitatu bakoranyijwe kuri Pentekote.</w:t>
      </w:r>
    </w:p>
    <w:p>
      <w:pPr>
        <w:pStyle w:val="ArticleBody"/>
        <w:jc w:val="left"/>
      </w:pP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ꯋꯥꯍꯩ</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ꯑꯁꯨꯝ</w:t>
      </w:r>
      <w:r>
        <w:rPr>
          <w:rFonts w:ascii="Times New Roman" w:hAnsi="Times New Roman" w:eastAsia="Times New Roman" w:cs="Times New Roman"/>
        </w:rPr>
        <w:t xml:space="preserve"> </w:t>
      </w:r>
      <w:r>
        <w:rPr>
          <w:rFonts w:ascii="Nirmala UI" w:hAnsi="Nirmala UI" w:eastAsia="Nirmala UI" w:cs="Nirmala UI"/>
        </w:rPr>
        <w:t>ꯁꯤꯕꯒꯤ</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ꯑꯥꯔꯣꯜ</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ꯍꯟꯒꯦ꯫</w:t>
      </w:r>
      <w:r>
        <w:rPr>
          <w:rFonts w:ascii="Times New Roman" w:hAnsi="Times New Roman" w:eastAsia="Times New Roman" w:cs="Times New Roman"/>
        </w:rPr>
        <w:t xml:space="preserve"> </w:t>
      </w:r>
      <w:r>
        <w:rPr>
          <w:rFonts w:ascii="Nirmala UI" w:hAnsi="Nirmala UI" w:eastAsia="Nirmala UI" w:cs="Nirmala UI"/>
        </w:rPr>
        <w:t>ꯁꯤꯕ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ꯑꯗꯝꯗꯒꯤ</w:t>
      </w:r>
      <w:r>
        <w:rPr>
          <w:rFonts w:ascii="Times New Roman" w:hAnsi="Times New Roman" w:eastAsia="Times New Roman" w:cs="Times New Roman"/>
        </w:rPr>
        <w:t xml:space="preserve"> </w:t>
      </w:r>
      <w:r>
        <w:rPr>
          <w:rFonts w:ascii="Nirmala UI" w:hAnsi="Nirmala UI" w:eastAsia="Nirmala UI" w:cs="Nirmala UI"/>
        </w:rPr>
        <w:t>ꯍꯧꯈꯤꯕꯅꯤ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ꯄꯨꯝꯅꯃꯛꯇ</w:t>
      </w:r>
      <w:r>
        <w:rPr>
          <w:rFonts w:ascii="Times New Roman" w:hAnsi="Times New Roman" w:eastAsia="Times New Roman" w:cs="Times New Roman"/>
        </w:rPr>
        <w:t xml:space="preserve"> </w:t>
      </w:r>
      <w:r>
        <w:rPr>
          <w:rFonts w:ascii="Nirmala UI" w:hAnsi="Nirmala UI" w:eastAsia="Nirmala UI" w:cs="Nirmala UI"/>
        </w:rPr>
        <w:t>ꯃꯥꯡꯖꯥꯏ</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ꯃꯅꯨꯡꯗ</w:t>
      </w:r>
      <w:r>
        <w:rPr>
          <w:rFonts w:ascii="Times New Roman" w:hAnsi="Times New Roman" w:eastAsia="Times New Roman" w:cs="Times New Roman"/>
        </w:rPr>
        <w:t>”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ꯇꯧꯏ꯫</w:t>
      </w:r>
      <w:r>
        <w:rPr>
          <w:rFonts w:ascii="Times New Roman" w:hAnsi="Times New Roman" w:eastAsia="Times New Roman" w:cs="Times New Roman"/>
        </w:rPr>
        <w:t xml:space="preserve"> </w:t>
      </w:r>
      <w:r>
        <w:rPr>
          <w:rFonts w:ascii="Nirmala UI" w:hAnsi="Nirmala UI" w:eastAsia="Nirmala UI" w:cs="Nirmala UI"/>
        </w:rPr>
        <w:t>ꯑꯦꯛꯁꯇꯁꯀꯤ</w:t>
      </w:r>
      <w:r>
        <w:rPr>
          <w:rFonts w:ascii="Times New Roman" w:hAnsi="Times New Roman" w:eastAsia="Times New Roman" w:cs="Times New Roman"/>
        </w:rPr>
        <w:t xml:space="preserve"> </w:t>
      </w:r>
      <w:r>
        <w:rPr>
          <w:rFonts w:ascii="Nirmala UI" w:hAnsi="Nirmala UI" w:eastAsia="Nirmala UI" w:cs="Nirmala UI"/>
        </w:rPr>
        <w:t>ꯂꯥꯏꯔꯤꯛꯇ</w:t>
      </w:r>
      <w:r>
        <w:rPr>
          <w:rFonts w:ascii="Times New Roman" w:hAnsi="Times New Roman" w:eastAsia="Times New Roman" w:cs="Times New Roman"/>
        </w:rPr>
        <w:t xml:space="preserve"> </w:t>
      </w:r>
      <w:r>
        <w:rPr>
          <w:rFonts w:ascii="Nirmala UI" w:hAnsi="Nirmala UI" w:eastAsia="Nirmala UI" w:cs="Nirmala UI"/>
        </w:rPr>
        <w:t>ꯄꯤꯇꯔꯅ</w:t>
      </w:r>
      <w:r>
        <w:rPr>
          <w:rFonts w:ascii="Times New Roman" w:hAnsi="Times New Roman" w:eastAsia="Times New Roman" w:cs="Times New Roman"/>
        </w:rPr>
        <w:t xml:space="preserve"> </w:t>
      </w:r>
      <w:r>
        <w:rPr>
          <w:rFonts w:ascii="Nirmala UI" w:hAnsi="Nirmala UI" w:eastAsia="Nirmala UI" w:cs="Nirmala UI"/>
        </w:rPr>
        <w:t>ꯏꯔꯦ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ꯖꯣꯌꯦꯜꯒꯤ</w:t>
      </w:r>
      <w:r>
        <w:rPr>
          <w:rFonts w:ascii="Times New Roman" w:hAnsi="Times New Roman" w:eastAsia="Times New Roman" w:cs="Times New Roman"/>
        </w:rPr>
        <w:t xml:space="preserve"> </w:t>
      </w:r>
      <w:r>
        <w:rPr>
          <w:rFonts w:ascii="Nirmala UI" w:hAnsi="Nirmala UI" w:eastAsia="Nirmala UI" w:cs="Nirmala UI"/>
        </w:rPr>
        <w:t>ꯂꯥꯏꯔꯤꯛ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ꯐꯥꯔꯤꯕ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ꯃꯤꯁꯤꯡꯅ</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ꯄꯥꯄꯁꯤꯡ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ꯑꯍꯥꯟꯕꯗ</w:t>
      </w:r>
      <w:r>
        <w:rPr>
          <w:rFonts w:ascii="Times New Roman" w:hAnsi="Times New Roman" w:eastAsia="Times New Roman" w:cs="Times New Roman"/>
        </w:rPr>
        <w:t xml:space="preserve"> </w:t>
      </w:r>
      <w:r>
        <w:rPr>
          <w:rFonts w:ascii="Nirmala UI" w:hAnsi="Nirmala UI" w:eastAsia="Nirmala UI" w:cs="Nirmala UI"/>
        </w:rPr>
        <w:t>ꯋꯥꯁꯪꯒꯤ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ꯊꯥꯗꯨꯅ</w:t>
      </w:r>
      <w:r>
        <w:rPr>
          <w:rFonts w:ascii="Times New Roman" w:hAnsi="Times New Roman" w:eastAsia="Times New Roman" w:cs="Times New Roman"/>
        </w:rPr>
        <w:t xml:space="preserve"> </w:t>
      </w:r>
      <w:r>
        <w:rPr>
          <w:rFonts w:ascii="Nirmala UI" w:hAnsi="Nirmala UI" w:eastAsia="Nirmala UI" w:cs="Nirmala UI"/>
        </w:rPr>
        <w:t>ꯊꯥꯕ</w:t>
      </w:r>
      <w:r>
        <w:rPr>
          <w:rFonts w:ascii="Times New Roman" w:hAnsi="Times New Roman" w:eastAsia="Times New Roman" w:cs="Times New Roman"/>
        </w:rPr>
        <w:t xml:space="preserve"> </w:t>
      </w:r>
      <w:r>
        <w:rPr>
          <w:rFonts w:ascii="Nirmala UI" w:hAnsi="Nirmala UI" w:eastAsia="Nirmala UI" w:cs="Nirmala UI"/>
        </w:rPr>
        <w:t>ꯇꯧꯒꯗꯕꯅꯤ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ꯑꯇꯩꯕ</w:t>
      </w:r>
      <w:r>
        <w:rPr>
          <w:rFonts w:ascii="Times New Roman" w:hAnsi="Times New Roman" w:eastAsia="Times New Roman" w:cs="Times New Roman"/>
        </w:rPr>
        <w:t xml:space="preserve"> </w:t>
      </w:r>
      <w:r>
        <w:rPr>
          <w:rFonts w:ascii="Nirmala UI" w:hAnsi="Nirmala UI" w:eastAsia="Nirmala UI" w:cs="Nirmala UI"/>
        </w:rPr>
        <w:t>ꯃꯇꯝꯁꯤꯡ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ꯀꯣꯝꯐꯣꯔꯇꯔꯒꯤ</w:t>
      </w:r>
      <w:r>
        <w:rPr>
          <w:rFonts w:ascii="Times New Roman" w:hAnsi="Times New Roman" w:eastAsia="Times New Roman" w:cs="Times New Roman"/>
        </w:rPr>
        <w:t xml:space="preserve"> </w:t>
      </w:r>
      <w:r>
        <w:rPr>
          <w:rFonts w:ascii="Nirmala UI" w:hAnsi="Nirmala UI" w:eastAsia="Nirmala UI" w:cs="Nirmala UI"/>
        </w:rPr>
        <w:t>ꯃꯃꯥꯡꯗꯒꯤ</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ꯄꯥꯄ</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ꯃꯨꯠꯁꯤꯜꯂꯛꯅꯕꯗꯤ꯫</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ꯃꯁꯤꯍ</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ꯄꯥꯄ</w:t>
      </w:r>
      <w:r>
        <w:rPr>
          <w:rFonts w:ascii="Times New Roman" w:hAnsi="Times New Roman" w:eastAsia="Times New Roman" w:cs="Times New Roman"/>
        </w:rPr>
        <w:t xml:space="preserve"> </w:t>
      </w:r>
      <w:r>
        <w:rPr>
          <w:rFonts w:ascii="Nirmala UI" w:hAnsi="Nirmala UI" w:eastAsia="Nirmala UI" w:cs="Nirmala UI"/>
        </w:rPr>
        <w:t>ꯃꯨꯠꯁꯤꯜꯂꯛꯅꯕꯒꯤ</w:t>
      </w:r>
      <w:r>
        <w:rPr>
          <w:rFonts w:ascii="Times New Roman" w:hAnsi="Times New Roman" w:eastAsia="Times New Roman" w:cs="Times New Roman"/>
        </w:rPr>
        <w:t xml:space="preserve"> </w:t>
      </w:r>
      <w:r>
        <w:rPr>
          <w:rFonts w:ascii="Nirmala UI" w:hAnsi="Nirmala UI" w:eastAsia="Nirmala UI" w:cs="Nirmala UI"/>
        </w:rPr>
        <w:t>ꯋꯥꯁꯪꯒꯤ</w:t>
      </w:r>
      <w:r>
        <w:rPr>
          <w:rFonts w:ascii="Times New Roman" w:hAnsi="Times New Roman" w:eastAsia="Times New Roman" w:cs="Times New Roman"/>
        </w:rPr>
        <w:t xml:space="preserve"> </w:t>
      </w:r>
      <w:r>
        <w:rPr>
          <w:rFonts w:ascii="Nirmala UI" w:hAnsi="Nirmala UI" w:eastAsia="Nirmala UI" w:cs="Nirmala UI"/>
        </w:rPr>
        <w:t>ꯂꯥꯏꯔꯤꯛꯁꯤꯡ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ꯌꯦꯡꯂꯣꯏ</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ꯋꯥꯁꯪ</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ꯁꯨꯕ</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ꯃꯥꯔꯤꯡ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ꯃꯥꯖꯥꯔꯤ</w:t>
      </w:r>
      <w:r>
        <w:rPr>
          <w:rFonts w:ascii="Times New Roman" w:hAnsi="Times New Roman" w:eastAsia="Times New Roman" w:cs="Times New Roman"/>
        </w:rPr>
        <w:t xml:space="preserve"> </w:t>
      </w:r>
      <w:r>
        <w:rPr>
          <w:rFonts w:ascii="Nirmala UI" w:hAnsi="Nirmala UI" w:eastAsia="Nirmala UI" w:cs="Nirmala UI"/>
        </w:rPr>
        <w:t>ꯋꯥꯏꯔꯕ</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ꯐꯥꯎꯅꯥ</w:t>
      </w:r>
      <w:r>
        <w:rPr>
          <w:rFonts w:ascii="Times New Roman" w:hAnsi="Times New Roman" w:eastAsia="Times New Roman" w:cs="Times New Roman"/>
        </w:rPr>
        <w:t xml:space="preserve"> </w:t>
      </w:r>
      <w:r>
        <w:rPr>
          <w:rFonts w:ascii="Nirmala UI" w:hAnsi="Nirmala UI" w:eastAsia="Nirmala UI" w:cs="Nirmala UI"/>
        </w:rPr>
        <w:t>ꯂꯥꯛꯀꯗꯧꯔꯤ꯫</w:t>
      </w:r>
    </w:p>
    <w:p>
      <w:pPr>
        <w:pStyle w:val="ArticleBody"/>
        <w:jc w:val="left"/>
      </w:pPr>
      <w:r>
        <w:rPr>
          <w:rFonts w:ascii="Times New Roman" w:hAnsi="Times New Roman" w:eastAsia="Times New Roman" w:cs="Times New Roman"/>
        </w:rPr>
        <w:t>“Bantu nyonso na molɔngɔ na ye” ebandi na Adama, mpe na bongo emonisi kosambisama ya bakufi uta na Adama kokende liboso kino ntango ya kopema sika ekoya. Tango mbula ya nsuka ekomi, kosambisama elongwa epai ya bakufi mpe ekende epai ya bato ya bomoi. Na eleko ya ntango oyo vɛrsɛ yango ezali komonisa (uta na lisekwa ya Klisto kino na Pantekote), uta na mbuma ya liboso ya ɔrje kino na mbuma ya liboso ya ble, mbula ezali kobɛta na eleko ya kosambisama ya bato ya bomoi, mpe wana mbula ezali kobɛta, nsango oyo mbula ezali komonisa ezali kokabola ble na matiti mabe. Na mobeko ya mokolo ya lomingo, oyo ezali Pantekote, ble esangani lisusu te na matiti mabe, mpe likabo ya ble ya mbuma ya liboso, ya mapa mibale ya koningisa, etombolami. Mosala ya bopɛtolami uta na 9/11 kino na mobeko ya mokolo ya lomingo emonisami mpe na Malaki misato, tango Motindami ya Boyokani apɛtoli mpe lisusu asukoli Balevi, mpe asalaka bongo na nzela ya “mɔtɔ.” “Mɔtɔ” ezali elembo ya nsango, ndenge emonisamaki na minoko ya mɔtɔ na Pantekote. Na lisolo oyo tozali kotalela, bokabwani ya bituluku mibale oyo ebimisaki nkóto nkama moko na ntuku minei na minei, oyo bazali mapa mibale ya koningisa oyo emonisami na mbuma ya liboso ya Pantekote, esengelaki kotumba malamu mpenza, mpo bazalaki likabo bobele moko oyo ezalaki na elembo ya lisumu.</w:t>
      </w:r>
    </w:p>
    <w:p>
      <w:pPr>
        <w:pStyle w:val="ArticleBody"/>
        <w:jc w:val="left"/>
      </w:pPr>
      <w:r>
        <w:rPr>
          <w:rFonts w:ascii="Times New Roman" w:hAnsi="Times New Roman" w:eastAsia="Times New Roman" w:cs="Times New Roman"/>
        </w:rPr>
        <w:t>Ebyo bibulu bibiri eby’okuwenya byali birimu ekizimbulukusa, era ekizimbulukusa kabonero ka kibi. Ekizimbulukusa ekyo kyazikirizibwa mu muliro gw’ekyoto, nga bwe kikiikirirwa omuliro gw’omusaaniisi ogw’Omubaka w’Endagaano. Isaaya mu ssuula abiri mu musanvu ayogera ku mpaka ezitandika ku 9/11, z’ayita “olunaku lw’empewo ey’ebuvanjuba.” Ekitundu ekyo kiyigiriza nti okuyita mu mpaka ezo ebibi bya Isiraeri bye bitangirirwa. “Empaka” ziri wakati w’obubaka obw’amaziga ag’oluvannyuma obw’amazima n’obubaka obulala bwonna obw’obulimba obw’amaziga ag’oluvannyuma obuliwo. Obubaka “muliro,” era “omuliro” gwe Mukulu w’Endagaano akozesa okutukuza n’okuggyaamu obugwagwa. Empaka ezikwata ku bubaka obw’amaziga ag’oluvannyuma ziggya ekizimbulukusa mu kiweebwayo ky’eŋŋaano eky’ebibala ebibereberye eky’Abapentekoote, ekisimboleddwa ku Sunday law. Abantu akasiriivu mu bina mu enkumi nnya kye kiweebwayo ky’eŋŋaano eky’ebibala ebibereberye eky’Abapentekoote, abawangula olw’okugololwa n’omusaayi gwe n’okutukuzibwa olw’obujulirwa bwabwe; kubanga newaakubadde nga Kigambo kye kitukuza, kikola kityo kuphela nga ekigambo kitegekeddwa ng’obubaka. Okulangirira kw’obubaka kwe kusobozesa abantu akasiriivu mu bina mu enkumi nnya okuba abalamu, era okulangirira kw’obubaka obw’obulimba obw’amaziga ag’oluvannyuma kuleeta okufa.</w:t>
      </w:r>
    </w:p>
    <w:p>
      <w:pPr>
        <w:pStyle w:val="ArticleScripture"/>
        <w:jc w:val="left"/>
      </w:pPr>
      <w:r>
        <w:rPr>
          <w:rFonts w:ascii="Times New Roman" w:hAnsi="Times New Roman" w:eastAsia="Times New Roman" w:cs="Times New Roman"/>
        </w:rPr>
        <w:t>Na wakamshinda kwa damu ya Mwana-Kondoo, na kwa neno la ushuhuda wao; wala hawakuyapenda maisha yao hata kufa. Ufunuo 12:11.</w:t>
      </w:r>
    </w:p>
    <w:p>
      <w:pPr>
        <w:pStyle w:val="ArticleBody"/>
        <w:jc w:val="left"/>
      </w:pPr>
      <w:r>
        <w:rPr>
          <w:rFonts w:ascii="Times New Roman" w:hAnsi="Times New Roman" w:eastAsia="Times New Roman" w:cs="Times New Roman"/>
        </w:rPr>
        <w:t>E hãra nditi na muananhatũ ijo mokõi Cristo oityvõ hag̃ua, haʼe oityvõ haguéicha; proféticamente niko oho Cristo rapykuéri.</w:t>
      </w:r>
    </w:p>
    <w:p>
      <w:pPr>
        <w:pStyle w:val="ArticleScripture"/>
        <w:jc w:val="left"/>
      </w:pPr>
      <w:r>
        <w:rPr>
          <w:rFonts w:ascii="Times New Roman" w:hAnsi="Times New Roman" w:eastAsia="Times New Roman" w:cs="Times New Roman"/>
        </w:rPr>
        <w:t>Aba ni bo batandavye n’abagore, kuko ari abisugi. Aba ni bo bakurikira Umwagazi w’Intama aho ajya hose. Aba ni bo bacunguwe mu bantu, baba umuganura ku Mana no ku Mwagazi w’Intama. Ibyahishuwe 14:4.</w:t>
      </w:r>
    </w:p>
    <w:p>
      <w:pPr>
        <w:pStyle w:val="ArticleBody"/>
        <w:jc w:val="left"/>
      </w:pPr>
      <w:r>
        <w:rPr>
          <w:rFonts w:ascii="Times New Roman" w:hAnsi="Times New Roman" w:eastAsia="Times New Roman" w:cs="Times New Roman"/>
        </w:rPr>
        <w:t>دە لە ئایەتی چوارەمی ئاشکراکردنی یوحەنا چواردەدا، ئەو سەد و چل و چوار هەزارە وەک «نووبەری بەروبووم» ناسێنراون. هەروەها وەک «پاکیزەکان» ناسێنراون، و ئیلهام پێمان ڕاگەیاندووە کە مەثەلی دە کچانی پاکیزە لە مەتی بیست و پێنجدا ئەزموونی گەلی ئەدوێنتیست پیشان دەدات. تەنها «پاکیزە» نین، بەڵکو «بە ئافرەتان پیس نەبوون»، چونکە ئەو پرۆسەی تاقیکردنەوە و جیابوونەوەیەی کە ئەو سەد و چل و چوار هەزارەی دروست کرد، جیاوازییەکی لەنێوان ئەو سەد و چل و چوار هەزارە و «هەموو» ئایینە درۆزەنەکان دروست کرد. «ئەمەوان» شوێن بە برخەکە دەکەون بۆ هەر شوێنێک کە بڕوات، و وەک قوربانییەکانی نووبەری بەروبووم دەبێت شوێن بە مەسیح بکەون لە مردن و ناشتن و هەستانەوەی ئەودا.</w:t>
      </w:r>
    </w:p>
    <w:p>
      <w:pPr>
        <w:pStyle w:val="ArticleBody"/>
        <w:jc w:val="left"/>
      </w:pPr>
      <w:r>
        <w:rPr>
          <w:rFonts w:ascii="Times New Roman" w:hAnsi="Times New Roman" w:eastAsia="Times New Roman" w:cs="Times New Roman"/>
        </w:rPr>
        <w:t>Mu Kusulula, sura ya kumi na moja, mstari wa kumi na moja, mashahidi wawili watakao inuliwa kuwa bendera kwanza wanauawa, kisha ndani ya siku tatu na nusu wanafufuliwa kama sadaka ya malimbuko, kama alivyokuwa Kristo. Sadaka ya malimbuko ambayo ilikuwa na iliyo Kristo, ilijumuisha kumwagika kwa damu ya agano ili kuwakomboa wale waliokuwa wamefilisika kwa uzoefu wa Laodikia. Katika mstari mmoja, (mstari wa nne) muhtasari huu mfupi wa mistari mbalimbali ya nuru ya unabii inayohusiana na wale mia moja arobaini na nne elfu umewekwa wazi. Nayo imewekwa wazi katika Ufunuo 144 kwa mkono wa Palmoni, mhesabuji wa ajabu. Kurudiwa mara mbili katika Maandiko huwakilisha historia ya mvua ya masika ya mwisho, na mvua ya masika ya mwisho ndiyo mahali na wakati ambapo Mfariji anamiminwa juu ya watu wa Mungu.</w:t>
      </w:r>
    </w:p>
    <w:p>
      <w:pPr>
        <w:pStyle w:val="ArticleScripture"/>
        <w:jc w:val="left"/>
      </w:pPr>
      <w:r>
        <w:rPr>
          <w:rFonts w:ascii="Times New Roman" w:hAnsi="Times New Roman" w:eastAsia="Times New Roman" w:cs="Times New Roman"/>
        </w:rPr>
        <w:t>Aisea 52:7–11 Achunna shing khunthakta thajaba wari puduna ahingba khudol puthokpa, shanti phongdokpa; phajaba khudol puthokpa, kanana eigi khudongchaba phongdokpa; Zion-da hairiba, “Nangi Tengban Mapu rajya toure!” haibasi kari khudongchaba oirabano! Nangi ngaksillakpasingna khonjel thok-i; makhoina punna khonjel amaga ishei sak-i; maramdi, Pakhangbana Zion amuk hanna punsillakpa matamda, makhoina mit ama na mit ama utpa gumna u-i. Jerusalem-gi manghallaba maphamsing, yumpham pumnamak, nungairiba khonjelga loinana ishei sak-u; maramdi Pakhangbana mahakki mi-singbu nungairakle, mahakna Jerusalem-bu thadokle. Pakhangbana jati pumnamakki mitmangda mahakki sengna leiba khut ningthou oiba khutpham adu phongdokle; aduga malemgi mapan pumnamakna eigi Tengban Mapugi kanana u-gani. Chatlu, chatlu, maduda dagi chatlu; amangba potpham ama khudingmak taibiyu; mahakki midst dagi chatlu; Pakhangbagi thengnaba potshing puduna chatlibasing, seng-u.</w:t>
      </w:r>
    </w:p>
    <w:p>
      <w:pPr>
        <w:pStyle w:val="ArticleBody"/>
        <w:jc w:val="left"/>
      </w:pPr>
      <w:r>
        <w:rPr>
          <w:rFonts w:ascii="Times New Roman" w:hAnsi="Times New Roman" w:eastAsia="Times New Roman" w:cs="Times New Roman"/>
        </w:rPr>
        <w:t>Zioni H6726 është i njëjti me H6725, që do të thotë “ndjenja e dukshmërisë së spikatur; një shtyllë përmendore ose udhërrëfyese: – shenjë, titull, shenjues rruge.” Zioni është një simbol i flamurit të njëqind e dyzet e katër mijëve dhe, në këtë pjesë, ata e kanë marrë tashmë shiun e mbramë, sepse i kanë shpallur dhe paraqitur tashmë lajmet e mira të paqes. Po aq i veçantë për atë fakt është edhe se ata shohin “sy më sy”, gjë që përfaqëson dishepujt në Rrëshajë, sepse dhjetë ditët para Rrëshajëve përfaqësojnë një periudhë bashkimi. Zoti “ka”, (duke përfaqësuar kohën e shkuar) ka përmbushur tashmë tri gjëra për ata që sjellin lajme të mira. Ai “e ka ngushëlluar popullin e vet”, “e ka shpenguar Jerusalemin” dhe “e ka zbuluar krahun e tij të shenjtë përpara syve të të gjitha kombeve.”</w:t>
      </w:r>
    </w:p>
    <w:p>
      <w:pPr>
        <w:pStyle w:val="ArticleBody"/>
        <w:jc w:val="left"/>
      </w:pPr>
      <w:r>
        <w:rPr>
          <w:rFonts w:ascii="Times New Roman" w:hAnsi="Times New Roman" w:eastAsia="Times New Roman" w:cs="Times New Roman"/>
        </w:rPr>
        <w:t>Mu 9/11, Uvamuvuna “uruhoza” abantu biwe, atanguza rero umugendo wo kugeragezwa uvugwa muri Malaki igice ca gatatu, usozwa n’itegeko ry’uw’Imana ku wa Mungu, igihe aduza ibendera ry’amaturo y’imbuto za mbere, nk’uko bigereranywa no “guhishura ukuboko kwiwe kwera imbere y’amaso y’amahanga yose.” Arahoza, akacungura kandi akaduza abantu ibihumbi ijana na mirongo ine na bine. Mu 9/11 arahoza kandi agatangura umugendo wo kwezwa, aho acungura abantu biwe hanyuma akabaduza nk’ibendera; canke nk’uko Malaki abivuga, “amaturo ya Yuda na Yerusalemu azoba ayanezera” “nk’uko vyari biri mu misi ya kera.”</w:t>
      </w:r>
    </w:p>
    <w:p>
      <w:pPr>
        <w:pStyle w:val="ArticleScripture"/>
        <w:jc w:val="left"/>
      </w:pPr>
      <w:r>
        <w:rPr>
          <w:rFonts w:ascii="Times New Roman" w:hAnsi="Times New Roman" w:eastAsia="Times New Roman" w:cs="Times New Roman"/>
        </w:rPr>
        <w:t>Nake akatunda, nga omuyungizi era omutukuzi wa ffeeza: era alitukuza abaana ba Leevi, n’abalongoosa ng’ezaabu ne ffeeza; basobole okuweereza Mukama ekiweebwayo mu butuukirivu. Awo ekiweebwayo kya Yuda ne Yerusaalemi kirisanyusa Mukama, ng’ennaku ez’edda bwe zaali, era ng’emyaka egy’olubereberye. Malaki 3:3, 4.</w:t>
      </w:r>
    </w:p>
    <w:p>
      <w:pPr>
        <w:pStyle w:val="ArticleBody"/>
        <w:jc w:val="left"/>
      </w:pPr>
      <w:r>
        <w:rPr>
          <w:rFonts w:ascii="Times New Roman" w:hAnsi="Times New Roman" w:eastAsia="Times New Roman" w:cs="Times New Roman"/>
        </w:rPr>
        <w:t>Twesanga mu mwiso mu kiwandiiko ekiddako ku ebyo bye tulowoozaako ku “kumala bbanga ki?”</w:t>
      </w:r>
    </w:p>
    <w:p>
      <w:pPr>
        <w:pStyle w:val="ArticleScripture"/>
        <w:jc w:val="left"/>
      </w:pPr>
      <w:r>
        <w:rPr>
          <w:rFonts w:ascii="Times New Roman" w:hAnsi="Times New Roman" w:eastAsia="Times New Roman" w:cs="Times New Roman"/>
        </w:rPr>
        <w:t>“‘A niṅ waa shii gaŋa kayu, i ye a buŋa sani cɛ, ka a ye a alkama fara a mara la.’ Matthew 3:12. O tun ye saniya waatiw dɔ ye. Sabu kumanw fɛ, mɔgɔ bɛɛra tɛmɛnna ka banban fara alkama la. Bari u ka yɛrɛbonya ni yɛrɛtilennenya ka bon, u ma se ka fɔlɔli minɛ; bari u ka di duniɲa kan ka bon, u ma son ka dusukasiya ni yɛrɛmajigiya dɔ maisha ta. O de la, caman ye yɛrɛ caya Yesu ma. Bi fana, caman bɛ o kɛ nin cogo kelen na. Bi, niyɔrɔw bɛ kɔrɔsi kɛ i n’a fɔ Kaperinawumu synagogue kɔnɔ kalanfa disciples olu ma kɛra cogo min na. Ni tidiɲɛ nana ka se dusu ma, u bɛ ye ko u ka sigida tɛ sɛgɛsɛgɛ ni Ala ka sagobɛ ma. U bɛ ye ko fɛn bɛɛ bɛna se ka bamanbaman yeli u yɛrɛ kɔnɔ. Nka u tɛ son ka baara min bɛ yɛrɛmajigiya sɔrɔ, ka yɛrɛsɔrɔya tigiya, o ta. O de sababu la, ni u ka jurumuw yera, u bɛ kɛ dimi. U bɛ taga ka sunɔgɔsigi ta, i n’a fɔ disciples olu ye Yesu to ka taga, ka munumunu ko, ‘Kuma nin ka gɛlɛn kosɛbɛ; jɔn bɛ se k’a mɛn?’” The Desire of Ages, 392.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Yoweli Kitabu na Kanisa la Waadventista Wasabato wa Laodikia - Namba Tano</dc:title>
  <dc:subject>تا چەند؟ پەنجەمین مۆر ئەوەی یوحەننا لە پاش بینینی چوار مەزنەسوارەکە بینی، بەهەمان شێوە سەرسوڕهێنەر بوو. دەڵێت: «کاتێک [بەرخەکە] پەنجەمین مۆری کردەوە، لە ژێر قوربانگاکەدا گیانی ئەوانەم بینی کە بەهۆی وشەی خودا و بەهۆی ئەو شایەتییەی هەیانبوو کوژرابوون. بە دە</dc:subject>
  <dc:creator>Jeff Pippenger</dc:creator>
  <cp:keywords/>
  <dc:description>Generated by ArticleDigger from joel\05_joel.json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