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Akeda Moi me Lok Abicel Angwen — Namba Abicel Roman</w:t>
      </w:r>
    </w:p>
    <w:p>
      <w:pPr>
        <w:pStyle w:val="ArticleSubtitle"/>
        <w:jc w:val="left"/>
      </w:pPr>
      <w:r>
        <w:rPr>
          <w:rFonts w:ascii="Arial" w:hAnsi="Arial" w:eastAsia="Arial" w:cs="Arial"/>
        </w:rPr>
        <w:t>Akiro me Aryo - Bute me Abiro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En aye ni ngec me Baibul ma rwate me nyuto ni lakwena Ezekiel i dul me caku cing lokone pe obedo ki mwaka adek ki apar.</w:t>
      </w:r>
    </w:p>
    <w:p>
      <w:pPr>
        <w:pStyle w:val="ArticleScripture"/>
        <w:jc w:val="left"/>
      </w:pPr>
      <w:r>
        <w:rPr>
          <w:rFonts w:ascii="Times New Roman" w:hAnsi="Times New Roman" w:eastAsia="Times New Roman" w:cs="Times New Roman"/>
        </w:rPr>
        <w:t>Kombedi opoto i mwaka adek abicel, i dwe angwen, i nino abicel me dwe, ka an atye ka i kin jo ma otelo woko butek i cok a nam Kebar, polo oyabe, dok an aweno wangec pa Lubanga. I nino abicel me dwe, ma en mwaka abicel pa butela woko bwa kabaka Jehoiachin, lok pa Mukama obino maber atir bot Ezekiel, lakwena, wode Buzi, i piny jo Kaldea i cok a nam Kebar; ci cing pa Mukama nobedo kun iwiye. Ezekiel 1:1–3.</w:t>
      </w:r>
    </w:p>
    <w:p>
      <w:pPr>
        <w:pStyle w:val="ArticleBody"/>
        <w:jc w:val="left"/>
      </w:pPr>
      <w:r>
        <w:rPr>
          <w:rFonts w:ascii="Times New Roman" w:hAnsi="Times New Roman" w:eastAsia="Times New Roman" w:cs="Times New Roman"/>
        </w:rPr>
        <w:t>Jo mogo oye ni “mwaka adek ki apar” tye ka kwanyo kit ma aa i cik me Yubili ma kikonyo rwom acel, ma ocako i kare me kabaka Josiah dok ojuko i woko me acel me dul mar apar angwen.</w:t>
      </w:r>
    </w:p>
    <w:p>
      <w:pPr>
        <w:pStyle w:val="ArticleScripture"/>
        <w:jc w:val="left"/>
      </w:pPr>
      <w:r>
        <w:rPr>
          <w:rFonts w:ascii="Times New Roman" w:hAnsi="Times New Roman" w:eastAsia="Times New Roman" w:cs="Times New Roman"/>
        </w:rPr>
        <w:t>I mwaka abicel ki abicel pa twek wa, i acakki pa mwaka, i nino apar pa dwe, i mwaka apar wiye angwen nyuma ka gang moni ne oywac, i nino acel ka meno cing pa Mukama ne otwero abim, dok okela anya kwede. Ezekiel 40:1.</w:t>
      </w:r>
    </w:p>
    <w:p>
      <w:pPr>
        <w:pStyle w:val="ArticleBody"/>
        <w:jc w:val="left"/>
      </w:pPr>
      <w:r>
        <w:rPr>
          <w:rFonts w:ascii="Times New Roman" w:hAnsi="Times New Roman" w:eastAsia="Times New Roman" w:cs="Times New Roman"/>
        </w:rPr>
        <w:t>Jo maraco me ngec pa kare i Baibul tito ni buk me acel i dul me angwen-pi-dwogo obedo onyo April 28 onyo October 22, 573 BC. Lukwena weng nyutu nino me agiki, ci nino me lwor me October 22, 573 BC obedo nino me omega pa rek ma ocako mwaka abicel mukato i gin ma lwongo ni “Passover Madit pa Josiah” i May 5, 622 BC.</w:t>
      </w:r>
    </w:p>
    <w:p>
      <w:pPr>
        <w:pStyle w:val="ArticleBody"/>
        <w:jc w:val="left"/>
      </w:pPr>
      <w:r>
        <w:rPr>
          <w:rFonts w:ascii="Times New Roman" w:hAnsi="Times New Roman" w:eastAsia="Times New Roman" w:cs="Times New Roman"/>
        </w:rPr>
        <w:t>Namba adek mutwang’ dek pii pi lupwodho ma ne myero obed ki mwaka adek mutwang’ ka gityeko cako tye ki ticgi. Ka onongo wec acel nyaka adek me Ezekiel acel tye ka nyuto imyaka me Ezekiel ni adek mutwang’, onyo keken calo cim me lupwodho, en bene onongo ibedo ka irwatte calo dano ma tye ki mwaka adek mutwang’. Ka mwaka adek mutwang’ me wec acel tye calo jo mukene giyero ni; tye ka nyuto mwaka me adek mutwang’ ki acel nyima me Pasika Madit me Josiah i mwaka 622 BC, dong nyikowang me ajon me tungcel tye dok rom keken.</w:t>
      </w:r>
    </w:p>
    <w:p>
      <w:pPr>
        <w:pStyle w:val="ArticleBody"/>
        <w:jc w:val="left"/>
      </w:pPr>
      <w:r>
        <w:rPr>
          <w:rFonts w:ascii="Times New Roman" w:hAnsi="Times New Roman" w:eastAsia="Times New Roman" w:cs="Times New Roman"/>
        </w:rPr>
        <w:t>Josiah tyer ni “teme,” kede Anyom Pa Roma Madit ma en ocako kare me yubili ma ogik i nino 22 October i Nino me Kwayo Cogo Cul i mwaka 573 BC. “Lainya me yubili” ma oa ki bot Josiah tung i nino 22 October rwatte maber ki gin ma otimme i kare me mwaka 1840 wa i 1844. Teme pa mwaka 1840 nyutu ki kabaka Josiah, kede bene ki Josiah Litch. Nino 22 October onyut ki tung me tarumbeta me yubili ma kiyuto, kacel ki tung me Nino me Kwayo Cogo Cul.</w:t>
      </w:r>
    </w:p>
    <w:p>
      <w:pPr>
        <w:pStyle w:val="ArticleScripture"/>
        <w:jc w:val="left"/>
      </w:pPr>
      <w:r>
        <w:rPr>
          <w:rFonts w:ascii="Times New Roman" w:hAnsi="Times New Roman" w:eastAsia="Times New Roman" w:cs="Times New Roman"/>
        </w:rPr>
        <w:t>“Ki ibi kwano boti miaka me Sabato abiro, abiro tyen abiro; ci kare pa Sabato me miaka abiro no bibedo boti myaka pytic abicel adek ki angwen. Ci i wat me dwe abiro me nino apar, ibi kelo twol pa pogo me Yubili neno; i nino me kwayo pwony me ceng, un ibikelo pogo no dwone i te pinyu ducu.” Lebitikus 25:8, 9.</w:t>
      </w:r>
    </w:p>
    <w:p>
      <w:pPr>
        <w:pStyle w:val="ArticleBody"/>
        <w:jc w:val="left"/>
      </w:pPr>
      <w:r>
        <w:rPr>
          <w:rFonts w:ascii="Times New Roman" w:hAnsi="Times New Roman" w:eastAsia="Times New Roman" w:cs="Times New Roman"/>
        </w:rPr>
        <w:t>Ezekiel tye ka keto i lain me Jubili ki i kabaka Josia wa ki i Nino dwe maracel ki aryo, dwe apar ki aryo, lain ma pire tye ka nyuto malaika me acel ki me aryo i Niyabo Apar, ki cak i 1840 wa i 1844. Ezekiel tye ka nyuto jo Millerite me malaika me acel ki me aryo, kadi ki jo alufu mia acel piero adek ki angwen me malaika me adek. Ezekiel tye ka nyuto kapat me jo alufu mia acel piero adek ki angwen, ento kit ma en aye me jonabi aye ni en tye jonabi.</w:t>
      </w:r>
    </w:p>
    <w:p>
      <w:pPr>
        <w:pStyle w:val="ArticleHeading"/>
        <w:jc w:val="left"/>
      </w:pPr>
      <w:r>
        <w:rPr>
          <w:rFonts w:ascii="Arial" w:hAnsi="Arial" w:eastAsia="Arial" w:cs="Arial"/>
        </w:rPr>
        <w:t>Lakwena, Ajwaka, ki Rwot</w:t>
      </w:r>
    </w:p>
    <w:p>
      <w:pPr>
        <w:pStyle w:val="ArticleBody"/>
        <w:jc w:val="left"/>
      </w:pPr>
      <w:r>
        <w:rPr>
          <w:rFonts w:ascii="Times New Roman" w:hAnsi="Times New Roman" w:eastAsia="Times New Roman" w:cs="Times New Roman"/>
        </w:rPr>
        <w:t>Tye jo ma kigikwayo i Baibul adek ma gicako tic ka gin ki mwaka adek me pyer. Ka pud ki Ezekiel, bene David ki Joseph. Pien duc weng gicako tic ka gityeko mwaka adek me pyer, duc weng gin lalam pa Lubanga. David obedo cal pa kabaka, Joseph obedo lalam pa Lubanga, dok Ezekiel obedo lanebi i ker me dwong pa Lubanga ma tye i bute adek: lanebi, lalam pa Lubanga, ki kabaka.</w:t>
      </w:r>
    </w:p>
    <w:p>
      <w:pPr>
        <w:pStyle w:val="ArticleBody"/>
        <w:jc w:val="left"/>
      </w:pPr>
      <w:r>
        <w:rPr>
          <w:rFonts w:ascii="Times New Roman" w:hAnsi="Times New Roman" w:eastAsia="Times New Roman" w:cs="Times New Roman"/>
        </w:rPr>
        <w:t>Ento kit wa romo tye ka wa tiyo ki lanebi Ezekiel calo nyig coc, en obedo ajwaka, kadi ka otiyo i yoo me yubili pi Buk Josiah nyaka i Nino dwe apar ki aryo, 22, Ezekiel obedo ajwaka ma myero omine nyig ajwaka i cawa me pwony me cing pi arwaka acel mia angwen wi dyer adek ki angwen, calo ma nyuto ki lok me mwaka 1840 nyaka 1844, ki Buk Josiah nyaka i Nino dwe apar ki aryo, 22, mwaka 573 BC.</w:t>
      </w:r>
    </w:p>
    <w:p>
      <w:pPr>
        <w:pStyle w:val="ArticleHeading"/>
        <w:jc w:val="left"/>
      </w:pPr>
      <w:r>
        <w:rPr>
          <w:rFonts w:ascii="Arial" w:hAnsi="Arial" w:eastAsia="Arial" w:cs="Arial"/>
        </w:rPr>
        <w:t>Apari aryo me acel ki aryo</w:t>
      </w:r>
    </w:p>
    <w:p>
      <w:pPr>
        <w:pStyle w:val="ArticleBody"/>
        <w:jc w:val="left"/>
      </w:pPr>
      <w:r>
        <w:rPr>
          <w:rFonts w:ascii="Times New Roman" w:hAnsi="Times New Roman" w:eastAsia="Times New Roman" w:cs="Times New Roman"/>
        </w:rPr>
        <w:t>Baibuli owaco ayen-yen ni Ezekiel obedo ka tye ka timo tic pa loti me mwaka abicel ki aryo. “Abicel ki aryo” en cim pa lukwena mia acel ki abicel aryo ki abicel aryo (144,000) ma gin alamadwong pa Ubange ma kiyubo kacel ki dano. Ikiny me lweny ma kiciko ki Pasika pa Josiah nio i kapiṭa arwocel pa cam me Jubili pa 22 October, Pasika pa Josiah oloko calo kit tic pa Josiah Litch i mwaka 1838 ki 1840. Tic meno ne tye ka keto anyim jabwogi me kare pa obwola me nwo me acel ki me aryo. Kombedi twero neno ni jabwogi me obwola me nwo me acel ki me aryo tye lapol matek moloyo kit ma jopupulya me dong acel ne gityeko niang iye.</w:t>
      </w:r>
    </w:p>
    <w:p>
      <w:pPr>
        <w:pStyle w:val="ArticleBody"/>
        <w:jc w:val="left"/>
      </w:pPr>
      <w:r>
        <w:rPr>
          <w:rFonts w:ascii="Times New Roman" w:hAnsi="Times New Roman" w:eastAsia="Times New Roman" w:cs="Times New Roman"/>
        </w:rPr>
        <w:t>Ezekiel calo lakwena me Baibul tito nino ma yamiyo i cocce obedo maleng dok rwomgi atir moloyo coc pa ngat mo keken ma coyo i Baibul.</w:t>
      </w:r>
    </w:p>
    <w:p>
      <w:pPr>
        <w:pStyle w:val="ArticleBody"/>
        <w:jc w:val="left"/>
      </w:pPr>
      <w:r>
        <w:rPr>
          <w:rFonts w:ascii="Times New Roman" w:hAnsi="Times New Roman" w:eastAsia="Times New Roman" w:cs="Times New Roman"/>
        </w:rPr>
        <w:t>Ezekiel en omega me nino ma cing acel romo mwaka acel i porofecy me Baibul. I buk me Numbers, alpha ma okwanyo iye i kom cik me nino mwaka kikonyo ka i cako me kwero me acel i Kadesh ma okelo mwaka pyer abic me wot i tim ber me tim. Kwero ma agiki, onyo omega, Ezekiel aye tye ka otyeko ka konyo i kabedo me chapter angwen, ka Yerusalemu obal.</w:t>
      </w:r>
    </w:p>
    <w:p>
      <w:pPr>
        <w:pStyle w:val="ArticleHeading"/>
        <w:jc w:val="left"/>
      </w:pPr>
      <w:r>
        <w:rPr>
          <w:rFonts w:ascii="Arial" w:hAnsi="Arial" w:eastAsia="Arial" w:cs="Arial"/>
        </w:rPr>
        <w:t>Alufa</w:t>
      </w:r>
    </w:p>
    <w:p>
      <w:pPr>
        <w:pStyle w:val="ArticleScripture"/>
        <w:jc w:val="left"/>
      </w:pPr>
      <w:r>
        <w:rPr>
          <w:rFonts w:ascii="Times New Roman" w:hAnsi="Times New Roman" w:eastAsia="Times New Roman" w:cs="Times New Roman"/>
        </w:rPr>
        <w:t>Inino dok onino kwede piny, pi nino artam, nino acel acel ka mwaka acel, ibed bino tingo tim maraco wunu pi mwaka artam, dok ibed ngeyo kwena mar ango ma obale. An Akwap amito ni awaco; adwong adwong abino timo man bot guk ma tim maraco ducu ma gubedo kacel me bedo kuom an: i tim bur man gibedo kwo to gibedo tum, dok kanyo gibedo tho. Kwan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I buti peke i tung tung moni ci kwom, ka ikel bal pa ot pa Israel iwiye; calo kwan me nino ma ibedogi iwiye, dong ibitwalo balgi. Pien an aketo iwiye mwaka pa balgi, calo kwan me nino, nino mia adek ki cing abiro acel; kumeno ibitwalo bal pa ot pa Israel. Ka i tyeko gi, dok ibuti peke i tung tung moni ci lacoo, ka ibitwalo bal pa ot pa Judah pi nino artam; aketo nino acel me mwaka acel. Dong ibiketo wangyi i kom kelo me Jerusalem, ka batyi bibedo ayaba, ka ibi neno lok me prophetic marac i komye. Ezekiel 4:4–7.</w:t>
      </w:r>
    </w:p>
    <w:p>
      <w:pPr>
        <w:pStyle w:val="ArticleBody"/>
        <w:jc w:val="left"/>
      </w:pPr>
      <w:r>
        <w:rPr>
          <w:rFonts w:ascii="Times New Roman" w:hAnsi="Times New Roman" w:eastAsia="Times New Roman" w:cs="Times New Roman"/>
        </w:rPr>
        <w:t>Kadesh kacel ki Jerusalam ma opolone ginyuto buntu me alpha ki omega, ma ginyuto cikke me “nino pi mwaka.” “Cikke me nino pi mwaka” no obedo cik maduong’ ma jo Millerite otye ka tic kwede, i tekwaro me 1840 nyaka 1844, calo ma ki nyuto kwede i rek me Jubilee pa rwot Josiah nyaka i October 22. Ezekiel oketo anyuta me nino mapol kato lanebi mo keken. I iye cikke me nino ma Ezekiel omiyo, rek me Jubilee kiyubo iye, ma olamo caden pa Ezekiel but i tekwaro pa maleka me acel ki me aryo, eka bang’en i tekwaro pa maleka me adek.</w:t>
      </w:r>
    </w:p>
    <w:p>
      <w:pPr>
        <w:pStyle w:val="ArticleBody"/>
        <w:jc w:val="left"/>
      </w:pPr>
      <w:r>
        <w:rPr>
          <w:rFonts w:ascii="Times New Roman" w:hAnsi="Times New Roman" w:eastAsia="Times New Roman" w:cs="Times New Roman"/>
        </w:rPr>
        <w:t>Ka ikin jo “lain pa Yubili,” Ezekiel nino i kabedo i kom bakke pi nino mia adek ki abongwen, ka dong nino i bakke mukene pi nino abicel. “Mia angwen ki abicel” en cing me wal me kobo macon ki kobo manyen, pien cikke me kobo ma ki cimo ni Abram me mwaka mia angwen me bedo i twec i Ejipt onongo oywalo cing me lacaden me aryo ki myaka abicel kun lubanga Paulo. Wekki Abram, (ino ngeye Abraham) me ‘macon’ ki Saul, (ino ngeye Paulo) me ‘manyen’ orwatte ka lacedenegi me cako mwaka mia angwen ki abicel calo cing me wal pa kobo ma pe tum. “Nino mia adek ki abongwen” “ibibito bal pa ot pa Israel.” “Ki” “ibibito bal pa ot pa Judah nino abicel.” Wekki tung lacuc ki tung cam romo Abram ki Paulo.</w:t>
      </w:r>
    </w:p>
    <w:p>
      <w:pPr>
        <w:pStyle w:val="ArticleBody"/>
        <w:jc w:val="left"/>
      </w:pPr>
      <w:r>
        <w:rPr>
          <w:rFonts w:ascii="Times New Roman" w:hAnsi="Times New Roman" w:eastAsia="Times New Roman" w:cs="Times New Roman"/>
        </w:rPr>
        <w:t>Kiikiro ne tye kare ducu kwede i cwiny rwate onongo pa winyo onyo pa pe winyo—ngima onyo to. Cik me mwaka-lubanga i historia me ba Millerite onongo obedo gin me ngima onyo to, dok historia man aniookiwoko ki malaika me acel calo Injili ma pe tum. “Injili” tye gin me ngima onyo to, dok gin me temo ma obedo pa ngima onyo to i historia me ba Millerite kiketo iwic rwate me cik ni nino acel rwatte ki mwaka acel. Obwogi ma omiyo teko i kwena me malaika me acel onongo obedo obwogi me myaka mia adek ki acel, dok nino apar ki abic pa can me aryo. I ndani me nino mia adek ki abicwec ma Ezekiel onino kwede i tung cel marac ne tye cal me obwogi me kare pa myaka mia adek ki acel, dok nino apar ki abic pa can me aryo. Mitto ngene pa bunyonyo me lunabbi me rwate wek kibwal prophecy man maber, ento man pe obedo gin mukene katono con pe ka tic ma dok odok i anyim pa Labongo me dogola pa Yuda me yubo pwony pa koko me dyewor.</w:t>
      </w:r>
    </w:p>
    <w:p>
      <w:pPr>
        <w:pStyle w:val="ArticleBody"/>
        <w:jc w:val="left"/>
      </w:pPr>
      <w:r>
        <w:rPr>
          <w:rFonts w:ascii="Times New Roman" w:hAnsi="Times New Roman" w:eastAsia="Times New Roman" w:cs="Times New Roman"/>
        </w:rPr>
        <w:t>Akwanyo ni myero okel Ezekiel calo cing me jo mia acel gi piero angwen, ento adong atek calo cing me lim me Cik me Lok me Woro, obed ni kikelo ne calo nyutu me lakwena me niang me agiki, onyo calo nyutu me lwak me karuma ma ngeyo cike me yo me “line upon line.”</w:t>
      </w:r>
    </w:p>
    <w:p>
      <w:pPr>
        <w:pStyle w:val="ArticleBody"/>
        <w:jc w:val="left"/>
      </w:pPr>
      <w:r>
        <w:rPr>
          <w:rFonts w:ascii="Times New Roman" w:hAnsi="Times New Roman" w:eastAsia="Times New Roman" w:cs="Times New Roman"/>
        </w:rPr>
        <w:t>An aye ni wang Ezekiel i kom porofeta me myaka adek mia abicel wiye acel ki nino abicel ni rwatte ki laro ma obweyo piny ka ocwalo lonyo i adaka madit.</w:t>
      </w:r>
    </w:p>
    <w:p>
      <w:pPr>
        <w:pStyle w:val="ArticleBody"/>
        <w:jc w:val="left"/>
      </w:pPr>
      <w:r>
        <w:rPr>
          <w:rFonts w:ascii="Times New Roman" w:hAnsi="Times New Roman" w:eastAsia="Times New Roman" w:cs="Times New Roman"/>
        </w:rPr>
        <w:t>Ami yubo ni ryen me Ejekieli en gin mapire tek i lok me giko-dul, ka ot-lic obedo otum.</w:t>
      </w:r>
    </w:p>
    <w:p>
      <w:pPr>
        <w:pStyle w:val="ArticleBody"/>
        <w:jc w:val="left"/>
      </w:pPr>
      <w:r>
        <w:rPr>
          <w:rFonts w:ascii="Times New Roman" w:hAnsi="Times New Roman" w:eastAsia="Times New Roman" w:cs="Times New Roman"/>
        </w:rPr>
        <w:t>Ityekel tye i nino 22 mar dwe me October i ngat mukwongo me buk me tyen cal pieri abicel, kany ka i tye ka kimiyo Ityekel nino mar wang acel me ot me kare me anyim. Ot no en ot me jo alufu acel ki pieri angwen, me Ityekel en cing cal mar namba no. Dulu no obedo ni gibino ka gityeko temo aryo mapwod pe gicopo i temo me adek, ma en temo me tyeko me gengo ada. Ityekel kikelo ka ngat ma orwatte ki ler i ot, ci pi meno ler ma en okwanyo kun en cing cal, kwanyo ler ma bino ka jo pa Lubanga donyo i Kabedo Maleng Tutwal ka kicwako ki Daniel buk me tyen cal apar.</w:t>
      </w:r>
    </w:p>
    <w:p>
      <w:pPr>
        <w:pStyle w:val="ArticleBody"/>
        <w:jc w:val="left"/>
      </w:pPr>
      <w:r>
        <w:rPr>
          <w:rFonts w:ascii="Times New Roman" w:hAnsi="Times New Roman" w:eastAsia="Times New Roman" w:cs="Times New Roman"/>
        </w:rPr>
        <w:t>Ler pa Nwoyo me Yesu Kristo ma gulokole, gulokole ka dong tye cok ka kare me pwoyo pe doge.</w:t>
      </w:r>
    </w:p>
    <w:p>
      <w:pPr>
        <w:pStyle w:val="ArticleScripture"/>
        <w:jc w:val="left"/>
      </w:pPr>
      <w:r>
        <w:rPr>
          <w:rFonts w:ascii="Times New Roman" w:hAnsi="Times New Roman" w:eastAsia="Times New Roman" w:cs="Times New Roman"/>
        </w:rPr>
        <w:t>Ci owaco bot i an, “Pe ikwanu lok me porofeta me buk man: pien kare tye cok. Ngat ma pe tye atir, wek obed pe atir dok; dok ngat ma iye opong ki col, wek obed i col dok; dok ngat ma tye atir, wek obed atir dok; dok ngat ma lela, wek obed lela dok.” Revelation 22:10, 11.</w:t>
      </w:r>
    </w:p>
    <w:p>
      <w:pPr>
        <w:pStyle w:val="ArticleBody"/>
        <w:jc w:val="left"/>
      </w:pPr>
      <w:r>
        <w:rPr>
          <w:rFonts w:ascii="Times New Roman" w:hAnsi="Times New Roman" w:eastAsia="Times New Roman" w:cs="Times New Roman"/>
        </w:rPr>
        <w:t>“Cawa tye cok” ka meno pwoc me temo pud pe oloke i otit me apar ki acel, ci Neno pa Yesu Kristo pe dong kikelo i tung acel i kare meno, pien “cawa tye cok.”</w:t>
      </w:r>
    </w:p>
    <w:p>
      <w:pPr>
        <w:pStyle w:val="ArticleScripture"/>
        <w:jc w:val="left"/>
      </w:pPr>
      <w:r>
        <w:rPr>
          <w:rFonts w:ascii="Times New Roman" w:hAnsi="Times New Roman" w:eastAsia="Times New Roman" w:cs="Times New Roman"/>
        </w:rPr>
        <w:t>Nong ngec pa Yesu Kristo, ma Lubanga omiyo en bot, wek onyut bot luticce gin ma myero otimme ceng; ci ocwalo malaikane, kendo onyuto kwede bot ticne Yohana: ma omiyo caden pa lok me Lubanga, kacel ki caden pa Yesu Kristo, ki me gin ducu ma en oneno. Gumuc maber en ma kwan, ki jo ma winyo lok pa porofeta man, kendo gwoko gin ma ki coo iye: pien kare otyeko cok. Ngec 1:1–3.</w:t>
      </w:r>
    </w:p>
    <w:p>
      <w:pPr>
        <w:pStyle w:val="ArticleBody"/>
        <w:jc w:val="left"/>
      </w:pPr>
      <w:r>
        <w:rPr>
          <w:rFonts w:ascii="Times New Roman" w:hAnsi="Times New Roman" w:eastAsia="Times New Roman" w:cs="Times New Roman"/>
        </w:rPr>
        <w:t>Kare me arego marac pi Adwentis me Lacodicea me Nino Abiro mar Abicel cego ka cik me Ca Nino Atidi oyotye, dok Adwentis kicako keto calo Yerusalemu i kabedo me abicel i Ezekiel. Kany, jo ma ng’wec dok koko pi timo me anywal marac ma kitimo i lobo dok i kanisa, gin oyubo lak. Yubo lak no timore ka yamo me ceng otino ma piny me Islam tye ka omako dogola, cokcok ka kare me arego marac pe opong. I Ezekiel kabedo me abongwen, diro me anyom me Adwentis abongwen otyeko, ka diro me anyom me angwen kitiyo ki cala me ladit piero abicel acel ma gudwogo kuc i anyim ceng.</w:t>
      </w:r>
    </w:p>
    <w:p>
      <w:pPr>
        <w:pStyle w:val="ArticleBody"/>
        <w:jc w:val="left"/>
      </w:pPr>
      <w:r>
        <w:rPr>
          <w:rFonts w:ascii="Times New Roman" w:hAnsi="Times New Roman" w:eastAsia="Times New Roman" w:cs="Times New Roman"/>
        </w:rPr>
        <w:t>Nywene no kelo ki ngec me anyim onyo me cing nyigat, i nino acel ma okato cinge me Cawa me Pa Nino me Yec, onyo kany ikin me agiki me kare me temo ma ki cako nyuto ki abicel, abicel, abicel.</w:t>
      </w:r>
    </w:p>
    <w:p>
      <w:pPr>
        <w:pStyle w:val="ArticleScripture"/>
        <w:jc w:val="left"/>
      </w:pPr>
      <w:r>
        <w:rPr>
          <w:rFonts w:ascii="Times New Roman" w:hAnsi="Times New Roman" w:eastAsia="Times New Roman" w:cs="Times New Roman"/>
        </w:rPr>
        <w:t>Ci obedo i mwaka me abicel, i dwe me abicel, i nino me abicel me dwe, ka an atye ka bedo i otna, kede jodongo pa Yuda bene atye ka bedo anyimna, ci cing pa Ladit Rubanga odonyo kuno ikomna. Ci an ano, kadi bedi, cal calo kit me mac; ki i kakeno me cinge ma i cwiny ci oo piny, mac; dok ki i kakeno me cinge ma i cwiny ci oo malo, calo ryenya me ler, calo rangi me amber. Ci en oyubo woko cal me cing, kede omaka an ki won yelana acel; ci Tipu oyera malo i kin ngom kede polo, kede owotya i wang-ikom me Rubanga do i Yerusalemu, i doggola me weng i dirica me ndani ma oryemo i kabedo me anyim norte; kuma obedo kare me cal me lyem, ma omiyo lyem. Kadi bedi, ducu me Rubanga pa Israel obedo kunnu, calo wang-ikom ma an amono i bungu. Ezekiel 8:1–4.</w:t>
      </w:r>
    </w:p>
    <w:p>
      <w:pPr>
        <w:pStyle w:val="ArticleBody"/>
        <w:jc w:val="left"/>
      </w:pPr>
      <w:r>
        <w:rPr>
          <w:rFonts w:ascii="Times New Roman" w:hAnsi="Times New Roman" w:eastAsia="Times New Roman" w:cs="Times New Roman"/>
        </w:rPr>
        <w:t>Neno me mwaka me abicel, dwe me abicel, kacel ki nino me abicel obino tu i nyima pa “666,” ma en kit me nyuto cik pa Sabato me Ceng, ka kare me cweyo gik otum agiki pi Adventism me Laodicea. Neno meno obedo “calo neno” ma Ezekiel “oneno i buru.” Neno ma en oneno i buru nongo tye con i anyim, i toko me adek.</w:t>
      </w:r>
    </w:p>
    <w:p>
      <w:pPr>
        <w:pStyle w:val="ArticleScripture"/>
        <w:jc w:val="left"/>
      </w:pPr>
      <w:r>
        <w:rPr>
          <w:rFonts w:ascii="Times New Roman" w:hAnsi="Times New Roman" w:eastAsia="Times New Roman" w:cs="Times New Roman"/>
        </w:rPr>
        <w:t>Nó an aaak, adoko alworo i cuk; ka nen, dwong me Wek Rubanga obedo kany, calo dwong ma aneno cok i bao me Kebar; ka alobo piny ki wang'a. Ezekiel 3:23.</w:t>
      </w:r>
    </w:p>
    <w:p>
      <w:pPr>
        <w:pStyle w:val="ArticleBody"/>
        <w:jc w:val="left"/>
      </w:pPr>
      <w:r>
        <w:rPr>
          <w:rFonts w:ascii="Times New Roman" w:hAnsi="Times New Roman" w:eastAsia="Times New Roman" w:cs="Times New Roman"/>
        </w:rPr>
        <w:t>Neno me “campo”, ma en neno pa mwaka me abicel, dwe me abicel, ki nino me abicel, en neno ma Ezekiel otyeko neno con ku ngok pa Kebar.</w:t>
      </w:r>
    </w:p>
    <w:p>
      <w:pPr>
        <w:pStyle w:val="ArticleScripture"/>
        <w:jc w:val="left"/>
      </w:pPr>
      <w:r>
        <w:rPr>
          <w:rFonts w:ascii="Times New Roman" w:hAnsi="Times New Roman" w:eastAsia="Times New Roman" w:cs="Times New Roman"/>
        </w:rPr>
        <w:t>I kare odoko ni i mwaka adek kumi, i dwe arwen, i nino adyec me dwe, ka an abedo i kin joma omaki piny i but atek cok ki aec me Kebar, polo oyabore, ci an angeyo neno pa Katonda. Ezekiel 1:1.</w:t>
      </w:r>
    </w:p>
    <w:p>
      <w:pPr>
        <w:pStyle w:val="ArticleBody"/>
        <w:jc w:val="left"/>
      </w:pPr>
      <w:r>
        <w:rPr>
          <w:rFonts w:ascii="Times New Roman" w:hAnsi="Times New Roman" w:eastAsia="Times New Roman" w:cs="Times New Roman"/>
        </w:rPr>
        <w:t>“Cen ma Mungu” ma Ezekiel “one,” i ywor Keba, obedo cen me piang, ma bene obedo cen ma i Ezekiel acaku i otel mar abicel nyang’ i wiye acel. Cen magi ki cako cako onyut ne i kare ma Ezekiel tye ka neno i iyee me abila, ma kany ka cen me “marah,” cal me wang neno, ma i otel mar apar, tye ka time. Ezekiel kelo cal pa jo ma gamo lem me porofeta ma tye ka kwero ki aa ki Kabedo Ma Lamak Weng, ka Kinyuto pa Yesu Kricito tye ka kelo anyim tu i ka acel ma kare me temo pud pe otum agiki.</w:t>
      </w:r>
    </w:p>
    <w:p>
      <w:pPr>
        <w:pStyle w:val="ArticleBody"/>
        <w:jc w:val="left"/>
      </w:pPr>
      <w:r>
        <w:rPr>
          <w:rFonts w:ascii="Times New Roman" w:hAnsi="Times New Roman" w:eastAsia="Times New Roman" w:cs="Times New Roman"/>
        </w:rPr>
        <w:t>Ka wa nywako rek me Yubili me kabaka Yosia ma cako ki Pasaka ci tum i dwe me Okotoba 22, wa nywako atir cing me nyutu pa tekwaro me nyamo me ceng kacel ki tekwaro me ngwec me ceng, calo onyutu i Lebitikus acel pi aryo adek. Kany tekwaro me nyamo me ceng kacel ki tekwaro me ngwec me ceng kitye ka kinyutu ki doggola apar aryo ki aryo pi acel acel, calo katic pa Ezekiel bene obedo pi mwaka apar aryo ki aryo. Keto Ezekiel i mwaka me adek piny me rek me Yubili miyo nywal pa Ezekiel rwatte ki cweyo manyen pa Yosia. Ka en obedo me myaka adek piny i mwaka me adek piny me cyc me Yubili, ci Ezekiel onego onywale i kare me lok manyen pa Yosia.</w:t>
      </w:r>
    </w:p>
    <w:p>
      <w:pPr>
        <w:pStyle w:val="ArticleBody"/>
        <w:jc w:val="left"/>
      </w:pPr>
      <w:r>
        <w:rPr>
          <w:rFonts w:ascii="Times New Roman" w:hAnsi="Times New Roman" w:eastAsia="Times New Roman" w:cs="Times New Roman"/>
        </w:rPr>
        <w:t>Ezekiel obedo cal me jo ma ki yie donyo i Kabedo Maleng Cok-Cok. Ka gin donyo kany, gin neno aleli ma i iye tye aleli mukene, ma nyuto kit ma timbe pa dano piny opore kede cwercwiny mapol. Calo John i Kinyutu adwogi apar, Ezekiel nyuto jo Millerite, ento maleng adwong nongo jo mia acel ki aryo tye apar ki angwen alufu. Porofeto pa cawa ma rwatte, mwaka adek mia angwen wiye acel ki mwaka acel, kacel ki nino apar ki abicel, onyuto ngol kop ma agiki pa Adventism me Laodicea, i rwom me kwanyo Yerusalem, dok ogamo i iye tong gweng pa pyer adek wiye abicel ki pyer angwen apar.</w:t>
      </w:r>
    </w:p>
    <w:p>
      <w:pPr>
        <w:pStyle w:val="ArticleBody"/>
        <w:jc w:val="left"/>
      </w:pPr>
      <w:r>
        <w:rPr>
          <w:rFonts w:ascii="Times New Roman" w:hAnsi="Times New Roman" w:eastAsia="Times New Roman" w:cs="Times New Roman"/>
        </w:rPr>
        <w:t>Tye tye ki cikke me anyim marac me myaka mia abicel adek ki pyer adek.</w:t>
      </w:r>
    </w:p>
    <w:p>
      <w:pPr>
        <w:pStyle w:val="ArticleBody"/>
        <w:jc w:val="left"/>
      </w:pPr>
      <w:r>
        <w:rPr>
          <w:rFonts w:ascii="Times New Roman" w:hAnsi="Times New Roman" w:eastAsia="Times New Roman" w:cs="Times New Roman"/>
        </w:rPr>
        <w:t>Tye kelo i kin ceng angwen ma kinyutu kwede i 1333 wa i 1337, 1449 wa i 1453, kacel ki 1840 wa i 1844.</w:t>
      </w:r>
    </w:p>
    <w:p>
      <w:pPr>
        <w:pStyle w:val="ArticleBody"/>
        <w:jc w:val="left"/>
      </w:pPr>
      <w:r>
        <w:rPr>
          <w:rFonts w:ascii="Times New Roman" w:hAnsi="Times New Roman" w:eastAsia="Times New Roman" w:cs="Times New Roman"/>
        </w:rPr>
        <w:t>Wan wabedo cako paro wa i kom lok man ma pire tek tutwal i coc mukene ma bino.</w:t>
      </w:r>
    </w:p>
    <w:p>
      <w:pPr>
        <w:pStyle w:val="ArticleScripture"/>
        <w:jc w:val="left"/>
      </w:pPr>
      <w:r>
        <w:rPr>
          <w:rFonts w:ascii="Times New Roman" w:hAnsi="Times New Roman" w:eastAsia="Times New Roman" w:cs="Times New Roman"/>
        </w:rPr>
        <w:t>“I kineno ma nongo gucopo ni Isaiah, ni Ezekiel, kede ni John, wa neno kit ma polo otwero cing matek ki gin ma tye ka timore i kom piny, kede ni ber pa tic marac ma Lubanga tye kwede pi jo ma gubedo aler bot En aye dit tutwal.” Testimonies, volume 5, 753.</w:t>
      </w:r>
    </w:p>
    <w:p>
      <w:pPr>
        <w:pStyle w:val="ArticleScripture"/>
        <w:jc w:val="left"/>
      </w:pPr>
      <w:r>
        <w:rPr>
          <w:rFonts w:ascii="Times New Roman" w:hAnsi="Times New Roman" w:eastAsia="Times New Roman" w:cs="Times New Roman"/>
        </w:rPr>
        <w:t>“Kristo kene obedo Rubanga pa kacok. Ka en dong owoko ki iye, ducu deyo ne obiro kato—deyo ma con ne tye ka nen iwic Kabedo Maleng Atyetino, iwir kom kabedo pa kica, kama lakwong dit ne donyo iye acel keken i mwaka, i nino maduongʼ pa kwanyo kwo marac, ka otwero remo pa lacwong ma gityeko kwanyo (ma ne tye cal pa remo pa Wod pa Rubanga ma oluke pi bal pa piny ducu), ci opwonyo remo eno iwang wang otero kwanyo. Man aye Shekinah, ot yat ma nen pa Jehovah.</w:t>
      </w:r>
    </w:p>
    <w:p>
      <w:pPr>
        <w:pStyle w:val="ArticleScripture"/>
        <w:jc w:val="left"/>
      </w:pPr>
      <w:r>
        <w:rPr>
          <w:rFonts w:ascii="Times New Roman" w:hAnsi="Times New Roman" w:eastAsia="Times New Roman" w:cs="Times New Roman"/>
        </w:rPr>
        <w:t>“En aye ma ki nyutu ne bot Isaiah, ka owaco ni, ‘I mwaka ma kabaka Uzziah oto iye, an dong aweno bene Rwot ka obedo i kom tron, maleng i piny gi ka kigengo iye; kacel ki tonggweno obor ot abamo’ [Isaiah 6:1–8 ki lok man okwano weng].” The Seventh-day Adventist Bible Commentary, volume 4, 1139.</w:t>
      </w:r>
    </w:p>
    <w:p>
      <w:pPr>
        <w:pStyle w:val="ArticleScripture"/>
        <w:jc w:val="left"/>
      </w:pPr>
      <w:r>
        <w:rPr>
          <w:rFonts w:ascii="Times New Roman" w:hAnsi="Times New Roman" w:eastAsia="Times New Roman" w:cs="Times New Roman"/>
        </w:rPr>
        <w:t>“Nyim ma omiyo bot Isaia oporo kibedo pa jo me Mungu i nino me agiki. Gin gitye ki gum mar neno ki niye tic ma tye ka mede i Gang Maleng me polo. ‘Aciyo gang me Mungu i polo, dok gineno i gangne Sanduk me Kubikane.’ Ka gineno ki niye i Kabedo Maleng Madit loyo, dok gineno tic pa Kristo i Gang Maleng me polo, gin gitye ka ngeyo ni gin jo ma wango gi pe maleng,—jo ma wangogi dong okwoko lok ma pe tye ki kony, dok pa twero gi me tic pe olwongo maleng dok pe otiyo kwede pi ducu me Mungu. Kik pe owinyo ka gitye ka pe geno gin kene ka giporore yot me tekogi ki pe rwotgii ka kwanyo gi ki ryeko dok gi atir mar kit pa Kristo ma tye ki ducu dok tye ki ber mada. Ento ka gin, calo Isaia, biywako i cungi piny pwony ma Rwot mito ni olwong i kom cwiny, ka gibed ka opokogi piny anyim me Mungu, tye gen botgi. Okwong me cike tye iwiye kom kom ker, dok tic ma otimo pi Isaia obitimi i kinogi. Mungu obiyabo lagam bot kwena ma aa ki i cwiny ma oyweyo piny.”</w:t>
      </w:r>
    </w:p>
    <w:p>
      <w:pPr>
        <w:pStyle w:val="ArticleScripture"/>
        <w:jc w:val="left"/>
      </w:pPr>
      <w:r>
        <w:rPr>
          <w:rFonts w:ascii="Times New Roman" w:hAnsi="Times New Roman" w:eastAsia="Times New Roman" w:cs="Times New Roman"/>
        </w:rPr>
        <w:t>“Ka ma tye ka tic me Rubanga man dit ki ma maleng eni, obedo me gubokinyo rwom mo keken calo yugo ci me rwom me polo; pien lobo bicopo nape ki ducu ki dwong pa Ladit. Otye kong pe ki mo mo omwogi cwiny ka gin neno tim maraco ma tye ka bedo mapat, kede ka gin winyo lok ma kato ki wii dog ma pe gicwiny. Ka teko me muduŋŋol giyubo kene me lweny me kwede cing ka iwang lwak pa Rubanga; ka Satana bicok ajoka ne ducu pi lweny me agiki ma dit, ci teko ne nen calo dit matek, cakke ka atika i twolo; neno maleng me duŋŋa pa Rubanga, kom kere ma iwang dok oywok, ma kikom ki kok pa cike me gengi, bibedo me poc, me adwogi cwiny, ki kwe.” Review and Herald, December 22, 1896.</w:t>
      </w:r>
    </w:p>
    <w:p>
      <w:pPr>
        <w:pStyle w:val="ArticleScripture"/>
        <w:jc w:val="left"/>
      </w:pPr>
      <w:r>
        <w:rPr>
          <w:rFonts w:ascii="Times New Roman" w:hAnsi="Times New Roman" w:eastAsia="Times New Roman" w:cs="Times New Roman"/>
        </w:rPr>
        <w:t>“Ka i doga poto Ceba, Ezekiel oneno yamo marac ma calo bino ki tung anyim, ‘ot obedo dit, kwo macel ma tye ka twero kene, dok ler obedo ka rwom iye, ka i dye mere piny i kinne tye calo rangi me amberu.’ Wilo mapol, ma tye ka ngato i ngatone, ne kicobo gi jami marac onyo abicel ma tye kwede kwo. Malo ahinya i kom gi duto ‘ne tye calo kit me kom ker, calo neno me got sapphire: dok i kom calo kom ker no ne tye calo kit ma nene calo dano ma malo i kome.’ ‘Dok ne onen i cherubim cal me cing dano i bwo skraba gi.’ Ezekiel 1:4, 26; 10:8. Wilo gi ne kiketo gi i yo marac matek adek, meno i neno me acel ne gineno calo tye i zam; ento ne gicobo i rwom maber ahinya. Jami me polo ma cing ma tye i bwo skraba cherubim ne cweyo dok ne lwayo, ne tye ka cako wilo gi; malo i kom gi, i kom kom ker me sapphire, ne tye Jaleng ma Pe Tum; dok oroko kom ker ne tye tęc, alama me kica me Lubanga.</w:t>
      </w:r>
    </w:p>
    <w:p>
      <w:pPr>
        <w:pStyle w:val="ArticleScripture"/>
        <w:jc w:val="left"/>
      </w:pPr>
      <w:r>
        <w:rPr>
          <w:rFonts w:ascii="Times New Roman" w:hAnsi="Times New Roman" w:eastAsia="Times New Roman" w:cs="Times New Roman"/>
        </w:rPr>
        <w:t>“Calo kit ma gubino calo twero me turu ne tye i bwo cing ma tye piny baal mapol me kyerubim, ineno bene lembe ma gikom human events ma gubino tye i bwo telo pa Lubanga. I kin lworo ki tugo me gweng mapol, En ma obedo iwiye kyerubim pwodhi tye ka telo gin acoya me piny.”</w:t>
      </w:r>
    </w:p>
    <w:p>
      <w:pPr>
        <w:pStyle w:val="ArticleScripture"/>
        <w:jc w:val="left"/>
      </w:pPr>
      <w:r>
        <w:rPr>
          <w:rFonts w:ascii="Times New Roman" w:hAnsi="Times New Roman" w:eastAsia="Times New Roman" w:cs="Times New Roman"/>
        </w:rPr>
        <w:t>“Akeka me rok pa lwak mapol ma, acel ka acel, gucamo karegi ma omiyogi ki kabedo ma oketogi, ka pe gi neno, tye ka gubedo caden me ada pa gin ma pe gi bene gu ngeyo tyen lokke, tye ka oloko wa. I kom lwak ducu ki i kom dano acel acel me ka masiku ni, Katonda oseketyo kabedo i yo madit pa cwake. Ka masiku ni dano ki lwak tye ka gumiromogi ki olabu me pimi ma tye i cing pa En ma pe timo bal. Ducu, ki yer mamegi giwegi, tye ka gubedo ka giket tyengigi, dok Katonda tye ka olamyo gin ducu me piny me tye ka ocobo yubbe.”</w:t>
      </w:r>
    </w:p>
    <w:p>
      <w:pPr>
        <w:pStyle w:val="ArticleScripture"/>
        <w:jc w:val="left"/>
      </w:pPr>
      <w:r>
        <w:rPr>
          <w:rFonts w:ascii="Times New Roman" w:hAnsi="Times New Roman" w:eastAsia="Times New Roman" w:cs="Times New Roman"/>
        </w:rPr>
        <w:t>“Akwana ma AM MA DIT ocoko iye i Lokke, ka oluwore kakube i dyere me lukwena me leb pa jokok, aa ki i wiec ma pe tye ka cako i kare ma odon, wangwacci wa ni wa tye kwene kawuono i but piny me kare mapol, kede ngo ma twero aneno ni bine i kare ma bino. Weng ma leb pa jokok oloko ni ibino timore, okato nyo oo i kare man, dong otye ka onen ka oyubo i pot buk me akwana, kede wa twero bedo ki gen ni weng ma pud pe obino bene bitim i rwate ne.”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Akeda Moi me Lok Abicel Angwen — Namba Abicel Roman</dc:title>
  <dc:subject>Akiro me Aryo - Bute me Abiro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