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Akara Ma Ocofere pa Wers Ediweko - Namba Abicel ki Acel</w:t>
      </w:r>
    </w:p>
    <w:p>
      <w:pPr>
        <w:pStyle w:val="ArticleSubtitle"/>
        <w:jc w:val="left"/>
      </w:pPr>
      <w:r>
        <w:rPr>
          <w:rFonts w:ascii="Arial" w:hAnsi="Arial" w:eastAsia="Arial" w:cs="Arial"/>
        </w:rPr>
        <w:t>Can mar aryo — But adek — Ezekiel namba aryo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Ezekiel tyeko nyuto jo ma Lwong me lwoko pa Kwo me dako pa Juda otimo tye kacel kwede, dok pwony pa neno me acel aye “rweny i kom rweny.”</w:t>
      </w:r>
    </w:p>
    <w:p>
      <w:pPr>
        <w:pStyle w:val="ArticleScripture"/>
        <w:jc w:val="left"/>
      </w:pPr>
      <w:r>
        <w:rPr>
          <w:rFonts w:ascii="Times New Roman" w:hAnsi="Times New Roman" w:eastAsia="Times New Roman" w:cs="Times New Roman"/>
        </w:rPr>
        <w:t>Onywola en aye owaco ni, Man eni aye yweyo ma kwede un twero miyo ngat ma otio oywe; kede man eni aye kanywonyo marac: ento pe gitye ni mito winyo. Ento lok pa Rubanga dong obedo botgi cik malube i cik, cik malube i cik; rek malube i rek, rek malube i rek; kany manok, kede kunu manok; wek gidhi, giwe lungeny, guballe, gibed i ot side, kede gikwane. Isaiah 28:12, 13.</w:t>
      </w:r>
    </w:p>
    <w:p>
      <w:pPr>
        <w:pStyle w:val="ArticleBody"/>
        <w:jc w:val="left"/>
      </w:pPr>
      <w:r>
        <w:rPr>
          <w:rFonts w:ascii="Times New Roman" w:hAnsi="Times New Roman" w:eastAsia="Times New Roman" w:cs="Times New Roman"/>
        </w:rPr>
        <w:t>I kare dong, Leo ma aa dogola pa Yuda tye ka yabo buk pa Ezekiel. Gin owaco ni Ezekiel obedo lakwong i mwaka me adek ki apar, ento ka “adek ki apar” tye ka nyutu imyaka ne me cik me lakwong calo nyigoc ne me cwiny, onyo mwaka me adek ki apar i rwom me lanebi ma ocako ki Yubili Madit pa Yosia. Lakwong me agiki i nino me agiki obedo ji aluk ki wiye piero angwen ki angwen, ci lok me gin ma bene con owoto i kit ma twero nek, tye ka nyutu lok me gin ma tye ki nyigoc i nino me agiki.</w:t>
      </w:r>
    </w:p>
    <w:p>
      <w:pPr>
        <w:pStyle w:val="ArticleScripture"/>
        <w:jc w:val="left"/>
      </w:pPr>
      <w:r>
        <w:rPr>
          <w:rFonts w:ascii="Times New Roman" w:hAnsi="Times New Roman" w:eastAsia="Times New Roman" w:cs="Times New Roman"/>
        </w:rPr>
        <w:t>Ento ungu bikwanyo nying ni Lupii me Yehova: lwak bino lwongo ungu ni Lute tic me Mungu wa: ungu bino camo mwel pa Lurwate, kede i doggola gi ungu bino poyo keni. Isaiah 61:6.</w:t>
      </w:r>
    </w:p>
    <w:p>
      <w:pPr>
        <w:pStyle w:val="ArticleBody"/>
        <w:jc w:val="left"/>
      </w:pPr>
      <w:r>
        <w:rPr>
          <w:rFonts w:ascii="Times New Roman" w:hAnsi="Times New Roman" w:eastAsia="Times New Roman" w:cs="Times New Roman"/>
        </w:rPr>
        <w:t>Ezekiel obedo cal me lobo pa Katonda i nino angec me agiki—akwan maleng me gin ma testifyo ducu me profesi cako nyutu. Akwan maleng man obedo tic pa malaika me adek, ma onongo ki nyuto loyo i yo me cal ki tic pa malaika me acel i mwaka 1840. Tic pa malaika me acel obedo malaika alfa i kin malaika adek, dok me adek en malaika omega. Pi meno Ezekiel opo kibedo ka rwatte ki Peter i cawa me cingo me lakka acel mia adek dok abicel angwen. Akwan me cal ma Peter ki Ezekiel gitye iye, gin ki twero nyutu ni en akwan pa Panium.</w:t>
      </w:r>
    </w:p>
    <w:p>
      <w:pPr>
        <w:pStyle w:val="ArticleHeading"/>
        <w:jc w:val="left"/>
      </w:pPr>
      <w:r>
        <w:rPr>
          <w:rFonts w:ascii="Arial" w:hAnsi="Arial" w:eastAsia="Arial" w:cs="Arial"/>
        </w:rPr>
        <w:t>Buk Matidi</w:t>
      </w:r>
    </w:p>
    <w:p>
      <w:pPr>
        <w:pStyle w:val="ArticleBody"/>
        <w:jc w:val="left"/>
      </w:pPr>
      <w:r>
        <w:rPr>
          <w:rFonts w:ascii="Times New Roman" w:hAnsi="Times New Roman" w:eastAsia="Times New Roman" w:cs="Times New Roman"/>
        </w:rPr>
        <w:t>Ezekiel oojo buk matin, calo John pe otimo i Revelation ten.</w:t>
      </w:r>
    </w:p>
    <w:p>
      <w:pPr>
        <w:pStyle w:val="ArticleScripture"/>
        <w:jc w:val="left"/>
      </w:pPr>
      <w:r>
        <w:rPr>
          <w:rFonts w:ascii="Times New Roman" w:hAnsi="Times New Roman" w:eastAsia="Times New Roman" w:cs="Times New Roman"/>
        </w:rPr>
        <w:t>Ento in, latin dano, win ngo ma awaco bot in; pe ibed ngat ma okalo cik calo gang ma okalo cik: yab dogi, ci icam gin ma amiyi. Ka anena, nen, cingi acel ki ocwalo bot an; ci nen, otaratara buk tye iye; en oyabo en anyimara; ci gicoyo iye ki i doge weng: ci gicoyo iye kwec, ki yu, ki bi peko. Medo owaco bot an ni, Latin dano, cam gin ma iyuto; cam otaratara man, ci idhi iwaco bot gang Israel. Ci ayabo doga, en omi an acamo otaratara man. Ci owaco bot an ni, Latin dano, mi icam ki cingi i buti, ci ipong icuumi ki otaratara man ma amiyi. Ci nacame; en pe opore i donga calo kaci pi mwoco. Ezekiel 2:8–10, 3:1–3.</w:t>
      </w:r>
    </w:p>
    <w:p>
      <w:pPr>
        <w:pStyle w:val="ArticleBody"/>
        <w:jc w:val="left"/>
      </w:pPr>
      <w:r>
        <w:rPr>
          <w:rFonts w:ascii="Times New Roman" w:hAnsi="Times New Roman" w:eastAsia="Times New Roman" w:cs="Times New Roman"/>
        </w:rPr>
        <w:t>I kit Apokalipsi apar, Yohana nongo buk matin, dok kit weng me caku ni tyeko nyuto anyim pa teko pa Katonda ki cakke cawa 11 me Agusto, 1840 wa i cawa 22 me Oktoba, 1844.</w:t>
      </w:r>
    </w:p>
    <w:p>
      <w:pPr>
        <w:pStyle w:val="ArticleScripture"/>
        <w:jc w:val="left"/>
      </w:pPr>
      <w:r>
        <w:rPr>
          <w:rFonts w:ascii="Times New Roman" w:hAnsi="Times New Roman" w:eastAsia="Times New Roman" w:cs="Times New Roman"/>
        </w:rPr>
        <w:t>“Malaika ma rwate kacel i tyeko nywalo kwena pa otekwaro pa malaika me adek, obedo me miyo lobo ducu ryeny ki ducu pa kerre. Tic ma bor i wi lobo ducu ki tek ma pe nongo keken ma tutwal, koro kikwayo ni bibedo. Tic pa adwent me mwaka 1840–44 obedo nyut pa tek pa Katonda ma lwal; otekwaro pa malaika me acel otyeko cwal i kabedo ducu pa tim me misyon i lobo, dok i matwal mogo obedo ka me amito me dini ma dit loyo ma jo otyeko neno i lobo mo keken cawa ducu kacake i ngec me Reformation pa century me apar ki abicel; ento magi gibedo me loyo gin ki nyig tic ma tek tutwal ma tye i bwo cike me kic me agiki pa malaika me adek.” The Great Controversy, 611.</w:t>
      </w:r>
    </w:p>
    <w:p>
      <w:pPr>
        <w:pStyle w:val="ArticleBody"/>
        <w:jc w:val="left"/>
      </w:pPr>
      <w:r>
        <w:rPr>
          <w:rFonts w:ascii="Times New Roman" w:hAnsi="Times New Roman" w:eastAsia="Times New Roman" w:cs="Times New Roman"/>
        </w:rPr>
        <w:t>Ezekiel rwatte ka tye ka rwom kacel ki John i lok me Niyabo 10, omyo Peter, John, ki Ezekiel cako me kwo kacel i kabedo ma gikwanyo ni megi i kare me anyim me cing me akidi acel ki miya abicel ki angwen.</w:t>
      </w:r>
    </w:p>
    <w:p>
      <w:pPr>
        <w:pStyle w:val="ArticleBody"/>
        <w:jc w:val="left"/>
      </w:pPr>
      <w:r>
        <w:rPr>
          <w:rFonts w:ascii="Times New Roman" w:hAnsi="Times New Roman" w:eastAsia="Times New Roman" w:cs="Times New Roman"/>
        </w:rPr>
        <w:t>1840 caku 1844 nyutu kare me mwaka angwen ma ocako ka cik me kare me yec ocako ki kare me mwaka mia acel ki abicel me nino 27 July, 1299. “Dwe abicel” meno ogik kadi ojung ki cik me kare me yec me mwaka mia adek ki abongwen acel ki nino aparo wiye abicel ma ogik i nino 11 August, 1840, ka nyut piny ma lamedde me teko pa Katonda onyutere tye kit ma oyotoyotoo, naka i nino 22 October, 1844. I yo meno, tic pa kare me yec ogik.</w:t>
      </w:r>
    </w:p>
    <w:p>
      <w:pPr>
        <w:pStyle w:val="ArticleScripture"/>
        <w:jc w:val="left"/>
      </w:pPr>
      <w:r>
        <w:rPr>
          <w:rFonts w:ascii="Times New Roman" w:hAnsi="Times New Roman" w:eastAsia="Times New Roman" w:cs="Times New Roman"/>
        </w:rPr>
        <w:t>Kwoo ocul i nying En ma kwo cut i ngo ma pe tum, ma cweyo polo, ki gin weng ma tye iye, ki ngom, ki gin weng ma tye iye, ki nam, ki gin weng ma tye iye, ni kare pe bino bedi dok. Revelation 10:6.</w:t>
      </w:r>
    </w:p>
    <w:p>
      <w:pPr>
        <w:pStyle w:val="ArticleBody"/>
        <w:jc w:val="left"/>
      </w:pPr>
      <w:r>
        <w:rPr>
          <w:rFonts w:ascii="Times New Roman" w:hAnsi="Times New Roman" w:eastAsia="Times New Roman" w:cs="Times New Roman"/>
        </w:rPr>
        <w:t>Cawa me porofeto otum agiki calo tic ma atir me porofeto i nino 22 October, 1844. Ezekiel, Peter, kacel ki John, acel acel kelo kit me nyako maleng ma tye ki miri me Mungu i yo me malaika me acel ki me aryo, dok bene i yo me malaika me adek.</w:t>
      </w:r>
    </w:p>
    <w:p>
      <w:pPr>
        <w:pStyle w:val="ArticleHeading"/>
        <w:jc w:val="left"/>
      </w:pPr>
      <w:r>
        <w:rPr>
          <w:rFonts w:ascii="Arial" w:hAnsi="Arial" w:eastAsia="Arial" w:cs="Arial"/>
        </w:rPr>
        <w:t>Nino-Rom</w:t>
      </w:r>
    </w:p>
    <w:p>
      <w:pPr>
        <w:pStyle w:val="ArticleBody"/>
        <w:jc w:val="left"/>
      </w:pPr>
      <w:r>
        <w:rPr>
          <w:rFonts w:ascii="Times New Roman" w:hAnsi="Times New Roman" w:eastAsia="Times New Roman" w:cs="Times New Roman"/>
        </w:rPr>
        <w:t>Buk aaki apar wiye “apar abicel ki acel” me Ezekiel oyubo nying jami me “nino” ma kiketo i buto acel me buk acel.</w:t>
      </w:r>
    </w:p>
    <w:p>
      <w:pPr>
        <w:pStyle w:val="ArticleScripture"/>
        <w:jc w:val="left"/>
      </w:pPr>
      <w:r>
        <w:rPr>
          <w:rFonts w:ascii="Times New Roman" w:hAnsi="Times New Roman" w:eastAsia="Times New Roman" w:cs="Times New Roman"/>
        </w:rPr>
        <w:t>Ka dok oneko i mwaka me adek ki apar, i dwe me angwen, i nino me abic me dwe, ka an atye i kin jo ma ojwero piny ka i dye me Keba, polo oyabore, ci aneno wang acel pa Lubanga. Ezekiel 1:1.</w:t>
      </w:r>
    </w:p>
    <w:p>
      <w:pPr>
        <w:pStyle w:val="ArticleBody"/>
        <w:jc w:val="left"/>
      </w:pPr>
      <w:r>
        <w:rPr>
          <w:rFonts w:ascii="Times New Roman" w:hAnsi="Times New Roman" w:eastAsia="Times New Roman" w:cs="Times New Roman"/>
        </w:rPr>
        <w:t>“Nyut” me buk acel ki apar acel me cak ocako nyutu i caku acel i cok pa aat Chebar, eka dong ginywako ber i nyut pa caku adek i “piny paco,” doki dong i nyut pa caku abicel i Yerusalemu. Kabedo adek man, ma en aat Chebar, piny paco, ki Yerusalemu, ginyuto nyut adek ma ka kibedo kacel gilwongo nyut acel, ma en “nyut” me i baro acel ki me caku “apar acel” me cak.</w:t>
      </w:r>
    </w:p>
    <w:p>
      <w:pPr>
        <w:pStyle w:val="ArticleHeading"/>
        <w:jc w:val="left"/>
      </w:pPr>
      <w:r>
        <w:rPr>
          <w:rFonts w:ascii="Arial" w:hAnsi="Arial" w:eastAsia="Arial" w:cs="Arial"/>
        </w:rPr>
        <w:t>Yubilii</w:t>
      </w:r>
    </w:p>
    <w:p>
      <w:pPr>
        <w:pStyle w:val="ArticleBody"/>
        <w:jc w:val="left"/>
      </w:pPr>
      <w:r>
        <w:rPr>
          <w:rFonts w:ascii="Times New Roman" w:hAnsi="Times New Roman" w:eastAsia="Times New Roman" w:cs="Times New Roman"/>
        </w:rPr>
        <w:t>Ka ni iromo me ngeyo mwaka me adek ki apar mapol ni en mwaka me adek ki apar mapol i kine me Jubili ma ocako i Pasika ma tum koni pa Josiah, ci dong ogik i dwe me October 22, pe lit me teno, pien wang acel pa lok me gin maleng man kicoyo kore maber, rek i rek, ka tye ki cing me dano acel keken pe, ento cing mapol me cobo cing. Ka lapeny acel; Pasika cwako tyen me jamo me ceng me lweny, dok nino me pwonyo kwo cwako tyen me jamo me ceng me kwo. Leviticus piero adek ki aryo, ci, olorok ki kine me Jubili ma ocako ki Josiah. Tye dok wang mukene ma olorok ki lok me gin ma kinyuto ki kabaka Josiah oo wa i October 22, 573 BC. Cobo lok me kare me acel i October 22, 573 BC me mwaka me Jubili, jonyo lok me kare gicwako.</w:t>
      </w:r>
    </w:p>
    <w:p>
      <w:pPr>
        <w:pStyle w:val="ArticleBody"/>
        <w:jc w:val="left"/>
      </w:pPr>
      <w:r>
        <w:rPr>
          <w:rFonts w:ascii="Times New Roman" w:hAnsi="Times New Roman" w:eastAsia="Times New Roman" w:cs="Times New Roman"/>
        </w:rPr>
        <w:t>Jo ma paro ngec me kare me cik gun dong tye ka geno maber i kom keto Nino me Cwalo Kica ka October 22, 573 BC, dok Passover Madit pa Josiah i 622 BC bene obedo nino ma jo ma paro ngec me kare me cik pa Baibuli gwoko ni en atir. Passover, ma obedo cing me nyuto dyel me kwaro me cato ceng, ocako cik me Jubilee me mwaka abicel ki abongowei, ma ogik i cing me nyuto dyel me kwaro me cato lobo i Nino me Cwalo Kica. Ceng abiro pa mwaka ma oyubo mwaka abicel ki abongowei obedo cing me nyuto Sabato pa lobo.</w:t>
      </w:r>
    </w:p>
    <w:p>
      <w:pPr>
        <w:pStyle w:val="ArticleScripture"/>
        <w:jc w:val="left"/>
      </w:pPr>
      <w:r>
        <w:rPr>
          <w:rFonts w:ascii="Times New Roman" w:hAnsi="Times New Roman" w:eastAsia="Times New Roman" w:cs="Times New Roman"/>
        </w:rPr>
        <w:t>“I buk ducu, obed dong lok me gin ma otime, onyo cik, onyo porofeto, Lekcoc me Cing Loco pe opong keken, ento gi oyengere ki ler me Wod me Katonda. Ka acel ma obedo me ket pa Lubanga kene, kit ducu me Yudaya obedo porofeto ma otime kacel me Injili. Ikomo Kristo “jonabi ducu tye ka cobo cing me caden pire.” Tic pa Lukwena 10:43. Kacel ki cike me cwiny ma omiyere Adam, ka oyubo iye but jo kwaro, ka tuuk i kit me cik, ler me ducu me polo onyutu maber yore me Laremo. Jo neno-ni oneno Lakalatwe me Betlehemu, Shilo ma biro, ka gin ma pud pe obedo oyikore anyim gi i rwom me mung ma pe ngene. I dyer acel acel, to Kristo onenere. I kongo acel acel me yub, kwone me adwogi pa En olare malo. Ki tung acel acel me yubel, nyinge olokke. I mung marac me Kabedo Maleng Loyo, dule pire ogenye kanyo.” The Desire of Ages, 211.</w:t>
      </w:r>
    </w:p>
    <w:p>
      <w:pPr>
        <w:pStyle w:val="ArticleHeading"/>
        <w:jc w:val="left"/>
      </w:pPr>
      <w:r>
        <w:rPr>
          <w:rFonts w:ascii="Arial" w:hAnsi="Arial" w:eastAsia="Arial" w:cs="Arial"/>
        </w:rPr>
        <w:t>Apar abicel romo adek ki abicelaryo.</w:t>
      </w:r>
    </w:p>
    <w:p>
      <w:pPr>
        <w:pStyle w:val="ArticleBody"/>
        <w:jc w:val="left"/>
      </w:pPr>
      <w:r>
        <w:rPr>
          <w:rFonts w:ascii="Times New Roman" w:hAnsi="Times New Roman" w:eastAsia="Times New Roman" w:cs="Times New Roman"/>
        </w:rPr>
        <w:t>Zedekiah kwanyggo i Babilon kane Yerusalemu opoto mwaka apar wi dyec angwen angec ma otio ka mwaka 573 BC pe obedo. Abakwan jamat Yahudi nyutu oringo me Yubili ki i kare me Josiah i mwaka 622 nio ka 22 October, 573 ka oringo me Yubili me apar wi dyec abiriyo. Kare ki i lweny me Raphia nio i lweny me Panium obedo myaka apar wi dyec abiriyo. Ptolemy en aye oloyo i lweny me Raphia, dok en oloyo calo kabaka me kabedo me anyim pi myaka apar wi dyec abiriyo. Ki i Edict of Milan nio ka Constantine otoko bwola pa en i mwaka 330, obedo myaka apar wi dyec abiriyo. I oringo me Yubili me apar wi dyec abiriyo, Nebuchadnezzar obalo Yerusalemu.</w:t>
      </w:r>
    </w:p>
    <w:p>
      <w:pPr>
        <w:pStyle w:val="ArticleScripture"/>
        <w:jc w:val="left"/>
      </w:pPr>
      <w:r>
        <w:rPr>
          <w:rFonts w:ascii="Times New Roman" w:hAnsi="Times New Roman" w:eastAsia="Times New Roman" w:cs="Times New Roman"/>
        </w:rPr>
        <w:t>Pien jo pa Israel gibik nino mapol ka pe gin gi kabaka, ka pe gin gi rwot, ka pe gin gi kwero me cito i wic abila, ka pe gin gi cal, ka pe gin gi efod, ka pe gin gi terafim: dok ka ngeyo man, jo pa Israel gibidok cen, gibiyeny Ruoth Mungu gi, kede Daudi kabaka gi; kadi bene gibitye ka lworo Ruoth kede ber pa en i nino me agiki. Hosea 3:4, 5.</w:t>
      </w:r>
    </w:p>
    <w:p>
      <w:pPr>
        <w:pStyle w:val="ArticleBody"/>
        <w:jc w:val="left"/>
      </w:pPr>
      <w:r>
        <w:rPr>
          <w:rFonts w:ascii="Times New Roman" w:hAnsi="Times New Roman" w:eastAsia="Times New Roman" w:cs="Times New Roman"/>
        </w:rPr>
        <w:t>Hosea tye ka loki ikom gin ma tye ki yot yot rwate ki bedo i twec pa Zedekiah, ento bene tye ka nyutu cako bedo i twec pa ker ma i kabedo me anyom i mwaka 723 BC. Tyen lok me Hosea rwate ki cing cobo pa Ezekiel pien tye ikom kwero pa Lubanga ka Israel omedo kodi me dwong ni gitye mito rwot pa dano. Mito pa Israel me rwot ki rwot pa dano, pe rwot pa Lubanga, onyutu calo “pyer me teko ni” i dog geco me “cawa abiryo” i Kigege me Lebiticus 26.</w:t>
      </w:r>
    </w:p>
    <w:p>
      <w:pPr>
        <w:pStyle w:val="ArticleScripture"/>
        <w:jc w:val="left"/>
      </w:pPr>
      <w:r>
        <w:rPr>
          <w:rFonts w:ascii="Times New Roman" w:hAnsi="Times New Roman" w:eastAsia="Times New Roman" w:cs="Times New Roman"/>
        </w:rPr>
        <w:t>Kadi ka pe ibino dong winyoa an pien jami magi duto, ted wa abiro kwanyo ukumu i komu tyen adek abicel mapol dok pi grwoku. An abiro yweyo pyel me tekku; kadi abiro miyo polo wu obed calo nyonyo, dok lowo wu obed calo tamba. Jo Lawi 26:18, 19.</w:t>
      </w:r>
    </w:p>
    <w:p>
      <w:pPr>
        <w:pStyle w:val="ArticleBody"/>
        <w:jc w:val="left"/>
      </w:pPr>
      <w:r>
        <w:rPr>
          <w:rFonts w:ascii="Times New Roman" w:hAnsi="Times New Roman" w:eastAsia="Times New Roman" w:cs="Times New Roman"/>
        </w:rPr>
        <w:t>“Pyel mar twero wu” nyuto miti me Israel me bedo calo piny keken dok me nongo rwot gi kengi. Kwanyo rwot ki kingdom me nyoro i mwaka 723 BC, ci dong poj me rwot Zedekiah me kingdom me kabedo me poto ci iye twero me bedo i bwo poj i mwaka 586 BC, nyuto yiko me “pyel” pa Israel macon, dok pyel tye ka cako gum. I loko me prophet pa Baibul, “twero” obedo rwot onyo kingdom, dok pyel pa Israel i me cweyo rwot dano nyuto kwero me ruc me teokrasia dok me Rwot pa Lubanga.</w:t>
      </w:r>
    </w:p>
    <w:p>
      <w:pPr>
        <w:pStyle w:val="ArticleScripture"/>
        <w:jc w:val="left"/>
      </w:pPr>
      <w:r>
        <w:rPr>
          <w:rFonts w:ascii="Times New Roman" w:hAnsi="Times New Roman" w:eastAsia="Times New Roman" w:cs="Times New Roman"/>
        </w:rPr>
        <w:t>Ka nongo otimme ni, ka Samuela dong otiyo, en oloko otino dyere me bedo jadjogi i Israel. Kombedi nying latin dyere ma lacen obedo Yoeli; dok nying ma aryo obedo Abiya: gin bene obedo jadjogi i Beersheba. Ento otino dyere pe olubo yoo dyere, ento ginyiko i yoo me mito mwolo, gikwo cente me ryemo, dok gikwanyo ngolo me cik. Ci jodongo ducu me Israel gicokke kacel, gubino bot Samuela i Rama, Kadi gubedo ka waco ni, Nen, in dong otiyo, dok otino dyeri pe gilubo yoo dyeri: kombedi ket wa kabaka me ngolo wa calo rok mukene ducu. Ento lok man pe omyelo Samuela yom, ka giwaco ni, Mi wa kabaka me ngolo wa. Ci Samuela olam bot Mukama. A Mukama owaco bot Samuela ni, Win dwon lobo i gin ducu ma gitye ka waco boti: pien pe gidagi in, ento gidagi an, wek pe abed Kabaka malubo gi. Calo tic ducu ma gitiyo kwede aa ki i nino ma akwayo gi ki i Misiri nyaka kombedi, ma kwede gikwanyo an ci gitiyo ne lubaale mukene, man aye bene gitye ka timo boti. Kombedi pi mano win dwon gi: ento kadi bedi kumeno, ikwena gi matek adada, dok nyut gi kit me kabaka ma bi bedo ka rwot i komgi. 1 Samuela 8:1–9.</w:t>
      </w:r>
    </w:p>
    <w:p>
      <w:pPr>
        <w:pStyle w:val="ArticleBody"/>
        <w:jc w:val="left"/>
      </w:pPr>
      <w:r>
        <w:rPr>
          <w:rFonts w:ascii="Times New Roman" w:hAnsi="Times New Roman" w:eastAsia="Times New Roman" w:cs="Times New Roman"/>
        </w:rPr>
        <w:t>Myero dong ni i kare no Israel ojukke pe keken God calo Kabaka gi, kadi bene ojukke Cwiny pa Kwena, calo ne otyeko konywaki ki Samuel, pien coyo ni, “gin giko anyaka, dok gitiyo bot gods mukene, omiyo gitimo bene ni i komi.”</w:t>
      </w:r>
    </w:p>
    <w:p>
      <w:pPr>
        <w:pStyle w:val="ArticleScripture"/>
        <w:jc w:val="left"/>
      </w:pPr>
      <w:r>
        <w:rPr>
          <w:rFonts w:ascii="Times New Roman" w:hAnsi="Times New Roman" w:eastAsia="Times New Roman" w:cs="Times New Roman"/>
        </w:rPr>
        <w:t>“Setani tye... kare weng ka tye ka cing i me moba—pi kweyo lwak ki weko adwong ki i adwong me ada. Lok me goba me agiki ma Setani bino timo dong obedo me weko cing me Wang Jok bedo pe tye ki teko mo. ‘Ka pe tye ki nyut, lwak to gubedo ka lal’ (Ngec me Lok 29:18). Setani biro timo kwole ki yub ma ryeko, i yo mapol, ki i tic pa rukwena mapatpat, me chwinyo kwo me gen pa jo ma gubedo jwi me dong pa Jok i cing me ada.”</w:t>
      </w:r>
    </w:p>
    <w:p>
      <w:pPr>
        <w:pStyle w:val="ArticleScripture"/>
        <w:jc w:val="left"/>
      </w:pPr>
      <w:r>
        <w:rPr>
          <w:rFonts w:ascii="Times New Roman" w:hAnsi="Times New Roman" w:eastAsia="Times New Roman" w:cs="Times New Roman"/>
        </w:rPr>
        <w:t>“Obedo twero me marac ma kibino cako i kom Testimonies, ma en pa Satana. Tic pa Satana obedo me yweyo ni yelek me kanisac woko i komgi, pien i kare man: Satana pe twero nongo yoo ma leng tutwal me donyo ki bwongo peke ne, kadi me twero cwecwiny jo i bwo ye me gum mapol, ka kiworo cik me gengo, kacuke me nywako bal, ki tam me Cwin pa Lubanga.” Selected Messages, buk 1, 48.</w:t>
      </w:r>
    </w:p>
    <w:p>
      <w:pPr>
        <w:pStyle w:val="ArticleBody"/>
        <w:jc w:val="left"/>
      </w:pPr>
      <w:r>
        <w:rPr>
          <w:rFonts w:ascii="Times New Roman" w:hAnsi="Times New Roman" w:eastAsia="Times New Roman" w:cs="Times New Roman"/>
        </w:rPr>
        <w:t>Cok me agoba pi teokrasia pa Israel me anyim obedo kwero pe ilubo God keken, ento dok Lwongo me Jonok. Kwero man i mwaka 1097 BC tyen lok me agoba me cok pa Adwentis pa Nino me Abiro me Laodikea i mwaka 1863. “Nino abiro” me Lawiticis dwe piero abiro ki acel obedo Lok pa God, dok Lwongo me Jonok waco pi “nino abiro” ni “pe myero lokke.”</w:t>
      </w:r>
    </w:p>
    <w:p>
      <w:pPr>
        <w:pStyle w:val="ArticleScripture"/>
        <w:jc w:val="left"/>
      </w:pPr>
      <w:r>
        <w:rPr>
          <w:rFonts w:ascii="Times New Roman" w:hAnsi="Times New Roman" w:eastAsia="Times New Roman" w:cs="Times New Roman"/>
        </w:rPr>
        <w:t>“An atye ka neno ni chart me 1843 obedo ka cako ki cing pa Rwot, kadi bene ni pe myero lokke; ni namba ducu obedo calo En owaco ni gibed; ni cing En tye iwiye dok ofuko bal mo i iye namba mogo, wek pe obedo ngat mo ma twero neno, nio ka cing En ogol woko.” Early Writings, 74.</w:t>
      </w:r>
    </w:p>
    <w:p>
      <w:pPr>
        <w:pStyle w:val="ArticleBody"/>
        <w:jc w:val="left"/>
      </w:pPr>
      <w:r>
        <w:rPr>
          <w:rFonts w:ascii="Times New Roman" w:hAnsi="Times New Roman" w:eastAsia="Times New Roman" w:cs="Times New Roman"/>
        </w:rPr>
        <w:t>Tyen Cik pa Neno ni ceng rwot bene omiyo twero bot “cawa abiro,” ci cako twero ne obedo ciko me pe loko wel ma tye i kom cart, ma iye “cawa abiro” en kolom me dye keken kacel ki tung lacuc me malo ci tung tung lacuc. Kacel ki cart me goba pa Uriah Smith i mwaka 1863, kwero ma omede anyim me ada mapat me me cako, ma Israel me kare macon oporego i kwero me kwero Katonda, Tyen Cik pa Neno no nyuto kwo me kwero pa mwaka 1863. Nino me kwero pa 1863 rwatte maber ki rek me profesi ma kiketo anyim i buk pa Ezekiel. I rek me historia meno, agiki ne obedo balo Yerusalemu, ma oporego bot cik pa Ca Nino me Jumaa. 1863 wa i cik pa Ca Nino me Jumaa ma cok bino oporego ki historia pa rwot Saul i 1097 BC wa i Zedekiah i 586 BC.</w:t>
      </w:r>
    </w:p>
    <w:p>
      <w:pPr>
        <w:pStyle w:val="ArticleBody"/>
        <w:jc w:val="left"/>
      </w:pPr>
      <w:r>
        <w:rPr>
          <w:rFonts w:ascii="Times New Roman" w:hAnsi="Times New Roman" w:eastAsia="Times New Roman" w:cs="Times New Roman"/>
        </w:rPr>
        <w:t>Zedekiah omako iye totye ci gityeko iye i Babilon mwaka apar ki angwen mapwonyo ka pe pud oto i Yubili pa 573 BC. Yubili me apar ki abiriyo okwako caku i 622 BC, ci i mwaka me adek wangwen Ezekiel oketo pire ka lakwena me Rubanga i 591 BC, ka mwaka abicel lacen Yerusalemu obalwongo i 586 BC. Gibalwongo i nino acel me mwaka acel kaka gibalwongo kwede tyen me aryo i AD 70 ki Titus. Olok me acel me Ezekiel acel tye mwaka abicel mapwonyo ka pe pud gibalwongo Yerusalemu, dok mwaka apar ki abongwen mapwonyo ka pe pud oo i nying me kwena pa Tempel i cuk me angewen.</w:t>
      </w:r>
    </w:p>
    <w:p>
      <w:pPr>
        <w:pStyle w:val="ArticleScripture"/>
        <w:jc w:val="left"/>
      </w:pPr>
      <w:r>
        <w:rPr>
          <w:rFonts w:ascii="Times New Roman" w:hAnsi="Times New Roman" w:eastAsia="Times New Roman" w:cs="Times New Roman"/>
        </w:rPr>
        <w:t>I mwaka abic pi orwenyo wa marac acel ki abic, i cako mwaka, i nino apar dwe, i mwaka apar ki angwen lacen kong gang ca otwong woko, i nino meno kikome keken cing Obanga bino i komna, kede omiya oo kunnu. Ezekiel 40:1.</w:t>
      </w:r>
    </w:p>
    <w:p>
      <w:pPr>
        <w:pStyle w:val="ArticleBody"/>
        <w:jc w:val="left"/>
      </w:pPr>
      <w:r>
        <w:rPr>
          <w:rFonts w:ascii="Times New Roman" w:hAnsi="Times New Roman" w:eastAsia="Times New Roman" w:cs="Times New Roman"/>
        </w:rPr>
        <w:t>Pi piwiny me tic i wi cike me lagam pa Sabato me ngom, Katonda onyuto ni “kare abiro” bene obedo kwena me kwero pi piwiny me mwaka me abiro, ma en aye Sabato pa ngom. “Kare” en mwaka acel, ci “mwaka” en nino mia adek ki abicel, ci kare abiro ma mia adek ki abicel tye miaka alufu aryo, mia abicel, ki apari aryo. Jo Millerite romo pe gu tic ki lok me “alufu aryo mia abicel ki apari aryo,” ento cati gi me ngat maleng aryo weng ginyuto ki kwena miaka alufu aryo, mia abicel, ki apari aryo.</w:t>
      </w:r>
    </w:p>
    <w:p>
      <w:pPr>
        <w:pStyle w:val="ArticleBody"/>
        <w:jc w:val="left"/>
      </w:pPr>
      <w:r>
        <w:rPr>
          <w:rFonts w:ascii="Times New Roman" w:hAnsi="Times New Roman" w:eastAsia="Times New Roman" w:cs="Times New Roman"/>
        </w:rPr>
        <w:t>Loki me arwate me kwo me aryo abicel i kom ker me anyim me Israel kacel ki ker me anyim me auma me Judah obedo ngec me acel me William Miller, onyo i twero waco ni obedo ngec me “lobo me cako,” onyo bene i twero waco ni obedo ngec me “alpha” pa en. I mwaka 1863 kanisa me Seventh-day Adventist me Laodicea okwanyo ngec me lobo me cako me gin ma Miller onongo oyuto; “gin ma oyuto” ma onongo ginyuto lobo me cako weng me mwony me Millerite. Neno me cwecwiny otyeko ociko ayela ni man twero tim, ci otiyo, dok otiyo kare malac.</w:t>
      </w:r>
    </w:p>
    <w:p>
      <w:pPr>
        <w:pStyle w:val="ArticleBody"/>
        <w:jc w:val="left"/>
      </w:pPr>
      <w:r>
        <w:rPr>
          <w:rFonts w:ascii="Times New Roman" w:hAnsi="Times New Roman" w:eastAsia="Times New Roman" w:cs="Times New Roman"/>
        </w:rPr>
        <w:t>Kaka me ot Lego ma gidwogo kene ka otim ot ba i piny niewo pa Babilon, gityeko tyen lok me enongo cik me acel, dok pud pe obedo i kare me cik me aryo. Ot Lego dok giyubo ducu i kare me cik me aryo. I cik me adek, twero me rwot me anyim me goro piny odok cen ni Israel ma bot gin kikome. William Miller ochako cing me malaika me acel ma obino i 1798 dok omedo ki teko i Agusto 11, 1840. Malaika me aryo obino nyuma ka gityeko keto kaka me tic, calo ma gikonyo ki karata me 1843, ma gipwonyo i Mayo me 1842. I kare me yemo me acel me 1844, yemo me alpha me 1844, malaika me aryo kadi bene kare me kuro i ngec me nyako mapol obino, dok ka kwena pa malaika me aryo ominy ki teko i kibina me kambi me Exeter, ot Lego otyeko. Bang ene i yemo maduong, onyo omega, me 1844, Lacen me Kacok Obino piyo i ot Lego Pa en, pi tyeko me myaka alufu aryo ki acel piero adek ma ocako ki cik me adek dok ogik i bino pa malaika me adek.</w:t>
      </w:r>
    </w:p>
    <w:p>
      <w:pPr>
        <w:pStyle w:val="ArticleBody"/>
        <w:jc w:val="left"/>
      </w:pPr>
      <w:r>
        <w:rPr>
          <w:rFonts w:ascii="Times New Roman" w:hAnsi="Times New Roman" w:eastAsia="Times New Roman" w:cs="Times New Roman"/>
        </w:rPr>
        <w:t>Josiah, tere ni “lwongo pa Lubanga.” Ka obedo kabaka Josiah onyo Josiah Litch; gin weng nyuto calo cik me lwongo, calo kinyuto i lok me cik mukwongo, kede calo kinyuto ki dyer me guro me mwaka ma iketo anyim i ngeso apari ki aryo me Kwan me Jo-Lawi acel ki adek. Lwongo, dyer me guro me mwaka, kede cik mukwongo, weng gin nyig coc me mwaka 1840 kede mi tic cwin me malaika mukwongo. October 22, 573 BC, calo kinyuto i Ezekiel cura piero angwen, nyig acel, en nyig coc me October 22, 1844 kede yabo me bura pa jo-muto, dok bene en nyig coc me September 11, 2001 i yabo me bura pa jo-ma tye ka kom. Dano mo acel keken ma obedo ka lubo coc magi myero ongene tic pa nyig ma atye ka timo.</w:t>
      </w:r>
    </w:p>
    <w:p>
      <w:pPr>
        <w:pStyle w:val="ArticleBody"/>
        <w:jc w:val="left"/>
      </w:pPr>
      <w:r>
        <w:rPr>
          <w:rFonts w:ascii="Times New Roman" w:hAnsi="Times New Roman" w:eastAsia="Times New Roman" w:cs="Times New Roman"/>
        </w:rPr>
        <w:t>Ezekiel en nyig coc i iye yat me lok pa lanebi ma kikonyo i nukuto me cocce. Ezekiel tye ka kun co apari wiye abic go ba coko i anyim ceng i agiki me cabitara aboro. En bene tye ka i cabitara ma obedo i ngeye ka “kido me dog cing ma kiwoto ki dwogo me nek” kicwalo i Yerusalem, ma Ellen White lonyo ni en Kaniisa me Seventh-day Adventist. I cabitara apari ki acel me mukwongo, Ezekiel kikelo iye Kabedo Maleng me polo me rwate cikone, calo Millerites olwongo me timo i mwaka 1844, ki calo rwom man kombedi olwongo me timo.</w:t>
      </w:r>
    </w:p>
    <w:p>
      <w:pPr>
        <w:pStyle w:val="ArticleScripture"/>
        <w:jc w:val="left"/>
      </w:pPr>
      <w:r>
        <w:rPr>
          <w:rFonts w:ascii="Times New Roman" w:hAnsi="Times New Roman" w:eastAsia="Times New Roman" w:cs="Times New Roman"/>
        </w:rPr>
        <w:t>Kombedi Ezekiel obedo ni ikomwu cing wek obed cingcung: kit ma en otimo weng, wun pe dong bitim kede; ka man obino, dong bibed ni uwoto ni an Atye Lubanga Katonda. Ezekiel 24:24.</w:t>
      </w:r>
    </w:p>
    <w:p>
      <w:pPr>
        <w:pStyle w:val="ArticleHeading"/>
        <w:jc w:val="left"/>
      </w:pPr>
      <w:r>
        <w:rPr>
          <w:rFonts w:ascii="Arial" w:hAnsi="Arial" w:eastAsia="Arial" w:cs="Arial"/>
        </w:rPr>
        <w:t>Ka Ma En Bino</w:t>
      </w:r>
    </w:p>
    <w:p>
      <w:pPr>
        <w:pStyle w:val="ArticleBody"/>
        <w:jc w:val="left"/>
      </w:pPr>
      <w:r>
        <w:rPr>
          <w:rFonts w:ascii="Times New Roman" w:hAnsi="Times New Roman" w:eastAsia="Times New Roman" w:cs="Times New Roman"/>
        </w:rPr>
        <w:t>Ka wa oo i kare me agiki i nino me agiki ma gin ma Ezekiel olworo tye dong tye ka dwogo i joma Lubanga, ka dong wa oo i cing me cing me Ezekiel. Ka i ngeyo ni Ezekiel kwanyo cing i kom alufu acel ki mia angwen abicel ki angwen, ci i ngeyo man i rwom me yie ki ngec ma tye ki gen ma pwodhi ma otyeko pwodhwong, ni gin ducu ma Ezekiel olworo i cocce tye ka nyutu kit me pire tek me timbe ma lubu i nino me agiki ma tye ki alufu acel ki mia angwen abicel ki angwen—ka i ngeyo man, ci “bin ungweyo” ni “Ladit” en “Lubanga.”</w:t>
      </w:r>
    </w:p>
    <w:p>
      <w:pPr>
        <w:pStyle w:val="ArticleBody"/>
        <w:jc w:val="left"/>
      </w:pPr>
      <w:r>
        <w:rPr>
          <w:rFonts w:ascii="Times New Roman" w:hAnsi="Times New Roman" w:eastAsia="Times New Roman" w:cs="Times New Roman"/>
        </w:rPr>
        <w:t>Wabed wa tiyo ki tam ma eni i bar tic ma acoya.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Akara Ma Ocofere pa Wers Ediweko - Namba Abicel ki Acel</dc:title>
  <dc:subject>Can mar aryo — But adek — Ezekiel namba aryo</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