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Akwan Ma Piny ma Otyeko Kweyo pi Ayat Angwen Piero - Namba Adek ki Acer ka Acel```</w:t>
      </w:r>
    </w:p>
    <w:p>
      <w:pPr>
        <w:pStyle w:val="ArticleSubtitle"/>
        <w:jc w:val="left"/>
      </w:pPr>
      <w:r>
        <w:rPr>
          <w:rFonts w:ascii="Arial" w:hAnsi="Arial" w:eastAsia="Arial" w:cs="Arial"/>
        </w:rPr>
        <w:t>Namba Apari me Ezeekyeri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Lok acoya angeyo opwodok i cawa mukato ma coyo ni, “Nyom me koba pa mwaka 313 kiketo tam i nyom me koba me agiki pa teko me upapa ki Amerika—rwot madit loyo i kin rwodi apar me Yabo me Jok i Yabo 17; teko ma tye ki twol aryo ma kicako ki cal me teko ma tye ki twol aryo pa France. Historia ma ocako ki Clovis i mwaka 496 dok ochak me tere i cik pa Justinian i mwaka 533 ki nywako upapa i kom tron i mwaka 538, en aye historia pa mwaka 1989 oo wa i cik me Ceng Nino Dyeng.”</w:t>
      </w:r>
    </w:p>
    <w:p>
      <w:pPr>
        <w:pStyle w:val="ArticleBody"/>
        <w:jc w:val="left"/>
      </w:pPr>
      <w:r>
        <w:rPr>
          <w:rFonts w:ascii="Times New Roman" w:hAnsi="Times New Roman" w:eastAsia="Times New Roman" w:cs="Times New Roman"/>
        </w:rPr>
        <w:t>Ronald Reagan onongo ka kinyuto iye ki Clovis i mwaka 496, ci Donald Trump onongo ka kinyuto iye ki Justinian i mwaka 533. Cik pa Justinian obino myaka abicel kongwen mapwod papi obino i kom ker i mwaka 538, dok Edict of Milan obino myaka aboro mapwod cik me Ceng Nino me acel pa mwaka 321. Wek cik ci acoya ni, gin duc rwatte calo waymark ma otelo anyim cik me Ceng Nino.</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I mwaka 1870, jo-lweny me Italia ginywalo Roma (20 September 1870). Papal States ocut woko bedo calo gweng pa piny ma tye ki dog cen, dok Pope Pius IX odoko “jen adwong ma ojuk i Vatican.” Ka dong pe tye butaka pa paip ma kene ma ngene calo gweng ma tye ki ker ma ribbe, United States (calo piny mapol mukene bene) pe dong ogwoko wat me dipulomatik ma kwo ki Pope calo ladit ma rwate ki ker me piny. I mwezi me October mwaka 1951, President Harry S. Truman oyero General Mark W. Clark calo Ambassador pa U.S. i Vatican. Kwero matek ocako oyotoyot ki bot kanisa me Protestant mapol ki dul-gi, ma gikwano ni tero man ogoyo cik me pok pa kanisa ki pa ker. I mwezi me January mwaka 1952 General Clark ocayo nying-ene.</w:t>
      </w:r>
    </w:p>
    <w:p>
      <w:pPr>
        <w:pStyle w:val="ArticleBody"/>
        <w:jc w:val="left"/>
      </w:pPr>
      <w:r>
        <w:rPr>
          <w:rFonts w:ascii="Times New Roman" w:hAnsi="Times New Roman" w:eastAsia="Times New Roman" w:cs="Times New Roman"/>
        </w:rPr>
        <w:t>I nino dwe maracel 10, 1984, President Ronald Reagan ki Pope John Paul II guye iye gin atir me cako rwom tic me dyere cing ki dyere cing maber i kin United States ki Holy See. I nino dwe maracel 9, 1984, William A. Wilson (ma dong tye ka timo tic calo lakwena me Reagan keken) omiyo waraga ne me nyutu rwate, dok odoko Ambassador me acel me United States bot Holy See.</w:t>
      </w:r>
    </w:p>
    <w:p>
      <w:pPr>
        <w:pStyle w:val="ArticleBody"/>
        <w:jc w:val="left"/>
      </w:pPr>
      <w:r>
        <w:rPr>
          <w:rFonts w:ascii="Times New Roman" w:hAnsi="Times New Roman" w:eastAsia="Times New Roman" w:cs="Times New Roman"/>
        </w:rPr>
        <w:t>Ikiny tyen adek ki adek abicel ma oo ki mwaka 1951 ka dok i 1984, kweny me Protestantism ma pe iromo Catholicism nolok woko. “Bok” ma ne tye ka nyutu papi i mwaka 496 ki Clovis, gin tye ka nyutu Reagan i mwaka 1984 ka cweyo nyo wa i 1989. Clovis onyutu kwanyo woko dini (paganism) ma ne tye ka tameyo papi pi pe dwogo i teko, dok ka oo i 1984, kweny me Protestantism pi cwer me papi ne okwan woko. “Nino ducu” (paganism) ne okwanyo woko, dok Paul oloko kwanyo woko me kweny ma paganism ne tye nayo i papi calo “lworo woko.”</w:t>
      </w:r>
    </w:p>
    <w:p>
      <w:pPr>
        <w:pStyle w:val="ArticleBody"/>
        <w:jc w:val="left"/>
      </w:pPr>
      <w:r>
        <w:rPr>
          <w:rFonts w:ascii="Times New Roman" w:hAnsi="Times New Roman" w:eastAsia="Times New Roman" w:cs="Times New Roman"/>
        </w:rPr>
        <w:t>Kanisa me nyutu me rwomrwom me ngol anyim ma Constantine the Great okelo kacel ki lok me mwaka 313 oo wa i 538, nyutu kare ma kanisa ocwanyo kene kene, ci opoto woko. Diini ma onyutu ki “508,” ma con pe ogeng cing pa teko me bapa, obedo kit me nyutu poto woko pa ba-Protestant i United States. Reagan onyutuwon ki Clovis. I mwaka 496, Clovis omiyo “teko” ne bot bapa, ci man onyutu “rwom me cako kacel ma pe leng” ma otim i mwaka pa Reagan. Clovis bene onyutu kwanyo woko pa “daily” i 508. 508 onyutu 1984.</w:t>
      </w:r>
    </w:p>
    <w:p>
      <w:pPr>
        <w:pStyle w:val="ArticleScripture"/>
        <w:jc w:val="left"/>
      </w:pPr>
      <w:r>
        <w:rPr>
          <w:rFonts w:ascii="Times New Roman" w:hAnsi="Times New Roman" w:eastAsia="Times New Roman" w:cs="Times New Roman"/>
        </w:rPr>
        <w:t>“Lokub-lokub man aye i kin piganisimo ki Kiristiano owoto i cweyo pa ‘dano me gramo’ ma profesi ocako kwede calo ma tye ka jemo, kadi bene ka cako ye pire iwang’ Lubanga. Cik man dit me dini goba en gin ma omyero atika me teko pa Setani—lapeny me ticce me keto kene i kom tron me rwot, wek orit piny calo i yubbe.” The Great Controversy, 50.</w:t>
      </w:r>
    </w:p>
    <w:p>
      <w:pPr>
        <w:pStyle w:val="ArticleBody"/>
        <w:jc w:val="left"/>
      </w:pPr>
      <w:r>
        <w:rPr>
          <w:rFonts w:ascii="Times New Roman" w:hAnsi="Times New Roman" w:eastAsia="Times New Roman" w:cs="Times New Roman"/>
        </w:rPr>
        <w:t>Ikin Ronald Reagan dong olwong iwongo Soviet Union calo “imperi marac” i cikin lok me mwaka 1983, kede eneno komunijim ma pe iye i Lubanga calo kwo marac adwong i but tim me rwot ki i but gin marac me cwiny. En gi John Paul II gucuk kwede lego me dano kede me polityk ma tye cing acel me lweny i kom komunijim me Soviet. Dano aryo-ni guwoto i neno lweny man i but rwom me tim maber ki tim marac, kede kata i but tic me opiny pa Lubanga; i mung, Reagan owaco i piny me mung me “Yubu pa Lubanga” me kelo opong komunijim piny. Reagan bene onongo tye ki miti i kom nyuto pa Fatima (kwena ni “Russia bino pwonyo balone i wi piny”), kede rwot aryo-ni guwaco i kom tam ma gucako kwede acel ni Lubanga ogwoko kwogi kwo (aryo-gu pud gucako i yot me neko dano i mwaka 1981) pi yub mo ma rwate ki lobo komunijim.</w:t>
      </w:r>
    </w:p>
    <w:p>
      <w:pPr>
        <w:pStyle w:val="ArticleHeading"/>
        <w:jc w:val="left"/>
      </w:pPr>
      <w:r>
        <w:rPr>
          <w:rFonts w:ascii="Arial" w:hAnsi="Arial" w:eastAsia="Arial" w:cs="Arial"/>
        </w:rPr>
        <w:t>Jo mukwano me Kristo</w:t>
      </w:r>
    </w:p>
    <w:p>
      <w:pPr>
        <w:pStyle w:val="ArticleBody"/>
        <w:jc w:val="left"/>
      </w:pPr>
      <w:r>
        <w:rPr>
          <w:rFonts w:ascii="Times New Roman" w:hAnsi="Times New Roman" w:eastAsia="Times New Roman" w:cs="Times New Roman"/>
        </w:rPr>
        <w:t>Reagan odong iye i wi dul pa Disciples of Christ, ma jo ocako dul eno pwodhi gin aye ojuko kong me atir ni Pope pa Catholicism obedo antichrist. Alexander Campbell, jatelo ma oyik tutwal i kare me con pa kanisa pa Disciples of Christ, dok oyiko papacy ni obedo antichrist. I kin yele me teddi kacel ki gin ma ocoyo, en opwonyo ni tong matidi i Daniel 7, lee i Revelation 13, ki dano pa grac i 2 Thessalonians 2 ducu tye ka nyuto Pope me Rome. En otic ki yubu man i kin teddi me ayela i wang lwak (ma iyie tye kacel ki ted pa Bishop pa Catholic John B. Purcell i mwaka 1837). Barton W. Stone owaco ni loot pa Pope aye antichrist me atir ki “dano pa grac.” Walter Scott (jatwal me ceng mukene me con man) ocoyo ni dano pa grac, Pope me Rome, bino aa i kanisa pa jo ma gin jo Kristo dok bino pwoyo kene maleng iwiye Mungu.</w:t>
      </w:r>
    </w:p>
    <w:p>
      <w:pPr>
        <w:pStyle w:val="ArticleBody"/>
        <w:jc w:val="left"/>
      </w:pPr>
      <w:r>
        <w:rPr>
          <w:rFonts w:ascii="Times New Roman" w:hAnsi="Times New Roman" w:eastAsia="Times New Roman" w:cs="Times New Roman"/>
        </w:rPr>
        <w:t>Min Reagan, Nelle, ne obedo dano ma olamo matek i wi dogola me Disciples of Christ, kede en aye obedo cing ma pire tek adaa i kwek me dini i kare me nyodone. Ogwoko Reagan i batija i kanisa me Disciples of Christ i Dixon, Illinois, ka otyeko mwaka 11, dok obedo ka tye aktib i kanisa no i kare ma en cako bedo latin me acel ki wi (kibedo ka pwonyo i Sunday school bene). Ocito i Eureka College, ma obedo ka yube ki Disciples of Christ.</w:t>
      </w:r>
    </w:p>
    <w:p>
      <w:pPr>
        <w:pStyle w:val="ArticleScripture"/>
        <w:jc w:val="left"/>
      </w:pPr>
      <w:r>
        <w:rPr>
          <w:rFonts w:ascii="Times New Roman" w:hAnsi="Times New Roman" w:eastAsia="Times New Roman" w:cs="Times New Roman"/>
        </w:rPr>
        <w:t>“Jo ma odoko ka peko i ngec gi me lok, ma pe oneno kit ma antikrísto te lok iye, gin ada gibiyiko kengi i tung antikrísto. Kombedi onge cawa mo amito wa me rwate ka ceng ki piny.” Kress Collection, 105.</w:t>
      </w:r>
    </w:p>
    <w:p>
      <w:pPr>
        <w:pStyle w:val="ArticleBody"/>
        <w:jc w:val="left"/>
      </w:pPr>
      <w:r>
        <w:rPr>
          <w:rFonts w:ascii="Times New Roman" w:hAnsi="Times New Roman" w:eastAsia="Times New Roman" w:cs="Times New Roman"/>
        </w:rPr>
        <w:t>Reagan obedo ka enongo kit macalo Clovis, kede i cing kwene ka enongo yub me rwom cing pa Constantine the Great. Reagan bene obedo acel ki i wang adwong otino aparo me agiki me dong jo moko me Amerika nicakke ki kare me agiki i mwaka 1989. Ka obedo acel ki i wang adwong otino aparo mag agiki, enongo tye ka nyutu Donald Trump, ma calo Reagan, omyero otum rwom me peko adwong i ngeyo marac pi yub adier me pa pope, ki ngo papacy eni tye.</w:t>
      </w:r>
    </w:p>
    <w:p>
      <w:pPr>
        <w:pStyle w:val="ArticleScripture"/>
        <w:jc w:val="left"/>
      </w:pPr>
      <w:r>
        <w:rPr>
          <w:rFonts w:ascii="Times New Roman" w:hAnsi="Times New Roman" w:eastAsia="Times New Roman" w:cs="Times New Roman"/>
        </w:rPr>
        <w:t>Dano aryo nyo twero wot kacel, pe ka gin ma otyeko rwom? Amos 3:3.</w:t>
      </w:r>
    </w:p>
    <w:p>
      <w:pPr>
        <w:pStyle w:val="ArticleBody"/>
        <w:jc w:val="left"/>
      </w:pPr>
      <w:r>
        <w:rPr>
          <w:rFonts w:ascii="Times New Roman" w:hAnsi="Times New Roman" w:eastAsia="Times New Roman" w:cs="Times New Roman"/>
        </w:rPr>
        <w:t>Nyom ma abicel me wilobo me akiromo marom acel ma dwe me abicel ka Daniel mukene apar wiye acel obedo i leb me gik ma cako i kare me agiki i mwaka 1989, dok giko i leb me gik me Donald Trump.</w:t>
      </w:r>
    </w:p>
    <w:p>
      <w:pPr>
        <w:pStyle w:val="ArticleScripture"/>
        <w:jc w:val="left"/>
      </w:pPr>
      <w:r>
        <w:rPr>
          <w:rFonts w:ascii="Times New Roman" w:hAnsi="Times New Roman" w:eastAsia="Times New Roman" w:cs="Times New Roman"/>
        </w:rPr>
        <w:t>“Wok me tye ka bedo kombedi i United States me moko cing me nongo kony pa gavumenti pi dongo gangi matye iye ki tic pa kanisa, jo Protestanti tye ka lubo yo ma jo Papisti dong gucako. Pe en man keken; gin tye ka yabo doggola pi Pope dok nongo i America pa jo Protestanti ryemo malac ma en oloko woko i Piny Moko me Lacen.” The Great Controversy, 573.</w:t>
      </w:r>
    </w:p>
    <w:p>
      <w:pPr>
        <w:pStyle w:val="ArticleBody"/>
        <w:jc w:val="left"/>
      </w:pPr>
      <w:r>
        <w:rPr>
          <w:rFonts w:ascii="Times New Roman" w:hAnsi="Times New Roman" w:eastAsia="Times New Roman" w:cs="Times New Roman"/>
        </w:rPr>
        <w:t>Karata me tic ma obedo i mwaka 313 kacel ki Cik me Milan rwatte ki yat me mwaka 533, ci cik ma Justinian oketo i mwaka 533 bicakete dok kede gin tic i lwak pa jo ma wyelo ni gin jo Kristo, ma pe dong niang ni nyuto teko pa paapa calo kibina me Kristo en lok ma rwatte pe, ka obedo maber loyo; ento ka obedo marac loyo, en bal ma tye kwede to.</w:t>
      </w:r>
    </w:p>
    <w:p>
      <w:pPr>
        <w:pStyle w:val="ArticleHeading"/>
        <w:jc w:val="left"/>
      </w:pPr>
      <w:r>
        <w:rPr>
          <w:rFonts w:ascii="Arial" w:hAnsi="Arial" w:eastAsia="Arial" w:cs="Arial"/>
        </w:rPr>
        <w:t>Kanisa ki Gamente</w:t>
      </w:r>
    </w:p>
    <w:p>
      <w:pPr>
        <w:pStyle w:val="ArticleBody"/>
        <w:jc w:val="left"/>
      </w:pPr>
      <w:r>
        <w:rPr>
          <w:rFonts w:ascii="Times New Roman" w:hAnsi="Times New Roman" w:eastAsia="Times New Roman" w:cs="Times New Roman"/>
        </w:rPr>
        <w:t>I mwaka 457 BC, cike me adek pa Artaxerxes ocwalo dok cwak me dit pa nation, pi twero me lo goverment ki me twero pa dini weng.</w:t>
      </w:r>
    </w:p>
    <w:p>
      <w:pPr>
        <w:pStyle w:val="ArticleScripture"/>
        <w:jc w:val="left"/>
      </w:pPr>
      <w:r>
        <w:rPr>
          <w:rFonts w:ascii="Times New Roman" w:hAnsi="Times New Roman" w:eastAsia="Times New Roman" w:cs="Times New Roman"/>
        </w:rPr>
        <w:t>Keni in, Ezra, calo pi ngec pa Nyasaye ni ma tye i ci ma ni, ket rwot me poko lok kacel ki lupok cing me poko lok, me gibed jo ma poko lok me lwak ducu ma tye i tung mo ma lacen pa aat; ducu ma ngeyo cik pa Nyasaye ni; kadi boko, pwonyciek gin ma pe gingeo. Kacel ki dano mo keken ma pe mito timo cik pa Nyasaye ni, ki cik pa kabaka, wek kacung cing me poko lok oyubbedi piyo i kom, bed ni gin me to, onyo me cweyo woko ki i piny, onyo me kwanyo jami ne, onyo me twero i koma. Ezra 7:25, 26.</w:t>
      </w:r>
    </w:p>
    <w:p>
      <w:pPr>
        <w:pStyle w:val="ArticleBody"/>
        <w:jc w:val="left"/>
      </w:pPr>
      <w:r>
        <w:rPr>
          <w:rFonts w:ascii="Times New Roman" w:hAnsi="Times New Roman" w:eastAsia="Times New Roman" w:cs="Times New Roman"/>
        </w:rPr>
        <w:t>Cik cing adek ocwalo twero me timo ngolo kacel ki cuku ci can pi cik pa Lubanga kacel ki cik pa rwot. Cik no ocoyo cak me porofeto me mwaka alfu aryo ki mia adek ma otyeko i nino 22 October, 1844, ka Kristo obino cut-cut i tempel ne. Kede en ocoyo cak me porofeto me mwaka mia aryo ki pyer abic ma otyeko i mwaka 207 BC, i lok me kwena ma tye ikin lweny me Raphia i 217 BC ki Panium i 200 BC. Dwoko dok pa loc me pa gweng ki pa dini i 457 BC nyuto alpha maracel aryo ma nongo otwero me omega aryo me tyek. Omega aryo me tyek gi duc gimiyo wang cing ma otwero piny; acel pi tung me Protestant, ka mukene pi tung me Republican.</w:t>
      </w:r>
    </w:p>
    <w:p>
      <w:pPr>
        <w:pStyle w:val="ArticleBody"/>
        <w:jc w:val="left"/>
      </w:pPr>
      <w:r>
        <w:rPr>
          <w:rFonts w:ascii="Times New Roman" w:hAnsi="Times New Roman" w:eastAsia="Times New Roman" w:cs="Times New Roman"/>
        </w:rPr>
        <w:t>Neno me acel mar imyaka abiri alufu adek ki piero adek ki pyer abicel romo nyuto cike pa Lubanga, dok neno me myaka mia aryo ki pyer abicel nyuto cike pa kabaka. Neno aryo magi nyuto tung me Protestantism ki tung me Republicanism i kom lee me piny ma i Niyabo 13. Tung me Republican pa lee me piny kicako keto i dyerem me jeru 11 paka 16 me Daniel 11. Kinde me myaka apar wiye abiriyo ma tye ikin Raphia ki Panium, tung acel ki ngat ma oa i neno maracel me cik me adek i 457 BC twolo iye. Neno man aryo-cel nyuto both ngolo kop pa lwak me penyo me agiki ma i cik, dok bene ngolo kop pa rok ma i kabedo man lwak me cik tye ka nongo yubu gi iye.</w:t>
      </w:r>
    </w:p>
    <w:p>
      <w:pPr>
        <w:pStyle w:val="ArticleScripture"/>
        <w:jc w:val="left"/>
      </w:pPr>
      <w:r>
        <w:rPr>
          <w:rFonts w:ascii="Times New Roman" w:hAnsi="Times New Roman" w:eastAsia="Times New Roman" w:cs="Times New Roman"/>
        </w:rPr>
        <w:t>Kadi owaco bot Abram ni, Ngʼe maber adier ni nyikwaya bi bedo jodongo i piny ma pe megi, kendo gibitiyo ne jo ma jo; kendo gibiyelo peko i komgi mwaka mia abicel angwen. Kadi piny meno ma gibitiyo ne, an abipoto: kendo i ngeyo meno gibibino woko ki mwandu madit. Genesis 15:13, 14.</w:t>
      </w:r>
    </w:p>
    <w:p>
      <w:pPr>
        <w:pStyle w:val="ArticleBody"/>
        <w:jc w:val="left"/>
      </w:pPr>
      <w:r>
        <w:rPr>
          <w:rFonts w:ascii="Times New Roman" w:hAnsi="Times New Roman" w:eastAsia="Times New Roman" w:cs="Times New Roman"/>
        </w:rPr>
        <w:t>I buk pa Ezekiel, nino dwe apari wiye acel me mwaka 1844 kitye ka nyutu ki nino dwe apari wiye acel me mwaka 573 BC. Nino acel nyutu acakki me biko me kwena me yeny, dok nino mukene nyutu koko me turumbeta pa Jubili i acakki kede i agiki me rwom me biko. Nino aryo ni gitye ka rwatte, dok gin aryo tyeko nyutu dogola ma ngole woko. 1844 kelo lok me tyeko me dogola pa kabedo maleng, ka Kristo oloko odok i Kabedo Maleng Atyeka. 573 BC nyutu agiki me kare me temo pa dano, ka lutic pa bal ma gitye ocwalo woko kicwalo piny, gimiigi yotgi me bedo ma lar, kede piny manyen me bedo iye.</w:t>
      </w:r>
    </w:p>
    <w:p>
      <w:pPr>
        <w:pStyle w:val="ArticleScripture"/>
        <w:jc w:val="left"/>
      </w:pPr>
      <w:r>
        <w:rPr>
          <w:rFonts w:ascii="Times New Roman" w:hAnsi="Times New Roman" w:eastAsia="Times New Roman" w:cs="Times New Roman"/>
        </w:rPr>
        <w:t>Kadi ka pe pe ikululo i mwaka magi, ci obino aa i mwaka me Jubili, en aye kacel ki lutino ne. Niping jo Israel obedo lutic bica; gin lutic bica me an, ci an ma anywalo gi aa i lobo me Egypto: An aye Rwot, Lubanga wu. Leviticus 25:54, 55.</w:t>
      </w:r>
    </w:p>
    <w:p>
      <w:pPr>
        <w:pStyle w:val="ArticleBody"/>
        <w:jc w:val="left"/>
      </w:pPr>
      <w:r>
        <w:rPr>
          <w:rFonts w:ascii="Times New Roman" w:hAnsi="Times New Roman" w:eastAsia="Times New Roman" w:cs="Times New Roman"/>
        </w:rPr>
        <w:t>October 22 aryo weng nyuto rangac ma otiyo pi cike pa Ceng acel ma cok bino. Kare me temo ma cwal i Adventism ocako i mwaka 1844 dok giko i cike pa Ceng acel ma cok bino, dok bene kare me temo ma cwal i United States en aye giko i cike pa Ceng acel ma cok bino. Gikome aryo weng rwatte ki jo bedo caden aryo pa October 22, me mwaka 2,300 kacel ki mwaka mia aryo ki pyer abic.</w:t>
      </w:r>
    </w:p>
    <w:p>
      <w:pPr>
        <w:pStyle w:val="ArticleBody"/>
        <w:jc w:val="left"/>
      </w:pPr>
      <w:r>
        <w:rPr>
          <w:rFonts w:ascii="Times New Roman" w:hAnsi="Times New Roman" w:eastAsia="Times New Roman" w:cs="Times New Roman"/>
        </w:rPr>
        <w:t>Mwaka mia abicel ki pyer awene otum tyeko i yeero me lok me tic ikin Raphia ki Panium, opoko kare me lweny aryo i namba aryo me cikcik, ma ka gityeko gang, gin bene gitiyo ki tekwaro megi me bedo mapol. Mwaka aparo lacel inge Raphia, ma tekwaro ne “piny me dogola,” ki myaka abiro ma pud pe otum Panium, ma ne obedo lweny ma gilwenyo i wang piny maratye ki otum tyeko i kany me rwate me dul. Aparo ki abiro, calo cikcik, nyutu teko me drakon i kom jo me cwiny mapol. 207 BC keto Trump, cal me lee me piny, i kin tyen lok me acel ki abicel i Daniel acel ki abicel, i kit me profesi, ka tye ka ryemo me kwano lok calo drakon, calo gin onyutere i rwom me namba aparo ki namba abiro.</w:t>
      </w:r>
    </w:p>
    <w:p>
      <w:pPr>
        <w:pStyle w:val="ArticleBody"/>
        <w:jc w:val="left"/>
      </w:pPr>
      <w:r>
        <w:rPr>
          <w:rFonts w:ascii="Times New Roman" w:hAnsi="Times New Roman" w:eastAsia="Times New Roman" w:cs="Times New Roman"/>
        </w:rPr>
        <w:t>Apar abiro apar wonyo tye kacel me nyutu, dok kelo wang tic me Raphia dok i Panium, aa i Panium, kede bene i kom anyim me Raphia. Ptolemy IV Philopator otino rwot me Ijipiti me Ptolemaic aa mwaka 221 BC wa i 204 BC, dok ojwalo Antiochus Magnus i Raphia i mwaka 217 BC. Ptolemy ochako lo rwot anyim me Raphia, dok olo rwot pi mwaka “apar abiro”. Namba apar abiro kelo kare me gite mukene i historia ma ochako anyim me Raphia, dok osil i tung Panium kede opii me Sidon wa i agiki me kare me temo pa dano, calo ma kinyutu ki mwaka 330. Profesai me myaka mia aryo kede pyer abic pi kare me kanisa me Smyrna ochako i 64 dok ogik i Edict of Milan kede kwayo me nyom me 313.</w:t>
      </w:r>
    </w:p>
    <w:p>
      <w:pPr>
        <w:pStyle w:val="ArticleBody"/>
        <w:jc w:val="left"/>
      </w:pPr>
      <w:r>
        <w:rPr>
          <w:rFonts w:ascii="Times New Roman" w:hAnsi="Times New Roman" w:eastAsia="Times New Roman" w:cs="Times New Roman"/>
        </w:rPr>
        <w:t>Konstantino Madit tyen cal me kite me gang kanisa me Pergamo, dok kite meno ocako i mwaka 313 kede ojuko i 538. Myaka “apar abiro ki acel” me acel ma lutye inyima me agiki pa poropeto me mwaka mia aryo ki abicel i 313, tye ki gitic me alama adek. 313 obedo Cik me Milan, 321 obedo cik me acel me Ceng Pa Lacen, dok kere me poko pa bwal obedo me alama i 330. 330 tyen cal me cik me agiki me Ceng Pa Lacen ma kaweko agiki pa kare me temo me dano. Pi meno namba apar abiro ki acel ocako mapwod pe onongo Raphia, dok ojuko i kare ma dong odongo loyo lot me lweny me Panium ki Sidon. Wec me apar ki abicel i Daniel apar ki acel tyen cal me cik pa Ceng Pa Lacen i United States</w:t>
      </w:r>
    </w:p>
    <w:p>
      <w:pPr>
        <w:pStyle w:val="ArticleBody"/>
        <w:jc w:val="left"/>
      </w:pPr>
      <w:r>
        <w:rPr>
          <w:rFonts w:ascii="Times New Roman" w:hAnsi="Times New Roman" w:eastAsia="Times New Roman" w:cs="Times New Roman"/>
        </w:rPr>
        <w:t>Porofecy me Simirna nyuto cing me kwo me dyel ma en aye iye iye me kwena pa Ezekiel. Cing me yo ma omede ka i nyim cik me Ceng Nino Pa Lubanga, calo tye ka onyutu i kom kit me coc aryo me balo Yerusalemu, en dyel; ento bene en Edict of Milan, ma cako kegengo me cal me lee me twol.</w:t>
      </w:r>
    </w:p>
    <w:p>
      <w:pPr>
        <w:pStyle w:val="ArticleBody"/>
        <w:jc w:val="left"/>
      </w:pPr>
      <w:r>
        <w:rPr>
          <w:rFonts w:ascii="Times New Roman" w:hAnsi="Times New Roman" w:eastAsia="Times New Roman" w:cs="Times New Roman"/>
        </w:rPr>
        <w:t>I kare ma lworo tye, yubo me kwanyo nyom me cik bi timore. Man en cal me kare-kare ma pe oto me yubo me kwanyo nyom ma ocako ki Reagan, cal ma Clovis olwongo iye i mwaka 496, ento yubo me agiki ma dongo tye i nyime me nyom ocako i kare ma lworo tye ka rwatte ki cik me Justinian me 533, kede ki Edict of Milan i 313. Alama me yo aryo weng gityeko bedo anyim me cik me Sunday. Mwaka 313 obed anyim me cik me Sunday me acel i 321, dok cik me 533 obed anyim me cik me Sunday i Counsel me adek me Orleans i 538. Kit mo me cik bi tyeko gango jami me porofeto ma rwatte ki cik me Justinian kede Edict of Milan weng aryo, ka i kare acel kit mo me nyom me pwony ma en cal keken bi keto i kabedo.</w:t>
      </w:r>
    </w:p>
    <w:p>
      <w:pPr>
        <w:pStyle w:val="ArticleBody"/>
        <w:jc w:val="left"/>
      </w:pPr>
      <w:r>
        <w:rPr>
          <w:rFonts w:ascii="Times New Roman" w:hAnsi="Times New Roman" w:eastAsia="Times New Roman" w:cs="Times New Roman"/>
        </w:rPr>
        <w:t>Ka cako cako acoya man, dong obedo lacen me tye kakare, pien dog me kare me peko dong otwong iye i kom tung me Protestant, calo gin ma otwonge bot i kare me Pasika mukwongo i Ejiput. Iŋe man, cik me Ceng me Nino me Mungu, ma obedo nyut ma alubo, pe keken nyutu ni cal me lee ma marac dong olare woko ducu, ento bene nyutu tic me lok me twero marac me lee ma marac. Cik me Ceng me Nino me Mungu nyutu agiki me kare me peko pi tung me Republican, lee me lobo i Neno me Yohana apar wiye acel, calo adier calo Farao kacel ki lumonene gucito i Nam me Lyel ki iŋe Pasika.</w:t>
      </w:r>
    </w:p>
    <w:p>
      <w:pPr>
        <w:pStyle w:val="ArticleBody"/>
        <w:jc w:val="left"/>
      </w:pPr>
      <w:r>
        <w:rPr>
          <w:rFonts w:ascii="Times New Roman" w:hAnsi="Times New Roman" w:eastAsia="Times New Roman" w:cs="Times New Roman"/>
        </w:rPr>
        <w:t>Mwaka abicel aryo ki piero apari ma tumu i mwaka 207 BC nyuto Donald Trump, calo kiyub iye i Antiochus Magnus ka tye ka yubo pi lweny ma bino ma cako i potho Panium dok otum i dyel me Sidon. I yonge lweny me Panium, jatela me lweny me Ptolemy, Scopas pa Aetolia, olot ki jo lweny ma ocalo romo 10,000 ma onongo odong, odok i gang me Sidon. Antiochus olubo en dok ocako “dyel” i Sidon. Gamente me Ptolemy i Alexandria ocwalo jo kony me jogo, ento pe oloyo. Ka kii doko i apwoyo me cam, Scopas ogolo gang meno. Antiochus oye ni Scopas oaa; lacen Scopas odok i Egypt, ka ineno lacen giketo to i cing cing me cik pi tero me dogola ki kwanyo lim ma pe atir. Dyel me Sidon ogikyo kwanyo me Antiochus i Coele-Syria i nge Panium.</w:t>
      </w:r>
    </w:p>
    <w:p>
      <w:pPr>
        <w:pStyle w:val="ArticleBody"/>
        <w:jc w:val="left"/>
      </w:pPr>
      <w:r>
        <w:rPr>
          <w:rFonts w:ascii="Times New Roman" w:hAnsi="Times New Roman" w:eastAsia="Times New Roman" w:cs="Times New Roman"/>
        </w:rPr>
        <w:t>Min White tito buk pa Uriah Smith, *Daniel and the Revelation* calo “cik me kony pa Katonda.” Smith nyuto can me ryemo mag gang aryo pa Antiochus i lok tic me tere i kuom wec apar wiye abicel aryo ki abicel adek me Daniel apar acel.</w:t>
      </w:r>
    </w:p>
    <w:p>
      <w:pPr>
        <w:pStyle w:val="ArticleScripture"/>
        <w:jc w:val="left"/>
      </w:pPr>
      <w:r>
        <w:rPr>
          <w:rFonts w:ascii="Times New Roman" w:hAnsi="Times New Roman" w:eastAsia="Times New Roman" w:cs="Times New Roman"/>
        </w:rPr>
        <w:t>“Pwonyo pa rwot matidi me Ejipt onyal ikwanyo i cing Senate me Roma ni i M. Emilius Lepidus, ma oketo Aristomenes, jatijer ma lacam dok latic me dwong i ka dwong pa dwor meno, ni obed lakwena paŋ. Ticce me acel obedo me timo yubo i nge lyeto ma onongo tye ka turo me wtino pa rwot aryo ma onwonyo kany, Philip ki Antiochus.</w:t>
      </w:r>
    </w:p>
    <w:p>
      <w:pPr>
        <w:pStyle w:val="ArticleScripture"/>
        <w:jc w:val="left"/>
      </w:pPr>
      <w:r>
        <w:rPr>
          <w:rFonts w:ascii="Times New Roman" w:hAnsi="Times New Roman" w:eastAsia="Times New Roman" w:cs="Times New Roman"/>
        </w:rPr>
        <w:t>“Pi medo man, en ooro Scopas, lagwok mony marac ma ngene ki AEtolia, ma i kare meno tye ka tito tic bot jo Egypt, ducu cen i piny-ne me nywalo jo moni me medo tek me lweny. Ka en oketo acam me lweny otic kore, en odok i Palestine kacel ki Coele-Syria (ka Antiochus tye ka lwongo lweny ki Attalus i Lesser Asia), dok okelo Judea weng ka bedo i bwo loc pa Egypt.</w:t>
      </w:r>
    </w:p>
    <w:p>
      <w:pPr>
        <w:pStyle w:val="ArticleScripture"/>
        <w:jc w:val="left"/>
      </w:pPr>
      <w:r>
        <w:rPr>
          <w:rFonts w:ascii="Times New Roman" w:hAnsi="Times New Roman" w:eastAsia="Times New Roman" w:cs="Times New Roman"/>
        </w:rPr>
        <w:t>“Kit ma rwom onyo ginweyi ocako keto i can ma ber me tye ka oo i tim me tic pa coc man ma tye i wangwa. Pien Antiochus, ka ocayo lweny ne ki Attalus i cike pa jo Roma, oyubo oyot me dwogo kelo Palestine ki Coele-Syria ki i cing jo Misiri. Ocwalo Scopas me tye kwede. Macalo i cok i ka acaki pa Jordan, jolweny aryo-gu oyube. [Panium] Ogoyo Scopas, olubo go nyaka Sidon, ka iyo ka dano-gi omwongo go matek. Ocwalo jenera adek ma ber loyo pa Misiri, kacel ki jo-lweny-gi ma ber loyo, me yubo ki peko man, ento pe omedo pwoc mo. I agiki, ka Scopas oyubo, i lweny pa kec ma oromo me yot pe kene, macalo cing me tum ma otut kede ma pe romo dyo, omedo rwot mapol ma pe onongo romo twero kwede; ci onywaki me cweyo cing, i tec ma pe omiyo wor, me ngima keken; ka ma ni, en ki jo-ne aparacar mebino golo, acel pe acel, ka oywako gin-gi ducu, dong gonyogi me wu. Kany aye me tero gang ma ojwok matek loyo ki rwot me anyim; pien Sidon, i kabedo-ne ki i goro me gwoko-ne, onongo obedo acel i dye gang ma tye matek loyo i kare meno. Kany aye me bedo pe romo tye kwede pa lweny me anyim, ki pe romo tye kwede pa jo ma rwot me anyim oyero; nyinge ni, Scopas ki jo-lweny-ne pa Aetolia.” Daniel and the Revelation, 257, 258.</w:t>
      </w:r>
    </w:p>
    <w:p>
      <w:pPr>
        <w:pStyle w:val="ArticleBody"/>
        <w:jc w:val="left"/>
      </w:pPr>
      <w:r>
        <w:rPr>
          <w:rFonts w:ascii="Times New Roman" w:hAnsi="Times New Roman" w:eastAsia="Times New Roman" w:cs="Times New Roman"/>
        </w:rPr>
        <w:t>Myaka mia abicel gi piero abicel ma tumo i 207 BC nyuto Donald Trump. Porofoce me myaka mia abicel gi piero abicel ma tumo i 313, ka bedo ma rwom me loko ikwero ma cing i cing me acamare me bot ceng kacel ki bot odiko, kacel ki Edict of Milan, tye ka nyuto kicako me cal me rwot manige i United States. Kanisa me Pergamos, ma ocakke i 313, nyuto historia ma iye Kristo-jami orwenyo ki i wang cwiny pien opwonyo me rwate ki dini me paganism, mapwod papal power pe otweyo kom tron. Pergamos kacel ki mwaka 313, tye me kwano cal me rwate man ma onyutore i yubo me cal me rwot manige i United States. Onyuto rwate me Kristo-jami ki papal Rome, pien dini me Catholicism pe tye gin mo mukene ento onyo pe, keken paganism ma kiyubo i kit me twero me kanisa me Kristo. Porofoce me myaka mia abicel gi piero abicel ma ocakke i 1776 ka tumo mwaka man, bene tye ka lokko i kom United States. Otyeno, porofoce weng adek me myaka mia abicel gi piero abicel tye ka lokko i kom gin mo ma kwene i porofeto me rwot me piny me Revelation apar wiye adek, ka weng adek gutumo i ndani me ligne me porofeto ma nongo inyutore ki namba apar ki abiriyo.</w:t>
      </w:r>
    </w:p>
    <w:p>
      <w:pPr>
        <w:pStyle w:val="ArticleBody"/>
        <w:jc w:val="left"/>
      </w:pPr>
      <w:r>
        <w:rPr>
          <w:rFonts w:ascii="Times New Roman" w:hAnsi="Times New Roman" w:eastAsia="Times New Roman" w:cs="Times New Roman"/>
        </w:rPr>
        <w:t>Cik pa Nino Dong i kare ma Amerika me United States owaco calo ajok, dok lok me lwak acel en tico pa twero me cako cik gi twero me ngolo bura me lwak meno.</w:t>
      </w:r>
    </w:p>
    <w:p>
      <w:pPr>
        <w:pStyle w:val="ArticleScripture"/>
        <w:jc w:val="left"/>
      </w:pPr>
      <w:r>
        <w:rPr>
          <w:rFonts w:ascii="Times New Roman" w:hAnsi="Times New Roman" w:eastAsia="Times New Roman" w:cs="Times New Roman"/>
        </w:rPr>
        <w:t>“‘Lok me loko’ pa rok tye tic pa lulamito me cako cik ki me ngolo kop.” The Great Controversy, 442.</w:t>
      </w:r>
    </w:p>
    <w:p>
      <w:pPr>
        <w:pStyle w:val="ArticleBody"/>
        <w:jc w:val="left"/>
      </w:pPr>
      <w:r>
        <w:rPr>
          <w:rFonts w:ascii="Times New Roman" w:hAnsi="Times New Roman" w:eastAsia="Times New Roman" w:cs="Times New Roman"/>
        </w:rPr>
        <w:t>Trump pe tye wic pa twero me yubu onyo me cako cik, pi mano cik pa Sabato pa Ceng ma cok bino pe kitek i cinge, ento Kongres aye timo ne. Ento tic mo keken ma miyo kony bot twero pa popa, obedo cing me nyutu cik pa Sabato pa Ceng. Cik me mwaka 533, ki cik pa kabaka me 313, nyutu acakki pa kare ma cal pa lee cako kete. Agiki en cik pa Sabato pa Ceng ma cok bino, ka Yesu bene kare ducu nyutu agiki ki acakki, pi mano tic pa Trump i yoo pa cik me rwot pa ofiisi ma miyo “concession” mo keken bot antikristo me profesi pa Baibul, obedo alpha pa gin ma cako ki rwate ma pe tumo kona atye i omega keken, ka United States “binywalo woko maber maber cik me yubbe, wek etim cik pa Sabato pa Ceng.”</w:t>
      </w:r>
    </w:p>
    <w:p>
      <w:pPr>
        <w:pStyle w:val="ArticleScripture"/>
        <w:jc w:val="left"/>
      </w:pPr>
      <w:r>
        <w:rPr>
          <w:rFonts w:ascii="Times New Roman" w:hAnsi="Times New Roman" w:eastAsia="Times New Roman" w:cs="Times New Roman"/>
        </w:rPr>
        <w:t>“Jo mapol, kit ma gin bene tye i yubo man me tero cwer cwiny pi timo cik me Ceng Nino Tungu, pe gin neno adwogi ma bibedo ka tic man otiyo. Pe gin neno ni gin tye ka gudo tik-tik i kom twero me lotyeko i wii dini. Jo mapol tye ma pud pe guwot maber claims me Sabato me Baibuli ki piny ma pe atir ma kwo me Ceng Nino Tungu oyiko iye. Yubo mo keken ma cako me cwer cwiny pi cik me dini, i lok ada, en tic me yo rwot bot upapa, ma i kare mapol atwal odong ka lweny mada i kom twero me pwony cwiny. Gwoko Ceng Nino Tungu nongo kwoone calo dong tye ka kelo nyinge ni kwo me jo Kristo ki i ‘taj maber me tim marac;’ dok tero ne i cik bibedo calo nyuto me yubo cik ma en aye doggola atir me Romanism. Ka gwoko wa man obedi ka kwero woko prinsipol me gavumenti ne maber kit ma otimo i timo cik me Ceng Nino Tungu, Protestantism i tic man biro cako dyere ki upapa; pe bibedo gin mo mukene ento miyo kwo bot dyel ma nino mapol dong olimo ka tye ka ge ni nong kare ne me duk dok i bwo me cung rwot me lwak.” Testimonies, volume 5, 711.</w:t>
      </w:r>
    </w:p>
    <w:p>
      <w:pPr>
        <w:pStyle w:val="ArticleBody"/>
        <w:jc w:val="left"/>
      </w:pPr>
      <w:r>
        <w:rPr>
          <w:rFonts w:ascii="Times New Roman" w:hAnsi="Times New Roman" w:eastAsia="Times New Roman" w:cs="Times New Roman"/>
        </w:rPr>
        <w:t>“Gin yic me kwo i kom cik me dini en aye tim me keto cwinya bot paapasi,” ci yic mago time ka dong pe obedo lacen me cik pa Nino me Yweyo ma tye ka bino cengceng.</w:t>
      </w:r>
    </w:p>
    <w:p>
      <w:pPr>
        <w:pStyle w:val="ArticleScripture"/>
        <w:jc w:val="left"/>
      </w:pPr>
      <w:r>
        <w:rPr>
          <w:rFonts w:ascii="Times New Roman" w:hAnsi="Times New Roman" w:eastAsia="Times New Roman" w:cs="Times New Roman"/>
        </w:rPr>
        <w:t>“Cik ma tye ka tic me cwer cwiny pire tek me woro nino man myero odok owoto i wi lobo ducu. I grado matidi, dong ocako aa. I kabedo mapol, twero pa gavumenti dong tye ka loko ki dwon pa labol, calo rwot me piny ma pe ngene obedo ka lok ki jo Ibru ma otyeko omako.” Signs of the Times, May 6, 1897.</w:t>
      </w:r>
    </w:p>
    <w:p>
      <w:pPr>
        <w:pStyle w:val="ArticleBody"/>
        <w:jc w:val="left"/>
      </w:pPr>
      <w:r>
        <w:rPr>
          <w:rFonts w:ascii="Times New Roman" w:hAnsi="Times New Roman" w:eastAsia="Times New Roman" w:cs="Times New Roman"/>
        </w:rPr>
        <w:t>Wan wa dong omedo lok manok i coc acoya ma obino.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Akwan Ma Piny ma Otyeko Kweyo pi Ayat Angwen Piero - Namba Adek ki Acer ka Acel```</dc:title>
  <dc:subject>Namba Apari me Ezeekyeri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