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Akwan Mucol me Lok Akwena Aryo Ki Weng Arwenywen - Namba Dek Adek Ki Aryo</w:t>
      </w:r>
    </w:p>
    <w:p>
      <w:pPr>
        <w:pStyle w:val="ArticleSubtitle"/>
        <w:jc w:val="left"/>
      </w:pPr>
      <w:r>
        <w:rPr>
          <w:rFonts w:ascii="Arial" w:hAnsi="Arial" w:eastAsia="Arial" w:cs="Arial"/>
        </w:rPr>
        <w:t>Ezekiel Namba Aparacel i Adek-dyek atọkụ</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Kwena me ciko ma tye i buk pa Ezekiel en “anyut pa lweny me twero gang.” Cawa ma lweny me twero gang ocako, dak pa Ezekiel otho, dok Ezekiel ki ciko me pe ka ywak pi to pire. To pire, ma obedo kacel ki pe-ywak pa Ezekiel pi to no, obedo anyut ma nyuto lweny me twero gang kacel ki bala ma tye ka bino me Jerusalem. Timo pire kacel ki to pa dak no ginyuto anyut me ciko, ma kelo kit pa anyut me ciko ma bibedho i anyim ma Yesu otyeko keto anyim, calo “gin me gro me kwero.”</w:t>
      </w:r>
    </w:p>
    <w:p>
      <w:pPr>
        <w:pStyle w:val="ArticleScripture"/>
        <w:jc w:val="left"/>
      </w:pPr>
      <w:r>
        <w:rPr>
          <w:rFonts w:ascii="Times New Roman" w:hAnsi="Times New Roman" w:eastAsia="Times New Roman" w:cs="Times New Roman"/>
        </w:rPr>
        <w:t>Ka dong unongo ubinongo gin marac ma obedo me balo keken, ma Danieri lakwena owaco pire, otimo ka tye ka cung i kabedo maleng, (ngat ma kwano, wek onego adwogi). Matayo 24:15.</w:t>
      </w:r>
    </w:p>
    <w:p>
      <w:pPr>
        <w:pStyle w:val="ArticleBody"/>
        <w:jc w:val="left"/>
      </w:pPr>
      <w:r>
        <w:rPr>
          <w:rFonts w:ascii="Times New Roman" w:hAnsi="Times New Roman" w:eastAsia="Times New Roman" w:cs="Times New Roman"/>
        </w:rPr>
        <w:t>Ka gihe ma cim me Rooma kikelo i iye dog ganga me ot lego, jo Kristo ma i Yerusalemu onego okwer ki aa i taon. Jo wangec aryo me cing me bala me Yerusalemu tye ka twero cing bot peko me ngeyo “cing” man lacen ka piny opwod, dok neno me polo dok nyutu maleng ni jo wangec aryo meno nongo tye ka yubo “tiyo gi madit adire” i nino me agiki. Ka loko i kom gigi me Kristo me kwanyo i kom bala me Yerusalemu ka kit ma rwatte ki Ezekiel ki Yohana ka gibedo i neno me ot lego, Sister White ocoyo:</w:t>
      </w:r>
    </w:p>
    <w:p>
      <w:pPr>
        <w:pStyle w:val="ArticleScripture"/>
        <w:jc w:val="left"/>
      </w:pPr>
      <w:r>
        <w:rPr>
          <w:rFonts w:ascii="Times New Roman" w:hAnsi="Times New Roman" w:eastAsia="Times New Roman" w:cs="Times New Roman"/>
        </w:rPr>
        <w:t>“Katima jonabi magi onongo oyelo kit ma pe opong loyo i wang kwanyo Yerusalem, ento tye ki tic ma atir dok ma rwate adada ki nino me agiki.</w:t>
      </w:r>
    </w:p>
    <w:p>
      <w:pPr>
        <w:pStyle w:val="ArticleScripture"/>
        <w:jc w:val="left"/>
      </w:pPr>
      <w:r>
        <w:rPr>
          <w:rFonts w:ascii="Times New Roman" w:hAnsi="Times New Roman" w:eastAsia="Times New Roman" w:cs="Times New Roman"/>
        </w:rPr>
        <w:t>“Wan dong tye i dogola me kwo pa jami madit ki mapire tek. Porofecy tye kacel ka timore oyotoyot. Ladit tye i doggola. Ceng mo ma pe bor bibedo ka oyabore i wangwa kare me miyo cwiny olwong adwong bot dano ducu ma tye ka kwo. Peko me lok ma obedo i kare ma owoko gibiyubore dok; peko me lok manyen gibicako. Gin ma gibitimo i lobo wa man pe oneno kata i tam pa dano.” Testimonies, volume 5, 753.</w:t>
      </w:r>
    </w:p>
    <w:p>
      <w:pPr>
        <w:pStyle w:val="ArticleBody"/>
        <w:jc w:val="left"/>
      </w:pPr>
      <w:r>
        <w:rPr>
          <w:rFonts w:ascii="Times New Roman" w:hAnsi="Times New Roman" w:eastAsia="Times New Roman" w:cs="Times New Roman"/>
        </w:rPr>
        <w:t>I ot buk angwen, ci nakelo lok bot Ezekiel me timo cal pa ngero ma tye ka mino dit pa “cim me kany.” Ezekiel otimo cal pa ngero tyen abic i buk pire, ma lutegi gikwero neno. Ezekiel okwanyo lok bot lutegi tyen abic, ci gi okwero winyo. Ngero ma en otimo ki kwena dyere ginyuto gurupu ma romo abic pa nyako ngat matong, ma gikwero rwatte ki medde pa “ngec” ma rwatte ki ngero ki lokke. Lok kwede ki ngero magi bedi ka rwatte cing ki cing ki balo pa Yerusalemu, ma tye ki “tic ma dok rwatte loyo ki nino me agiki.”</w:t>
      </w:r>
    </w:p>
    <w:p>
      <w:pPr>
        <w:pStyle w:val="ArticleScripture"/>
        <w:jc w:val="left"/>
      </w:pPr>
      <w:r>
        <w:rPr>
          <w:rFonts w:ascii="Times New Roman" w:hAnsi="Times New Roman" w:eastAsia="Times New Roman" w:cs="Times New Roman"/>
        </w:rPr>
        <w:t>In i, latin dano, gam itaki, kadi i ket anyim mii, ka i dul iye taon, ma obedo Yerusalemu: Kadi i ket kwo me lweny me twero iye, ka i yen ot me lweny me twero ka i tur iye, ka i keto pundo me atura me lweny iwiye; kadi i ket lopi me lweny marac iwiye, ka i ket yadi me kwayo ot me twero i doko iye doko iye. Dok bene gam patili me nyinyal, ka i ket en calo bong pa nyinyal i kin i kede taon: ka i twero wang-i iwiye, en bino bedo i bwo twero, kadi i bino twero iye. Man bino bedo nyut bot odi pa Israel.</w:t>
      </w:r>
    </w:p>
    <w:p>
      <w:pPr>
        <w:pStyle w:val="ArticleScripture"/>
        <w:jc w:val="left"/>
      </w:pPr>
      <w:r>
        <w:rPr>
          <w:rFonts w:ascii="Times New Roman" w:hAnsi="Times New Roman" w:eastAsia="Times New Roman" w:cs="Times New Roman"/>
        </w:rPr>
        <w:t>Inin kede i kabedo i kom tung celu me acam, dok iket tim marac pa ot pa Israel i kom en: calo kwan me nino ma ibedo i kome, ibibwolo tim maracgi. Pien An aketo i komi mwaka me tim maracgi, calo kwan me nino, nino mia adek ki abiro tyen abicel; kumeno ibibwolo tim marac pa ot pa Israel. Ka itye ka tyeko ginwongo, bed doki i kom tung tungatye me acam, dok ibibwolo tim marac pa ot pa Judah nino artam: Aketo nino acel pi mwaka acel. Mine ibiketo wang'i me neno tero pa Yerusalemu, dok cwi me bat i komi obed ayaba, dok ibilosi lok pa wacci kuome. Dok nen, Abiketo dyer i komi, dok pe ibiyubri ki aa tung acel nio i tung mukene, nio wa ka ityeko nino me tero mamegi. Ezekiel 4:1–8.</w:t>
      </w:r>
    </w:p>
    <w:p>
      <w:pPr>
        <w:pStyle w:val="ArticleHeading"/>
        <w:jc w:val="left"/>
      </w:pPr>
      <w:r>
        <w:rPr>
          <w:rFonts w:ascii="Arial" w:hAnsi="Arial" w:eastAsia="Arial" w:cs="Arial"/>
        </w:rPr>
        <w:t>Cim</w:t>
      </w:r>
    </w:p>
    <w:p>
      <w:pPr>
        <w:pStyle w:val="ArticleBody"/>
        <w:jc w:val="left"/>
      </w:pPr>
      <w:r>
        <w:rPr>
          <w:rFonts w:ascii="Times New Roman" w:hAnsi="Times New Roman" w:eastAsia="Times New Roman" w:cs="Times New Roman"/>
        </w:rPr>
        <w:t>Lok “cim” tye i buk me Ezekiel tyen aboro wiye acel. I capa mar awe, kube me Jerusalem obedo “cim” bot gang Israel. I capa apar ki aryo, Ezekiel dok obedo “cim” ma nyutu kube ki kwanyo me Jerusalem.</w:t>
      </w:r>
    </w:p>
    <w:p>
      <w:pPr>
        <w:pStyle w:val="ArticleScripture"/>
        <w:jc w:val="left"/>
      </w:pPr>
      <w:r>
        <w:rPr>
          <w:rFonts w:ascii="Times New Roman" w:hAnsi="Times New Roman" w:eastAsia="Times New Roman" w:cs="Times New Roman"/>
        </w:rPr>
        <w:t>Wod dano, in dong iye i kin gang ma tong gwok, ma tye ki wang me neno, ento pe gin neno; gin tye ki it, me winyo, ento pe gin winyo: pien gin gang ma tong gwok. Pi man, in wod dano, yub ibbe jami me aa, dok aa ceng i wanggi; ka i aa ki kama idok iye, aa nyo i kabedo mukene i wanggi: romo bedo ni gibed gi paro, kadi bed ni gin gang ma tong gwok. Ka dong ibi kwanyo jami mamegi me aa ceng i wanggi, calo jami me aa: dok i bicako aa otyeno i wanggi, calo jo ma aa me bedo i twec. Ngol i got i wanggi, dok ikel jami oko iye. I wanggi ibi dyero jami magi i wi dogi, dok ikelgi oko i kare me wang cen; ibi kuto wang, wek pe inen ngom: pien An aketi me bedo cingany me gang Israel. Ezekiel 12:2–6.</w:t>
      </w:r>
    </w:p>
    <w:p>
      <w:pPr>
        <w:pStyle w:val="ArticleBody"/>
        <w:jc w:val="left"/>
      </w:pPr>
      <w:r>
        <w:rPr>
          <w:rFonts w:ascii="Times New Roman" w:hAnsi="Times New Roman" w:eastAsia="Times New Roman" w:cs="Times New Roman"/>
        </w:rPr>
        <w:t>Ka ot oting ma ajwak neno cara ma otim calo ngero me laporofeta, pe guno ni jo-ni ngeyo gin ma gitego kwede, omio gipenye Ezekiel me lok tic pire.</w:t>
      </w:r>
    </w:p>
    <w:p>
      <w:pPr>
        <w:pStyle w:val="ArticleScripture"/>
        <w:jc w:val="left"/>
      </w:pPr>
      <w:r>
        <w:rPr>
          <w:rFonts w:ascii="Times New Roman" w:hAnsi="Times New Roman" w:eastAsia="Times New Roman" w:cs="Times New Roman"/>
        </w:rPr>
        <w:t>Wod dano, ci ot pa Israel, ot ma tungtung, pe gikwanyo ni i komi ka lok ni, “Itye ka timo ngo?” Waci botgi ni, “Mano en aye lok pa Won Nyasaye Maleng: Cwer man kwanyo i kom rwot ma tye i Yerusalemu, kede ot pa Israel ducu ma tye poogi.” Waci ni, “An atye cinganywu me cuko anyim: calo atimo, dok bene gibitimo botgi kumeno: gibikwanyo gi bibito i twec.” Ezekiel 12:9–11.</w:t>
      </w:r>
    </w:p>
    <w:p>
      <w:pPr>
        <w:pStyle w:val="ArticleBody"/>
        <w:jc w:val="left"/>
      </w:pPr>
      <w:r>
        <w:rPr>
          <w:rFonts w:ascii="Times New Roman" w:hAnsi="Times New Roman" w:eastAsia="Times New Roman" w:cs="Times New Roman"/>
        </w:rPr>
        <w:t>Kibone me Yerusalemu en nyig coc me lwak pa Lubanga i nino me agiki.</w:t>
      </w:r>
    </w:p>
    <w:p>
      <w:pPr>
        <w:pStyle w:val="ArticleScripture"/>
        <w:jc w:val="left"/>
      </w:pPr>
      <w:r>
        <w:rPr>
          <w:rFonts w:ascii="Times New Roman" w:hAnsi="Times New Roman" w:eastAsia="Times New Roman" w:cs="Times New Roman"/>
        </w:rPr>
        <w:t>“Buli acel pa lanebi me kare macon okwongo pe owaco tutwal pi kare gi ma gi dang, ento pi kare wa, wek laneb ni ma gi oneno obed i tye pi wa. ‘Kare dong jami magi weng otimme i komgi calo adwogi me kwan; dok gicoyo gi pi pwony wa, wa ma agiki pa lobo otyeko oo i komwa.’ 1 Corinthians 10:11. ‘Pe i tye pi gin kikomegi, ento pi wa aye gitye ka tio ki jami magi, ma kombedi gikwanyo ni botu ki gin ma giyubu Injili botu ki Cwiny Maleng ma ki cwalo piny ki i polo; jami magi anera bene mito neno tutwal.’ 1 Peter 1:12....”</w:t>
      </w:r>
    </w:p>
    <w:p>
      <w:pPr>
        <w:pStyle w:val="ArticleScripture"/>
        <w:jc w:val="left"/>
      </w:pPr>
      <w:r>
        <w:rPr>
          <w:rFonts w:ascii="Times New Roman" w:hAnsi="Times New Roman" w:eastAsia="Times New Roman" w:cs="Times New Roman"/>
        </w:rPr>
        <w:t>“Baibuli ocoko kany onywalo kacel mabeco ne lwetone pi anyim ma ogiki i kare me agiki ma tungcel man. Gin matino ducu madit, kacel ki tim mapol ma lit i historia me Cik Mamoko, bene obedo, ka dong tye, ni tye kacel ka pire tek pire tek i kanisa i nino mag agiki magi.” Selected Messages, book 3, 338, 339.</w:t>
      </w:r>
    </w:p>
    <w:p>
      <w:pPr>
        <w:pStyle w:val="ArticleHeading"/>
        <w:jc w:val="left"/>
      </w:pPr>
      <w:r>
        <w:rPr>
          <w:rFonts w:ascii="Arial" w:hAnsi="Arial" w:eastAsia="Arial" w:cs="Arial"/>
        </w:rPr>
        <w:t>Nino Kwene Acel Ni</w:t>
      </w:r>
    </w:p>
    <w:p>
      <w:pPr>
        <w:pStyle w:val="ArticleBody"/>
        <w:jc w:val="left"/>
      </w:pPr>
      <w:r>
        <w:rPr>
          <w:rFonts w:ascii="Times New Roman" w:hAnsi="Times New Roman" w:eastAsia="Times New Roman" w:cs="Times New Roman"/>
        </w:rPr>
        <w:t>Ezekiel i ngec ma otimo me calo lok, pa “kedo ki balo Yerusalemu,” tye cing meany me lwak pa Katonda i nino ma giko.</w:t>
      </w:r>
    </w:p>
    <w:p>
      <w:pPr>
        <w:pStyle w:val="ArticleScripture"/>
        <w:jc w:val="left"/>
      </w:pPr>
      <w:r>
        <w:rPr>
          <w:rFonts w:ascii="Times New Roman" w:hAnsi="Times New Roman" w:eastAsia="Times New Roman" w:cs="Times New Roman"/>
        </w:rPr>
        <w:t>Dok i mwaka me abicel, i dwe me apar, i nino me apar me dwe, loka pa Rwot bino bot an, ka waco ni, In latin dano, co nyinge nino man, ee nino mene kikome man: kabaka me Babilon oketo kene me lweny ka i Yerusalemu i nino mene kikome man.</w:t>
      </w:r>
    </w:p>
    <w:p>
      <w:pPr>
        <w:pStyle w:val="ArticleScripture"/>
        <w:jc w:val="left"/>
      </w:pPr>
      <w:r>
        <w:rPr>
          <w:rFonts w:ascii="Times New Roman" w:hAnsi="Times New Roman" w:eastAsia="Times New Roman" w:cs="Times New Roman"/>
        </w:rPr>
        <w:t>Kadong iwir acar bot gang ma aworo, ci i kob botgi ni, Mano ma Wod Mukama Katonda owaco; Ket kado, ket-ene, dok olong pii i iye: Guro tutwal ameda iye, pece ame ber weng, twic, kacel ki dog-gwel; war iye ka ot ma gityeko yerogi. Kwany ma ber loyo ki i lum, dok wang ka ot i tere, ci ime ka olok maber, dok wek gicwiny ka ot ma iye i iyeni. Omiyo mano ma Wod Mukama Katonda owaco; Biada me dola marac ma opong ki remo, kado ma nyim iye tye, ci nyim iye pe oloke woko i iye! Kwany iye woko pece ki pece; pe wek pinyowango mo opoto i kom iye. Pien remo meye tye i dyere; oketo go i wic got; pe oyolo go i piny me teto ki pro, me ogwoke ki apol. Manowek iwiny me can odongo me gamo cul; aketo remo meye i wic got, wek pe ogwoke.</w:t>
      </w:r>
    </w:p>
    <w:p>
      <w:pPr>
        <w:pStyle w:val="ArticleScripture"/>
        <w:jc w:val="left"/>
      </w:pPr>
      <w:r>
        <w:rPr>
          <w:rFonts w:ascii="Times New Roman" w:hAnsi="Times New Roman" w:eastAsia="Times New Roman" w:cs="Times New Roman"/>
        </w:rPr>
        <w:t>Kumeno woko, man aye gin ma Ladit Rubanga waco; Bi boti, aye gang ma opong ki remo! An abedo ka medo rwong me mac ducu. Cungo yot malo, kwey mac, tyek ringo, ci itiko gi atika maber, dok ot alwore. Ka dong iweyo ite nono i wi lyel me mac ne, me nino ne owot, oyang, ci canicani ne oyung iye, me goko ne otyek woko. En oyeko tek ne kene i lok goba; goko ne maduong pe odok woko ki iye: goko ne bino bedo i mac. I canicani mamego twero me tim marac tye: pien An acwalo ki kwek, ento pe i cwalo; ci pe ibi cwalo woko ki canicani ni dok, nio wa ka Acweyo iworo me mirica na oromo i komi. An, Jehovah, acako waco man: bino timore, dok An atimone; pe adwogo, pe abedo ki cwak, dok pe arokke; calo yo ni, ki calo ticci, en gin ma gibino ngoli kwayi, waco Ladit Rubanga.</w:t>
      </w:r>
    </w:p>
    <w:p>
      <w:pPr>
        <w:pStyle w:val="ArticleScripture"/>
        <w:jc w:val="left"/>
      </w:pPr>
      <w:r>
        <w:rPr>
          <w:rFonts w:ascii="Times New Roman" w:hAnsi="Times New Roman" w:eastAsia="Times New Roman" w:cs="Times New Roman"/>
        </w:rPr>
        <w:t>Dok bene lok me Lubanga obino boti, ka waco ni, In latin dano, nen, an akwanyo ki boti gin ma wang ihero tutwal ki cwer acel; to pe ibed ka iywak, kata pe ilil, kata pig wang ni pe ochwer. Juk ki ywak; kik iyer kwena pi joo ma otho; twol opiki me wi iwiye, ci iwar but gwok i tungi, ci kik igwero dogi, ci kik icam mugati me dano. Omiyo aloko bot jo cut i matino; ka otyeno dako na oto; ci acamo i macalo onywako an. Eka jo owaco bota ni, Pe ibinywoyo ni botwa gin magi gin ango, ma i timo kumeno?</w:t>
      </w:r>
    </w:p>
    <w:p>
      <w:pPr>
        <w:pStyle w:val="ArticleScripture"/>
        <w:jc w:val="left"/>
      </w:pPr>
      <w:r>
        <w:rPr>
          <w:rFonts w:ascii="Times New Roman" w:hAnsi="Times New Roman" w:eastAsia="Times New Roman" w:cs="Times New Roman"/>
        </w:rPr>
        <w:t>Angecako ne awaco do i, Lok pa Rwot obino boti ka waco ni, Lok bot gang Israel ni, Manin gin ma Rwot Katonda waco; Nen, abibelo kala kakwena abila kulu me abila, ma en tek pa wu, gin ma wang wu mito matek, kacel ki gin ma cwiny wu ngwok iye; ki lutino wu awobe ki nyako wu ma wu juko nyuma gibibedo ka too ki pala. Atye wu bibedo nininga an atimo kwede: pe ibikumo dog wu, onyo cam mugati pa dano. Turban wu bibedo iwiye wu, ki wuḍi wu bibedo i stop wu: pe ibikwo marac onyo yii; ento ibityek cen pire tek ikare me gin marac wu, ki wu bilwongo kwo marac acel ka acel. Kuman Ezekiel obedo bot wu cal: calo gin weng ma otimo, kumeno aye wu bitimo: ka man obino, eka wu bibedo ngeyo ni an awobe Rwot Katonda. Ezekiel 24:1–24.</w:t>
      </w:r>
    </w:p>
    <w:p>
      <w:pPr>
        <w:pStyle w:val="ArticleBody"/>
        <w:jc w:val="left"/>
      </w:pPr>
      <w:r>
        <w:rPr>
          <w:rFonts w:ascii="Times New Roman" w:hAnsi="Times New Roman" w:eastAsia="Times New Roman" w:cs="Times New Roman"/>
        </w:rPr>
        <w:t>Ezekiel obedo anyut ma nyutu dwogo pa kobo me acaki ki tyek me marac pa Yerusalemu, dok i ngeye; twec me memba pa kanisa me Seventh-day Adventist me Laodicea.</w:t>
      </w:r>
    </w:p>
    <w:p>
      <w:pPr>
        <w:pStyle w:val="ArticleScripture"/>
        <w:jc w:val="left"/>
      </w:pPr>
      <w:r>
        <w:rPr>
          <w:rFonts w:ascii="Times New Roman" w:hAnsi="Times New Roman" w:eastAsia="Times New Roman" w:cs="Times New Roman"/>
        </w:rPr>
        <w:t>“Ka Kristo neno piny ki i wot pa got Olivet, En oneno kit man pe obedo i kanisa ducu. Cik me gwoko-gwoko gitye ka bino piny bot dano ducu ma tye ka lubo nyim pa lworo pa jo Yerusalemu, ma pe iwang iye giyot me marac ma dit. Lobo man tye ka nyutuwa calo cik me gwoko. Kiworo kwede lok me gwoko pa Katonda i nino wa man, jo cing tye ka dok timo grica pa Yerusalemu. Ladit neno gin ma dano pe neno, kadi pe mito neno—agiki pa yub ducu pa dano i Battle Creek. En otimo ducu ma Katonda romo timo. En omyero wilobo me terang i nyim wa pa dano, wek grica pa gi pe otii ka oo i dog cing ma pok pok cwin dok mar tye iye. Ento i yo me lacen me yot kiweko cik ma atir kede ma spraw, jo odoko ka keto gin cing gi i kabedo ma terang kede ada, adica kede kica, pe gin twero ngeyo. Yo man odoko bute pa kit pa gi kulu.” Testimonies, volume 8, 68.</w:t>
      </w:r>
    </w:p>
    <w:p>
      <w:pPr>
        <w:pStyle w:val="ArticleHeading"/>
        <w:jc w:val="left"/>
      </w:pPr>
      <w:r>
        <w:rPr>
          <w:rFonts w:ascii="Arial" w:hAnsi="Arial" w:eastAsia="Arial" w:cs="Arial"/>
        </w:rPr>
        <w:t>Jo ma Tito aryo me Alfa ki Omega</w:t>
      </w:r>
    </w:p>
    <w:p>
      <w:pPr>
        <w:pStyle w:val="ArticleBody"/>
        <w:jc w:val="left"/>
      </w:pPr>
      <w:r>
        <w:rPr>
          <w:rFonts w:ascii="Times New Roman" w:hAnsi="Times New Roman" w:eastAsia="Times New Roman" w:cs="Times New Roman"/>
        </w:rPr>
        <w:t>Ezekiel onongo gin ma pe kwo pa dano me cing pa Lubanga, ci ki twero nyutu ni ka Yerusalem opoto, en dok obedo romo loko, dok en obedo “cim.” Pe cwer cwiny pa Ezekiel pi to pa dakone obedo cim pa alfa i acakki pa kugi, dok yabo doge pa Ezekiel ka Yerusalem opoto obedo cim pa omega. Kugi nio i oto ki balal gi kiketo cing i acakki ki i agiki. I kin tic acel man, cam me aryo pa cim pa alfa ki omega kinyutu calo to pa “gin ma wang pa Ezekiel mito” calo alfa, dok to pa “gin ma wang gi mito” pa lwak obedo cim pa omega pa kare man. Kare pa mwaka acel ki dongo acel tye ki cam aryo me alfa ki omega. To pa dako pa Ezekiel onyutu pwony pa twec ki nywalo piny pa lweny, dok to pa omega pa Yerusalem onyutu nywalo piny pa gang lela.</w:t>
      </w:r>
    </w:p>
    <w:p>
      <w:pPr>
        <w:pStyle w:val="ArticleScripture"/>
        <w:jc w:val="left"/>
      </w:pPr>
      <w:r>
        <w:rPr>
          <w:rFonts w:ascii="Times New Roman" w:hAnsi="Times New Roman" w:eastAsia="Times New Roman" w:cs="Times New Roman"/>
        </w:rPr>
        <w:t>Macalo Ezekiel tye botu calany: calo gin ducu ma en otimo, wun bene ibedotimo; dok ka man obi, wun ibingeyo ni An Atye Rubanga Mukama. Kede i, dan dano, pe obed i ceng man ka Aabok ki botgi tek megi, yom me deyo megi, gin ma wanggi mito, ki gin ma gitye ka timo i cwinygi, nyiggi me coo ki nyiggi me dito? I ceng man, dano ma otwec calo pe obi boti me miyo iwinye man ki itgi? I ceng man dogi ibiyabore bot dano ma otwec calo pe; iibidwoko lok, pe dok ibibedo anyut; dok ibibedo calany botgi; gin bene gibingeyo ni An Atye Mukama. Ezekiel 24:24–27.</w:t>
      </w:r>
    </w:p>
    <w:p>
      <w:pPr>
        <w:pStyle w:val="ArticleHeading"/>
        <w:jc w:val="left"/>
      </w:pPr>
      <w:r>
        <w:rPr>
          <w:rFonts w:ascii="Arial" w:hAnsi="Arial" w:eastAsia="Arial" w:cs="Arial"/>
        </w:rPr>
        <w:t>Too Mwono Abicero</w:t>
      </w:r>
    </w:p>
    <w:p>
      <w:pPr>
        <w:pStyle w:val="ArticleBody"/>
        <w:jc w:val="left"/>
      </w:pPr>
      <w:r>
        <w:rPr>
          <w:rFonts w:ascii="Times New Roman" w:hAnsi="Times New Roman" w:eastAsia="Times New Roman" w:cs="Times New Roman"/>
        </w:rPr>
        <w:t>To Ezikyeri owote cako nyutu tic me coro pa Yerusalemu ki to pa Yerusalemu, ma i adwogi me porofeto en omio ric me Kristo, dok en tye ka nyuto cik pa Cawa me Nino me Dyeng ma cok bino, ma kare ma omako nyime en kare ma ginyuto ki coro. Kare pa coro ki bala me kwero gin jami aryo ma pat, ento ma gubedo ka rwatte cocel. Coro en kare me cawa, dok bala me kwero en adita acel me cawa. Bala me kwero en cik pa Cawa me Nino me Dyeng ma kare pa cwec pa cal pa lee omako nyime. Kare pa cal pa lee tyeko ki acam pa lee. Ka Yecu onyuto cing pa bala me Yerusalemu i Matayo abicel abicel aryo, En bene oloko i nino pa Nwaka.</w:t>
      </w:r>
    </w:p>
    <w:p>
      <w:pPr>
        <w:pStyle w:val="ArticleScripture"/>
        <w:jc w:val="left"/>
      </w:pPr>
      <w:r>
        <w:rPr>
          <w:rFonts w:ascii="Times New Roman" w:hAnsi="Times New Roman" w:eastAsia="Times New Roman" w:cs="Times New Roman"/>
        </w:rPr>
        <w:t>Ento calo nino me Noe onongo tye kwede, dok bene abino pa Wod dano bino bedo kumeno. Pien calo i nino ma onongo tye ka pwodi pii mapol pe obino, jo onongo tye ka camo ka mato, ka nyomo ka miyo i nyom, oo wa i ceng ma Noe donyo iye i bwat, dok pe gin ongene pien onyo wa i kare ma pwodi pii mapol obino, kelo gin weng; kumeno bene abino pa Wod dano bino bedo. Matthew 24:37–39.</w:t>
      </w:r>
    </w:p>
    <w:p>
      <w:pPr>
        <w:pStyle w:val="ArticleBody"/>
        <w:jc w:val="left"/>
      </w:pPr>
      <w:r>
        <w:rPr>
          <w:rFonts w:ascii="Times New Roman" w:hAnsi="Times New Roman" w:eastAsia="Times New Roman" w:cs="Times New Roman"/>
        </w:rPr>
        <w:t>I nino me Nua, doggola me temo pa kelo cing wa piny olokke, ci man okwanyo cal me Cik pa Sunday ma cito cok, ma bene okwanyo cal kun doggola olokke i dwe 22 October, 1844. Kinde ma aa ki otogo pa Exeter me camp meeting i nino 12–17 August i mwaka 1844, nyuto kipindi pa profesi ma telo i doggola ma olokke.</w:t>
      </w:r>
    </w:p>
    <w:p>
      <w:pPr>
        <w:pStyle w:val="ArticleBody"/>
        <w:jc w:val="left"/>
      </w:pPr>
      <w:r>
        <w:rPr>
          <w:rFonts w:ascii="Times New Roman" w:hAnsi="Times New Roman" w:eastAsia="Times New Roman" w:cs="Times New Roman"/>
        </w:rPr>
        <w:t>I kare ni Noa, Noa onyutu malaika me adek, ci malaika me adek oo i dogola ma olore i dwe mar Okotoba 22, 1844. I kare ni Noa, ma calo Yesu owaco ni bineno calo “bino pa Wod dano,” malaika adek me Niyabo Apar Angwen okelo wa i dogola ma olore. William Miller onyutu kwena pa malaika me acel, kede owanyutwako ki Enok i kare ni Noa. Jude nyuto ni kwena pa Enok tye kicalo kwena pa Miller.</w:t>
      </w:r>
    </w:p>
    <w:p>
      <w:pPr>
        <w:pStyle w:val="ArticleScripture"/>
        <w:jc w:val="left"/>
      </w:pPr>
      <w:r>
        <w:rPr>
          <w:rFonts w:ascii="Times New Roman" w:hAnsi="Times New Roman" w:eastAsia="Times New Roman" w:cs="Times New Roman"/>
        </w:rPr>
        <w:t>Kadi Enok boti, ma obedo pa aryo ki abicel ki Adam, onywola lok me ajwok i kom jo magi, ka waco ni, Nen, Rwot bino kacel ki alip alup me jo maleng dako, me timo ngol ikom dano ducu, ki me nyuto bot jo ducu ma pe rwate i kin gi, pi timgi ducu me pe rwate ma gitimo i kite me pe rwate, ki pi lokgi ducu matek ma jo grwok ma pe rwate gikwanyo ma ginongo tyen lok ikome. Jude 1:14, 15.</w:t>
      </w:r>
    </w:p>
    <w:p>
      <w:pPr>
        <w:pStyle w:val="ArticleBody"/>
        <w:jc w:val="left"/>
      </w:pPr>
      <w:r>
        <w:rPr>
          <w:rFonts w:ascii="Times New Roman" w:hAnsi="Times New Roman" w:eastAsia="Times New Roman" w:cs="Times New Roman"/>
        </w:rPr>
        <w:t>Kwena pa malaika me acel pa Miller olwongo “ngoloc” calo atye ka kinyutu iye i kwena pa Enok. Cak pa Enok kitito ni obedo “me abiro ki Adam.” Kwena pa Miller ocako ci otum agiki ki tye cawa me “abiro” ma opong i wi piny me kabaka me north, ci mwaka abic me adek ki angwen onyo me adek pa malaika otye i 22 October, 1844 ka “abiro” ma opong i wi piny me kabaka me south otyeko. Enok ki Miller, ma bedo lutuma me saa pa ngoloc, duc gicako ki nyutu me namba abiro. Kinde ma ocako ki Enok, me abiro otyeko ki nino abiro ma lee dogi odonyo i baati nyaka dog gangi otingi ki teko ma pe me dano. Yecu kare ducu onyutu agiki ki cak.</w:t>
      </w:r>
    </w:p>
    <w:p>
      <w:pPr>
        <w:pStyle w:val="ArticleBody"/>
        <w:jc w:val="left"/>
      </w:pPr>
      <w:r>
        <w:rPr>
          <w:rFonts w:ascii="Times New Roman" w:hAnsi="Times New Roman" w:eastAsia="Times New Roman" w:cs="Times New Roman"/>
        </w:rPr>
        <w:t>Enok onywalo Metusela, ma en dok onywalo Lamek. Lamek ki Metusela nyutu kwena pa malaika me aryo, kadi dok kwena pa koko me dyeworwot. Koko me dyeworwot odoko anyim nyaka i dog otwoke, ci meno en ma kinyutu kwede Metusela ma oto i mwaka pa lakuk. Lamek onyutu kwena pa malaika me aryo, ci Lamek oto mwaka abic mukato ka lakuk pe tye ka pe obino. Myaka abic aa ki i to pa Lamek nyaka i to pa Metusela, ka dog otwoke, obedo cal ma onyutu to pa nyako me Ezekiel ma ogero cing me cako kare ma otero nyaka i to pa nyako me Kristo ma Metusela onyutu.</w:t>
      </w:r>
    </w:p>
    <w:p>
      <w:pPr>
        <w:pStyle w:val="ArticleBody"/>
        <w:jc w:val="left"/>
      </w:pPr>
      <w:r>
        <w:rPr>
          <w:rFonts w:ascii="Times New Roman" w:hAnsi="Times New Roman" w:eastAsia="Times New Roman" w:cs="Times New Roman"/>
        </w:rPr>
        <w:t>Enok onyuto malaika me acel ma obino i mwaka 1798, Lamek onyuto malaika me aryo ma obino ki tarik 19 April, 1844, dok Metusela onyuto koko me dyeworwen ma ki i Exeter nio wa i dog matye ka otwong ki tarik 22 October, 1844, ma ki onyuto ki Noah. Myaka abic ma aa ki tho pa Lamek nio wa i tho pa Metusela onyuto mwaka acel ki dwe abicel ma aa ki 587 BC nio wa i 586 BC. Myaka abic meno ma aa ki Lamek nio wa i Metusela onyuto imyaka abic ma aa ki 1448 nio wa i 1453.</w:t>
      </w:r>
    </w:p>
    <w:p>
      <w:pPr>
        <w:pStyle w:val="ArticleBody"/>
        <w:jc w:val="left"/>
      </w:pPr>
      <w:r>
        <w:rPr>
          <w:rFonts w:ascii="Times New Roman" w:hAnsi="Times New Roman" w:eastAsia="Times New Roman" w:cs="Times New Roman"/>
        </w:rPr>
        <w:t>I nino dwe October 31, 1448, John Palaiologos oto, ka owadgi, Constantine me apar ki acel, (Constantine me agiki), onongo oywako twero me rwatte i kom kom me kwalo ker me Roma me icok anyim bot twero me Turki me Icilamu. Kube cinge i nino dwe July 27, 1299, opwonyo mwaka me aryo me mia acel ki mwaka abicel me Niyabo 9 ma kikelo i tyen lok me apar. Mwaka abicel lacen ka John Palaiologos oto, owadgi Constantine me apar ki acel oto i kom ot me bor pa Constantinople ka Mehmed II oloyo ker me Byzantine me Roma me icok anyim. Mehmed en nyinge me Turki ma oa ki Mohammed, ci to pa Mohammed me mukwongo i mwaka 632, ma ocako porofeto me mukwongo me mwaka mia acel ki mwaka abicel me Niyabo 9, (ma tye i tyen lok me abicel), ka opwod ki to pa Constantine me agiki i cing “Mohammed me aryo” nyuma pa mwaka mia aboro ki abicel ki acel. Mwaka abicel mbele ka oto, Mohammed onongo oporo to me Roma, ka gitye opwonyo kwede ki Turki ma nyinge Mohammed me aryo.</w:t>
      </w:r>
    </w:p>
    <w:p>
      <w:pPr>
        <w:pStyle w:val="ArticleBody"/>
        <w:jc w:val="left"/>
      </w:pPr>
      <w:r>
        <w:rPr>
          <w:rFonts w:ascii="Times New Roman" w:hAnsi="Times New Roman" w:eastAsia="Times New Roman" w:cs="Times New Roman"/>
        </w:rPr>
        <w:t>Konstantino ma agiki, ma apar wiye acel ki acel, oto i lweny me Constantinople; ci man nyuto mwaki abic ki ii to me owadgi John wang to me oto. Mwaki abic mago guno ocako kwo me nyut i mwaki abic ki ii to me Lamech, latin, wang too me Methuselah, won, i ngec mwaki abic, ka doggola olor ikom yeya. Dong to me nyako Ezekiel ocako kwo me nyut i to me Lamech, ci gin aryo kacel mio cing me kadong i to me John Palaiologos i mwaka 1448. To me Methuselah ma obino i ngeye rwate ki to me nyako Kristo ki balwa me Yerusalemu i 586 BC, ci gin aryo kacel rwate ki to me Konstantino ma apar wiye acel ki acel.</w:t>
      </w:r>
    </w:p>
    <w:p>
      <w:pPr>
        <w:pStyle w:val="ArticleBody"/>
        <w:jc w:val="left"/>
      </w:pPr>
      <w:r>
        <w:rPr>
          <w:rFonts w:ascii="Times New Roman" w:hAnsi="Times New Roman" w:eastAsia="Times New Roman" w:cs="Times New Roman"/>
        </w:rPr>
        <w:t>Aduku adek ci aryo me kare me obita ma cakke kede giko ki to, nyuto kare me cweyo cal me latania ma giko ki anywali me latania, dok tye ka rwate ki poro me koko me dyewor me dyewor i gin acoya me Millerite, kede cweyo cal me latania ma giko ki anywali me latania i gin acoya wa me kombedi. Ka anywali me latania oo tyen lok i cik me Canda ma tye ka bino mapiy, “lok” me obita bino i rwom me rwate kede Ezekiel bedo kacung me “lok” ki mit mere kekene, ka Jerusalem obale.</w:t>
      </w:r>
    </w:p>
    <w:p>
      <w:pPr>
        <w:pStyle w:val="ArticleHeading"/>
        <w:jc w:val="left"/>
      </w:pPr>
      <w:r>
        <w:rPr>
          <w:rFonts w:ascii="Arial" w:hAnsi="Arial" w:eastAsia="Arial" w:cs="Arial"/>
        </w:rPr>
        <w:t>Moko</w:t>
      </w:r>
    </w:p>
    <w:p>
      <w:pPr>
        <w:pStyle w:val="ArticleBody"/>
        <w:jc w:val="left"/>
      </w:pPr>
      <w:r>
        <w:rPr>
          <w:rFonts w:ascii="Times New Roman" w:hAnsi="Times New Roman" w:eastAsia="Times New Roman" w:cs="Times New Roman"/>
        </w:rPr>
        <w:t>I kare me cik me Nino Pa Mungu, ma kelo calo kiteco ki kwanyo Yerusalem, lok me profesi ma kwanyo me United States omako nyut ni lakwena me goba loko calo ryel.</w:t>
      </w:r>
    </w:p>
    <w:p>
      <w:pPr>
        <w:pStyle w:val="ArticleScripture"/>
        <w:jc w:val="left"/>
      </w:pPr>
      <w:r>
        <w:rPr>
          <w:rFonts w:ascii="Times New Roman" w:hAnsi="Times New Roman" w:eastAsia="Times New Roman" w:cs="Times New Roman"/>
        </w:rPr>
        <w:t>Ka aneno lee twol mukene ka aa ka i but piny; kendo en obedo ki rogi aryo calo romo, to oloko lok calo nyalo. Niyabo 13:11.</w:t>
      </w:r>
    </w:p>
    <w:p>
      <w:pPr>
        <w:pStyle w:val="ArticleBody"/>
        <w:jc w:val="left"/>
      </w:pPr>
      <w:r>
        <w:rPr>
          <w:rFonts w:ascii="Times New Roman" w:hAnsi="Times New Roman" w:eastAsia="Times New Roman" w:cs="Times New Roman"/>
        </w:rPr>
        <w:t>I kare cik me Ceng pa Dyewor, Balami poko dong osel me adek, ci osel no dok loko.</w:t>
      </w:r>
    </w:p>
    <w:p>
      <w:pPr>
        <w:pStyle w:val="ArticleScripture"/>
        <w:jc w:val="left"/>
      </w:pPr>
      <w:r>
        <w:rPr>
          <w:rFonts w:ascii="Times New Roman" w:hAnsi="Times New Roman" w:eastAsia="Times New Roman" w:cs="Times New Roman"/>
        </w:rPr>
        <w:t>Kacel Wekelo oyabo dog otino, ci en owaco bot Balaam ni, “An atimo ngo boti ma imiya kweda tyen adek man?” Balaam owaco bot dog otino ni, “Pien ireda; dabolo awobi oo gang aceta, kon kombedi akwayo neni.” Dog otino dok owaco bot Balaam ni, “Pe an dogi otino ma ityeko ka nywal an ma ni wa i kom abicel i wangceni oo nio kawuono? Ento onongo aciko tic man boti?” En owaco ni, “Pe.” Kwan 22:28–30.</w:t>
      </w:r>
    </w:p>
    <w:p>
      <w:pPr>
        <w:pStyle w:val="ArticleBody"/>
        <w:jc w:val="left"/>
      </w:pPr>
      <w:r>
        <w:rPr>
          <w:rFonts w:ascii="Times New Roman" w:hAnsi="Times New Roman" w:eastAsia="Times New Roman" w:cs="Times New Roman"/>
        </w:rPr>
        <w:t>Lanebi ma okello lok i cawa me cik pa Sunday, dok Islam bene lok i cawa me cik pa Sunday. Gitye aryo weng i porofeto ni lanebi ma okello lok. I cawa me cik pa Sunday, “wangi” pa Habakkuk ma otuuko kare, lok.</w:t>
      </w:r>
    </w:p>
    <w:p>
      <w:pPr>
        <w:pStyle w:val="ArticleScripture"/>
        <w:jc w:val="left"/>
      </w:pPr>
      <w:r>
        <w:rPr>
          <w:rFonts w:ascii="Times New Roman" w:hAnsi="Times New Roman" w:eastAsia="Times New Roman" w:cs="Times New Roman"/>
        </w:rPr>
        <w:t>Nipee neno tye piny obedo pi kare ma kiketo woko; ento i agiki no bino lok, kadi pe bino wuoro: kadi bed ni orem, ikur pire; pien bino bino ada, pe bino rem. Habakkuk 2:3.</w:t>
      </w:r>
    </w:p>
    <w:p>
      <w:pPr>
        <w:pStyle w:val="ArticleBody"/>
        <w:jc w:val="left"/>
      </w:pPr>
      <w:r>
        <w:rPr>
          <w:rFonts w:ascii="Times New Roman" w:hAnsi="Times New Roman" w:eastAsia="Times New Roman" w:cs="Times New Roman"/>
        </w:rPr>
        <w:t>Habakkuk en lakwena ma adaŋo ma loko i piny ki lakwena ma pe tye adaŋ. “Kine” pa Habakkuk loko ki i dog Ejekiel ma con opong wic, ci doge oyabore. Cik pa bedo dog Anana onywako ne Yeremia.</w:t>
      </w:r>
    </w:p>
    <w:p>
      <w:pPr>
        <w:pStyle w:val="ArticleScripture"/>
        <w:jc w:val="left"/>
      </w:pPr>
      <w:r>
        <w:rPr>
          <w:rFonts w:ascii="Times New Roman" w:hAnsi="Times New Roman" w:eastAsia="Times New Roman" w:cs="Times New Roman"/>
        </w:rPr>
        <w:t>“Ngo ma atwalna pe twero tum, ci akuma na pe twero yubo, ma okwongo bedo me cango? Ibi bedo kare ducu bot para calo ngat ma lalo, kadi calo pi ma pe tye?” Pi man, Mukama owaco man: “Ka idok, an adwoko ni dok, ci ibedo i wang para; ka iyer me tic kwede gin ma ber ki i kin gin ma rac, in ibedo calo dog para. Gin gidok boti; ento pe idok botgi.” Jeremiah 15:18, 19.</w:t>
      </w:r>
    </w:p>
    <w:p>
      <w:pPr>
        <w:pStyle w:val="ArticleBody"/>
        <w:jc w:val="left"/>
      </w:pPr>
      <w:r>
        <w:rPr>
          <w:rFonts w:ascii="Times New Roman" w:hAnsi="Times New Roman" w:eastAsia="Times New Roman" w:cs="Times New Roman"/>
        </w:rPr>
        <w:t>I kare pa cik me Nino pa Ceng, dwe adek ki dwe abic pa ni Zacharia ma pe otito lok ocak kwede ka okwanyo lok ci omoko ni nying wode myero obed Yohana. Zacharia otyeko kit ma nyutu dul me poko macalo joma pe oyebo lok pa malaika me adek, dok Yohana otyeko kit pa tic pa Eliya, ekalesia ma obedo me donyo kwede Dwogo me aryo pa Kristo.</w:t>
      </w:r>
    </w:p>
    <w:p>
      <w:pPr>
        <w:pStyle w:val="ArticleScripture"/>
        <w:jc w:val="left"/>
      </w:pPr>
      <w:r>
        <w:rPr>
          <w:rFonts w:ascii="Times New Roman" w:hAnsi="Times New Roman" w:eastAsia="Times New Roman" w:cs="Times New Roman"/>
        </w:rPr>
        <w:t>Zekaria no owaco bot malaika ni, “Abedo angeyo man ada nining? Pien an dong latin mapol, ci dako na bene dong otino i myaka.” Malaika odwoko owaco bot en ni, “An Gabrieli, ma acung i nyim Katonda; kadi dong acwalo mi abino owaci bot in, ci anyut in lok me cwercwiny magi. Ka nen, ibedo lobo, pe ibiro romo lok, wa i kare ma jami magi bicobo, pien pe iye lok na, ma bicung maber i karegi.”</w:t>
      </w:r>
    </w:p>
    <w:p>
      <w:pPr>
        <w:pStyle w:val="ArticleScripture"/>
        <w:jc w:val="left"/>
      </w:pPr>
      <w:r>
        <w:rPr>
          <w:rFonts w:ascii="Times New Roman" w:hAnsi="Times New Roman" w:eastAsia="Times New Roman" w:cs="Times New Roman"/>
        </w:rPr>
        <w:t>Kwo lwakeno, jo obedo ka kuro Zakaria, ci gi wilo ni en omedo kare malac i ot me Abiro. Ka en oyabo i doggola, pe onongo twero loko kwede gi; ci gi ngeyo ni en oneno gin maneno i ot me Abiro: pien en omiyo gi cing, ci odong ki pe twero loko. Luka 1:18–22.</w:t>
      </w:r>
    </w:p>
    <w:p>
      <w:pPr>
        <w:pStyle w:val="ArticleBody"/>
        <w:jc w:val="left"/>
      </w:pPr>
      <w:r>
        <w:rPr>
          <w:rFonts w:ascii="Times New Roman" w:hAnsi="Times New Roman" w:eastAsia="Times New Roman" w:cs="Times New Roman"/>
        </w:rPr>
        <w:t>Zekaria obedo i kibiina me abajabana ma dyer adek.</w:t>
      </w:r>
    </w:p>
    <w:p>
      <w:pPr>
        <w:pStyle w:val="ArticleScripture"/>
        <w:jc w:val="left"/>
      </w:pPr>
      <w:r>
        <w:rPr>
          <w:rFonts w:ascii="Times New Roman" w:hAnsi="Times New Roman" w:eastAsia="Times New Roman" w:cs="Times New Roman"/>
        </w:rPr>
        <w:t>I kare i nino me Herode, rwot me Yudea, tye ka laica mo acel ma nyinge Zakaria, me nyom me Abia; dok dako ne oa i dye jo me Arona, dok nyinge Elizabeta. Gin aryo weng bene ne gin jo atir i wang Katonda, ka gilubo cik weng ki cik me rwot weng ma pe ki bal. Dok ne pe gi nino, pien Elizabeta ne obal, dok gin aryo weng bene ne gucako matino i mwaka ahinya. Otime ni, ka en tye ka timo tic me laica i wang Katonda calo kit me nyom mere, calo kit ma tic me laica tye kwede, kwene ma opongone pe ne obedo me wang yamo i Gang me Rwot ka odonyo iye. Dok lwak mapol weng me jo ne tye ka lega i aco i kare me wang yamo. Luka 1:5–10.</w:t>
      </w:r>
    </w:p>
    <w:p>
      <w:pPr>
        <w:pStyle w:val="ArticleBody"/>
        <w:jc w:val="left"/>
      </w:pPr>
      <w:r>
        <w:rPr>
          <w:rFonts w:ascii="Times New Roman" w:hAnsi="Times New Roman" w:eastAsia="Times New Roman" w:cs="Times New Roman"/>
        </w:rPr>
        <w:t>Jonabi weng tyeko gitye ka kinyuto nino me agiki, ci Zekariya donyo i hekalu, calo Ezekieli bene otimo. En obedo i kibina me abila me ajwaki, ma omako cing me kwan me roho adek-gwen ma i bwato pa Noa ma odoko ki i wi lobo macon ma odok i lobo manyen. En kod dakone aryo gubedo ma pe ki cwo me twero me coko kwede, ento Zekariya onongo bicako ka pe oyie lok pa Gaburieli. Wot me ba Millerite ocako calo jo Philadelphia (ma pe ki bal), ento olokke odoko jo Laodikea i mwaka 1856. I nino me agiki, kwena pa malaika en kwena pa malaika me adek, ci kwena pa Gaburieli bot Zekariya onyuto kwena pa malaika me adek, kadi bene kwena pa Eliya, calo gin ma onyuto ki i Jwan Okwabatiza.</w:t>
      </w:r>
    </w:p>
    <w:p>
      <w:pPr>
        <w:pStyle w:val="ArticleScripture"/>
        <w:jc w:val="left"/>
      </w:pPr>
      <w:r>
        <w:rPr>
          <w:rFonts w:ascii="Times New Roman" w:hAnsi="Times New Roman" w:eastAsia="Times New Roman" w:cs="Times New Roman"/>
        </w:rPr>
        <w:t>An malaika pa Lubanga onenere i en, atye ka coo i but tung altar me ubani. Ka Zakaria otyeko neno en, cing omwoyo, lworo bene owoto iye. Ento malaika owaco bot en ni, Pe ilwor, Zakaria: pien lego mamegi ocako winyo; ci mukweni Elisabeci bino nywaloni latin cwo, ci ibino loko nyinge ni Yohana. Ci ibino bedo ki mor ki yomcwinyo; jo mapol bene bino yom atir i kare me nywalone. Pien en bino bedo dit i wang Pana; pe bino mato kwan onyo yat me kwo malit; ci bino opong ki Cwiny Maleng, kadi acakki ki i iyem me minne. Ci jo mapol ki i jo Israel bino lokogi dok bot Pana Lubangagi. En bene bino cako i wang en ki cwiny ki teko pa Elia, me loko cwiny jo acwara dok bot lutino, ki jo ma pe winyo dok i ngene pa jo ma atir; me tero jo ma kiyubire kare bot Pana. Ci Zakaria owaco bot malaika ni, Abed angeyo man i yo mene? pien an dano ma otiro, ci mukwena bene otiro tutwal i mwaka. Ci malaika odwoko owaco bot en ni, An Gabriel, ma acoo i nyim Lubanga; ci ki oruma an me lokboti, ki me nyutoni lok man me yom ber. Luka 1:11–19.</w:t>
      </w:r>
    </w:p>
    <w:p>
      <w:pPr>
        <w:pStyle w:val="ArticleBody"/>
        <w:jc w:val="left"/>
      </w:pPr>
      <w:r>
        <w:rPr>
          <w:rFonts w:ascii="Times New Roman" w:hAnsi="Times New Roman" w:eastAsia="Times New Roman" w:cs="Times New Roman"/>
        </w:rPr>
        <w:t>Zakaria ocwiny ni lok me Elija ma bino pud pe biromo cobo.</w:t>
      </w:r>
    </w:p>
    <w:p>
      <w:pPr>
        <w:pStyle w:val="ArticleScripture"/>
        <w:jc w:val="left"/>
      </w:pPr>
      <w:r>
        <w:rPr>
          <w:rFonts w:ascii="Times New Roman" w:hAnsi="Times New Roman" w:eastAsia="Times New Roman" w:cs="Times New Roman"/>
        </w:rPr>
        <w:t>Nen, Abino acwalo niwu Eliya lanebi ka ki tye i wang cobo me nino pa Rwot maduong dok me grok: En bino loko cwiny won otino ni oo bot lutino gi, dok cwiny lutino ni oo bot won otino gi; wek pe Abina cako kwo piny ki akina. Malaki 4:5, 6.</w:t>
      </w:r>
    </w:p>
    <w:p>
      <w:pPr>
        <w:pStyle w:val="ArticleBody"/>
        <w:jc w:val="left"/>
      </w:pPr>
      <w:r>
        <w:rPr>
          <w:rFonts w:ascii="Times New Roman" w:hAnsi="Times New Roman" w:eastAsia="Times New Roman" w:cs="Times New Roman"/>
        </w:rPr>
        <w:t>Lakwena White, i kine ma kwanyo nying ka ma ayero me Ezekiel i cura adek ki abicel, nyutu pi adwogi ma loyo pa lote me kanisa me Seventh-day Adventist me Laodicea onongo gitye ka kiketo anyut calo pe giye pa Zacharias.</w:t>
      </w:r>
    </w:p>
    <w:p>
      <w:pPr>
        <w:pStyle w:val="ArticleScripture"/>
        <w:jc w:val="left"/>
      </w:pPr>
      <w:r>
        <w:rPr>
          <w:rFonts w:ascii="Times New Roman" w:hAnsi="Times New Roman" w:eastAsia="Times New Roman" w:cs="Times New Roman"/>
        </w:rPr>
        <w:t>“Ogwok ma pe giwinyo can i piny cwinygi pien dog cen ma obino i komgi, kadi pe gimiyo cwinygi can ka gikwano pien tipa abic pa jo mukene, gibinweko ka pe gityeko kwanyo lak ma pa Lubanga. Rwot ciko jo konyone: co ma gin ki gintyo me nec i lwetgi: ‘Wubed ka lul i nyuma ne, i gang, ka wunego: oko pe otyeko ngeyo kica, pe bene wukwo kica: wuneg gire dong jo ma dong tye kwaro ki jo matino, nyako mapol, lutino matino, ki mon; ento pe wubin cok ki dano mo keken ma tye ki nyut i kom ne; ka wukwanyo cakke i kacok pa Abana. Ci gicako ki lupwonye madit ma bene gitye i wang ot.’”</w:t>
      </w:r>
    </w:p>
    <w:p>
      <w:pPr>
        <w:pStyle w:val="ArticleScripture"/>
        <w:jc w:val="left"/>
      </w:pPr>
      <w:r>
        <w:rPr>
          <w:rFonts w:ascii="Times New Roman" w:hAnsi="Times New Roman" w:eastAsia="Times New Roman" w:cs="Times New Roman"/>
        </w:rPr>
        <w:t>“Kany waneno ni kanisa—abataber pa Ladit—obedo me acel me cako twolo cing me kwot pa Mungu. Dano macon, joma Mungu omiyo gi lyel madit, kadi bene joma onongo gityeko kaka lugwok me gin me cwiny pa lwak, gubalo amana ma gicwalo ne gini. Gukwanyo kabedo ni pe mito ni wa oryem kwede gin amiraculo onyo nyut pa teko pa Mungu ma twere loyo calo i nino mukato. Kare gubedo loko. Lok mano kelo teko i kwek gi me pe geno, ci gikwano ni: Ladit pe bitimo ber, kadi bene pe bitimo rac. En git maracino tutwal me dono lwak pire i tyer. Kuc ki gwoko ber aye koko pa dano joma pe gibidwoko dok me tingo dwon gi calo opii me nyuto lwak pa Mungu bal gi, ki gang pa Yakobo richo gi. Gwok mukwongo magi ma pe gityeko koko aye joma twolo dyer pa cwinyo ma atir pa Mungu ma cwiny obal iromo i kom gi. Dako, nyako, ki lutino matidi, ducu gityek i kare acel.” Testimonies, volyum 5, 211.</w:t>
      </w:r>
    </w:p>
    <w:p>
      <w:pPr>
        <w:pStyle w:val="ArticleBody"/>
        <w:jc w:val="left"/>
      </w:pPr>
      <w:r>
        <w:rPr>
          <w:rFonts w:ascii="Times New Roman" w:hAnsi="Times New Roman" w:eastAsia="Times New Roman" w:cs="Times New Roman"/>
        </w:rPr>
        <w:t>Zakaria pe oywong icing me malaika me adek, ma eni aye kwena pa Eliya ma dok tye kwo me Yohana Lakwa Ber, kacel bene ki kwo me William Miller.</w:t>
      </w:r>
    </w:p>
    <w:p>
      <w:pPr>
        <w:pStyle w:val="ArticleHeading"/>
        <w:jc w:val="left"/>
      </w:pPr>
      <w:r>
        <w:rPr>
          <w:rFonts w:ascii="Arial" w:hAnsi="Arial" w:eastAsia="Arial" w:cs="Arial"/>
        </w:rPr>
        <w:t>Dwe Abic</w:t>
      </w:r>
    </w:p>
    <w:p>
      <w:pPr>
        <w:pStyle w:val="ArticleBody"/>
        <w:jc w:val="left"/>
      </w:pPr>
      <w:r>
        <w:rPr>
          <w:rFonts w:ascii="Times New Roman" w:hAnsi="Times New Roman" w:eastAsia="Times New Roman" w:cs="Times New Roman"/>
        </w:rPr>
        <w:t>Elisabeth oponyo iyach me dwe abic.</w:t>
      </w:r>
    </w:p>
    <w:p>
      <w:pPr>
        <w:pStyle w:val="ArticleScripture"/>
        <w:jc w:val="left"/>
      </w:pPr>
      <w:r>
        <w:rPr>
          <w:rFonts w:ascii="Times New Roman" w:hAnsi="Times New Roman" w:eastAsia="Times New Roman" w:cs="Times New Roman"/>
        </w:rPr>
        <w:t>Ka i nyuma me nino ca, akwayo Elizabet obedo kac bruo, ci opongo kene dwe abicel, ka owaco ni, Macalo ni aye obedo kac me rwom pa Ladit ki an i nino ma en otoro an, me kwanyo kwonyna woko i kin dano. Ci i dwe me abicel, malaika Gabriyel ki ocwalo ki bot Lubanga i gang me Galili ma nyinge Nacaret. Luka 1:24–26.</w:t>
      </w:r>
    </w:p>
    <w:p>
      <w:pPr>
        <w:pStyle w:val="ArticleBody"/>
        <w:jc w:val="left"/>
      </w:pPr>
      <w:r>
        <w:rPr>
          <w:rFonts w:ascii="Times New Roman" w:hAnsi="Times New Roman" w:eastAsia="Times New Roman" w:cs="Times New Roman"/>
        </w:rPr>
        <w:t>Zakaria obedo i kacel me abwoc me arwot adek, ma rwatte ki nywalo me rwom me piny pa wode Yohana i nino me abwoc, ka ma Zakaria dok bi waco. En kacel ki wode Yohana ginyuto dano abwoc ma gubedo i wang bwato pa Noa, ma gipino gi kwo kene i lwor to ma pii me aloka odyeko kelo pi dwe abicel, onyo nino mia acel ki piero abicel. Nino mia acel ki piero abicel me ic iyec kacel ki pii me aloka rwatte ki kare aryo me dwe abicel i Niyabo aryo.</w:t>
      </w:r>
    </w:p>
    <w:p>
      <w:pPr>
        <w:pStyle w:val="ArticleBody"/>
        <w:jc w:val="left"/>
      </w:pPr>
      <w:r>
        <w:rPr>
          <w:rFonts w:ascii="Times New Roman" w:hAnsi="Times New Roman" w:eastAsia="Times New Roman" w:cs="Times New Roman"/>
        </w:rPr>
        <w:t>Zakaria kacel ki wode Jan bene ginyuto kare ma kanisa me abiro me Laodicea dokocoo i kanisa me aboro me Filadelfia. Ki i tic pa Zakaria i kare me yika me aboro nyaka i ngol pa wode Jan me nino me aboro, man nyuto kare me laneno pa lanebi ma namba aboro iye cako ki tum. I iye kare meno me lanebi tye iye kare me dwe abic ma nyuto kare me pinyore.</w:t>
      </w:r>
    </w:p>
    <w:p>
      <w:pPr>
        <w:pStyle w:val="ArticleBody"/>
        <w:jc w:val="left"/>
      </w:pPr>
      <w:r>
        <w:rPr>
          <w:rFonts w:ascii="Times New Roman" w:hAnsi="Times New Roman" w:eastAsia="Times New Roman" w:cs="Times New Roman"/>
        </w:rPr>
        <w:t>“Woto” ma profesi nyuto cik pa Cawa me Nino Pa Lubanga ma tye cok bino, ci Zakaraya woto i kare pa cik pa Cawa me Nino Pa Lubanga, ka wode kiciko ce, calo kikonyo i tic pa ngwol. Iyo i kare meno, ma pud pe obedo cik pa Cawa me Nino Pa Lubanga ka Zakaraya woto, i agiki pa dwe abicel, i dwe me abicel Marya limo Elisabeci, ci Cwalo Maleng otoyo Elisabeci, ma calo dako onyuto toyo pa Kanisa pa Lubanga dwe angwen mapwod i nyim cik pa Cawa me Nino Pa Lubanga ma tye cok bino.</w:t>
      </w:r>
    </w:p>
    <w:p>
      <w:pPr>
        <w:pStyle w:val="ArticleScripture"/>
        <w:jc w:val="left"/>
      </w:pPr>
      <w:r>
        <w:rPr>
          <w:rFonts w:ascii="Times New Roman" w:hAnsi="Times New Roman" w:eastAsia="Times New Roman" w:cs="Times New Roman"/>
        </w:rPr>
        <w:t>I kare Maria ocako i nino kwede, dok odhi oyot i piny gode, i taon acel pa Juda; dok odonyo i ot pa Zakaria, omiyo Elizabet poz. Ka Elizabet oyiko poz pa Maria, latin ma i iye oyeto i ic; dok Elizabet opong ki Cwiny Maleng: dok oloko ki dwol madu, olam ni, Itye ma opii ikin mon ducu, dok yat pa icci opii. Dok man aa ki kwana nining, ni Min Awona odonyne kwana? Pien ne, ka dwol pa poz mamego odonyo i itina, latin ma i icna oyeto pi yomcwiny. Dok opii en ma oyiki; pien jami ma kiwaco ni en aa bot Rwot gibitummu. Luka 1:39–45.</w:t>
      </w:r>
    </w:p>
    <w:p>
      <w:pPr>
        <w:pStyle w:val="ArticleBody"/>
        <w:jc w:val="left"/>
      </w:pPr>
      <w:r>
        <w:rPr>
          <w:rFonts w:ascii="Times New Roman" w:hAnsi="Times New Roman" w:eastAsia="Times New Roman" w:cs="Times New Roman"/>
        </w:rPr>
        <w:t>Ikiny agiki pyer abicel, Elisabeth owaco bot Maria “ki dwogo madu,” ka pwoyo yero me Maria i lok pa Gabriel, ma i nino me agiki en kwena pa malaika me adek. Laco pa Elisabeth, Zacharias, pe oyero; ento Maria oyero. Maria owinnye lok pa Gabriel inyim dwe abicel lacen ka Zacharias dong owinnye, ci yero ne i malaika me adek kiketo cing calo gima obino lacen ka lok ma otyeko kan me dwe abicel oyabbe. Lok ma otyeko kan me dwe abicel i nino me agiki en dwe abicel me acel me Niyabo 9:5. Maria tyeko kareko kanisa me nino me agiki ma oyamo kwena pa malaika me adek, ma tye iye yubo me ayaba me dwe abicel ma pire tek, ma bino anyim tutwal me lok pa cik me Cungu ma cok bino, ma romo ka dwe angwen dong olubo.</w:t>
      </w:r>
    </w:p>
    <w:p>
      <w:pPr>
        <w:pStyle w:val="ArticleBody"/>
        <w:jc w:val="left"/>
      </w:pPr>
      <w:r>
        <w:rPr>
          <w:rFonts w:ascii="Times New Roman" w:hAnsi="Times New Roman" w:eastAsia="Times New Roman" w:cs="Times New Roman"/>
        </w:rPr>
        <w:t>I kare me aketa pa limo me Yeng Maria, tic pa malaika me acel ki me aryo, ma Zakaria ki Elisabet tye ka nywako, twero ka rwatte ki tic pa malaika me adek ma Maria ki Yocef tye ka nywako. Zakaria nywako dyadya ma aa ki kanisa ma pe oyeco kwede kwena pa malaika me adek, dok Yocef, lacwa me yat, nywako tic mo ma tye ka nywakere ki dong tic me cing ma pe rwatte ki kony pa dul. Adibenti obedo agiki kit ma ocako kwede, dok ocako macalo tic me lok, pe macalo kit me kanisa ma otyeko yubo i diko. Tic pa jo alufu acel ki mia angwen abicel, ma Yocef, Maria, ki Christo tye ka nywako, gin lutino-ot ka atir pa tic me Millerite ma Zakaria, Elisabet, ki Yohana tye ka nywako, dok pe yeco me mwaka 1863 onywakere ki Zakaria. Mwaka 1863 onywako pe yeco kwena pa malaika me acel ki me aryo, dok tic pa malaika me adek onywako wiye me Maria.</w:t>
      </w:r>
    </w:p>
    <w:p>
      <w:pPr>
        <w:pStyle w:val="ArticleScripture"/>
        <w:jc w:val="left"/>
      </w:pPr>
      <w:r>
        <w:rPr>
          <w:rFonts w:ascii="Times New Roman" w:hAnsi="Times New Roman" w:eastAsia="Times New Roman" w:cs="Times New Roman"/>
        </w:rPr>
        <w:t>“Malayika ocwalo me konyo malaika madu ma aa ki polo, dok atye ka winyo dwogi ma oneno calo tye ka dwogo i kabedo weng, ‘Wu aa ki iye, jo M, me pe obed jo mugonyo i grengone, kede me pe uyud ku twero pa twoone. Pien grengone otyeko oo i polo, dok Katonda opwoyo richone.’ Kwena man oneno calo medde i kwena me adek, ka rwate kwede calo koko me dyeworoo owrate ki kwena pa malaika me aryo i mwaka 1844. Du pa Katonda oyweyo i kom jolelu ma ogum, ma tye ka kuro, dok gi miyo ciko me agiki ma marwic i lwor, ka gitye ka tito pwok pa Babiloni kede ka giluongo jo pa Katonda me aa ki iye wek gityek ki iye kwer ma marac matek ma otimo iye.” Early Writings, 277.</w:t>
      </w:r>
    </w:p>
    <w:p>
      <w:pPr>
        <w:pStyle w:val="ArticleBody"/>
        <w:jc w:val="left"/>
      </w:pPr>
      <w:r>
        <w:rPr>
          <w:rFonts w:ascii="Times New Roman" w:hAnsi="Times New Roman" w:eastAsia="Times New Roman" w:cs="Times New Roman"/>
        </w:rPr>
        <w:t>Kwanyo kacel pa otitoo aryo kinyuto i kare ma Maria owoto me limo Elisabeth, dok peko meno oo i kare ma dwe abic ma oneko pe kityeko ni kinyuto. Kace meno aye kama profesi aryo kikwanyo kacel, ka gikwo tito kacel. Achiel ki Elisabeth otito, dok machielo ki Maria otito. Kwanyo kacel pa otito aryo nyuto kare ma koko pa dyewor ocako kwanyo kacel ki otito pa malaika me aryo, dok meno otimme i historia pa Millerite i kuc wek pa Exeter.</w:t>
      </w:r>
    </w:p>
    <w:p>
      <w:pPr>
        <w:pStyle w:val="ArticleBody"/>
        <w:jc w:val="left"/>
      </w:pPr>
      <w:r>
        <w:rPr>
          <w:rFonts w:ascii="Times New Roman" w:hAnsi="Times New Roman" w:eastAsia="Times New Roman" w:cs="Times New Roman"/>
        </w:rPr>
        <w:t>I nyuma me Elizabeti dok pe Maria omiyo lokgi me pwony, “Maria odong ki en dwe adek kakare, ci odwogo i gangne kene.” Luka 1:56. Kinde me nino abicel acel ki abicel aryo ki abicel abicel me adek ki abicel acel ki abicel abicel me angwen ki abicel angwen, aa Exeter oo too i 22 Okotoba, 1844, ki nyutu i dwe angwen meno, ma ogik i cike me Dyeng me tye ka bino ceng cen, ka Zakaria owaco. Dwe angwen gi nyutu kinde me pwony pa kwan me koko me dyewor wang cen, ma bino i nyuma pa kwan me dwe abicel me piny ma gipoto.</w:t>
      </w:r>
    </w:p>
    <w:p>
      <w:pPr>
        <w:pStyle w:val="ArticleBody"/>
        <w:jc w:val="left"/>
      </w:pPr>
      <w:r>
        <w:rPr>
          <w:rFonts w:ascii="Times New Roman" w:hAnsi="Times New Roman" w:eastAsia="Times New Roman" w:cs="Times New Roman"/>
        </w:rPr>
        <w:t>Kwena abic ki i historia me jo Millerite bene obedo malaika me acel ki me aryo, dok ote malaika me acel oyotnywokki ki temo me tim piru me kare ma ocako ki kare me dwe abic, ma onongo kinyuto tyen-tyen ma pe oyeng-oyeng nyaka i nino apar ka pud pe otimo cing i Agusto 11, 1840, calo Josiah Litch oyubo. Tyeko me cing me ote malaika me aryo obedo yubo me gwoko boko me lok me 1843 ma pe oleng, ma otimme i twero me kwo me Exeter camp meeting, calo Samuel Snow oyubo.</w:t>
      </w:r>
    </w:p>
    <w:p>
      <w:pPr>
        <w:pStyle w:val="ArticleBody"/>
        <w:jc w:val="left"/>
      </w:pPr>
      <w:r>
        <w:rPr>
          <w:rFonts w:ascii="Times New Roman" w:hAnsi="Times New Roman" w:eastAsia="Times New Roman" w:cs="Times New Roman"/>
        </w:rPr>
        <w:t>Wac me loko me cing marwate me gero me dyewor pa dyewor me ot yat kiwakore calo kare macek manok mapwod i lworo me doggola, ma i lok me Nua oyabore piny i kare me dwe abic, ma ogikore ka yoko me boti omede i wi got Ararat. Kare me gero me dyewor pa dyewor me ot yat bino i nyuma me yabe me dwe abic ma otyeko piny ma kiweyo, ma obino nino apar angec mapwod ka pioro 11 Agusto, 1840, kadi bene obino i nyuma ka Rubanga okelo cingne woko ki i kom kit ma en ocwolo i wi cart pa 1843. Nino apar me Agusto 1 wa i 11, gilubere ki nino abiro apar ki abicel me Exeter wa i Oktoba 22, 1844, ci caden mapat ki aryo nyuto ni yabe me dwe abic ma otyeko piny ma kiweyo, ka gilubo kwanyo i kom gero ma pe atir ma owoto ki cwercwiny me acel, obedo i kare ma Maria oromo Elisabeti dok omiyo amara ne i dwe me abicel.</w:t>
      </w:r>
    </w:p>
    <w:p>
      <w:pPr>
        <w:pStyle w:val="ArticleBody"/>
        <w:jc w:val="left"/>
      </w:pPr>
      <w:r>
        <w:rPr>
          <w:rFonts w:ascii="Times New Roman" w:hAnsi="Times New Roman" w:eastAsia="Times New Roman" w:cs="Times New Roman"/>
        </w:rPr>
        <w:t>I kare cikke me Cawa me Sabato, Amerika Lok acako loko kede dwan pa nye calo adui, osel me Islamo oloko, ci nyuto pa Habakkuk oloko kun i dye wang pa Jeremiah, Zacharia, ki Ezekiel. I kare cikke me Cawa me Sabato Ezekiel obedo nyut, ci tye ka cako kwan me bendera ma oyikko malo i kare cikke me Cawa me Sabato. Aryo i kin nyut adek wiye me lok “nyut” i buk pa Ezekiel nyutu “sabato” calo nyut pa pwony me pwodho ma tye ka cako kubo rwom pa Lubanga ki rwom pa dano.</w:t>
      </w:r>
    </w:p>
    <w:p>
      <w:pPr>
        <w:pStyle w:val="ArticleScripture"/>
        <w:jc w:val="left"/>
      </w:pPr>
      <w:r>
        <w:rPr>
          <w:rFonts w:ascii="Times New Roman" w:hAnsi="Times New Roman" w:eastAsia="Times New Roman" w:cs="Times New Roman"/>
        </w:rPr>
        <w:t>Ento atimo pi nyingena keken, wek pe obwone i wang luanga ma gii bedo po iye, i wang gi ma anyuto kweda botgi ka awotogi aa ki i piny Aijipito. Omiyo awotogi aa ki i piny Aijipito, ci akelogi i tim ber. Kadi bota amiyogi cikena, ci anyutogi tyekena, ma ka dano timo gi, obedo wanggi ni obi kwo kuom gi.</w:t>
      </w:r>
    </w:p>
    <w:p>
      <w:pPr>
        <w:pStyle w:val="ArticleScripture"/>
        <w:jc w:val="left"/>
      </w:pPr>
      <w:r>
        <w:rPr>
          <w:rFonts w:ascii="Times New Roman" w:hAnsi="Times New Roman" w:eastAsia="Times New Roman" w:cs="Times New Roman"/>
        </w:rPr>
        <w:t>“Dok bene awamgi Sabato na me, wek obed cing me cinggi, wek gityek ni an aye Yehova ma pwonyogi me bedo maleng. Ento ot pa Israel oworo an i timbongo: pe gitye i cikica, kendo gigayo twero me ngol pa atir, ma ka dano otimo gi, obedo kwo i iye; kendo Sabato na gubedo kwer matek. Eka awaco ni abicwalo cira i komgi i timbongo, wek atye kwedi. Ento atimo pi nying na, wek pe obed me kwer i wang rok mapol, ma i wanggi ekelo gi ki i piny. Dok bene acako cinga i komgi i timbongo, ni pe abikelo gi i piny ma ne amiyogi, ma opong ki ciil ki tuku, ma en deyo pa lobo ducu; pien gigayo twero me ngol pa atir, kendo pe gitye i cikica, ento gubedo kwero Sabato na; pien cwinygi odhi nyuma cal boogi. Ento wangna owotogi, pe atiek gi me balo gi, kendo pe atye kwedi ducu i timbongo. Ento awaco bot lutino gi i timbongo ni, ‘Pe wubed i cik pa won owatwu; pe wulub ngol pa atirgi, kendo pe wupwod cewu gi cal boogi: an aye Yehova Rubangawu; wubed i cikica, kendo wukwong ngol pa atir na, kendo wutim gi; Kendo wumiya Sabato na lwor maleng; kendo gibibedo cing me cingwu, wek wutyek ni an aye Yehova Rubangawu.’” Ezekiel 20:9–20.</w:t>
      </w:r>
    </w:p>
    <w:p>
      <w:pPr>
        <w:pStyle w:val="ArticleBody"/>
        <w:jc w:val="left"/>
      </w:pPr>
      <w:r>
        <w:rPr>
          <w:rFonts w:ascii="Times New Roman" w:hAnsi="Times New Roman" w:eastAsia="Times New Roman" w:cs="Times New Roman"/>
        </w:rPr>
        <w:t>Ezekiel tye cing alama me cik me alufu mia acel ki rom adek ki angwen, dok alama me Lubanga ma gubedo kucel ki dano obedo “sabato” pa Mukama. Ezekiel obedo alama i acakki me kugumba, dok en aye alama i kare me balo Yerusalemu, ka guywako iye calo cing alama. I acakki me kugumba, gin ma gikwero neno ki winyo, ma ginywalo kwede “sabato” pi En, bene gubedo alama.</w:t>
      </w:r>
    </w:p>
    <w:p>
      <w:pPr>
        <w:pStyle w:val="ArticleScripture"/>
        <w:jc w:val="left"/>
      </w:pPr>
      <w:r>
        <w:rPr>
          <w:rFonts w:ascii="Times New Roman" w:hAnsi="Times New Roman" w:eastAsia="Times New Roman" w:cs="Times New Roman"/>
        </w:rPr>
        <w:t>Dok joo mo me doggola pa Israel bino anar, dok gubedo anyim. Ka lok pa Lubanga obino anar, ka waco ni, Wod dano, jo magi gupiko baalgi i iye cwinygi, dok gukelo gin ma gubedo gubedo twero me tur me tim maracgi anyim wanggi: aya, myero angey ka gibedo penyo an atata? Pi meno, lok botgi, dok iwaci botgi ni, Man en gin ma Ladit Lubanga owaco; Dano ducu ma i ot pa Israel ma opiko baalgi i iye cwinye, dok okelo gin ma obedo twero me tur me tim maracce anyim wange, dok obino bot lakwena; an, Lubanga, abiro dwoko ne dano ma obino calo rwom pa baalgi mapol; me kwayo ot pa Israel i iye cwinygi kengi, pien gibedo ducu lacel ke an pi baalgi.</w:t>
      </w:r>
    </w:p>
    <w:p>
      <w:pPr>
        <w:pStyle w:val="ArticleScripture"/>
        <w:jc w:val="left"/>
      </w:pPr>
      <w:r>
        <w:rPr>
          <w:rFonts w:ascii="Times New Roman" w:hAnsi="Times New Roman" w:eastAsia="Times New Roman" w:cs="Times New Roman"/>
        </w:rPr>
        <w:t>Dong i itye bot ot pa Israel ni, Won wa rwate ni, tyen lok me Rubanga Mukama: Wek wubi, kadi wek wupoto cing wuni ki i ba bo lobo ma wuponye; dok wukelo wang wuni ki i jami weng ma marac ma wutimo. Pien dano acel acel ma i ot pa Israel, onyo ma cudito ma odak i Israel calo goń ma bino ki i piny mukene, ka opwod i cingna, dok ocako ba bo lobo ne i iye cwiny, kadi keto gengo me tim marac ne i wangne, ka dong obino bot lanebi me penyo ki bene i komna; an Mukama abiwaco lagam ne ki an awene: Dok abiketo wangna me kwero i kom dano meno, abimiyo en bedo cilo kadi lok me neno, dok abicwalo en ki i kin jo piny na; ka dong wubineno ni an aye Mukama. Ka lanebi otyeko bedo ma gilwongo, ka owaco lok mo, an Mukama aye alwongo lanebi meno; dok abinywalo cingna i komne, abibalo en ki i kin jo piny na Israel. Gin gibibearo pwony me tim maracgi: pwony pa lanebi bibedo rom ki pwony pa dano ma odwogo bote me penyo; wek ot pa Israel pe odok cen ma cato ki i cingna, kadi pe gibedgii mecen dok ki i tim pogi weng; ento wek gibed jo piny na, dok an abed Rubangagi, waco tyen lok me Mukama Rubanga. Ezekiel 14:1–11.</w:t>
      </w:r>
    </w:p>
    <w:p>
      <w:pPr>
        <w:pStyle w:val="ArticleBody"/>
        <w:jc w:val="left"/>
      </w:pPr>
      <w:r>
        <w:rPr>
          <w:rFonts w:ascii="Times New Roman" w:hAnsi="Times New Roman" w:eastAsia="Times New Roman" w:cs="Times New Roman"/>
        </w:rPr>
        <w:t>I Nashville, jo ma tye iye i kanisa me Seventh-day Adventist me Laodicea ma pe gitye ka yero, calo Zacharias; ma “giketo wang iye ni pe mito rwate anyim pi anyut me tim me cwercwiny onyo pwony me teko me Katonda ma oyito ka ginene calo i nino me anyim,” calo ma kikonyero ki mwaka 1840 oo 1844, gibedo ka gibino kato ki jo ma pe tye i Adventism i kom penyo me pingo pe gityeko miyo ciko me kaany. Gibedo “cim” me kwan me miri kwo ki ber ma pe atir, ma oketo alokaloka ikin jo marwate ki jo mapol obale, calo ma kikonyero ki ot abiro me alweny ma pe rwate i kwek me Exeter camp meeting. Giketo “cim” me baal me piny ki me kwero, ento Ezekiel otwero kwan me kaany me adwong atir. I agiki me dyer, ka Yerusalem okwanyo woko, ma kikonyero Sunday law, cim me kwero obedo cim me lela, kadi cim me winyo obedo lak me Katonda.</w:t>
      </w:r>
    </w:p>
    <w:p>
      <w:pPr>
        <w:pStyle w:val="ArticleBody"/>
        <w:jc w:val="left"/>
      </w:pPr>
      <w:r>
        <w:rPr>
          <w:rFonts w:ascii="Times New Roman" w:hAnsi="Times New Roman" w:eastAsia="Times New Roman" w:cs="Times New Roman"/>
        </w:rPr>
        <w:t>Kare pa gwoko ceng dong olokke tyen bot Adwentisim i kare me cik pa Cawa me Nino pa Yweko, dok tye kacce me jo lagwok ki jo maraco ma kicoyo anyim iye. Kacung me kare pa gwoko ceng i kare me cik pa Cawa me Nino pa Yweko ma cok bino tyeko nyutu kacung me kare pa gwoko ceng ka Mikael cako tye malo, dok kunnu kacce me too pa lwak mapol onyutere ki Gog ki Magog.</w:t>
      </w:r>
    </w:p>
    <w:p>
      <w:pPr>
        <w:pStyle w:val="ArticleScripture"/>
        <w:jc w:val="left"/>
      </w:pPr>
      <w:r>
        <w:rPr>
          <w:rFonts w:ascii="Times New Roman" w:hAnsi="Times New Roman" w:eastAsia="Times New Roman" w:cs="Times New Roman"/>
        </w:rPr>
        <w:t>Kadi jo ma wot ka kato i lobo, ka ngat mo angeyo cogo pa dano, en bineno keto adwogi ka i cing’en, wangec ka jo ma lyeko too odoko ka lyeko i banya me Hamongog. Kadi nying pa taun no bene bibedo Hamonah. I yoo man, gibicwero lobo. Ezekiel 39:15, 16.</w:t>
      </w:r>
    </w:p>
    <w:p>
      <w:pPr>
        <w:pStyle w:val="ArticleBody"/>
        <w:jc w:val="left"/>
      </w:pPr>
      <w:r>
        <w:rPr>
          <w:rFonts w:ascii="Times New Roman" w:hAnsi="Times New Roman" w:eastAsia="Times New Roman" w:cs="Times New Roman"/>
        </w:rPr>
        <w:t>Alama me lagam kanyutu i kabedo me Ezekiel cabit adek abiro ki abicel, ka piny me ko ikome gucon cing iye kwo, ka dolo aryo gucukore can. Ko ikome gucon cing iye kwo ki lok me Islam, ma kikonyore ka yamo angwen, ci meno tye ka nyutu Nino dwe me 11 Agusto, 1840. Dolo aryo gucukore ka obedo acel, ci meno tye ka nyutu rwatte me lok pa malaika me aryo ki lok me kok me dyeworwic. Ko ikome gucon pe tye kwo gucako bedo teko me malaika me acel, ka dolo aryo gucako bedo teko me malaika me aryo. I nyuma meno, lwak pa Lubanga bedo lwak me lagam ma en ocwalo iye i nino me agiki, ma John anyutu gi ka obedo mia acel ki angwen abicel ki angwen alufu.</w:t>
      </w:r>
    </w:p>
    <w:p>
      <w:pPr>
        <w:pStyle w:val="ArticleScripture"/>
        <w:jc w:val="left"/>
      </w:pPr>
      <w:r>
        <w:rPr>
          <w:rFonts w:ascii="Times New Roman" w:hAnsi="Times New Roman" w:eastAsia="Times New Roman" w:cs="Times New Roman"/>
        </w:rPr>
        <w:t>Dok amito atimo ki gin cikke me kuc; bibedo cikke me nape ki gin: abinyo gin i kabedo gi, abimedo gin, dok abitweyo kabedo maleng na i dyec gi pi naka. Buruma na bene bibedo ki gin: ee, abibedo Lubanga gi, dok gin bibedo lwak na. Dok lwak mogo ma pe gitye ki ngec pa Lubanga bibinene ni an AYA, Yehova, aye alwongo Israel maleng, ka kabedo maleng na tye i dyec gi pi naka. Ezekiel 37:26–28.</w:t>
      </w:r>
    </w:p>
    <w:p>
      <w:pPr>
        <w:pStyle w:val="ArticleBody"/>
        <w:jc w:val="left"/>
      </w:pPr>
      <w:r>
        <w:rPr>
          <w:rFonts w:ascii="Times New Roman" w:hAnsi="Times New Roman" w:eastAsia="Times New Roman" w:cs="Times New Roman"/>
        </w:rPr>
        <w:t>Kubbana pa acel me Bulo-Lubanga ki dano kinyuto i yo mapol i Loka pa Lubanga, dok lapeny acel aye ka “ot me tek pa cwiny” ma tye i iye me kit dano ma malo kicako kwede i ot me tek pa kabedo maleng pa Lubanga. Ka kabedo pa kom ker me polo ma nyuto ot me tek pa Lubanga kicubo ki ot me tek pa kit dano ma malo, jo pa Lubanga “kikilwongo maleng” dok En bedo “i kin iye tutwal.”</w:t>
      </w:r>
    </w:p>
    <w:p>
      <w:pPr>
        <w:pStyle w:val="ArticleBody"/>
        <w:jc w:val="left"/>
      </w:pPr>
      <w:r>
        <w:rPr>
          <w:rFonts w:ascii="Times New Roman" w:hAnsi="Times New Roman" w:eastAsia="Times New Roman" w:cs="Times New Roman"/>
        </w:rPr>
        <w:t>Inge i akwana adek ki abiro me cingwen, Ezekiel tye kelo wang akwana adek ki abiro me abicel ki akwana adek ki abiro me abicel acel, ka iye oloko lok ikom Gog ki Magog calo cim me dul marac pa dano me lobo ma pe tye ka iye lutino me cwin kacel ma Katonda oyero. Iye akwana piero abicel, jo me cwin kacel ma tye i akwana adek ki abiro me cingwen kicako ki kicalo calo ot me abila ma oo i lobo ducu. Akwana adek ki abiro me abicel oo wa i akwana piero abicel tye konyo pwony me aa malo pa jo me cwin kacel pa Katonda i nino me agiki, calo namba 38 ki 40 mito nyuto.</w:t>
      </w:r>
    </w:p>
    <w:p>
      <w:pPr>
        <w:pStyle w:val="ArticleBody"/>
        <w:jc w:val="left"/>
      </w:pPr>
      <w:r>
        <w:rPr>
          <w:rFonts w:ascii="Times New Roman" w:hAnsi="Times New Roman" w:eastAsia="Times New Roman" w:cs="Times New Roman"/>
        </w:rPr>
        <w:t>Wa bino wabed dong i nyig coc ma bino.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Akwan Mucol me Lok Akwena Aryo Ki Weng Arwenywen - Namba Dek Adek Ki Aryo</dc:title>
  <dc:subject>Ezekiel Namba Aparacel i Adek-dyek atọkụ</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