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Lok me Kare Mukato ma Okano me Tyeng me Pyer Angwen - Namba Pyer Adek wie Angwen</w:t>
      </w:r>
    </w:p>
    <w:p>
      <w:pPr>
        <w:pStyle w:val="ArticleSubtitle"/>
        <w:jc w:val="left"/>
      </w:pPr>
      <w:r>
        <w:rPr>
          <w:rFonts w:ascii="Arial" w:hAnsi="Arial" w:eastAsia="Arial" w:cs="Arial"/>
        </w:rPr>
        <w:t>Ejekiel Namba Apar wi Abic</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Dwe Abic Ma Gikano</w:t>
      </w:r>
    </w:p>
    <w:p>
      <w:pPr>
        <w:pStyle w:val="ArticleBody"/>
        <w:jc w:val="left"/>
      </w:pPr>
      <w:r>
        <w:rPr>
          <w:rFonts w:ascii="Times New Roman" w:hAnsi="Times New Roman" w:eastAsia="Times New Roman" w:cs="Times New Roman"/>
        </w:rPr>
        <w:t>I mwaka 1838, Josiah Litch onyuto kwena me Islam, kit ame tyeng me apar nyuto kwede, kun oribo kwenano ki kare ame onyuto i tyeng me apar wiye abic. I kare meno, onongo tye but mogo me lok me adwar ame okane ki Litch. Ka ocopo nino me acel me dwe me aboro i mwaka 1840, Litch onongo dong ocwalo coc ame tito kwena meno matut makato, ame opye i kom gin ame onyuto bote i nge mwaka 1838 ki i kwena me “dwe abic.” I mwaka 1838, but me kwena me “dwe abic” me Niyabo cura me abongwen onongo okane ki Litch. But me lok me adwar me dwe abic ame okane oyabo bot Litch mapud mwaka 1840 pe oo, ci yabo meno omiyo teko pa Obanga onyute cake i mwaka 1840 naka i mwaka 1844.</w:t>
      </w:r>
    </w:p>
    <w:p>
      <w:pPr>
        <w:pStyle w:val="ArticleBody"/>
        <w:jc w:val="left"/>
      </w:pPr>
      <w:r>
        <w:rPr>
          <w:rFonts w:ascii="Times New Roman" w:hAnsi="Times New Roman" w:eastAsia="Times New Roman" w:cs="Times New Roman"/>
        </w:rPr>
        <w:t>Dwe abic me tyeng me abic onongo gikane nio wa i mwaka 2026. Ka Elisabeth oa ki i kanere me dwe abic, Mary oribe kwede. Mary miyo dwe abic me kanere rwate ki carokop me nyiri apar ma pud pe oneno ico, pien, ma pat ki Elisabeth, Mary onongo obedo nyako ma yac ma pud pe oneno ico, kun Elisabeth onongo obedo dako ma yac ma dong okato mwaka me nywal otino. Nywal aryo meno ducu onongo obedo nywal me tango, acel acel i kite, ento Mary onongo obedo nyako ma pud pe oneno ico. Jonebi ducu giloko lok i kom agiki me lobo, dok nyiri ma pud pe oneno ico ma Mary cung pi gin i nino me agiki gin nyiri abic ma ryek ma pud pe oneno ico ma giyubu dul me Philadelphia pa malaika me adek, ma welgi romo alip mia acel ki pyer angwen wi angwen. Elisabeth ki Mary girwate i dwe me abicel i nge kanere pa Elisabeth pi dwe abic. Dwe abic me tyeng me abic onongo gikane nio wa i mwaka 2026.</w:t>
      </w:r>
    </w:p>
    <w:p>
      <w:pPr>
        <w:pStyle w:val="ArticleBody"/>
        <w:jc w:val="left"/>
      </w:pPr>
      <w:r>
        <w:rPr>
          <w:rFonts w:ascii="Times New Roman" w:hAnsi="Times New Roman" w:eastAsia="Times New Roman" w:cs="Times New Roman"/>
        </w:rPr>
        <w:t>Ka kinywalo John, Mary odwogo i Nazareth, dok Zacharias onongo dong twero lok. Mary onongo tye ki Elisabeth nio wa i kare ma doggola olore i kare me cik me Ceng Cabit, i kare ma lok me adwar twak. Zacharias en aye lanyut me yo me alfa ma kimiyo pe otwero lok, dok en bene lanyut me yo me omega ma twak i kare ma kinywalo wuode. Zacharias tye i acakki ki i agikki, kun nyuto malaika me acel kacel ki malaika me adek. Elisabeth en aye kwena pa malaika me aryo, dok Mary en aye kwena me koko me dyewor ma ribbe ki Elisabeth i agikki me dwe abic me pono.</w:t>
      </w:r>
    </w:p>
    <w:p>
      <w:pPr>
        <w:pStyle w:val="ArticleBody"/>
        <w:jc w:val="left"/>
      </w:pPr>
      <w:r>
        <w:rPr>
          <w:rFonts w:ascii="Times New Roman" w:hAnsi="Times New Roman" w:eastAsia="Times New Roman" w:cs="Times New Roman"/>
        </w:rPr>
        <w:t>Jo ot pa Noah aboro onwongo gikane i yeya pi dwete abic, eka yeya ocung i wi Got Ararat. Kok me dyewor oribbe ki malaika me aryo i Exeter, ci omedde nio ka dogola olore i nino 22 me dwe me apar, mwaka 1844, me cobo carolok me anyira apar ame pud pe obuto ki co. Mary oribbe ki Elisabeth i Exeter, ci omedde nio i nywal pa John.</w:t>
      </w:r>
    </w:p>
    <w:p>
      <w:pPr>
        <w:pStyle w:val="ArticleBody"/>
        <w:jc w:val="left"/>
      </w:pPr>
      <w:r>
        <w:rPr>
          <w:rFonts w:ascii="Times New Roman" w:hAnsi="Times New Roman" w:eastAsia="Times New Roman" w:cs="Times New Roman"/>
        </w:rPr>
        <w:t>Kwena ma kimungo ki bot Litch i mwaka 1838 obedo kwena me “dwe abic.” Mungo dwe abic kinyuto ki jo aboro ma onwongo tye i yeya; en aye Elisabeth ma onwongo omungo kene i dwe abic me acaki me yecce. Rwot aye onwongo omako Ciŋe i wi dwe abic i mwaka 1838, nio wa ka En okwanyo Ciŋe ki wi dwe abic, ma oweko Litch oyaro nino-ne bot lwak nino apar ma pud pe kwena meno ocobere. Ka kigonyo kwena me dwe abic i nino me agiki, calo tye ka nyutere kombedi, in itye i nino abicel me cokere me kambi i Exeter, cakere i nino 12 nio i nino 17 me August, 1844, ma i ŋegi nino pyer abicel wiye abicel obino nio wa i dogola ma kiloro i nino 22 me October, 1844. Nino onwongo tye pyer abiro wiye aryo, ento ka kiketogi i rek me lok me adwarpiny ci kipoko lanyut me yo acel acel, kitwero neno ni lanyut me guro boma ma kinyuto ki cokere me kambi i Exeter onwongo obedo nino abicel ma nino pyer abicel wiye abicel olubo korogi nio wa i dogola ma kiloro. I yo me lok me adwarpiny, kare meno kinyuto calo 6 6 6.</w:t>
      </w:r>
    </w:p>
    <w:p>
      <w:pPr>
        <w:pStyle w:val="ArticleBody"/>
        <w:jc w:val="left"/>
      </w:pPr>
      <w:r>
        <w:rPr>
          <w:rFonts w:ascii="Times New Roman" w:hAnsi="Times New Roman" w:eastAsia="Times New Roman" w:cs="Times New Roman"/>
        </w:rPr>
        <w:t>Gin mukato me luro piny ki mony, calo ma kinyuto ki Exeter nio wa i nino 22 me dwe me apar, kinyuto ki Lamech ma tye i tyen nyodo me abicel pa Cain. Doggola kiloro cut i nge ma kigonyo alama me cego lok me adwar me dwe abic. Kiloro en mot-mot, ento loro doggola mot-mot meno pi dini me Adventist ocake i 9/11, dok giko i kare me luro piny ki mony. Ka kare me luro piny ki mony oo, ibinyuto kit pa Lamech me Cain onyo kit pa Lamech me Seth. Wel me gin mukato meno pi Lamech me Cain obedo 6 6 6, dok wel pi Lamech me Seth kacel ki kanica ma oloyo obedo 7 7 7.</w:t>
      </w:r>
    </w:p>
    <w:p>
      <w:pPr>
        <w:pStyle w:val="ArticleBody"/>
        <w:jc w:val="left"/>
      </w:pPr>
      <w:r>
        <w:rPr>
          <w:rFonts w:ascii="Times New Roman" w:hAnsi="Times New Roman" w:eastAsia="Times New Roman" w:cs="Times New Roman"/>
        </w:rPr>
        <w:t>Nyutte me kit aryo ma Lamech aryo ki 666 onyo 777 nyutu cakere ki jami ma timme ma kelo yie me Adventist i wang lwak, ka gipenyo ni pi ngo momiyo jo Adventist obedo aling i kom lok me ciko pi bol me mac me Nashville. Lweny me lok ma mede ameda doko nyut ma nen ki wang mapud doggola me cik me Ceng Cabit ma cok bino pe olore, ma lee ma onwongo tye ka idho i yoo ma oyubo me donyo i yeya onyutu calo lanyut. Gin ma Elijah okato iye i wi Got Carmel ki dul me jo Millerite me mwaka 1844 bene onwongo nyutu calo lanyut lok me ciko ma nen ki wang ma mede ameda-ni.</w:t>
      </w:r>
    </w:p>
    <w:p>
      <w:pPr>
        <w:pStyle w:val="ArticleHeading"/>
        <w:jc w:val="left"/>
      </w:pPr>
      <w:r>
        <w:rPr>
          <w:rFonts w:ascii="Arial" w:hAnsi="Arial" w:eastAsia="Arial" w:cs="Arial"/>
        </w:rPr>
        <w:t>Yub me Guro Paco i Lok me Adwar</w:t>
      </w:r>
    </w:p>
    <w:p>
      <w:pPr>
        <w:pStyle w:val="ArticleBody"/>
        <w:jc w:val="left"/>
      </w:pPr>
      <w:r>
        <w:rPr>
          <w:rFonts w:ascii="Times New Roman" w:hAnsi="Times New Roman" w:eastAsia="Times New Roman" w:cs="Times New Roman"/>
        </w:rPr>
        <w:t>Kit më lok adwar më guro boma kï mony ame gikere i balö boma woko nyutö karë mo më cawa ame cakere kï lanyut dok gikere kï lanyut. Ën nyutö karë mo më cawa kï cawa mo atïr. Karë më yübö cal kinyutö i yore apapat. Kit më lok adwar acelacel më kit man i caden ame kïmïö i tëlö pa Obanga obedo cal më karë më tëmö dano i kom cal pa lee ame gikere kï lanyut pa lee.</w:t>
      </w:r>
    </w:p>
    <w:p>
      <w:pPr>
        <w:pStyle w:val="ArticleScripture"/>
        <w:jc w:val="left"/>
      </w:pPr>
      <w:r>
        <w:rPr>
          <w:rFonts w:ascii="Times New Roman" w:hAnsi="Times New Roman" w:eastAsia="Times New Roman" w:cs="Times New Roman"/>
        </w:rPr>
        <w:t>“‘Cal pa lee’ nyuto kit dini me Protestant ma oweko niye me ada, ma bino dongere ka kanica me Protestant oyenyo kony pa teko me loc me lobo me diyo dano me lubo pwonygi me dini. ‘Lanyut pa lee’ pud odong me tito tere.” Lweny Madit, 445.</w:t>
      </w:r>
    </w:p>
    <w:p>
      <w:pPr>
        <w:pStyle w:val="ArticleBody"/>
        <w:jc w:val="left"/>
      </w:pPr>
      <w:r>
        <w:rPr>
          <w:rFonts w:ascii="Times New Roman" w:hAnsi="Times New Roman" w:eastAsia="Times New Roman" w:cs="Times New Roman"/>
        </w:rPr>
        <w:t>Kare meno nyuto yubo cal pi lee ki pa lee; lanyut pa lee kiketo ki teko i kare ma cal ma obedo ka yube oo i rwom ma romo loko lok ma miyo cik me Ceng Cabit bedo tye. Nebuchadnezzar onyuto lanyut me twero pa Rome i yoo me cal i kare ma Jerusalem obale. Bed ni en Babylon onyo Rome, kit guro boma ki mony meno tye ka nyuto matek rwot me tung acam i nino me agiki. Guro boma ki mony ma Orhan otimo cako i mwaka 1333 wa i mwaka 1337, ki mwaka angwen cako i nino 27 me dwe me abiro, 1449 wa i guro Constantinople ki mony i mwaka 1453, pe ginyuto kare cako i nino 11 me dwe me aboro, 1840 wa i nino 22 me dwe me apar, 1844 i yoo me cal keken, ento guro boma ki mony magi bende ginyuto matek tic pa Islam calo otino me yamo me tung wok ceng me lok adwar me Baibul. Lok madit i kom rwot me tung acam (Babylon onyo Rome) ki yamo me tung wok ceng en “kwena ma aa ki tung wok ceng ki ma aa ki tung acam” ma tye i Daniel 11:45.</w:t>
      </w:r>
    </w:p>
    <w:p>
      <w:pPr>
        <w:pStyle w:val="ArticleScripture"/>
        <w:jc w:val="left"/>
      </w:pPr>
      <w:r>
        <w:rPr>
          <w:rFonts w:ascii="Times New Roman" w:hAnsi="Times New Roman" w:eastAsia="Times New Roman" w:cs="Times New Roman"/>
        </w:rPr>
        <w:t>Ento lok ma aa ki tung wokceng kede tung acam obibalo cwinye: omiyo obikato kede kiniga madit me neko jo mapol, kede me tyeko gi weng. Daniel 11:44.</w:t>
      </w:r>
    </w:p>
    <w:p>
      <w:pPr>
        <w:pStyle w:val="ArticleBody"/>
        <w:jc w:val="left"/>
      </w:pPr>
      <w:r>
        <w:rPr>
          <w:rFonts w:ascii="Times New Roman" w:hAnsi="Times New Roman" w:eastAsia="Times New Roman" w:cs="Times New Roman"/>
        </w:rPr>
        <w:t>Mwaka aŋwen cake i nino 27 me dwe me abiro, 1449, nio wa i guro Constantinople ki mony i mwaka 1453 pe nyuto kare me mwaka aŋwen keken, ento ka giribbe ki to pa John Palaiologos i mwaka 1448, kare man bene ginyuto ki mwaka abic.</w:t>
      </w:r>
    </w:p>
    <w:p>
      <w:pPr>
        <w:pStyle w:val="ArticleBody"/>
        <w:jc w:val="left"/>
      </w:pPr>
      <w:r>
        <w:rPr>
          <w:rFonts w:ascii="Times New Roman" w:hAnsi="Times New Roman" w:eastAsia="Times New Roman" w:cs="Times New Roman"/>
        </w:rPr>
        <w:t>Kit me yub man nyute i balo Jerucalem tyen aryo ducu, kede i pii ma opongo piny i kare pa Noa. En tye i Paska me acel i Ejipt, i kare ma onongo mite ni malaika ma balo onen lanyut me remo i kom doggola, ma otero Farao kede monyine i nam, nio wa i kare ma yamo me tung wokceng ogonye kadong pii oloro doggola me donyo i lobo me cikere. Kit me yub man tye i gin mukato me alfa me kanica me Pergamos cake i mwaka 313 nio wa i cik me acel me Ceng Cabit i mwaka 321, kadong en tye i gin mukato me omega me Pergamos cake i ngol pa Justinian i mwaka 533 nio wa i cik me Ceng Cabit me mwaka 538. I lok kom Pergamos, lanyut en cik ma oyaro onyo ngol, ento gin aryo ducu gicako kare ma oo i cik me Ceng Cabit i gikere.</w:t>
      </w:r>
    </w:p>
    <w:p>
      <w:pPr>
        <w:pStyle w:val="ArticleBody"/>
        <w:jc w:val="left"/>
      </w:pPr>
      <w:r>
        <w:rPr>
          <w:rFonts w:ascii="Times New Roman" w:hAnsi="Times New Roman" w:eastAsia="Times New Roman" w:cs="Times New Roman"/>
        </w:rPr>
        <w:t>Yub pa Ezekiel me gengo ki ketho Jerusalem onongo tye cake i mwaka 587 BC naka i mwaka 586 BC: mwaka aryo ka kikwano mwaka me acaki ki mwaka me agiki ducu, ki mwaka 1.5 ka kikwano kare ame tye i kin acaki ki agiki keken. Yub okene me gengo i lok adwara bene kinyuto ki mwaka aryo i yub lweny me Panium ame onongo tye ki lweny me Panium i mwaka 200 BC ki gengo Sidon i mwaka 198 BC. Too pa dako pa Ezekiel rwate ki too pa Lamech, too pa John Palaiologos ki lweny me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Lok me Kare Mukato ma Okano me Tyeng me Pyer Angwen - Namba Pyer Adek wie Angwen</dc:title>
  <dc:subject>Ejekiel Namba Apar wi Abic</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