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 Ebyekusifu eby’Olunyiriri Olw’ana mu Biri mu Ssatu - Namba Abiri mu Ssatu</w:t>
      </w:r>
    </w:p>
    <w:p>
      <w:pPr>
        <w:pStyle w:val="ArticleSubtitle"/>
        <w:jc w:val="left"/>
      </w:pPr>
      <w:r>
        <w:rPr>
          <w:rFonts w:ascii="Arial" w:hAnsi="Arial" w:eastAsia="Arial" w:cs="Arial"/>
        </w:rPr>
        <w:t>Ezeekyeri Omuwendo Guna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Ezekyeri amanyiddwa ng’“nnabbi ow’okukungubaga,” kubanga ye kabonero k’abo akakumi mu enkumi kikumi mu enkumi nnya mu enkumi nnya, abo mu ssuula ey’omwenda ey’ekitabo kye abakungubagira (okusinda n’okukaaba) eby’emizizo ebikolebwa mu nsi ne mu kkanisa. Mu kitundu okuva mu Testimonies kye twajuliza mu kiwandiiko ekyasembayo, Sista White yawandiika nti, “Nnabbi yennyini yali mugenyi mu nsi etali yiye, nga munda mu yo obwagazi obutaliiko kkomo n’obukambwe obw’ettima byali bifuga mu bujjuvu. Ebyo bye yalaba ne bye yawulira ku buyinza bw’abantu obw’obukambwe n’obutali butuukirivu byanyiiza emmeeme ye, era n’akungubaga nnyo emisana n’ekiro.”</w:t>
      </w:r>
    </w:p>
    <w:p>
      <w:pPr>
        <w:pStyle w:val="ArticleBody"/>
        <w:jc w:val="left"/>
      </w:pPr>
      <w:r>
        <w:rPr>
          <w:rFonts w:ascii="Times New Roman" w:hAnsi="Times New Roman" w:eastAsia="Times New Roman" w:cs="Times New Roman"/>
        </w:rPr>
        <w:t>Abantu emitwalo kikumi mu bina mu enkumi nnya (144,000) be “abasuulibwa ba Isiraeri,” abaasaasaanyizibwa, nga bwe kyakiikirirwa mu Ezeekyeri okutwalibwa mu buwaŋŋanguse. Enkola ey’okuteekebwako akabonero eragibwa mu Ezeekyeri 9 ye emu n’eri mu Okubikkulirwa 7, era essuula ezo zombi zikiikirirwa ng’ezibaawo mu nnaku ez’oluvannyuma.</w:t>
      </w:r>
    </w:p>
    <w:p>
      <w:pPr>
        <w:pStyle w:val="ArticleScripture"/>
        <w:jc w:val="left"/>
      </w:pPr>
      <w:r>
        <w:rPr>
          <w:rFonts w:ascii="Times New Roman" w:hAnsi="Times New Roman" w:eastAsia="Times New Roman" w:cs="Times New Roman"/>
        </w:rPr>
        <w:t>“Okuwanga kuno akabonero abaddu ba Katonda kye kimu ekyalagibwa Ezeekyeri mu kwolesebwa.” Testimonies to Ministers, 445.</w:t>
      </w:r>
    </w:p>
    <w:p>
      <w:pPr>
        <w:pStyle w:val="ArticleBody"/>
        <w:jc w:val="left"/>
      </w:pPr>
      <w:r>
        <w:rPr>
          <w:rFonts w:ascii="Times New Roman" w:hAnsi="Times New Roman" w:eastAsia="Times New Roman" w:cs="Times New Roman"/>
        </w:rPr>
        <w:t>Okuva ku ntebe y’obwakabaka, Katonda alagira bakerubi, nabo ne bafuga namuziga. Ezeekyeri yalina okutegeera okuva mu kwolesebwa nti Katonda ye yali mu buyinza, ne mu kiseera buli kintu lwe kyali kirabika ng’ekiri mu bukuubagano. Mwannyinaffe White agamba nti “mu ngeri y’emu” oluvannyuma lw’okwanjula entegeka ya Katonda ku ntebe y’obwakabaka, ng’alagira bakerubi abaafuganga ensonga z’ensi, nga bw’annyonnyola Yokaana mu watukuvu, Kristo gye yatambuliranga wakati mu makanisa omusanvu. Ezeekyeri ne Yokaana bubonero bw’abo abalamu mu kiseera eky’okussibwa akabonero ku kasiriivu kana mu bina mu enkumi, era, nga okuweebwa okw’obuyinza bwe kuwandiika nti, “Ebikolwa ebigenda okukolebwa mu nsi yaffe tebinnaba na kulowoozebwako mu birooto.”</w:t>
      </w:r>
    </w:p>
    <w:p>
      <w:pPr>
        <w:pStyle w:val="ArticleBody"/>
        <w:jc w:val="left"/>
      </w:pPr>
      <w:r>
        <w:rPr>
          <w:rFonts w:ascii="Times New Roman" w:hAnsi="Times New Roman" w:eastAsia="Times New Roman" w:cs="Times New Roman"/>
        </w:rPr>
        <w:t>Mazima ddala bwe kiri nti Mwannyinaffe White bwe yawandiika ebigambo ebyo, ebyo byali bituufu; naye mu kiseera eky’okussaako akabonero, bifuna okutuukirizibwa kwabyo okutukiridde. Emyaka nga amakumi abiri egiyise oba nga gyenkana awo, wandirooze nti ekyo ekigenda mu maaso kati mu nsi kyalina okukwatagana n’okubuna okw’enkuyanja z’obuwuka obulya ebimera obw’Obusiraamu? Enkuyanja ng’akabonero k’Obusiraamu mu ssuula ey’omwenda eya Okubikkulirwa zirimu okusenguka okw’obutonde okw’enkuyanja ez’omu Bukiikaddyo bwa Afirika. Ezo nkuyanja ezibuna, oluguudo lwazo olw’okusenguka mu Afirika, lukwatagana n’eby’obutonde bw’ensi eyawangulwa Obusiraamu. Obusiraamu buzzukulu bwa Ismaeri, era nnyina wa Ismaeri yali Kagali. Kagali kitegeeza “okudduka” oba “okutoloka.” Mu Luwarabu, erinnya lino litera okuwandiikibwa nga Hajar (هاجر), era likwatagana n’omuzi gwe gumu ogutuwa Hijra (okusenguka/okudduka kwa Muhammad). Emizi gy’Obusiraamu gikwatagana si na kubuna kw’enkuyanja kwokka, wabula n’emizi egyo mulimu amakulu ag’okusenguka. Waliwo eyali alooteddeko nti okusenguka mu nsi mu bukyamu kwali kulabisibwa kw’enkuyanja y’Obusiraamu?</w:t>
      </w:r>
    </w:p>
    <w:p>
      <w:pPr>
        <w:pStyle w:val="ArticleBody"/>
        <w:jc w:val="left"/>
      </w:pPr>
      <w:r>
        <w:rPr>
          <w:rFonts w:ascii="Times New Roman" w:hAnsi="Times New Roman" w:eastAsia="Times New Roman" w:cs="Times New Roman"/>
        </w:rPr>
        <w:t>Waaliwo omuntu yenna eyali alowooza nti abakomyunisiti ab’ensi yonna bandikozze omukago n’ebibinja by’Abaislamu? Obusiraamu n’amaanyi g’ogusota ag’abagolobaalisiti, buli kimu kirinnya okuva mu kinnya ekitakoma okuziba mu Kubikkulirwa 9/11, nga kinnya ekyo ekitakoma okuziba kikiikirira okulabisibwa kw’amaanyi ga Setaani. Okusinziira ku Byawandiikibwa eby’amazima, bombi ku bakago bano abaliwo kaakano bikozesebwa bya Setaani.</w:t>
      </w:r>
    </w:p>
    <w:p>
      <w:pPr>
        <w:pStyle w:val="ArticleScripture"/>
        <w:jc w:val="left"/>
      </w:pPr>
      <w:r>
        <w:rPr>
          <w:rFonts w:ascii="Times New Roman" w:hAnsi="Times New Roman" w:eastAsia="Times New Roman" w:cs="Times New Roman"/>
        </w:rPr>
        <w:t>“‘Bwe banaamala [nga banaatera okumaliriza] obujulirwa bwabwe.’ Ekiseera abajulirwa ababiri kye baali balina okulagula nga bambadde ebibukutu kyaggwaako mu 1798. Bwe baali banaatera okutuuka ku nkomerero y’omulimu gwabwe mu butamanyibwa, baali balina okulumbibwa amaanyi agakiikiririddwa nga ‘ensolo eva mu bunnya obutaliiko kkomo.’ Mu mawanga mangi ag’e Bulaaya, amaanyi agaafuganga mu Kkanisa ne mu Gavumenti gaali gamaze ebyasa bingi nga gafugibwa Setaani okuyita mu bapapa. Naye wano walagibwa okulabisibwa okupya okw’amaanyi ga Setaani.” The Great Controversy, 268.</w:t>
      </w:r>
    </w:p>
    <w:p>
      <w:pPr>
        <w:pStyle w:val="ArticleBody"/>
        <w:jc w:val="left"/>
      </w:pPr>
      <w:r>
        <w:rPr>
          <w:rFonts w:ascii="Times New Roman" w:hAnsi="Times New Roman" w:eastAsia="Times New Roman" w:cs="Times New Roman"/>
        </w:rPr>
        <w:t>Wano Mwannyinaffe White wano alaga okujja kwa sosiyaalizimu mu kiseera ky’Okukyuka okw’Abafalansa, ate era ng’ategeeza nti Sitaani era afuga obuyinza bwa papa. Obuyinza bwa papa nabwo buva mu bunnya obutakoma mu Kubikkulirwa essuula ya kkumi na musanvu, era mu essuula ey’omwenda eya Kubikkulirwa, Obusiraamu gwe mukka ogwava mu bunnya obutakoma. Ensonga esigala y’emu; ddala okuweebwa obubaka kwali kutegeeza nti, “Ebyo ebinaakolerwa mu nsi yaffe tebinnaba na kulootebwako n’akatono?” Ani eyali aloota nti kaakano Obusiraamu bwandisasaanye mu Bulaaya era kaakano nga buserengeta ku Amerika? Ggwe waloota nti enzige zandisasaanye mu nsi yonna okuyita mu bagulumiza eby’ensi yonna ab’omu Mukago gw’Amawanga Amagatte, Omukago gwa Bulaaya, n’ekibiina kya Democratic eky’Amerika?</w:t>
      </w:r>
    </w:p>
    <w:p>
      <w:pPr>
        <w:pStyle w:val="ArticleBody"/>
        <w:jc w:val="left"/>
      </w:pPr>
      <w:r>
        <w:rPr>
          <w:rFonts w:ascii="Times New Roman" w:hAnsi="Times New Roman" w:eastAsia="Times New Roman" w:cs="Times New Roman"/>
        </w:rPr>
        <w:t>Ani eyaloota nti ebitongole by’eby’enjigiriza byandisingiddwa obuwanguzi obukago bw’Abakomunisiti n’Abasiraamu obuli kaakano okusasulirwa ssente z’omusolo ez’abatuuze abataalowoozaako n’akatono nti ssente zaabwe ez’omusolo zandikozeseddwa okuzikiriza eggwanga erigaba ssente ezo ez’omusolo.</w:t>
      </w:r>
    </w:p>
    <w:p>
      <w:pPr>
        <w:pStyle w:val="ArticleBody"/>
        <w:jc w:val="left"/>
      </w:pPr>
      <w:r>
        <w:rPr>
          <w:rFonts w:ascii="Times New Roman" w:hAnsi="Times New Roman" w:eastAsia="Times New Roman" w:cs="Times New Roman"/>
        </w:rPr>
        <w:t>Ani yandirose nti Bungereza ennene kyandikubirizzaamu era ne kinyweza ensonga ey’okuleka abawala abeeru nga bakwatibwa mu bibinja ne bayisibwako ekikolwa eky’obuseegu, ne bawambibwa ne basibibwa era ne battibwa Obusiraamu? Bangi balaga amazima nti buli nkola ya kikomyunisiti eyaliwo mu byafaayo byonna eby’abantu yabanga kulemererwa okujjuvu; naye ebibala by’obusosyalisti bwa Bungereza bikyamu nnyo ng’omusango oguvunaanibwa obusosyalisti, nga bwe kiri no ku kulemererwa kw’endowooza z’enfuna n’ez’obufuzi ez’enkola eyo.</w:t>
      </w:r>
    </w:p>
    <w:p>
      <w:pPr>
        <w:pStyle w:val="ArticleBody"/>
        <w:jc w:val="left"/>
      </w:pPr>
      <w:r>
        <w:rPr>
          <w:rFonts w:ascii="Times New Roman" w:hAnsi="Times New Roman" w:eastAsia="Times New Roman" w:cs="Times New Roman"/>
        </w:rPr>
        <w:t>Ani yandiroose nti abasuubuzi b’ensi bandikkiriziddwa okuyingiza obutwa okutuukiriza obussi bw’abantu obw’ekibinja obwasukka mu bukadde kkumi na musanvu?</w:t>
      </w:r>
    </w:p>
    <w:p>
      <w:pPr>
        <w:pStyle w:val="ArticleBody"/>
        <w:jc w:val="left"/>
      </w:pPr>
      <w:r>
        <w:rPr>
          <w:rFonts w:ascii="Times New Roman" w:hAnsi="Times New Roman" w:eastAsia="Times New Roman" w:cs="Times New Roman"/>
        </w:rPr>
        <w:t>Ani eyalowooza nti abasajja nga George Soros, Bill Gates ne Anthony Fauci bandikkiriziddwa okukola ebikolwa byabwe eby’obubi eby’obuddayimooni nga tewali nkomerero yonna?</w:t>
      </w:r>
    </w:p>
    <w:p>
      <w:pPr>
        <w:pStyle w:val="ArticleBody"/>
        <w:jc w:val="left"/>
      </w:pPr>
      <w:r>
        <w:rPr>
          <w:rFonts w:ascii="Times New Roman" w:hAnsi="Times New Roman" w:eastAsia="Times New Roman" w:cs="Times New Roman"/>
        </w:rPr>
        <w:t>Bwe Sister White bwe yagamba nti ebibaddewo ebyali bigenda okukolwa tebyandirooteddwa, yagamba bw’atyo mu mbeera y’ekiseera eky’okuteekebwako akabonero ak’abo emitwalo kikumi mu obuna n’enkumi nnya. Yali agoberera ebigambo bye ku kulabula kwa Kristo mu Matayo abiri mu nnya, gye yawandiika nti, “Ebyigiriza bino bya mugaso gye tuli. Twetaaga okunyweza okukkiriza kwaffe ku Katonda, kubanga waliwo mu maaso gaffe ekiseera ekinaakema emyoyo gy’abantu. Kristo, ku Lusozi olw’Emizeyituuni, yaddamu okwogera ku misango egy’entiisa egyali gy’okukulembera okujja Kwe okw’okubiri.”</w:t>
      </w:r>
    </w:p>
    <w:p>
      <w:pPr>
        <w:pStyle w:val="ArticleBody"/>
        <w:jc w:val="left"/>
      </w:pPr>
      <w:r>
        <w:rPr>
          <w:rFonts w:ascii="Times New Roman" w:hAnsi="Times New Roman" w:eastAsia="Times New Roman" w:cs="Times New Roman"/>
        </w:rPr>
        <w:t>Eby’okuyigiriza bye yali yaakamala okwogerako byali bye bifaananyi bya Ezeekyeri ne Yokaana, nga bali mu watukuvu nga bayiga okutegeera nti Katonda ye afuga ebintu byonna. Mu kusattira n’obujeemu obugenda mu maaso kaakano, okusattira n’obujeemu obuliyongera kwokka ng’ebyafaayo bwe binaagenda mu maaso, abo abali ababaka ba Katonda, nga bwe bakiikirirwa si Ezeekyeri ne Yokaana bokka mu yeekaalu, wabula ne Isaaya, balisobola okutambulira mu byafaayo mu ngeri egulumiza Mukama bokka singa bategeera nti ne ebyo bye twali tetulowoozangako nabyo bikyali wansi w’obuyinza bwa Katonda.</w:t>
      </w:r>
    </w:p>
    <w:p>
      <w:pPr>
        <w:pStyle w:val="ArticleBody"/>
        <w:jc w:val="left"/>
      </w:pPr>
      <w:r>
        <w:rPr>
          <w:rFonts w:ascii="Times New Roman" w:hAnsi="Times New Roman" w:eastAsia="Times New Roman" w:cs="Times New Roman"/>
        </w:rPr>
        <w:t>Enziga ezo nga zisisinkana n’enziga endala zizingiramu ebintu ebyatalootebwako n’akatono, era bye bintu ebibawo mu kiseera eky’okussaako akabonero ekyatandika nga 9/11. Eby’okuyiga ebirina okuyigirizibwa biyigirizibwa bokka abo abayingira mu Kifo Ekisinga Obutukuvu olw’okukkiriza ne balaba Kristo n’omusana gwe nga gwaka okuva ku Ssanduuko. Ekitiibwa ekyo bwe kirabibwa nga bwe kyakiikirirwa Danyeri mu ssuula ey’ekkumi, ekibiina ekiganyulwa okuva mu musana kyawulibwa ku abo abadduka okuva mu kwolesebwa.</w:t>
      </w:r>
    </w:p>
    <w:p>
      <w:pPr>
        <w:pStyle w:val="ArticleScripture"/>
        <w:jc w:val="left"/>
      </w:pPr>
      <w:r>
        <w:rPr>
          <w:rFonts w:ascii="Times New Roman" w:hAnsi="Times New Roman" w:eastAsia="Times New Roman" w:cs="Times New Roman"/>
        </w:rPr>
        <w:t>Nange Danyeri nzekka nali ndabye okwolesebwa; kubanga abasajja abaali nange tebaalaba kwolesebwa; naye okukankana okunene ne kubagwako, ne badduka okwekweka. Danyeri 10:7.</w:t>
      </w:r>
    </w:p>
    <w:p>
      <w:pPr>
        <w:pStyle w:val="ArticleBody"/>
        <w:jc w:val="left"/>
      </w:pPr>
      <w:r>
        <w:rPr>
          <w:rFonts w:ascii="Times New Roman" w:hAnsi="Times New Roman" w:eastAsia="Times New Roman" w:cs="Times New Roman"/>
        </w:rPr>
        <w:t>Waliwo bingi nnyo ebiyinza okuggyibwa mu kitundu ekyo mu kiwandiiko ekyasooka, naye bwe tunaabeera nga tumaliriza ekiwandiiko kino, tujja kukwata ku nnamuziga emu. Mu kiwandiiko ekyasembayo twalaba akabonero akakwatagana n’omuwendo amakumi abiri mu etaano, era nga n’olubereberye twamala ekiseera ku muwendo amakumi asatu. Ekitangaala ekiva mu kitabo kya Ezeekyeri si miwendo gyokka egy’obubonero, naye kisaanidde okusooka okumanyiira ku bumu ku bubonero obwo obw’emiwendo nga tonnatandika okufulumya obutangaavu okuva mu kutabulwatabulwa.</w:t>
      </w:r>
    </w:p>
    <w:p>
      <w:pPr>
        <w:pStyle w:val="ArticleHeading"/>
        <w:jc w:val="left"/>
      </w:pPr>
      <w:r>
        <w:rPr>
          <w:rFonts w:ascii="Arial" w:hAnsi="Arial" w:eastAsia="Arial" w:cs="Arial"/>
        </w:rPr>
        <w:t>Ikumi n’omusanvu</w:t>
      </w:r>
    </w:p>
    <w:p>
      <w:pPr>
        <w:pStyle w:val="ArticleBody"/>
        <w:jc w:val="left"/>
      </w:pPr>
      <w:r>
        <w:rPr>
          <w:rFonts w:ascii="Times New Roman" w:hAnsi="Times New Roman" w:eastAsia="Times New Roman" w:cs="Times New Roman"/>
        </w:rPr>
        <w:t>Obunnabbi obusatu obw’emyaka ebikumi bibiri mu ataano bulaga ekiseera eky’emyaka kkumi na musanvu ekitandikira ku nkomerero y’ebyaafaayo by’ekkanisa y’e Simurna. Okuva mu 313 okutuuka mu 330, emyaka kkumi na musanvu gikomya ku kuteekawo ekifaananyi ky’ensolo.</w:t>
      </w:r>
    </w:p>
    <w:p>
      <w:pPr>
        <w:pStyle w:val="ArticleBody"/>
        <w:jc w:val="left"/>
      </w:pPr>
      <w:r>
        <w:rPr>
          <w:rFonts w:ascii="Times New Roman" w:hAnsi="Times New Roman" w:eastAsia="Times New Roman" w:cs="Times New Roman"/>
        </w:rPr>
        <w:t>Emyaka ebikumi bibiri mu ataano egyatandika mu 457 BC gyaggwa mu 207 BC, emyaka musanvu oluvannyuma lw’olutalo lw’e Raphia era emyaka kkumi nga olutalo lw’e Panium terunnabaawo. Okuva e Raphia okutuuka e Panium waaliwo emyaka kkumi na musanvu, era egyo ekiikirira ebyafaayo ebikwese eby’olunyiriri olw’amakumi ana nga bwe biteekebwawo mu nnyiriri kkumi n’emu okutuuka ku kkumi na ttaano eza Danyeri kkumi n’emu.</w:t>
      </w:r>
    </w:p>
    <w:p>
      <w:pPr>
        <w:pStyle w:val="ArticleBody"/>
        <w:jc w:val="left"/>
      </w:pPr>
      <w:r>
        <w:rPr>
          <w:rFonts w:ascii="Times New Roman" w:hAnsi="Times New Roman" w:eastAsia="Times New Roman" w:cs="Times New Roman"/>
        </w:rPr>
        <w:t>Potolemee IV Firopatora (era amanyiddwa era nga Potolemee IV) ye yali omufuzi eyawangula Olutalo lwa Raphia mu mwaka gwa 217 BC. Yafuga ng’omukama (era nga Falaawo) wa Misiri ow’Abapotolemee okuva mu mwaka gwa 221 BC okutuuka mu mwaka gwa 204 BC, bwe kityo n’afuga emyaka kkumi na musanvu. Yatandika okufuga nga Olutalo lwa Raphia terunnabaawo, naye n’afa nga Olutalo lwa Panium terunnabaawo.</w:t>
      </w:r>
    </w:p>
    <w:p>
      <w:pPr>
        <w:pStyle w:val="ArticleBody"/>
        <w:jc w:val="left"/>
      </w:pPr>
      <w:r>
        <w:rPr>
          <w:rFonts w:ascii="Times New Roman" w:hAnsi="Times New Roman" w:eastAsia="Times New Roman" w:cs="Times New Roman"/>
        </w:rPr>
        <w:t>Olutalo lwa Raphia, olukiikirira Olutalo lw’e Ukraine, lwatandika mu 2014 Amerika bwe yaleeta enkyukakyuka ey’amabala mu Ukraine. Ptolemy IV, kabaka ow’obukiikaddyo, akiikirira Vladimir Putin, eyatandika okufuga mu 2000, omwaka ogwakulembera okutandika okw’okussaako akabonero kw’abo obukumi kikumi mu enkumi amakumi ana mu enkumi nnya mu 2001. Nga bwe kyali eri Ptolemy, ne Putin yatandika okufuga nga Olutalo lw’e Ukraine, olukiikirizibwa olutalo lwa Raphia olwatandika mu 2014, terunnabaawo. Nga Panium tennabaawo, Putin, nga bw’akiikirizibwa Ptolemy, aggibwaawo. Putin yatandika okufuga mu 2000, bwe kityo ng’akwatagana n’entandikwa y’ekiseera eky’okussaako akabonero ekyatandika omwaka ogwaddirira mu 2001. Emyaka kkumi na musanvu egy’akabonero, nga bwe gikiikirizibwa Ptolemy, gy’eraga ekiseera Putin ky’afugira, era ekyo akikolera mu kiseera eky’okussaako akabonero.</w:t>
      </w:r>
    </w:p>
    <w:p>
      <w:pPr>
        <w:pStyle w:val="ArticleBody"/>
        <w:jc w:val="left"/>
      </w:pPr>
      <w:r>
        <w:rPr>
          <w:rFonts w:ascii="Times New Roman" w:hAnsi="Times New Roman" w:eastAsia="Times New Roman" w:cs="Times New Roman"/>
        </w:rPr>
        <w:t>Ttulampu, nga akiikirirwa n’enkomerero y’emyaka ebikumi bibiri mu amakumi ataano egyatandika mu 457 BC, ali mu byafaayo ebyekusifu bimu ne Putin, ebyafaayo eby’emyaka kkumi na musanvu ebitandika ku lutalo lw’e Raphia. Ogusota (Putin) ne nnabbi ow’obulimba (Ttulampu) bali mu byafaayo ebyekusifu. Mu byafaayo ebyo ensolo, ekiikirirwa ng’“abanyazi b’abantu bo,” nga kitegeeza amaanyi ga Bapaapa, eri ku nkomerero y’emyaka ekkumi n’omusanvu okuva e Raphia okutuuka e Panium.</w:t>
      </w:r>
    </w:p>
    <w:p>
      <w:pPr>
        <w:pStyle w:val="ArticleBody"/>
        <w:jc w:val="left"/>
      </w:pPr>
      <w:r>
        <w:rPr>
          <w:rFonts w:ascii="Times New Roman" w:hAnsi="Times New Roman" w:eastAsia="Times New Roman" w:cs="Times New Roman"/>
        </w:rPr>
        <w:t>Omwaka 321 gukiikirira etteeka lya Sande mu Amerika, era 321 guli munda mu bbanga ery’emyaka kkumi na musanvu okuva ku Kiragiro kya Milan mu 313 okutuuka ku kwawukana kw’obwakabaka mu 330.</w:t>
      </w:r>
    </w:p>
    <w:p>
      <w:pPr>
        <w:pStyle w:val="ArticleBody"/>
        <w:jc w:val="left"/>
      </w:pPr>
      <w:r>
        <w:rPr>
          <w:rFonts w:ascii="Times New Roman" w:hAnsi="Times New Roman" w:eastAsia="Times New Roman" w:cs="Times New Roman"/>
        </w:rPr>
        <w:t>Ebyafaayo obukiikirirwako okuva ku Kiwaggulo ky’Okuyitako ekinene ekya Yosiya, nga bwe kiyitibwa, butandika omutendera ogw’ekikumi n’omusanvu ogwa Yubireyo ogw’Abayudaaya. Okuva ku Kiwaggulo ky’Okuyitako ekya Yosiya, ekiri okuzzibwawo okusingira ddala obukulu mu Ndagaano Enkadde, okutuuka ku October 22, kikiikirira ebyafaayo eby’Aba-Miller okuva ku August 11, 1840 okutuuka ku October 22, 1844, naye ekisinga obukulu kikiikirira ebyafaayo okuva ku 9/11 okutuuka ku tteeka lya Ssande. Ekiseera eky’okuteekebwako akabonero ak’abantu emitwalo kikumi mu enkumi amakumi ana mu enkumi nnya kikiikirirwa omutendera ogw’ekikumi n’omusanvu ogwa Yubireyo okuva ku Yosiya okutuuka ku October 22. Kkumi na musanvu kabonero akakwataganyizibwa n’ebintu ebikulu eby’ekiseera eky’okuteekebwako akabonero, era omuwendo kkumi na musanvu kye kifo we zisalaganira namuziga za Ezeekyeri.</w:t>
      </w:r>
    </w:p>
    <w:p>
      <w:pPr>
        <w:pStyle w:val="ArticleBody"/>
        <w:jc w:val="left"/>
      </w:pPr>
      <w:r>
        <w:rPr>
          <w:rFonts w:ascii="Times New Roman" w:hAnsi="Times New Roman" w:eastAsia="Times New Roman" w:cs="Times New Roman"/>
        </w:rPr>
        <w:t>Mu byafaayo obw’ekusifu obwa olunyiriri olw’amakumi ana mu Danyeri, nga bwe butegekebwa mu nnyiriri kkumi okutuuka ku kkumi na ttaano ez’essuula eyo yennyini, ogusota gukwataganisibwa n’omuwendo “17” olw’obwakabaka bwa Potolemayo. Ebyafaayo eby’olunyiriri olw’ekkumi n’olumu eby’olutalo lwa Raphia okutuuka ku by’olunyiriri olw’ekkumi n’ettaano eby’olutalo lwa Raphia bye myaka “17.” Ebyafaayo ebyo biteeka Donald Trump wakati mu myaka ekkumi n’omusanvu egyakiikirirwa entalo ezo ebbiri. Ekifaananyi ky’ensolo ekikolebwa ne kiteekebwawo Trump mu United States kikiikirirwa emyaka “17” okuva mu 313 okutuuka mu 330. Mu lunyiriri olusooka olw’essuula esooka, Ezeekyeri ali mu mwaka ogw’asatu ogw’ensengeka ya Yubireyo eya “17.” Wali osanzeeko okuloota nti omuwendo kkumi na musanvu gwakiikirira limu ku namuziga Ezeekyeri ze yalaba mu Kifo Ekisinga Obutukuvu?</w:t>
      </w:r>
    </w:p>
    <w:p>
      <w:pPr>
        <w:pStyle w:val="ArticleBody"/>
        <w:jc w:val="left"/>
      </w:pPr>
      <w:r>
        <w:rPr>
          <w:rFonts w:ascii="Times New Roman" w:hAnsi="Times New Roman" w:eastAsia="Times New Roman" w:cs="Times New Roman"/>
        </w:rPr>
        <w:t>Ezeekyeri kabonero k’abo abali mu kiseera eky’okuteekebwako akabonero, abaayingidde olw’okukkiriza mu Kifo Ekisingayo Obutukuvu. Abo be bakabona ba Peetero.</w:t>
      </w:r>
    </w:p>
    <w:p>
      <w:pPr>
        <w:pStyle w:val="ArticleScripture"/>
        <w:jc w:val="left"/>
      </w:pPr>
      <w:r>
        <w:rPr>
          <w:rFonts w:ascii="Times New Roman" w:hAnsi="Times New Roman" w:eastAsia="Times New Roman" w:cs="Times New Roman"/>
        </w:rPr>
        <w:t>Nammwe era, ng’amayinja amalamu, muzimbibwa okuba ennyumba ey’omwoyo, obwakabona obutukuvu, okuwangayo ssaddaaka ez’omwoyo, ezikkirizibwa eri Katonda ku lwa Yesu Kristo. 1 Peetero 2:5.</w:t>
      </w:r>
    </w:p>
    <w:p>
      <w:pPr>
        <w:pStyle w:val="ArticleBody"/>
        <w:jc w:val="left"/>
      </w:pPr>
      <w:r>
        <w:rPr>
          <w:rFonts w:ascii="Times New Roman" w:hAnsi="Times New Roman" w:eastAsia="Times New Roman" w:cs="Times New Roman"/>
        </w:rPr>
        <w:t>Baweereddwa okuweereza obubaka eri abantu ba Katonda ab’endagaano ye eyasooka, nga mu kiseera ekyo bayitibwako; newaakubadde nga baakubirizibwa dda nti abantu ba Katonda ab’endagaano ye eyasooka tebaakulaba so tebaakuwulira.</w:t>
      </w:r>
    </w:p>
    <w:p>
      <w:pPr>
        <w:pStyle w:val="ArticleScripture"/>
        <w:jc w:val="left"/>
      </w:pPr>
      <w:r>
        <w:rPr>
          <w:rFonts w:ascii="Times New Roman" w:hAnsi="Times New Roman" w:eastAsia="Times New Roman" w:cs="Times New Roman"/>
        </w:rPr>
        <w:t>N’agamba eri nze nti, Omwana w’omuntu, liisa olubuto lwo, era ojuze amatu go n’omuzingo guno gwe nkuwa. Awo ne ndya; ne guba mu kamwa kange ng’omubisi gw’enjuki olw’obuwoomi. N’agamba eri nze nti, Omwana w’omuntu, genda, weeyune ennyumba ya Isiraeri, oyogere nabo n’ebigambo byange. Kubanga totumiddwa eri abantu ab’olulimi olugwira era olw’amaanyi, wabula eri ennyumba ya Isiraeri; si eri amawanga mangi ag’olulimi olugwira era olw’amaanyi, abagambo baabwe b’otosobola kutegeera. Mazima ddala, singa nakutuma gye bali, bandikuwulirizza. Naye ennyumba ya Isiraeri tebaagala kukuwuliriza; kubanga tebaagala kuwuliriza nze: kubanga ennyumba yonna eya Isiraeri nkakanyavu era nkakanyaluvu mu mutima. Laba, nfuze amaaso go okuba amanyi okulumba amaaso gaabwe, n’ekyenyi kyo okuba eky’amaanyi okulumba ebyenyi byabwe. Ng’ejjinja erya adamaanti erisinga olwazi obukakanyavu bwe nfuze ekyenyi kyo: tobatyanga, so toteganyizibwanga amaaso gaabwe, newakubadde nga nnyumba ya bujeemu. Ezeekyeri 3:3–9.</w:t>
      </w:r>
    </w:p>
    <w:p>
      <w:pPr>
        <w:pStyle w:val="ArticleBody"/>
        <w:jc w:val="left"/>
      </w:pPr>
      <w:r>
        <w:rPr>
          <w:rFonts w:ascii="Times New Roman" w:hAnsi="Times New Roman" w:eastAsia="Times New Roman" w:cs="Times New Roman"/>
        </w:rPr>
        <w:t>Ezeekyeri alagirwa okulanga obubaka eri abantu ab’endagaano eyasooka nga bakiiniddwaamu Abapolotesitante ab’ebyafaayo bya Millerite n’ekkanisa ya Laodikiya ey’Abadiventi b’Olunaku olw’Omusanvu mu nnaku ez’oluvannyuma. Bw’anaagaana okulanga obubaka obwo, omusaayi gw’abo abalese nga tebategeddwako guliba ku ye.</w:t>
      </w:r>
    </w:p>
    <w:p>
      <w:pPr>
        <w:pStyle w:val="ArticleScripture"/>
        <w:jc w:val="left"/>
      </w:pPr>
      <w:r>
        <w:rPr>
          <w:rFonts w:ascii="Times New Roman" w:hAnsi="Times New Roman" w:eastAsia="Times New Roman" w:cs="Times New Roman"/>
        </w:rPr>
        <w:t>Omwana w’omuntu, nkufudde omukuumi eri ennyumba ya Isirayiri; kale owulire ekigambo okuva mu kamwa kange, obakuutire ku lwange. Bwe ŋŋamba omubi nti, Tolirema kufa ddala; so n’otomulabula, so n’otoyogera kulabula mubi oyo okuva mu kkubo lye ery’obubi, okulokola obulamu bwe; omubi oyo yennyini alifiira mu butali butuukirivu bwe; naye omusaayi gwe ndiguvunaana mu mukono gwo. Naye bw’olabulira omubi, n’atakyuka okuva mu bubi bwe, newaakubadde okuva mu kkubo lye ery’obubi, alifiira mu butali butuukirivu bwe; naye ggwe oliba olokodde emmeeme yo. Nate, omutuukirivu bw’akyuka okuva mu butuukirivu bwe, n’akola ebitali bya butuukirivu, ne nteeka ekyesittaza mu maaso ge, alifa: kubanga tomulabudde, alifiira mu kwonoona kwe, so n’ebikolwa bye eby’obutuukirivu bye yakola tebiryajjukirwa; naye omusaayi gwe ndiguvunaana mu mukono gwo. Naye era bw’olabulira omutuukirivu, omutuukirivu alemenga okwonoona, n’ataayonoone, talirema kuba mulamu; kubanga alabuddwa; era naawe oliba olokodde emmeeme yo. Ezeekyeri 3:17–21.</w:t>
      </w:r>
    </w:p>
    <w:p>
      <w:pPr>
        <w:pStyle w:val="ArticleBody"/>
        <w:jc w:val="left"/>
      </w:pPr>
      <w:r>
        <w:rPr>
          <w:rFonts w:ascii="Times New Roman" w:hAnsi="Times New Roman" w:eastAsia="Times New Roman" w:cs="Times New Roman"/>
        </w:rPr>
        <w:t>Mu ssuula ekkumi n’emu ezisooka eza Ezeekyeri, alagibwa okuzikirizibwa kwa Yerusaalemi, nga kulagibwa mu kwolesebwa okw’oku mugga Kebali, mu lusenyi ne mu Yerusaalemi. Aweebwa obuvunaanyizibwa okulanga okulabula okw’okusalirwa omusango okunaatera okugwa ku Yerusaalemi. Obubaka obw’okulabula obw’okusalirwa omusango okunaatera okugwa ku Yerusaalemi bwe bulabula obwasooka okuweebwa ekkanisa ya Bbadiventi ey’Olunaku olw’Omusanvu ey’Abalawodikiya. Okulabula kuno kulaga omusango n’okugaanibwa kw’abantu ba Katonda mu Yerusaalemi abatalina kabonero ka Katonda. Okulabula okwakolebwako ekifaananyi mu Ezeekyeri kwe kulabula okw’etteeka lya Ssande erigenda okujja amangu.</w:t>
      </w:r>
    </w:p>
    <w:p>
      <w:pPr>
        <w:pStyle w:val="ArticleBody"/>
        <w:jc w:val="left"/>
      </w:pPr>
      <w:r>
        <w:rPr>
          <w:rFonts w:ascii="Times New Roman" w:hAnsi="Times New Roman" w:eastAsia="Times New Roman" w:cs="Times New Roman"/>
        </w:rPr>
        <w:t>Mu essuula ekkumi n’emu ez’olubereberye, omuli amazima gano gateekebwa mu maaso, Ezeekyeri afuulibwa kasiru, era oluvannyuma ayogera bw’ayolesebwa Katonda yekka ng’amuggulidde akamwa ke; era kino kigenda mu maaso okutuusa Yerusaalemi lwe yazikirizibwa, n’alyoka addamu okwogera.</w:t>
      </w:r>
    </w:p>
    <w:p>
      <w:pPr>
        <w:pStyle w:val="ArticleScripture"/>
        <w:jc w:val="left"/>
      </w:pPr>
      <w:r>
        <w:rPr>
          <w:rFonts w:ascii="Times New Roman" w:hAnsi="Times New Roman" w:eastAsia="Times New Roman" w:cs="Times New Roman"/>
        </w:rPr>
        <w:t>Awo omwoyo ne guyingira mu nze, ne gunsitula ku bigere byange, n’ayogera nange, n’aŋŋamba nti, Genda, weesibire munda mu nnyumba yo. Naye ggwe, ai omwana w’omuntu, laba, balikussaako enjegere, era balikukomerera na zo, so toligenda bweru mu bo: era ndireetera olulimi lwo okwegatta ku kasolya k’akamwa ko, olyoke osirike, so toliba gye bali muntu wa kubanenya: kubanga ba nnyumba ejeemu. Naye bwe ndyogera naawe, ndibikkula akamwa ko, naawe olibagamba nti, Bw’ati bw’ayogera Mukama Katonda; Awulira, awulire; era agaana, agaane: kubanga ba nnyumba ejeemu. Ezeekyeri 3:24–27.</w:t>
      </w:r>
    </w:p>
    <w:p>
      <w:pPr>
        <w:pStyle w:val="ArticleBody"/>
        <w:jc w:val="left"/>
      </w:pPr>
      <w:r>
        <w:rPr>
          <w:rFonts w:ascii="Times New Roman" w:hAnsi="Times New Roman" w:eastAsia="Times New Roman" w:cs="Times New Roman"/>
        </w:rPr>
        <w:t>Yerusaalemi bwe yagwa, Ezeekyeri yaddamu okwogera nate.</w:t>
      </w:r>
    </w:p>
    <w:p>
      <w:pPr>
        <w:pStyle w:val="ArticleScripture"/>
        <w:jc w:val="left"/>
      </w:pPr>
      <w:r>
        <w:rPr>
          <w:rFonts w:ascii="Times New Roman" w:hAnsi="Times New Roman" w:eastAsia="Times New Roman" w:cs="Times New Roman"/>
        </w:rPr>
        <w:t>Awo olwatuuka mu mwaka ogw'ekkumi n'ebiri ogw'okuwambibwa kwaffe, mu mwezi ogw'ekkumi, ku lunaku olw'okutaano olw'omwezi, omuntu eyali awonye okuva e Yerusaalemi n'ajja gye ndi, ng'ayogera nti, Ekibuga kikubiddwa. Era omukono gwa Mukama gwali ku nze akawungeezi, nga oyo eyali awonye tannajja; era yali aggudde akamwa kange okutuusa bwe yajja gye ndi enkya; akamwa kange ne kaggulwawo, ne ssiba mukakamu nate. Ezeekyeri 33:21, 22.</w:t>
      </w:r>
    </w:p>
    <w:p>
      <w:pPr>
        <w:pStyle w:val="ArticleBody"/>
        <w:jc w:val="left"/>
      </w:pPr>
      <w:r>
        <w:rPr>
          <w:rFonts w:ascii="Times New Roman" w:hAnsi="Times New Roman" w:eastAsia="Times New Roman" w:cs="Times New Roman"/>
        </w:rPr>
        <w:t>Okugwa kwa Yerusaalemi kutegeeza okugwa kw’ekkanisa ya Ladaakiya ey’Abadiventi b’Olunaku olw’Omusanvu mu nnaku ez’oluvannyuma. Okugwa okwo kubaawo mu kiseera abo abassibwako akabonero mu Yerusaalemi mu ssuula ey’omwenda lwe basitulwa ne bafuuka ekkanisa ewangudde. Ab’Oluladaakiya abali munda mu Yerusaalemi baggyibwamu, era emitwalo kikumi mu amakumi ana mu enkumi nnya basitulwa ng’obwakabaka obw’ekitiibwa butandikibwawo. Obwakabaka obwo obw’ekitiibwa bwali bwagerageranyizibwa n’okutandikibwawo kw’obwakabaka obw’ekisa ku musaalaba. Obwakabaka obw’ekisa ku musaalaba bukwatagana n’obwakabaka obw’ekitiibwa ku tteeka lya Ssande, era obwakabaka obwo bwombi buteekebwa mu nnannyiniŋŋana y’ebyafaayo eby’obunnabbi ebisangibwa mu kitabo kya Ezeekyeri. Essuula ekkumi n’emu ezisooka, Ezeekyeri bw’ateekebwa mu mbeera ey’awatukuvu, zikwata ku kulongoosebwa kw’ekkanisa ya Katonda ng’abantu be bwe bakyuka okuva mu kkanisa erwana, ennyonnyolwa ng’erimu eŋŋaano n’omuddo, okufuuka ekkanisa ewangudde, erimu ekiweebwayo eky’eŋŋaano eky’Olunaku lwa Pentekoote.</w:t>
      </w:r>
    </w:p>
    <w:p>
      <w:pPr>
        <w:pStyle w:val="ArticleScripture"/>
        <w:jc w:val="left"/>
      </w:pPr>
      <w:r>
        <w:rPr>
          <w:rFonts w:ascii="Times New Roman" w:hAnsi="Times New Roman" w:eastAsia="Times New Roman" w:cs="Times New Roman"/>
        </w:rPr>
        <w:t>Era ggwe, omulangira wa Isiraeri omubi era atalina kutya Katonda, olunaku lwo lutuuse, obutali butuukirivu bwe buliggwaako; bw’ati bw’ayogera Mukama Katonda nti, Ggyawo ekiremba, otuleko engule: kino tekiriba nga bwe kyali; golola oyo ali wansi, era ossizeeyo oyo ali waggulu. Ndirivuunika, ndivuunika, ndivuunika; era tekiriba nate, okutuusa lw’alijja oyo ky’ali eky’obwanannyini; era ndimukiwa. Ezeekyeri 21:25–27.</w:t>
      </w:r>
    </w:p>
    <w:p>
      <w:pPr>
        <w:pStyle w:val="ArticleBody"/>
        <w:jc w:val="left"/>
      </w:pPr>
      <w:r>
        <w:rPr>
          <w:rFonts w:ascii="Times New Roman" w:hAnsi="Times New Roman" w:eastAsia="Times New Roman" w:cs="Times New Roman"/>
        </w:rPr>
        <w:t>Zeddekiya yali kabaka ow’enkomerero owa Yuda, era ye “omulangira omubi owa Isiraeri, olunaku lwe lutuuse” ayogerwako mu nnyiriri ezo. Nebukadneza yali anaatera okuwamba Yerusaalemi, era engule ya Zeddekiya yali egenda kuggyibwako Babulooni, era Babulooni yali egenda kuvuunulwawo Abameedi n’Abaperusi, nabo ne bavuunulwawo Abayonaani, abo ne bavuunulwawo Rooma. Okuvuunulwa okw’okusatu kutuuka ku Rooma, kwe kugamba mu byafaayo ekiseera Kabaka “annyini buyinza obwo” lw’anaweebwa engule y’obwakabaka obw’ekisa mu kuteekebwawo kw’obwakabaka obwo ku musaalaba.</w:t>
      </w:r>
    </w:p>
    <w:p>
      <w:pPr>
        <w:pStyle w:val="ArticleScripture"/>
        <w:jc w:val="left"/>
      </w:pPr>
      <w:r>
        <w:rPr>
          <w:rFonts w:ascii="Times New Roman" w:hAnsi="Times New Roman" w:eastAsia="Times New Roman" w:cs="Times New Roman"/>
        </w:rPr>
        <w:t>“Ku ‘mulangira omubi atatya Katonda’ olunaku olw’okubalirira olw’enkomerero lwali lutuuse. ‘Ggyawo ekiremba,’ Mukama n’alagira, ‘era togulako engule.’ Okutuusa Kristo yennyini lw’alissaawo obwakabaka bwe, Yuda teyakkirizibwanga nate kuba na kabaka. ‘Ndikivuunika, ndikivuunika, ndikivuunika,’ gwe gwali omukago ogw’obwakatonda ku ntebe ey’ennyumba ya Dawudi; ‘era tekiribaawo nate, okutuusa oyo alijja gwe kiri eky’obutuufu; era ndimuwa ye.’ Ezeekyeri 21:25–27.” Bannabbi ne Bakabaka, 451.</w:t>
      </w:r>
    </w:p>
    <w:p>
      <w:pPr>
        <w:pStyle w:val="ArticleBody"/>
        <w:jc w:val="left"/>
      </w:pPr>
      <w:r>
        <w:rPr>
          <w:rFonts w:ascii="Times New Roman" w:hAnsi="Times New Roman" w:eastAsia="Times New Roman" w:cs="Times New Roman"/>
        </w:rPr>
        <w:t>Mu kiseera ky’enkuba ey’oluvannyuma, ekyatandika ng’omusango gw’abalamu gutandise nga 9/11, Kristo atandikawo obwakabaka bwe obw’ekitiibwa.</w:t>
      </w:r>
    </w:p>
    <w:p>
      <w:pPr>
        <w:pStyle w:val="ArticleScripture"/>
        <w:jc w:val="left"/>
      </w:pPr>
      <w:r>
        <w:rPr>
          <w:rFonts w:ascii="Times New Roman" w:hAnsi="Times New Roman" w:eastAsia="Times New Roman" w:cs="Times New Roman"/>
        </w:rPr>
        <w:t>“Bamalayika abana bwe balirekulula, Kristo alitandikawo obwakabaka bwe.” Spalding and Magan, 3.</w:t>
      </w:r>
    </w:p>
    <w:p>
      <w:pPr>
        <w:pStyle w:val="ArticleBody"/>
        <w:jc w:val="left"/>
      </w:pPr>
      <w:r>
        <w:rPr>
          <w:rFonts w:ascii="Times New Roman" w:hAnsi="Times New Roman" w:eastAsia="Times New Roman" w:cs="Times New Roman"/>
        </w:rPr>
        <w:t>Ekiseera eky’okweteekateeka kitandika ku 9/11, era ku mateeka ga Ssande olusozi olutukuvu olw’ekitiibwa lusitulusibwa waggulu wa buli lusozi n’obusozi bwonna.</w:t>
      </w:r>
    </w:p>
    <w:p>
      <w:pPr>
        <w:pStyle w:val="ArticleScripture"/>
        <w:jc w:val="left"/>
      </w:pPr>
      <w:r>
        <w:rPr>
          <w:rFonts w:ascii="Times New Roman" w:hAnsi="Times New Roman" w:eastAsia="Times New Roman" w:cs="Times New Roman"/>
        </w:rPr>
        <w:t>Ekigambo Isaaya mutabani wa Amozi kye yalaba ebyogera ku Yuda ne Yerusaalemi. Awo olulituuka mu nnaku ez'enkomerero, olusozi olw'ennyumba ya Mukama lulinnyikibwa ku ntikko y'ensozi, era luligulumizibwa okusinga obusozi obutono; era amawanga gonna galukulukutira gye luli. Era abantu bangi baligenda ne boogera nti, Mujje, twambuke eri olusozi lwa Mukama, eri ennyumba ya Katonda wa Yakobo; era alituyigiriza ku makubo ge, naffe tunaatambuliranga mu kkubo lye: kubanga mu Sayuuni mwe muliva amateeka, n'ekigambo kya Mukama okuva mu Yerusaalemi. Isaaya 2:1–3.</w:t>
      </w:r>
    </w:p>
    <w:p>
      <w:pPr>
        <w:pStyle w:val="ArticleBody"/>
        <w:jc w:val="left"/>
      </w:pPr>
      <w:r>
        <w:rPr>
          <w:rFonts w:ascii="Times New Roman" w:hAnsi="Times New Roman" w:eastAsia="Times New Roman" w:cs="Times New Roman"/>
        </w:rPr>
        <w:t>Ku 9/11 empewo zaalekebwa ne ziddamu okuziyizibwa, bwe kityo ne kussa akabonero ku ntandikwa y’okuteekebwawo kw’obwakabaka obwoobuddwa mu Danyeri essuula ey’okubiri, obukiikirizibwa ng’olwazi olwasalibwa okuva ku lusozi ne lujjuza ensi yonna.</w:t>
      </w:r>
    </w:p>
    <w:p>
      <w:pPr>
        <w:pStyle w:val="ArticleScripture"/>
        <w:jc w:val="left"/>
      </w:pPr>
      <w:r>
        <w:rPr>
          <w:rFonts w:ascii="Times New Roman" w:hAnsi="Times New Roman" w:eastAsia="Times New Roman" w:cs="Times New Roman"/>
        </w:rPr>
        <w:t>“Ekiro kino kyagabibwa mu mwaka gwa 1847, mu kiseera bwe waaliwo ab’oluganda b’Abadiventi batono nnyo abaakwatanga Ssabbiiti, era mu abo, batono nnyo abaali balowooza nti okugikwata kwali kwa mugaso gumala okussaawo olusalo wakati w’abantu ba Katonda n’abatakkiriza. Kaakano okutuukirira kw’ekiro ekyo kutandise okulabika. ‘Entandikwa y’ekiseera ekyo eky’okulabiramu ennaku,’ ekyogerwako wano, tetegeeza kiseera bbiibyo lwe biritandika okufukibwa, wabula ekiseera ekimpi ddala nga tebinnafukibwa, nga Kristo ali mu watukuvu. Mu kiseera ekyo, nga omulimu gw’obulokozi gunaatera okuggwa, ebizibu biriba bijja ku nsi, era amawanga galisunguwala, naye nga gakuumiddwa obutaziyiza mulimu gwa malayika ow’okusatu. Mu kiseera ekyo, ‘enkuba ey’oluvannyuma,’ oba okuzzibwamu amaanyi okuva mu maaso ga Mukama, erijja, okuwa amaanyi eri eddoboozi ery’amaanyi erya malayika ow’okusatu, era okuteekateeka abatukuvu okuyimirira mu kiseera lwe birifukibwa ebibonyoobonyo omusanvu eby’enkomerero.” Early Writings, 85.</w:t>
      </w:r>
    </w:p>
    <w:p>
      <w:pPr>
        <w:pStyle w:val="ArticleBody"/>
        <w:jc w:val="left"/>
      </w:pPr>
      <w:r>
        <w:rPr>
          <w:rFonts w:ascii="Times New Roman" w:hAnsi="Times New Roman" w:eastAsia="Times New Roman" w:cs="Times New Roman"/>
        </w:rPr>
        <w:t>Kristo assaawo obwakabaka bwe obutaggwaawo mu biro eby’enkuba ey’oluvannyuma, era obwakabaka bwe bulimu obwakabaka obw’ekisa obwateekebwawo ku musaalaba era n’obwakabaka bwe obw’ekitiibwa ku Sunday law. Zeddekiya okutuuka e Babulooni (obwakabaka obusooka), okutuuka e Bumeedi ne Buperusi (obwakabaka obw’okubiri), okutuuka e Buyonaani (obwakabaka obw’okusatu), era ne bwe bweyongera okutuuka e Rooma eky’abapagaani (obwakabaka obw’okuna), biraga ebyafaayo ebireeta ku bwakabaka obw’ekisa. Ebyafaayo ebyo biraga omuddiring’anwa gw’ebyafaayo ogufaanagana okuva ku Rooma eya Paapa (Babulooni ey’omu mwoyo, obwakabaka obw’okutaano), okutuuka ku United States (Bumeedi ne Buperusi eby’omu mwoyo, obwakabaka obw’omukaaga), okutuuka ku United Nations (Buyonaani obw’omu mwoyo, obwakabaka obw’omusanvu), era ne bwe bweyongera okutuuka ku kwegatta okw’emirundi esatu okw’omusota, ensolo, ne nnabbi ow’obulimba, ebikola awamu Rooma ey’omulembe guno (Rooma ey’omu mwoyo, obwakabaka obw’omunaana obuva mu musanvu).</w:t>
      </w:r>
    </w:p>
    <w:p>
      <w:pPr>
        <w:pStyle w:val="ArticleBody"/>
        <w:jc w:val="left"/>
      </w:pPr>
      <w:r>
        <w:rPr>
          <w:rFonts w:ascii="Times New Roman" w:hAnsi="Times New Roman" w:eastAsia="Times New Roman" w:cs="Times New Roman"/>
        </w:rPr>
        <w:t>Obuwanguzi bw’obwakabaka obwo mu Danyeri essuula ey’okubiri bulagiddwa ng’olwazi, era abeesigwa ba Katonda mayinja mu yeekaalu.</w:t>
      </w:r>
    </w:p>
    <w:p>
      <w:pPr>
        <w:pStyle w:val="ArticleScripture"/>
        <w:jc w:val="left"/>
      </w:pPr>
      <w:r>
        <w:rPr>
          <w:rFonts w:ascii="Times New Roman" w:hAnsi="Times New Roman" w:eastAsia="Times New Roman" w:cs="Times New Roman"/>
        </w:rPr>
        <w:t>Era nammwe, ng’amayinja amalamu, muzimbibwa ennyumba ey’omwoyo, obwakabona obutukuvu, okuwangayo ssaddaaka ez’omwoyo, ezikkirizibwa eri Katonda ku bwa Yesu Kristo. 1 Peetero 2:5.</w:t>
      </w:r>
    </w:p>
    <w:p>
      <w:pPr>
        <w:pStyle w:val="ArticleBody"/>
        <w:jc w:val="left"/>
      </w:pPr>
      <w:r>
        <w:rPr>
          <w:rFonts w:ascii="Times New Roman" w:hAnsi="Times New Roman" w:eastAsia="Times New Roman" w:cs="Times New Roman"/>
        </w:rPr>
        <w:t>Ekyo eky’olubeerera ewanguza obwakabaka bw’ensi era ejjuza ensi yonna. Mu Ezeekyeri essuula amakumi ana okutuuka ku nkomerero y’ekitabo kye, obwakabaka obwo bwennyini bukiikirirwa ng’ennyumba ya Katonda ejjuza ensi yonna n’amazzi ag’obulamu.</w:t>
      </w:r>
    </w:p>
    <w:p>
      <w:pPr>
        <w:pStyle w:val="ArticleBody"/>
        <w:jc w:val="left"/>
      </w:pPr>
      <w:r>
        <w:rPr>
          <w:rFonts w:ascii="Times New Roman" w:hAnsi="Times New Roman" w:eastAsia="Times New Roman" w:cs="Times New Roman"/>
        </w:rPr>
        <w:t>Tunaagenda n’ebintu bino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 Ebyekusifu eby’Olunyiriri Olw’ana mu Biri mu Ssatu - Namba Abiri mu Ssatu</dc:title>
  <dc:subject>Ezeekyeri Omuwendo Guna</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