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Ebyafaayo Eyekwese mu Lunnyiriri Olw’Amakumi Ana — Omuwendo Gwa Abiri mu Munaana</w:t>
      </w:r>
    </w:p>
    <w:p>
      <w:pPr>
        <w:pStyle w:val="ArticleSubtitle"/>
        <w:jc w:val="left"/>
      </w:pPr>
      <w:r>
        <w:rPr>
          <w:rFonts w:ascii="Arial" w:hAnsi="Arial" w:eastAsia="Arial" w:cs="Arial"/>
        </w:rPr>
        <w:t>Ezeekyeri Omuwendo Omwenda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Ng’okusinziira ku kubuulirirwa, bwe kituuka ku kubuulirirwa, “buli nsonga erina akakwate kaayo,” era “buli musingi gulina akakwate kaagwo.”</w:t>
      </w:r>
    </w:p>
    <w:p>
      <w:pPr>
        <w:pStyle w:val="ArticleScripture"/>
        <w:jc w:val="left"/>
      </w:pPr>
      <w:r>
        <w:rPr>
          <w:rFonts w:ascii="Times New Roman" w:hAnsi="Times New Roman" w:eastAsia="Times New Roman" w:cs="Times New Roman"/>
        </w:rPr>
        <w:t>“Bayibuli erimu emisingi gyonna abantu gye beetaaga okutegeera basobole okuteekebwateekebwa obulungi olw’obulamu buno oba olw’obulamu obugenda okujja. Era emisingi gino gisobola okutegeerwa bonna. Tewali n’omu alina omwoyo ogusiima okuyigirizibwa kwayo ayinza okusoma ekitundu kimu kyokka okuva mu Bayibuli nga tafunyeemu ndowooza emu emugasa. Naye okuyigiriza kwa Bayibuli okusinga obugagga tekufunibwa lwa kusoma kwa biseera bitono oba okutali kwa lutuula. Enkola yaayo ennene ey’amazima tetegekebwa mu ngeri eyinza okutegeerwa omusomi ayanguwa oba atalabirira. Obugagga bwayo bungi busula wala wansi w’oku ngulu, era busobola kufunibwa lwa kunoonyereza n’obunyiikivu n’okufuba okutaggwaawo kwokka. Amazima agakola ekitundu ky’ekintu ekinene ekijjuvu galina okunoonyezebwa ne gakuŋŋaanyizibwa, ‘wano katono, n’eri katono.’ Isaaya 28:10.”</w:t>
      </w:r>
    </w:p>
    <w:p>
      <w:pPr>
        <w:pStyle w:val="ArticleScripture"/>
        <w:jc w:val="left"/>
      </w:pPr>
      <w:r>
        <w:rPr>
          <w:rFonts w:ascii="Times New Roman" w:hAnsi="Times New Roman" w:eastAsia="Times New Roman" w:cs="Times New Roman"/>
        </w:rPr>
        <w:t>“Bwe bityo bwe binaanoonyezebwa era ne bikuŋŋaanyizibwa awamu, birisangibwa nga bikwatagana bulungi ddala. Buli Njiri eyongerako ku ndala, buli bunnabbi bunnyonnyola obulala, buli mazima kukulaakulanya kwa mazima amalala. Ebifaananyi eby’enkola y’Abayudaaya bitegeerekeka bulungi olw’Enjiri. Buli musingi mu Kigambo kya Katonda gulina ekifo kyagwo, buli ky’amazima kirina obukulu bwakyo. Era enteekateeka eno ennamba, mu nteekateeka yaayo ne mu kutuukirizibwa kwayo, ejulira Omuwandiisi waayo. Enteekateeka ey’engeri eyo tewali magezi okuggyako aga Oyo Ataggwaawo agayinza okugiteekateeka oba okugikola.” Education, 123.</w:t>
      </w:r>
    </w:p>
    <w:p>
      <w:pPr>
        <w:pStyle w:val="ArticleBody"/>
        <w:jc w:val="left"/>
      </w:pPr>
      <w:r>
        <w:rPr>
          <w:rFonts w:ascii="Times New Roman" w:hAnsi="Times New Roman" w:eastAsia="Times New Roman" w:cs="Times New Roman"/>
        </w:rPr>
        <w:t>Ensonga yennyini eri nti, emboozi y’Olwebbulaniya “ereb boqer” esangibwa emirundi munaana mu Bayibuli. Buli kiseera evvuunulwa nga “akawungeezi n’enkya,” okuggyako mu Danyeri 8:14 gye kivvuunulwa nga “ennaku.” Okusinziira ku kufumitirizibwa okw’Obwakatonda, olunyiriri olw’ekkumi n’ennya lwe “musingi n’empagi enkulu ey’okukkiriza kw’Abadiventi.”</w:t>
      </w:r>
    </w:p>
    <w:p>
      <w:pPr>
        <w:pStyle w:val="ArticleScripture"/>
        <w:jc w:val="left"/>
      </w:pPr>
      <w:r>
        <w:rPr>
          <w:rFonts w:ascii="Times New Roman" w:hAnsi="Times New Roman" w:eastAsia="Times New Roman" w:cs="Times New Roman"/>
        </w:rPr>
        <w:t>“Ekyawandiiko ekyasinga ebirala byonna okuba omusingi era empagi enkulu ey’okukkiriza okw’Okudda kwa Mukama kyali kino ekigambo, ‘Okutuusa ku nnaku enkumi bbiri mu ebikumi bisatu; awo awatukuvu walirongoosebwa.’ [Daniel 8:14.]” The Great Controversy, 409.</w:t>
      </w:r>
    </w:p>
    <w:p>
      <w:pPr>
        <w:pStyle w:val="ArticleBody"/>
        <w:jc w:val="left"/>
      </w:pPr>
      <w:r>
        <w:rPr>
          <w:rFonts w:ascii="Times New Roman" w:hAnsi="Times New Roman" w:eastAsia="Times New Roman" w:cs="Times New Roman"/>
        </w:rPr>
        <w:t>Noolwekyo bwe kiri nti “ennaku” eziri mu lunyiriri olwo gwe mulundi ogw’omunaana ogwo mu lulimi olwo olw’Olwebbulaniya olw’emirundi omusanvu bwe lukozeesebwa. Era ekintu eky’omu Bayibuli eky’okuba Katonda yalungamya bannakyusa b’Oluganda lwa King James mu ngeri ey’obunnabbi kyagatta mu bugenderevu ekyama eky’omu Bayibuli eky’omunaana okuba ow’omusanvu mu lunyiriri olwo olukiikirira ekimu ku byolesebwa bibiri ebiri mu ssuula ey’omunaana. Ekigambo ekimu ekyavvuunulwa nga “okwolesebwa” mu ssuula ey’omunaana kye kigambo ky’Olwebbulaniya “chazon,” ate ekirala kye “mareh.” “Mareh” kitegeeza okulabika, era okwolesebwa kwa “mareh” kwe kwolesebwa kw’okulabika kwa Kristo mu Kigambo kya Katonda eky’obunnabbi. Okwolesebwa kwa “mareh” okwa Daniyeri 8:14 kulaga nti Kristo yali agenda okulabika era okujja amangu mu yeekaalu ye nga October 22, 1844. Amazima gano gonna ge mazima ddala, era galina akakwate kaago ku lunyiriri olwo oluli empagi ey’omu makkati, era empagi ey’omu makkati si njigiriza wadde obunnabbi obwatuukirira nga October 22, 1844; amazima ge gali nti olunyiriri olwo ye Kristo, empagi ey’omu makkati.</w:t>
      </w:r>
    </w:p>
    <w:p>
      <w:pPr>
        <w:pStyle w:val="ArticleScripture"/>
        <w:jc w:val="left"/>
      </w:pPr>
      <w:r>
        <w:rPr>
          <w:rFonts w:ascii="Times New Roman" w:hAnsi="Times New Roman" w:eastAsia="Times New Roman" w:cs="Times New Roman"/>
        </w:rPr>
        <w:t>“Bwe nnali mu mbeera eno ey’okuggwaamu amaanyi, nnaloota ekirooto ekyankwata ennyo mu birowoozo byange. Nnaloota nga ndaba yeekaalu, abantu bangi gye baali beekulukuunya okugigendaako. Abo bokka abaali baddukiira mu yeekaalu eyo be baali balokolebwa obudde bwe bwandituuse okuggwaako; bonna abaali basigala ebweru bandibadde babuze emirembe gyonna. Ebibiina by’abantu ebyali ebweru, nga bitambula mu makubo gaabyo ag’enjawulo, byanyoomanga ne bisekerera abo abaali bayingira mu yeekaalu, ne bibagamba nti enteekateeka eno ey’obukuumi yali bulimba bwa magezi, era nti mu mazima tewali kabi konna ka kwewala. N’okusingawo, bamwe ku bo baabakwata okubalemesa okwanguwa okuyingira munda mu bbugwe.”</w:t>
      </w:r>
    </w:p>
    <w:p>
      <w:pPr>
        <w:pStyle w:val="ArticleScripture"/>
        <w:jc w:val="left"/>
      </w:pPr>
      <w:r>
        <w:rPr>
          <w:rFonts w:ascii="Times New Roman" w:hAnsi="Times New Roman" w:eastAsia="Times New Roman" w:cs="Times New Roman"/>
        </w:rPr>
        <w:t>“Nnatya okutunulwamu ng’asekererwa, nalowooza nti kye kirungi okulinda okutuusa ekibiina ky’abantu lwe kinaasaasaana, oba okutuusa lwe nnaayingira nga tebannandaba. Naye omuwendo gw’abantu ne gweyongera mu kifo ky’okukendeera, era nga ntya okutuuka ng’obudde buyise, ne nva mu maka gange mu bwangu era ne nneeyiwa mu kibiina ky’abantu. Mu kunyigirizibwa kwange okw’okutuuka ku yeekaalu, saalaba wadde okufaayo ku kibinja ky’abantu ekyanzingiridde.”</w:t>
      </w:r>
    </w:p>
    <w:p>
      <w:pPr>
        <w:pStyle w:val="ArticleScripture"/>
        <w:jc w:val="left"/>
      </w:pPr>
      <w:r>
        <w:rPr>
          <w:rFonts w:ascii="Times New Roman" w:hAnsi="Times New Roman" w:eastAsia="Times New Roman" w:cs="Times New Roman"/>
        </w:rPr>
        <w:t>“Bwe nnayingira mu kizimbe ekyo, nalaba ng’ennyumba ya Katonda ennene nnyo ewaniriddwa empagi emu ey’ekitalo, era ku yo nga kusibiddwa omwana gw’endiga, ng’ayuliddwa nnyo era ng’avaamu omusaayi. Ffe abaaliwo twalabika ng’abamanyi nti omwana gw’endiga oyo yali ayuziddwa era akubiddwa ku lwaffe. Bonna abaayingiranga mu nnyumba ya Katonda baalina okusooka okuyita mu maaso ge ne baatula ebibi byabwe. Mu maaso ddala g’omwana gw’endiga waaliwo entebe ez’omu bbanga, ku zo nga kutuddeko ekibiina ekyalabika nga kijjudde essanyu nnyo. Ekitangaala eky’omu ggulu kyalabika nga kyakira ku maaso gaabwe, era baatenderezanga Katonda ne bayimba ennyimba ez’okusanyuka n’okwebaza ezalabika ng’omuziki gwa bamalayika. Bano be baali abo abaali bazze mu maaso g’omwana gw’endiga, ne baatula ebibi byabwe, ne basonyiyibwa, era kaakano baali balindiridde n’essanyu lingi ekintu ekimu eky’essanyu ekyali kigenda okubaawo.”</w:t>
      </w:r>
    </w:p>
    <w:p>
      <w:pPr>
        <w:pStyle w:val="ArticleScripture"/>
        <w:jc w:val="left"/>
      </w:pPr>
      <w:r>
        <w:rPr>
          <w:rFonts w:ascii="Times New Roman" w:hAnsi="Times New Roman" w:eastAsia="Times New Roman" w:cs="Times New Roman"/>
        </w:rPr>
        <w:t>“Ne bwe nnali mmaze okuyingira mu kizimbe, entiisa yanjijaako, n’okuwulira ensonyi nti nnali nteekwa okweetoowaza mu maaso g’abantu bano; naye nnalabika ng’awaliriza okugenda mu maaso, era mpola mpola nnali nneeyongerayo nga nneetooloola empagi nsobole okutunuulira Omwana gw’endiga, awo ekkondeere ne livuga, yeekaalu n’ekankana, amaloboozi ag’obuwanguzi ne gasituka okuva mu batukuvu abakuŋŋaanye, omusana ogw’entiisa ne gwakira ekizimbe, oluvannyuma byonna ne bifuuka ekizikiza ekikutte ennyo. Abantu abo ab’essanyu bonna baali babuze n’omusana ogwo, era ne nsigalawo nzekka mu ntiisa esirise ey’ekiro.”</w:t>
      </w:r>
    </w:p>
    <w:p>
      <w:pPr>
        <w:pStyle w:val="ArticleScripture"/>
        <w:jc w:val="left"/>
      </w:pPr>
      <w:r>
        <w:rPr>
          <w:rFonts w:ascii="Times New Roman" w:hAnsi="Times New Roman" w:eastAsia="Times New Roman" w:cs="Times New Roman"/>
        </w:rPr>
        <w:t>“Nazuukuka nga ndi mu bulumi bungi obw’omu birowoozo, era saasobola na kulowooza bulungi nti nnali nziroosezza. Kyandabikira nga omusango gwange gwali gumaze okusalibwa; nti Omwoyo wa Mukama yali anvuddeko, obutaddayo nate.” Experience and Teachings, 24, 25.</w:t>
      </w:r>
    </w:p>
    <w:p>
      <w:pPr>
        <w:pStyle w:val="ArticleBody"/>
        <w:jc w:val="left"/>
      </w:pPr>
      <w:r>
        <w:rPr>
          <w:rFonts w:ascii="Times New Roman" w:hAnsi="Times New Roman" w:eastAsia="Times New Roman" w:cs="Times New Roman"/>
        </w:rPr>
        <w:t>Kaakano tulagezesebwa oba tunaayingira mu yeekaalu, era oluvannyuma ne twatula ebibi byaffe ne tufuna omukisa gw’okutuweebwa obutuukirivu bwe. Okuyitibwa kuno okw’enkomerero okuyingira mu yeekaalu kwetooloddwa ebyesittaza ebigendereddwamu okulemesa buli omu ku ffe okuyingira ku bubwe; naye bwe tunaakowoola kaakano, tunaalekebwawo “ffekka mu ntiisa esirise ey’ekiro.” Naye kino si kye kka kyokka kye njagala okwogerako.</w:t>
      </w:r>
    </w:p>
    <w:p>
      <w:pPr>
        <w:pStyle w:val="ArticleBody"/>
        <w:jc w:val="left"/>
      </w:pPr>
      <w:r>
        <w:rPr>
          <w:rFonts w:ascii="Times New Roman" w:hAnsi="Times New Roman" w:eastAsia="Times New Roman" w:cs="Times New Roman"/>
        </w:rPr>
        <w:t>Okussa essira eryateekebwako ku lunyiriri luno olusinga obukulu, nga mw’otwaliddwa enjawulo y’ekigambo “ennaku,” ekitambuza awamu n’ekyama eky’obunnabbi nti omunaana wa mu musanvu, era kino kye kimu ku nnamuziga mu kiseera eky’okuteekako akabonero ku lukumi mu enkumi kikumi mu enkumi nnya mu enkumi nnya. Mu kiseera eky’okuteekako akabonero, ejjembe ery’Abapolotesitante n’ejjembe ery’Abarepubulika ery’obwakabaka obw’omukaaga mu bunnabbi bwa Bayibuli byombi birituukiriza ekyama nti ow’omunaana wa mu musanvu. Ku bapulezidenti omunaana okuva ku kiseera eky’enkomerero mu 1989, Trump yafuuka kabaka ow’omukaaga ow’obwakabaka obw’omukaaga, era bwe yawangula ekisanja kye ekyokubiri, yafuuka ow’omunaana ali wa mu musanvu. Mu kikolwa kya Amerika eky’okuddamu Eteeka lya Milan mu 313, olugendo lwa Lawodikiya olwa lukumi mu enkumi kikumi mu enkumi nnya mu enkumi nnya lujja kufuuka olugendo lwa Firaderufiya olwa lukumi mu enkumi kikumi mu enkumi nnya mu enkumi nnya. Ekiseera eky’okuteekako akabonero kiggwa ku tteeka lya Ssande, aw’ebbwa ery’okufa ery’obwapapa liwonyezebwa, era bw’atyo n’atuukiriza ekyama kya Okubikkulirwa kkumi na musanvu ng’oyo ow’omunaana ali wa mu musanvu. Ensonga emu, ekiikiriddwa mu mboozi emu ey’Olwebbulaniya, ng’ekigambo kimu mu Lungereza; ereeta olunyiriri olutegeeza okutandika kw’omusango mu lunyiriri olutegeeza okuggwa kw’omusango mu kiseera eky’okuteekako akabonero ku lukumi mu enkumi kikumi mu enkumi nnya mu enkumi nnya.</w:t>
      </w:r>
    </w:p>
    <w:p>
      <w:pPr>
        <w:pStyle w:val="ArticleBody"/>
        <w:jc w:val="left"/>
      </w:pPr>
      <w:r>
        <w:rPr>
          <w:rFonts w:ascii="Times New Roman" w:hAnsi="Times New Roman" w:eastAsia="Times New Roman" w:cs="Times New Roman"/>
        </w:rPr>
        <w:t>Buli nsonga erina ekifo kyayo, era waliwo okwolesebwa kumu kwokka mu ndagaano empya omuwendo gumu nga gukubisibwa n’omuwendo omulala, era bibiri byokka mu ndagaano enkadde. Alufa y’“okuzimba okw’omuwendo” eri mu Lubereberye.</w:t>
      </w:r>
    </w:p>
    <w:p>
      <w:pPr>
        <w:pStyle w:val="ArticleScripture"/>
        <w:jc w:val="left"/>
      </w:pPr>
      <w:r>
        <w:rPr>
          <w:rFonts w:ascii="Times New Roman" w:hAnsi="Times New Roman" w:eastAsia="Times New Roman" w:cs="Times New Roman"/>
        </w:rPr>
        <w:t>Obanga Kaayi anaawalirwako eggwanga emirundi musanvu, mazima Laameka anaawalirwako emirundi nsanvu mu musanvu. Olubereberye 4:24.</w:t>
      </w:r>
    </w:p>
    <w:p>
      <w:pPr>
        <w:pStyle w:val="ArticleBody"/>
        <w:jc w:val="left"/>
      </w:pPr>
      <w:r>
        <w:rPr>
          <w:rFonts w:ascii="Times New Roman" w:hAnsi="Times New Roman" w:eastAsia="Times New Roman" w:cs="Times New Roman"/>
        </w:rPr>
        <w:t>Okuzimba kwa “namba” okw’omiga kuli mu Matayo.</w:t>
      </w:r>
    </w:p>
    <w:p>
      <w:pPr>
        <w:pStyle w:val="ArticleScripture"/>
        <w:jc w:val="left"/>
      </w:pPr>
      <w:r>
        <w:rPr>
          <w:rFonts w:ascii="Times New Roman" w:hAnsi="Times New Roman" w:eastAsia="Times New Roman" w:cs="Times New Roman"/>
        </w:rPr>
        <w:t>Awo Peetero n’ajja gy’ali, n’agamba nti, Mukama wange, muganda wange bw’annyonoonanga gye ndi, nnaamusonyiwanga emirundi emeka? okutuusa ku mirundi musanvu? Yesu n’amugamba nti, Sikugamba nti, Okutuusa ku mirundi musanvu: naye, Okutuusa ku mirundi nsanvu emirundi musanvu. Matayo 18:21, 22.</w:t>
      </w:r>
    </w:p>
    <w:p>
      <w:pPr>
        <w:pStyle w:val="ArticleBody"/>
        <w:jc w:val="left"/>
      </w:pPr>
      <w:r>
        <w:rPr>
          <w:rFonts w:ascii="Times New Roman" w:hAnsi="Times New Roman" w:eastAsia="Times New Roman" w:cs="Times New Roman"/>
        </w:rPr>
        <w:t>Ebyawandiiko bino biraga omulundi ogusooka n’omulundi ogusembayo mu Bayibuli lapho ennamba emu eragibwa okukubisibwa n’endala. Waliwo ennamba nnyingi, naye alufa ow’Olubereberye ne omega ow’Enjiri ya Matayo birina ensengeka y’ennamba y’emu ddala, era bikozesa ennamba z’emu ebbiri, “musanvu” ne “nsanvu.”</w:t>
      </w:r>
    </w:p>
    <w:p>
      <w:pPr>
        <w:pStyle w:val="ArticleBody"/>
        <w:jc w:val="left"/>
      </w:pPr>
      <w:r>
        <w:rPr>
          <w:rFonts w:ascii="Times New Roman" w:hAnsi="Times New Roman" w:eastAsia="Times New Roman" w:cs="Times New Roman"/>
        </w:rPr>
        <w:t>Wakati wa alfa ne omega; ekifo eky’omu makkati, era ekifo ekirala kyokka awali okuzimba kuno okw’ennamba kusangibwa kiri mu Eby’Abaleevi amakumi abiri mu ttaano. Eyo ennamba zombi si “musanvu” ne “nsanvu,” wabula “emyaka musanvu emirundi musanvu.”</w:t>
      </w:r>
    </w:p>
    <w:p>
      <w:pPr>
        <w:pStyle w:val="ArticleScripture"/>
        <w:jc w:val="left"/>
      </w:pPr>
      <w:r>
        <w:rPr>
          <w:rFonts w:ascii="Times New Roman" w:hAnsi="Times New Roman" w:eastAsia="Times New Roman" w:cs="Times New Roman"/>
        </w:rPr>
        <w:t>Era onoobale emyaka egy’amasabbato musanvu ku lulwo, emirundi musanvu egy’emyaka musanvu; era ebbanga ly’amasabbato ago ag’emyaka linaaba gy’oli emyaka amakumi ana mu mwenda. Eby’Abaleevi 25:8.</w:t>
      </w:r>
    </w:p>
    <w:p>
      <w:pPr>
        <w:pStyle w:val="ArticleBody"/>
        <w:jc w:val="left"/>
      </w:pPr>
      <w:r>
        <w:rPr>
          <w:rFonts w:ascii="Times New Roman" w:hAnsi="Times New Roman" w:eastAsia="Times New Roman" w:cs="Times New Roman"/>
        </w:rPr>
        <w:t>Enzimba ey’omu makkati eya mu mibala eddamu okukozesa namba “musanvu,” naye si namba “nsanvu mu kkumi.” Ekitundu mwe eri kirimu omukisa olw’okugondera, era kirimu n’ekikolimo olw’obutagondera. Emikisa egy’okusumululwa kw’abaddu n’okuzzibwawo kw’ettaka gyawukanyizibwa n’ekikolimo eky’emirundi musanvu, ekigambwako emirundi ena mu ssuula ey’amakumi abiri mu mukaaga eya Eby’Abaleevi. Omukisa gwalimu obuyambi bwa Mukama mu myaka egy’okuwummula kw’ettaka, n’omukisa ogw’emirundi ebiri mu mwaka gwa Yubireewo, era ekikolimo eky’omu ssuula ey’amakumi abiri mu mukaaga kye kifaananyi ekikontana nakyo mu kulabula kw’endagaano okw’essuula zombi.</w:t>
      </w:r>
    </w:p>
    <w:p>
      <w:pPr>
        <w:pStyle w:val="ArticleBody"/>
        <w:jc w:val="left"/>
      </w:pPr>
      <w:r>
        <w:rPr>
          <w:rFonts w:ascii="Times New Roman" w:hAnsi="Times New Roman" w:eastAsia="Times New Roman" w:cs="Times New Roman"/>
        </w:rPr>
        <w:t>Enteekateeka ey’omu makkati ey’ennamba erabikira mu Eby’Abaleevi 25:8 (“emyaka musanvu emirundi musanvu”). Mu bwangu ddala egattibwa ku musango ogw’emirundi ena ogwa “emirundi musanvu” oguli mu Eby’Abaleevi 26. N’olwekyo, enteekateeka eyo ey’ennamba ey’omu makkati ekiikirira byombi omukisa n’ekikolimo, ng’ekola obujulirwa obufunye okuddiŋŋana mu kitabo kya Eby’Abaleevi. Enteekateeka ey’ennamba ey’omukisa oba ey’ekikolimo kya Yobuuli eteekebwa wakati mu musango gwa Lameka n’okutegeera kwa Yesu ku nsalo y’ekiseera eky’okugezesebwa. Ebyo byonna bisatu awamu biraga ensalo ey’okugezesebwa, era bwe lunaatuuka ku nkomerero yaakyo kiriraga ekibiina ekimu ekirina omukisa n’ekibiina ekimu ekirina ekikolimo. Alfa ne Omega, ebikiikirira obubaka bwa malayika ow’olubereberye n’ow’okusatu, biraga bina mu kyenda nga akabonero k’ekiseera eky’okugezesebwa. Kino bwe kigattibwa ku kikolimo oba omukisa gwa Yobuuli, amazima gano gafuuka amakulu bwe tusembera okuyiga Ezeekyeri essuula emu olunyiriri olusooka, eriteeka Ezeekyeri mu mwaka ogw’amakumi asatu ogw’enzirukanya eya Yobuuli ey’ekkumi n’omusanvu.</w:t>
      </w:r>
    </w:p>
    <w:p>
      <w:pPr>
        <w:pStyle w:val="ArticleBody"/>
        <w:jc w:val="left"/>
      </w:pPr>
      <w:r>
        <w:rPr>
          <w:rFonts w:ascii="Times New Roman" w:hAnsi="Times New Roman" w:eastAsia="Times New Roman" w:cs="Times New Roman"/>
        </w:rPr>
        <w:t>Enzirukanya eyo eya Yobuule yali ekomekkedde nga October 22, 573 BC, era teyalaga October 22, 1844 yokka, wabula n’amateeka ga Ssande agali kumpi okujja. Kati tuli mu 2026, gwe mwaka ogwa amakumi ana mu musanvu ogw’enzirukanya eya Yobuule ey’ensanvu. Enzirukanya eno eya Yobuule ebaliddwa ng’eyafaananyizibwa n’enzirukanya eya Yobuule “ey’ekkumi n’omusanvu,” Ezeekyeri mwe yayimirira mu mwaka ogw’amakumi asatu. Yali ayimiridde mu yeekaalu, ng’akiikirira emitwalo kikumi mu ana mu enkumi nnya, abo abayingidde mu Kifo Ekisinga Obutukuvu olw’okukkiriza ku nkomerero y’omusango, nga bwe kyali eri abeesigwa oluvannyuma lwa October 22, 1844. Obutalaba “ensonga yennyini” ey’awantu Ezeekyeri gy’ali mu byafaayo eby’obunnabbi mu ssuula esooka n’olunyiriri olusooka, kwe kufiirwa “okumanya gy’oli.”</w:t>
      </w:r>
    </w:p>
    <w:p>
      <w:pPr>
        <w:pStyle w:val="ArticleBody"/>
        <w:jc w:val="left"/>
      </w:pPr>
      <w:r>
        <w:rPr>
          <w:rFonts w:ascii="Times New Roman" w:hAnsi="Times New Roman" w:eastAsia="Times New Roman" w:cs="Times New Roman"/>
        </w:rPr>
        <w:t>Oluvannyuma lw’okulaba ekitiibwa kya Mukama ekyamuweebwa ku mugga Kebali, Ezeekyeri akakkanyizibwa n’atuuka mu nfuufu nga bwe kyali eri Danyeri, Isaaya ne Yokaana. Awo ebyokulabirako ebyo byonna ebina biwa ebintu ebikola okufukibwako amafuta okw’abo abali okuwa obubaka eri ekkanisa etaliraba wadde okuwulira.</w:t>
      </w:r>
    </w:p>
    <w:p>
      <w:pPr>
        <w:pStyle w:val="ArticleBody"/>
        <w:jc w:val="left"/>
      </w:pPr>
      <w:r>
        <w:rPr>
          <w:rFonts w:ascii="Times New Roman" w:hAnsi="Times New Roman" w:eastAsia="Times New Roman" w:cs="Times New Roman"/>
        </w:rPr>
        <w:t>Mu kitabo kya Ezeekyeri mulimu ennaku mukaaga ezikwata ku Yerusaalemi. Twasooka dda okukwata ku nnaku esooka n’esembayo eziri mu ssuula esooka, olunyiriri olusooka n’olwokubiri, ate ne mu ssuula amakumi ana, olunyiriri olusooka. Nakwata ku lunaku olwokubiri oluli mu ssuula munaana n’olunyiriri olusooka, naye nnalukwataako mu ngeri yaalwo ey’obubonero bwokka, so si kuluteeka mu nkwatagana n’okuzingiza n’okuzikirizibwa kwa Yerusaalemi, era ekitabo kyonna kyetooloolera ku mwango ogwo. Yerusaalemi yazikirizibwa ku nkomerero ya 586/585 BC. Era mu Ezeekyeri 33:21 omudduki yatuuka ng’aleese amawulire ag’okugwa kwa Yerusaalemi.</w:t>
      </w:r>
    </w:p>
    <w:p>
      <w:pPr>
        <w:pStyle w:val="ArticleScripture"/>
        <w:jc w:val="left"/>
      </w:pPr>
      <w:r>
        <w:rPr>
          <w:rFonts w:ascii="Times New Roman" w:hAnsi="Times New Roman" w:eastAsia="Times New Roman" w:cs="Times New Roman"/>
        </w:rPr>
        <w:t>Awo olwatuuka mu mwaka ogw’ekkumi n’ebiri ogw’obusibe bwaffe, mu mwezi ogw’ekkumi, ku lunaku olw’okutaano olw’omwezi, nti eyali awonye okuva e Yerusaalemi n’ajja gye ndi ng’agamba nti, Ekibuga kikubiddwa. Era omukono gwa Mukama gwali ku nze akawungeezi, nga oyo eyali awonye tannajja; era yali yaggulawo akamwa kange okutuusa lwe yajja gye ndi enkya; akamwa kange ne kaggulwawo, so ne ssiba nate kasiru. Ezekyeri 33:21, 22.</w:t>
      </w:r>
    </w:p>
    <w:p>
      <w:pPr>
        <w:pStyle w:val="ArticleBody"/>
        <w:jc w:val="left"/>
      </w:pPr>
      <w:r>
        <w:rPr>
          <w:rFonts w:ascii="Times New Roman" w:hAnsi="Times New Roman" w:eastAsia="Times New Roman" w:cs="Times New Roman"/>
        </w:rPr>
        <w:t>Mu mwaka ogw’ekkumi n’ebiri ekibuga ne kimenyebwa, era olwo Ezeekyeri n’alyoka aba wa ddembe okwogera nga bw’ayagala. Okwolesebwa okwa Ezeekyeri essuula ey’omunaana kwali mu mwaka ogw’omukaaga, kale nga kumpi emyaka mukaaga nga tekinnamenyebwa.</w:t>
      </w:r>
    </w:p>
    <w:p>
      <w:pPr>
        <w:pStyle w:val="ArticleScripture"/>
        <w:jc w:val="left"/>
      </w:pPr>
      <w:r>
        <w:rPr>
          <w:rFonts w:ascii="Times New Roman" w:hAnsi="Times New Roman" w:eastAsia="Times New Roman" w:cs="Times New Roman"/>
        </w:rPr>
        <w:t>Awo olwatuuka mu mwaka ogw’omukaaga, mu mwezi ogw’omukaaga, ku lunaku olw’okutaano olw’omwezi, bwe nnali ntudde mu nnyumba yange, n’abakadde ba Yuda nga batudde mu maaso gange, omukono gwa Mukama Katonda ne gungwako eyo ku nze. Ezeekyeri 8:1.</w:t>
      </w:r>
    </w:p>
    <w:p>
      <w:pPr>
        <w:pStyle w:val="ArticleBody"/>
        <w:jc w:val="left"/>
      </w:pPr>
      <w:r>
        <w:rPr>
          <w:rFonts w:ascii="Times New Roman" w:hAnsi="Times New Roman" w:eastAsia="Times New Roman" w:cs="Times New Roman"/>
        </w:rPr>
        <w:t>Mu mwaka ogwaddako, gwe gwali omwaka ogw’omusanvu, abakadde baagenda eri Ezeekyeri okubuuza ku Mukama.</w:t>
      </w:r>
    </w:p>
    <w:p>
      <w:pPr>
        <w:pStyle w:val="ArticleScripture"/>
        <w:jc w:val="left"/>
      </w:pPr>
      <w:r>
        <w:rPr>
          <w:rFonts w:ascii="Times New Roman" w:hAnsi="Times New Roman" w:eastAsia="Times New Roman" w:cs="Times New Roman"/>
        </w:rPr>
        <w:t>Awo olwatuuka mu mwaka ogw’omusanvu, mu mwezi ogw’okutaano, ku lunaku olw’ekkumi olw’omwezi, abamu ku bakadde ba Isiraeri ne bajja okwebuuza ku Mukama, ne batuula mu maaso gange. Ezeekyeri 20:1.</w:t>
      </w:r>
    </w:p>
    <w:p>
      <w:pPr>
        <w:pStyle w:val="ArticleBody"/>
        <w:jc w:val="left"/>
      </w:pPr>
      <w:r>
        <w:rPr>
          <w:rFonts w:ascii="Times New Roman" w:hAnsi="Times New Roman" w:eastAsia="Times New Roman" w:cs="Times New Roman"/>
        </w:rPr>
        <w:t>Awo mu mwaka ogw’omwenda, okuzingiza okw’amaza emyaka gumu n’ekitundu ne kutandika.</w:t>
      </w:r>
    </w:p>
    <w:p>
      <w:pPr>
        <w:pStyle w:val="ArticleScripture"/>
        <w:jc w:val="left"/>
      </w:pPr>
      <w:r>
        <w:rPr>
          <w:rFonts w:ascii="Times New Roman" w:hAnsi="Times New Roman" w:eastAsia="Times New Roman" w:cs="Times New Roman"/>
        </w:rPr>
        <w:t>Awo nate mu mwaka ogw’omwenda, mu mwezi ogw’ekkumi, ku lunaku olw’ekkumi olw’omwezi, ekigambo kya Mukama ne kinjijira, nga kyogera nti, Omwana w’omuntu, weewandiikire erinnya ly’olunaku, lwe lunaku luno lwenyini: kabaka w’e Babulooni azingizizza Yerusaalemi ku lunaku luno lwenyini. Ezeekyeri 24:1, 2.</w:t>
      </w:r>
    </w:p>
    <w:p>
      <w:pPr>
        <w:pStyle w:val="ArticleBody"/>
        <w:jc w:val="left"/>
      </w:pPr>
      <w:r>
        <w:rPr>
          <w:rFonts w:ascii="Times New Roman" w:hAnsi="Times New Roman" w:eastAsia="Times New Roman" w:cs="Times New Roman"/>
        </w:rPr>
        <w:t>Buli emu ku nnaku zino buukiikirira akabonero akalambika obulamu obw’ennaku ez’oluvannyuma, kubanga Pawulo agamba nti Isirayiri ow’edda kye kyokulabirako eri abo ababeera ku nkomerero y’ensi.</w:t>
      </w:r>
    </w:p>
    <w:p>
      <w:pPr>
        <w:pStyle w:val="ArticleScripture"/>
        <w:jc w:val="left"/>
      </w:pPr>
      <w:r>
        <w:rPr>
          <w:rFonts w:ascii="Times New Roman" w:hAnsi="Times New Roman" w:eastAsia="Times New Roman" w:cs="Times New Roman"/>
        </w:rPr>
        <w:t>Era ebyo byonna byabatuukako okuba ebyokulabirako; era byawandiikibwa olw’okutulabula ffe, abatuukiddwako enkomerero z’emirembe. Kale oyo alowooza nti ayimiridde yeekuumenga aleme okugwa. 1 Abakkolinso 10:11, 12.</w:t>
      </w:r>
    </w:p>
    <w:p>
      <w:pPr>
        <w:pStyle w:val="ArticleBody"/>
        <w:jc w:val="left"/>
      </w:pPr>
      <w:r>
        <w:rPr>
          <w:rFonts w:ascii="Times New Roman" w:hAnsi="Times New Roman" w:eastAsia="Times New Roman" w:cs="Times New Roman"/>
        </w:rPr>
        <w:t>Olunaku lwonna omukaaga olukwata ku Yerusaalemi lubeerawo wakati w’olunaku olusooka oluli mu ssuula emu, olunyiriri olusooka, n’olunaku olusembayo oluli mu ssuula amakumi ana, olunyiriri olusooka. Ennaku ezo ebbiri zitegeeza omwaka ogw’okutaano oguli mu ssuula emu, gwe gwali 592 BC, n’omwaka ogw’amakumi abiri mu etaano oguli mu ssuula amakumi ana, gwe gwali 573 BC. Ku mutendera gw’ennyiriri ku nnyiriri, Ezeekyeri alina olunyiriri lwa Misiri, oluzingiramu n’okwogerwako kwa Ttuulo, era n’olunyiriri lwa Yerusaalemi. Olunyiriri lwa Misiri lulina obubonero musanvu obw’enkomeredde ddala, (nga Ttuulo mweri mubeereddemu), ate Yerusaalemi alina mukaaga. Wamu n’ennyiriri zino kuliko olunyiriri lwa Yosiya n’omutendera ogw’ekkumi n’omusanvu ogwa Yubireyo. Naye olunyiriri olulagibwa awatali lunaku olwogerwako butereevu luba mu ssuula ena, era olunyiriri lwa ssuula ena lulina enzigi z’ebyuma ebiwerako ku nnamuziga Ezeekyeri ze yalaba bwe yatunuulira mu Kifo Ekisinga Obutukuvu. Era era lusitudde amazima ag’akabonero agawerako.</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Omuwendo guno ebikumi bina mu asatu gukiikirira endagaano ey’emirembe gyonna, era mu ssuula ey’okuna Ezeekyeri akozesebwa Mukama ng’olugero olulamu, olugero oluzingiramu omuwendo ogw’ebikumi bina mu asatu.</w:t>
      </w:r>
    </w:p>
    <w:p>
      <w:pPr>
        <w:pStyle w:val="ArticleScripture"/>
        <w:jc w:val="left"/>
      </w:pPr>
      <w:r>
        <w:rPr>
          <w:rFonts w:ascii="Times New Roman" w:hAnsi="Times New Roman" w:eastAsia="Times New Roman" w:cs="Times New Roman"/>
        </w:rPr>
        <w:t>Era ggwe, omwana w’omuntu, weeteerawo ekipande, okiteeke mu maaso go, okisaleeko ekifaananyi ky’ekibuga, ye Yerusaalemi. Era okizingize n’olutalo, okizimbeko ekigo, okikubireko olusozi olw’entalo; oteekewo n’olusiisira okwolekera, era oteekewo embazzi ezimenyamenya enkomera okukyetooloola. Era weetereereze essowaani ey’ekyuma, ogiteeke okubeera bbugwe wa kyuma wakati wo n’ekibuga; okyuse amaaso go eri kyo, era kirizingizibwa, naawe oligizingiza. Kino kiriba kabonero eri ennyumba ya Isirayiri. Era weebake ku lubiriizi lwo olwa kkono, ossenga obutali butuukirivu obw’ennyumba ya Isirayiri ku lwo: ng’omuwendo gw’ennaku z’oligwebakerako bwe guli, bw’otyo bw’olitikka obutali butuukirivu bwabwe. Kubanga nkuteereddeko emyaka gy’obutali butuukirivu bwabwe ng’omuwendo gw’ennaku bwe guli, ennaku ebikumi bisatu mu kyenda: bw’otyo bw’olitikka obutali butuukirivu obw’ennyumba ya Isirayiri. Era bw’olimala ebyo, oddemu weebake ku lubiriizi lwo olwa ddyo, era olitikka obutali butuukirivu obw’ennyumba ya Yuda ennaku amakumi ana: buli lunaku nkuluteereddewo okubeera omwaka. Kale olyoke otooze amaaso go eri okuzingiza kwa Yerusaalemi, omukono gwo nga gubikkuddwa, era olikiragulaako. Era laba, ndikussaako enjegere, so tolyeva ku lubiriizi lumu okudda ku luli, okutuusa ng’omaze ennaku ez’okuzingiza kwo. Ezeekyeri 4:1–8.</w:t>
      </w:r>
    </w:p>
    <w:p>
      <w:pPr>
        <w:pStyle w:val="ArticleBody"/>
        <w:jc w:val="left"/>
      </w:pPr>
      <w:r>
        <w:rPr>
          <w:rFonts w:ascii="Times New Roman" w:hAnsi="Times New Roman" w:eastAsia="Times New Roman" w:cs="Times New Roman"/>
        </w:rPr>
        <w:t>Okuzingizibwa kwa Yerusaalemi, nga bwe kulagibwa Ezeekyeri, “kabonero,” nga bwe kyali n’okuzingizibwa okwakolebwa ku Yerusaalemi Kesutiya mu mwaka gwa 66. Ng’annyonnyola engeri Yesu gye yalaga okuzikirizibwa kwa Yerusaalemi, Mwannyinaffe White atutegeeza nti okutuukirira “okw’obutereevu” okw’okuzikirizibwa kwa Yerusaalemi kuli mu nnaku ez’oluvannyuma. Akabonero ak’okuzikirizibwa okwali ku bajulirwa ababiri, abakiikirirwa Nebukadduneeza ne Kesutiya, kalaga nti akabonero ak’okuzingizibwa, ke kabonero ak’okusembera kw’etteeka lya Ssande.</w:t>
      </w:r>
    </w:p>
    <w:p>
      <w:pPr>
        <w:pStyle w:val="ArticleHeading"/>
        <w:jc w:val="left"/>
      </w:pPr>
      <w:r>
        <w:rPr>
          <w:rFonts w:ascii="Arial" w:hAnsi="Arial" w:eastAsia="Arial" w:cs="Arial"/>
        </w:rPr>
        <w:t>Olunaku ku Mwaka</w:t>
      </w:r>
    </w:p>
    <w:p>
      <w:pPr>
        <w:pStyle w:val="ArticleBody"/>
        <w:jc w:val="left"/>
      </w:pPr>
      <w:r>
        <w:rPr>
          <w:rFonts w:ascii="Times New Roman" w:hAnsi="Times New Roman" w:eastAsia="Times New Roman" w:cs="Times New Roman"/>
        </w:rPr>
        <w:t>Mu kitundu kye tulowoozaako, era tulabamu ekijuliziddwa mu Baibuli ekya omega eri etteeka eryasinga obukulu ery’okuvvuunula obunnabbi erya William Miller mu ntambula ey’omusingi ey’obubaka bw’omumalaika ow’olubereberye n’owookubiri. Alpha y’omusingi gw’olunaku olw’emyaka era yali kabonero ka omega, kubanga alpha y’omusingi gw’olunaku olw’emyaka yateekebwawo mu kitabo kya Kubarwa ng’ekikemo eky’ekkumi era eky’enkomerero, Isiraeri kye yaleemwa, ne beeretereza okufa mu ddungu mu myaka amakumi ana egy’okutambulatambula mu ddungu.</w:t>
      </w:r>
    </w:p>
    <w:p>
      <w:pPr>
        <w:pStyle w:val="ArticleScripture"/>
        <w:jc w:val="left"/>
      </w:pPr>
      <w:r>
        <w:rPr>
          <w:rFonts w:ascii="Times New Roman" w:hAnsi="Times New Roman" w:eastAsia="Times New Roman" w:cs="Times New Roman"/>
        </w:rPr>
        <w:t>Abaana bammwe balibungeetera mu ddungu emyaka amakumi ana, era balisitula obwenzi bwammwe okutuusa emirambo gyammwe lwe girimalirwawo mu ddungu. Nga bwe gwali omuwendo gw’ennaku ze mwakeberaamu ensi, ennaku amakumi ana, buli lunaku nga lwe mwaka gumu, bwe mutyo bwe mulisitula obutali butuukirivu bwammwe emyaka amakumi ana, era mulimanya okwawukana kwange ku kye nnasuubiza. Nze Mukama njogedde nti ddala ndibikola eri ekibiina kino kyonna ekibi, abakuŋŋaanye awamu okunjeemera: mu ddungu lino mwe baliggweerwawo, era eyo mwe balifiira. Kubarwa 14:33–35.</w:t>
      </w:r>
    </w:p>
    <w:p>
      <w:pPr>
        <w:pStyle w:val="ArticleBody"/>
        <w:jc w:val="left"/>
      </w:pPr>
      <w:r>
        <w:rPr>
          <w:rFonts w:ascii="Times New Roman" w:hAnsi="Times New Roman" w:eastAsia="Times New Roman" w:cs="Times New Roman"/>
        </w:rPr>
        <w:t>Amakulu ag’obunnabbi agali mu kuba ng’omusingi gw’olunaku okuba omwaka gumanyiddwa mu bujeemu obw’enkomerero obw’enkola ey’okukemebwa ey’emitendera kkumi, etandikira ku kusomoka Ennyanja Emmyufu, era ng’omusingi gwe gumu gwongera nate okulangirirwa nga Yerusaalemi eri kumpi okuzingizibwa n’okuzikirizibwa, galina okutegeerwa era okukozesebwa mu kitundu kye tulowoozaako; era n’amakulu agali mu kuba “okuzingiza” kye “kabonero” galina okutwalibwa bwe gatyo.</w:t>
      </w:r>
    </w:p>
    <w:p>
      <w:pPr>
        <w:pStyle w:val="ArticleBody"/>
        <w:jc w:val="left"/>
      </w:pPr>
      <w:r>
        <w:rPr>
          <w:rFonts w:ascii="Times New Roman" w:hAnsi="Times New Roman" w:eastAsia="Times New Roman" w:cs="Times New Roman"/>
        </w:rPr>
        <w:t>Olunyiriri lw’ebyafaayo olukung’aanyizibwa nga bakozesa “okuzingiza” Yerusaalemi ng’akabonero lulina okutegeerwa, kubanga lufuuka “ekyuma ekikwataganya” bwe kityo bwe kyogerwa, era mu ngeri ey’akafaananyi, akabonero k’okuzingiza kaliko emiguwa mingi egyekuŋŋaanyako. Akabonero k’okuzingiza mpozzi kye kitundu ekisinga obukulu mu Ezeekyeri, era akabonero kano kasobozesa Empologoma ey’ekika kya Yuda okufulumya obutuukirivu okuva mu ekyo Ezeekyeri kye yasooka okulabika ng’akawunguwungu. “Akabonero” k’okuzingiza, omusingi gw’omwaka okuba olunaku, n’ennyiriri ez’obunnabbi ezikuŋŋaanyizibwa n’okuzingiza, birina okulowoozebwako mu mbeera nti bina mu kikumi mu amakumi asatu biraga endagaano etaggwaawo.</w:t>
      </w:r>
    </w:p>
    <w:p>
      <w:pPr>
        <w:pStyle w:val="ArticleHeading"/>
        <w:jc w:val="left"/>
      </w:pPr>
      <w:r>
        <w:rPr>
          <w:rFonts w:ascii="Arial" w:hAnsi="Arial" w:eastAsia="Arial" w:cs="Arial"/>
        </w:rPr>
        <w:t>Endagaano</w:t>
      </w:r>
    </w:p>
    <w:p>
      <w:pPr>
        <w:pStyle w:val="ArticleScripture"/>
        <w:jc w:val="left"/>
      </w:pPr>
      <w:r>
        <w:rPr>
          <w:rFonts w:ascii="Times New Roman" w:hAnsi="Times New Roman" w:eastAsia="Times New Roman" w:cs="Times New Roman"/>
        </w:rPr>
        <w:t>N’amugamba Ibulayimu nti, Tegeera mazima ddala ng’ezzadde lyo liriba bagenyi mu nsi etali yaabwe, era balibakoleranga; era balibanyigiriza emyaka ebikumi bina. Olubereberye 15:13.</w:t>
      </w:r>
    </w:p>
    <w:p>
      <w:pPr>
        <w:pStyle w:val="ArticleBody"/>
        <w:jc w:val="left"/>
      </w:pPr>
      <w:r>
        <w:rPr>
          <w:rFonts w:ascii="Times New Roman" w:hAnsi="Times New Roman" w:eastAsia="Times New Roman" w:cs="Times New Roman"/>
        </w:rPr>
        <w:t>Mukama yayingira mu ndagaano ne Ibulayimu mu nkola ey’emitendera esatu, era ogusooka ku mitendera egyo esatu gwalimu obunnabbi nti ezzadde lya Ibulayimu lyandibadde basibe mu Misiri okumala emyaka ebikumi bina. Mu mutendera ogwokubiri Ibulayimu yaweebwa omukolo ogw’okukomolebwa, era omutendera ogwokusatu gwali ssaddaaka ya Isaaka ku Lusozi Moliya. Emyaka ebikumi bina gyayogerwako mu alfa y’emitendera esatu Mukama gye yatwala mu kuyimusa n’okuyingira mu ndagaano n’abantu abalonde. Abo bantu b’endagaano abalonde baayawulibwa ne Katonda mu kukubibwa amayinja kwa Siteefano mu mwaka 34, era oluvannyuma Pawulo, omutume omulonde eri ab’amawanga, n’alaga emyaka egyo ebikumi bina ng’egiri — emyaka ebikumi bina mu amakumi asatu.</w:t>
      </w:r>
    </w:p>
    <w:p>
      <w:pPr>
        <w:pStyle w:val="ArticleScripture"/>
        <w:jc w:val="left"/>
      </w:pPr>
      <w:r>
        <w:rPr>
          <w:rFonts w:ascii="Times New Roman" w:hAnsi="Times New Roman" w:eastAsia="Times New Roman" w:cs="Times New Roman"/>
        </w:rPr>
        <w:t>Era kino kye njogera: endagaano Katonda gye yasooka okunyweza mu Kristo, amateeka agaajja emyaka ebikumi bina mu asatu oluvannyuma, tegasobola kugisazaamu, n’okufuula ekisuubizo obutabaako kye kikola. Olubereberye 3:17.</w:t>
      </w:r>
    </w:p>
    <w:p>
      <w:pPr>
        <w:pStyle w:val="ArticleBody"/>
        <w:jc w:val="left"/>
      </w:pPr>
      <w:r>
        <w:rPr>
          <w:rFonts w:ascii="Times New Roman" w:hAnsi="Times New Roman" w:eastAsia="Times New Roman" w:cs="Times New Roman"/>
        </w:rPr>
        <w:t>Omuwendo ogukiikirira endagaano gwe bina n’asatu, naye abajulirwa ababiri, Ibulayimu ne Sawulo, bombi abaakyusibwa amannya gaabwe ne bafuuka Ibulayimu ne Pawulo mu buli kimu, balaga ebiseera bibiri eby’enjawulo ebikola omuwendo gwonna ogw’ebina n’asatu. Katonda bw’akyusa erinnya ly’emmeeme, kiba kabonero akalaga enkolagana ey’endagaano wakati w’emmeeme eyo ne Katonda. N’olwekyo emyaka ebina n’asatu gwe mugatte oguva mu kugatta emiwendo ebiri egy’enjawulo, nga bwe kiri ku bina bya Ibulayimu n’okwongerako Pawulo asatu. Ezeekyeri yagalamira ku luuyi lwe olwa kkono okumala ennaku bisatu mu kyenda, n’alyoka ku luuyi lwe olwa ddyo okumala ennaku amakumi ana; nga kino kiraga emiwendo ebiri nga omugatte gwayo gwonna gwe bina n’asatu.</w:t>
      </w:r>
    </w:p>
    <w:p>
      <w:pPr>
        <w:pStyle w:val="ArticleBody"/>
        <w:jc w:val="left"/>
      </w:pPr>
      <w:r>
        <w:rPr>
          <w:rFonts w:ascii="Times New Roman" w:hAnsi="Times New Roman" w:eastAsia="Times New Roman" w:cs="Times New Roman"/>
        </w:rPr>
        <w:t>Mu Lubereberye essuula ey’ekkumi n’emu, endagaano ey’okufa eyaleetebwa amangu ddala oluvannyuma lw’amazzi amatabivu olw’obujeemu bwa Nimuloodi eraga enjawulo wakati w’endagaano bbiri. Ebitundu by’omunaala gwa Baaberi bitegeeza abantu ab’endagaano ya Setaani ey’okwerokola bokka, abaali ba kusalirwa omusango era basaasanyizibwe. Mu ssuula y’emu, olulyo lw’Abaebbulaniya luyingizibwa olw’okuzaalibwa kwa Eberi, ekiraga okutandika kw’abantu abalonde okukiikirira endagaano ey’obulamu, ng’ebyawukana ku ndagaano ya Nimuloodi ey’okufa.</w:t>
      </w:r>
    </w:p>
    <w:p>
      <w:pPr>
        <w:pStyle w:val="ArticleScripture"/>
        <w:jc w:val="left"/>
      </w:pPr>
      <w:r>
        <w:rPr>
          <w:rFonts w:ascii="Times New Roman" w:hAnsi="Times New Roman" w:eastAsia="Times New Roman" w:cs="Times New Roman"/>
        </w:rPr>
        <w:t>Era Eberi n’amala emyaka amakumi asatu mu ena, n’azaala Peregi: era Eberi n’amala, oluvannyuma lw’okuzaala Peregi, emyaka ebikumi bina mu amakumi asatu, n’azaala abaana ab’obulenzi n’ab’obuwala. Era Peregi n’amala emyaka amakumi asatu, n’azaala Rewu. Olubereberye 11:16–18.</w:t>
      </w:r>
    </w:p>
    <w:p>
      <w:pPr>
        <w:pStyle w:val="ArticleBody"/>
        <w:jc w:val="left"/>
      </w:pPr>
      <w:r>
        <w:rPr>
          <w:rFonts w:ascii="Times New Roman" w:hAnsi="Times New Roman" w:eastAsia="Times New Roman" w:cs="Times New Roman"/>
        </w:rPr>
        <w:t>Mu essuula ey’ekkumi ey’Olubereberye, Eberi ne Peregi be baasooka okwogerwako.</w:t>
      </w:r>
    </w:p>
    <w:p>
      <w:pPr>
        <w:pStyle w:val="ArticleScripture"/>
        <w:jc w:val="left"/>
      </w:pPr>
      <w:r>
        <w:rPr>
          <w:rFonts w:ascii="Times New Roman" w:hAnsi="Times New Roman" w:eastAsia="Times New Roman" w:cs="Times New Roman"/>
        </w:rPr>
        <w:t>Era Eberi ne bamuzaalibwa abaana babiri; erinnya ly’omu lyali Pelegi; kubanga mu mirembe gye ensi yagabanyizibwamu; n’erinnya lya muganda we lyali Yokutaani. Olubereberye 10:25.</w:t>
      </w:r>
    </w:p>
    <w:p>
      <w:pPr>
        <w:pStyle w:val="ArticleBody"/>
        <w:jc w:val="left"/>
      </w:pPr>
      <w:r>
        <w:rPr>
          <w:rFonts w:ascii="Times New Roman" w:hAnsi="Times New Roman" w:eastAsia="Times New Roman" w:cs="Times New Roman"/>
        </w:rPr>
        <w:t>Peleg kitegeeza okugabanyizibwamu oba okwawukana, era mu mirembe gya Peleg okugabanyizibwamu kw’ebika bibiri eby’abantu ab’endagaano kulagibwa n’ebyafaayo by’omunaala gwa Babeli n’obujeemu bwa Nimrodi. Eberi yamala emyaka ebikumi bina mu nkaaga mu ena, naye oluvannyuma lwa Peleg (okugabanyizibwamu) okuzaalibwa, yamala emyaka ebikumi bina mu asatu. Buli nsonga erina gye yolekera, era ebikumi bina mu asatu gwe muwendo Pawulo gw’atadde ku bunnabbi bw’endagaano ya Ibulayimu. Newaakubadde ng’omuwendo ebikumi bina mu asatu gukwataganyizibwa n’obulamu bwa Eberi oluvannyuma lw’okuzaalibwa kwa Peleg, emyaka amakumi asatu mu ena egy’olubereberye obulamu bwe gyogerwako ng’“ena mu asatu,” ekitegeeza ddala emyaka amakumi asatu mu ena, naye mu kwogera okwangu kw’emyaka egyo amakumi asatu mu ena kisomebwa “ena” ne “asatu” (430). Awo ne wajja ebikumi bina mu asatu, olwo n’okusooka okwogerwako ku bulamu bwa Peleg kwe “asatu.”</w:t>
      </w:r>
    </w:p>
    <w:p>
      <w:pPr>
        <w:pStyle w:val="ArticleBody"/>
        <w:jc w:val="left"/>
      </w:pPr>
      <w:r>
        <w:rPr>
          <w:rFonts w:ascii="Times New Roman" w:hAnsi="Times New Roman" w:eastAsia="Times New Roman" w:cs="Times New Roman"/>
        </w:rPr>
        <w:t>Eberi gwe musisi gw’erinnya “Omwebbulaniya,” era kwe kusooka okwogerwako ku Bebbulaniya, abaali bagenda okuba abantu abalonde ab’endagaano. Eberi kitegeeza okusomoka; bwe kityo n’aba kabonero akalaga abantu b’endagaano abasomoka okuva ku nsi eno okutuuka ku nsi empya, nga abaana ba Ibulayimu bwe baakola bwe baasomoka Ennyanja Emmyufu nga bagenda mu Nsi Eyo Easuubizibwa. Okubulubuuta mu ddungu okumala emyaka amakumi ana kwalobera okusomoka okwo, naye ku nkomerero y’emyaka egyo amakumi ana baasomoka Yoludaani ne bayingira mu Nsi Eyo Easuubizibwa, bwe kityo nga bakyoleka okusomoka okw’enkomerero okw’abantu ba Katonda. Pelegi akiikirira ebyafaayo eby’omu kiseera awo okugabanyizibwamu kw’abantu mu bantu babiri ab’endagaano kwe kwasookera ddala okubaawo ku kigo kya Nimuloodi. Akabonero k’endagaano ya Nimuloodi ey’okufa kwe kutabulwatabulwa, ate akabonero k’endagaano y’Obwebbulaniya ey’obulamu kye myaka ebikumi bina mu amakumi asatu egy’obulamu bwa Eberi nga okugabanyizibwamu okukiikirirwa Pelegi tekunnabaawo. Erinnya Pelegi era liteeka akabonero ku mazima ag’ennamba ag’obubonero, kubanga emyaka ebikumi bina mu amakumi asatu egya Eberi yagabanyizibwamu ennamba bbiri, era Pelegi akiikirira okwawula ebikumi bina ku nnamba amakumi asatu.</w:t>
      </w:r>
    </w:p>
    <w:p>
      <w:pPr>
        <w:pStyle w:val="ArticleBody"/>
        <w:jc w:val="left"/>
      </w:pPr>
      <w:r>
        <w:rPr>
          <w:rFonts w:ascii="Times New Roman" w:hAnsi="Times New Roman" w:eastAsia="Times New Roman" w:cs="Times New Roman"/>
        </w:rPr>
        <w:t>Bina na amakumi asatu birimu ebitundu bibiri. Emyaka ebina egy’endagaano ya Ibulayimu awamu n’emyaka amakumi asatu egyongerwako Pawulo gye yalaga. Okweyongera kw’okumanya okuleeta okudda obuggya okw’enkomerero okw’abantu ba Katonda kulagibwa mu ssuula ey’ekkumi n’ebiri eya Danyeri, awali akabonero ako ak’ebitundu bibiri ak’endagaano ey’olubeerera kaayogerwako mu ngeri ey’enjawulo, era ne kateekebwawo mu lunyiriri 9/11.</w:t>
      </w:r>
    </w:p>
    <w:p>
      <w:pPr>
        <w:pStyle w:val="ArticleScripture"/>
        <w:jc w:val="left"/>
      </w:pPr>
      <w:r>
        <w:rPr>
          <w:rFonts w:ascii="Times New Roman" w:hAnsi="Times New Roman" w:eastAsia="Times New Roman" w:cs="Times New Roman"/>
        </w:rPr>
        <w:t>Awo n’agamba nti, Genda mu maaso go, Danyeri: kubanga ebigambo bino bisibiddwa era biteekeddwako akabonero okutuusa ku biro eby’enkomerero. Bangi balitukuzibwa, era balirongoosibwa ne baba balungi; era balikemebwa; naye ababi balikola ebibi: so tewali ku babi alitegeera; naye abagezi balitegeera. Era okuva ku biro ekitambiro eky’emirembe gyonna lwe kiriggibwawo, n’eky’omuzizo ekizikiriza lwe kiriteekebwawo, walibaawo ennaku lukumi mu bikumi bibiri mu kyenda. Danyeri 12:9–11.</w:t>
      </w:r>
    </w:p>
    <w:p>
      <w:pPr>
        <w:pStyle w:val="ArticleBody"/>
        <w:jc w:val="left"/>
      </w:pPr>
      <w:r>
        <w:rPr>
          <w:rFonts w:ascii="Times New Roman" w:hAnsi="Times New Roman" w:eastAsia="Times New Roman" w:cs="Times New Roman"/>
        </w:rPr>
        <w:t>Okuggulwawo okw’enkomerero okuvaamu enkola ey’okugezesebwa ey’emitendera esatu, nga bwe kiragiddwa mu lunyiriri olw’ekkumi ng’“abalongooseddwa, ne bafuulibwa abeeru, ne bagezesebwa,” kukwatagana n’emyaka lukumi mu bibiri mu kyenda. Okutegeera okw’abasooka ku lunyiriri olwo kwe kugamba nti okuggyibwawo kw’okuziyiza okw’obupagaani mu 508 kwatandika enkola ey’emyaka amakumi asatu eyaviirako okuteekebwawo kw’obwa papa ng’obwakabaka obwokutaano obw’obunnabbi bwa Bayibuli mu 538, era ne bufuga ng’obwakabaka obwokutaano obw’obunnabbi bwa Bayibuli okutuusa emyaka lukumi mu bibiri mu nkaaga lwe gyaggwaako mu 1798. Emyaka amakumi asatu okuva mu 508 okutuuka mu 538 era Pawulo agitwala ng’“okusooka okuggwa okuva ku mazima,” mu 2 Abasessalonika.</w:t>
      </w:r>
    </w:p>
    <w:p>
      <w:pPr>
        <w:pStyle w:val="ArticleBody"/>
        <w:jc w:val="left"/>
      </w:pPr>
      <w:r>
        <w:rPr>
          <w:rFonts w:ascii="Times New Roman" w:hAnsi="Times New Roman" w:eastAsia="Times New Roman" w:cs="Times New Roman"/>
        </w:rPr>
        <w:t>Mu 2 Abasesalonika ensonga eri ku nkolagana wakati wa Rooma ey’Obupagaani ne Rooma eya Pawulo, nga zino ze bwakabaka obw’okuna n’obw’okutaano obw’obunnabbi, buli emu mu kifo kyayo. Mu ssuula eno ey’Abasesalonika mwe William Miller yazuulira nti “ekya buli lunaku” mu kitabo kya Danyeri kyali kitegeeza Rooma ey’Obupagaani, era Miller yongera n’azuula nti “ekya buli lunaku” mu Danyeri bulijjo kyaleetebwanga nga kiyungiddwa ku eky’omuzizo eky’okuzika oba ku kusobya okw’okuzika. Omuzizo n’okusobya okw’okuzika mu kitabo kya Danyeri bitegeeza ekyo Yokaana ky’ategeeza mu kitabo ky’Okubikkulirwa ng’ekifaananyi ky’ensolo n’akabonero k’ensolo, mu nsengeka eyo.</w:t>
      </w:r>
    </w:p>
    <w:p>
      <w:pPr>
        <w:pStyle w:val="ArticleBody"/>
        <w:jc w:val="left"/>
      </w:pPr>
      <w:r>
        <w:rPr>
          <w:rFonts w:ascii="Times New Roman" w:hAnsi="Times New Roman" w:eastAsia="Times New Roman" w:cs="Times New Roman"/>
        </w:rPr>
        <w:t>William Miller yawangirira ku nkola ze ez’obunnabbi ezisinga obungi, oba nga si zonna, ku kutegeera kwe amaanyi abiri agazikiriza, agakiikiririrwa ng’“ekya buli lunaku” (Roma ey’obupagaani), n’amaanyi agookubiri agazikiriza, agayogerwako mu ngeri bbiri, ng’okusobya okw’okuzikiriza (okwegatta kw’ekkanisa n’eggwanga), mu Kubikkulirwa—ng’ekifaananyi ky’ensolo (ensengeka y’obunnabbi eya papacy), era ng’ekivve eky’okuzikiriza (okusinza enjuba) mu Kubikkulirwa—ng’akabonero k’ensolo. Okutegeera Miller kwe yaggya mu Pawulo bwe yayanjula ensonga eno mu 2 Abasesalonika kwali kutegeera kwa musingi nnyo eri Miller, oyo ali akabonero k’emisingi gya Adventism. Pawulo agamba nti abo abatagala mazima agakiikiririrwa mu ssuula eyokubiri eya 2 Abasesalonika beebo abakkiriza obulimba obw’amaanyi.</w:t>
      </w:r>
    </w:p>
    <w:p>
      <w:pPr>
        <w:pStyle w:val="ArticleBody"/>
        <w:jc w:val="left"/>
      </w:pPr>
      <w:r>
        <w:rPr>
          <w:rFonts w:ascii="Times New Roman" w:hAnsi="Times New Roman" w:eastAsia="Times New Roman" w:cs="Times New Roman"/>
        </w:rPr>
        <w:t>Mu nnyiriri essatu eza Danyeri (Daniel 12:9–11), okutegeera okw’obubonero mu nnaku ez’oluvannyuma tekuyinza kubangamu kukozesa biseera, kubanga okuva nga October 22, 1844; okukozesa ebiseera eby’obunnabbi tekikyali kikola. Ennyiriri eza 9/11 zikiikirira ebiseera bibiri eby’enjawulo eby’emyaka amakumi asatu n’emyaka lukumi mu bibiri mu nkaaga. Ennamba amakumi ana n’ennamba lukumi mu bibiri mu nkaaga byombi bubonero bwa ddungu ery’obunnabbi, era mu buryo bw’obunnabbi bisobola okukozesebwa nga bikyusiganyizibwa. N’olwekyo, lukumi mu bibiri mu nkaaga esobola okutegeerwa ng’amakumi ana, era amakumi ana kye kitundu eky’ekkumi eky’ebikumi bina. Nnyiriri eza 9/11 zifaananyiriza ennamba y’endagaano ey’olubeerera, nga ekiikirirwa ebikumi bina (Abraham) mu nkolagana n’amakumi asatu (Paul). ‘Ddungu’ eriikiikirirwa ‘lukumi mu bibiri mu nkaaga’ likwatagana ne ‘ddungu’ ery’‘amakumi ana’, era nnya, kye kitundu eky’ekkumi eky’ebikumi bina. Amakumi asatu ge makumi asatu. Ebikumi bina mu amakumi asatu biva mu nnamba ebikumi bina nga egattiddwa ku nnamba amakumi asatu, era mu ssuula ey’okuna eya Ezeekyeri kino kiikiikirirwa nga ebikumi bisatu mu kyenda nga byongeddwako ennamba amakumi ana.</w:t>
      </w:r>
    </w:p>
    <w:p>
      <w:pPr>
        <w:pStyle w:val="ArticleBody"/>
        <w:jc w:val="left"/>
      </w:pPr>
      <w:r>
        <w:rPr>
          <w:rFonts w:ascii="Times New Roman" w:hAnsi="Times New Roman" w:eastAsia="Times New Roman" w:cs="Times New Roman"/>
        </w:rPr>
        <w:t>Ennyiriri 9/11 eziri mu ssuula ey’ekkumi n’ebiri zikiikirira wakati mu biseera bisatu eby’obunnabbi ebiri mu ssuula eyo, era ziri kabonero ak’endagaano ey’emirembe n’emirembe ebuliddwa mu nnaku ez’oluvannyuma. Okubikkulwa kw’amakulu ga bina n’asatu mu nnaku ez’oluvannyuma kuleetebwa mu ssuula ey’okuna eya Ezeekyeri.</w:t>
      </w:r>
    </w:p>
    <w:p>
      <w:pPr>
        <w:pStyle w:val="ArticleBody"/>
        <w:jc w:val="left"/>
      </w:pPr>
      <w:r>
        <w:rPr>
          <w:rFonts w:ascii="Times New Roman" w:hAnsi="Times New Roman" w:eastAsia="Times New Roman" w:cs="Times New Roman"/>
        </w:rPr>
        <w:t>Empologoma ey’ekika kya Yuda kaakano esumulula obubonero obw’okusembayo obw’okulabula eri abo abayingidde mu Kifo Ekisingayo Obutukuvu olw’okukkiriza wamu ne Ezeekyeri, Yokaana, Danyeri ne Isaaya. Amazima ago gaggulwawo nga gakwatagana n’okuyimusibwa kw’abo abakikirira si ng’abagobebwa ba Isiraeri bokka, wabula era ng’akabonero k’abantu akasiriivu mu enkumi kikumi mu obukumi buna mu bina. Amazima ago gateekebwa mu mbeera y’endagaano ekikirirwa emyaka ena kikumi egya Ibulayimu nga gikolaganira wamu n’endagaano ekikirirwa emyaka amakumi asatu egya Pawulo. Amazima ago gateekebwawo mu Danyeri essuula ey’ekkumi n’ebiri mu lunyiriri 9/11, ezikirira wakati mu biseera bisatu eby’obubonero, ebyategeerwa obulungi Abamilleri. Amazima aga wakati aga 9/11 agasumululwa mu Danyeri essuula ey’ekkumi n’ebiri gakikirirwa ennaku ebisatu mu kinaana n’ekkumi n’ennaku amakumi ana eza Ezeekyeri. Ennaku ezo ziggulwawo eri Ezeekyeri mu mwaka ogw’amakumi asatu ogw’omukululo ogw’ekkumi n’omusanvu ogwa Yobiri, era Ezeekyeri, ng’ali kabona, akikirira obwakabona bw’abantu akasiriivu mu enkumi kikumi mu obukumi buna mu bina abali mu kugeza okw’omumakkati, mu kugeza kusatu.</w:t>
      </w:r>
    </w:p>
    <w:p>
      <w:pPr>
        <w:pStyle w:val="ArticleBody"/>
        <w:jc w:val="left"/>
      </w:pPr>
      <w:r>
        <w:rPr>
          <w:rFonts w:ascii="Times New Roman" w:hAnsi="Times New Roman" w:eastAsia="Times New Roman" w:cs="Times New Roman"/>
        </w:rPr>
        <w:t>Ezekieri alambikiddwa munda mu kugezesa kwa yeekaalu ku “lunaku olw’okutaano” olw’“omwezi ogw’okuna,” ekyo mu byafaayo bya Millerite kyategeeza wakati ddala (“wakati mu kkubo”) w’emyezi egy’omusanvu egyatandika ku kuswazibwa okw’olubereberye nga April 19, 1844, ne giggweerera nga October 22 mu mwaka gwe gumu.</w:t>
      </w:r>
    </w:p>
    <w:p>
      <w:pPr>
        <w:pStyle w:val="ArticleScripture"/>
        <w:jc w:val="left"/>
      </w:pPr>
      <w:r>
        <w:rPr>
          <w:rFonts w:ascii="Times New Roman" w:hAnsi="Times New Roman" w:eastAsia="Times New Roman" w:cs="Times New Roman"/>
        </w:rPr>
        <w:t>“Mu kyeya kya 1844, wakati wakati wakati lwe baali basooka okulowooza nti ennaku 2300 zijja kuggwaako, n’omutaano gw’omwaka gwe gumu, oluvannyuma lwe kyazuulibwa nti zaali zituuka, obubaka bwalangirirwa mu bigambo byennyini eby’Ebyawandiikibwa nti: ‘Laba, Omugole ajja!’” The Great Controversy, 398.</w:t>
      </w:r>
    </w:p>
    <w:p>
      <w:pPr>
        <w:pStyle w:val="ArticleBody"/>
        <w:jc w:val="left"/>
      </w:pPr>
      <w:r>
        <w:rPr>
          <w:rFonts w:ascii="Times New Roman" w:hAnsi="Times New Roman" w:eastAsia="Times New Roman" w:cs="Times New Roman"/>
        </w:rPr>
        <w:t>Nga nga 21 omwezi gwa Mukaga, 1844 gwali wakati mu myezi omusanvu emitukuvu, era ku lunaku olwo Samuel Snow yali mu Boston Tabernacle ng’ayanjula obubaka bwe obw’Okukaaba okw’Ekiro ekya wakati. Eyo, omulundi ogwasooka mu kwanjula mu lujjudde, “yalangirira mu bigambo byennyini eby’Ebyawandiikibwa nti, ‘Laba, Omugole ajja!’” Kati mu ngeri ey’akabonero tuyimiridde ne Ezeekyeri mu Boston Tabernacle, katono ddala nga tekunnabaawo kusitulwa kw’ababaka b’okukaaba okw’ekiro ekya wakati okugenda mu maaso ng’amayengo amangi ag’amaanyi. Enkola ey’obunnabbi ey’okusitula bendera ekiikirira mu lunyiriri olw’obunnabbi obukwata ku Isiraamu mu Okubikkulirwa essuula ey’omwenda. Ezeekyeri essuula ey’okuna etuwa omujulirwa ow’okubiri n’enkomerero y’obunnabbi obwo obw’emyaka ebikumi bisatu mu kyenda mu gumu n’ennaku kkumi na ttaano, era ekikola mu ssuula ey’okuna.</w:t>
      </w:r>
    </w:p>
    <w:p>
      <w:pPr>
        <w:pStyle w:val="ArticleBody"/>
        <w:jc w:val="left"/>
      </w:pPr>
      <w:r>
        <w:rPr>
          <w:rFonts w:ascii="Times New Roman" w:hAnsi="Times New Roman" w:eastAsia="Times New Roman" w:cs="Times New Roman"/>
        </w:rPr>
        <w:t>Tunaagenda mu maaso n’ebigambo bino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Ebyafaayo Eyekwese mu Lunnyiriri Olw’Amakumi Ana — Omuwendo Gwa Abiri mu Munaana</dc:title>
  <dc:subject>Ezeekyeri Omuwendo Omwenda</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