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ປະຫວັດທີ່ຖືກຊ່ອນເຮັ້ນຂອງຂໍ້ສີ່ສິບ - ເລກທີຊາວ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ວິບັດຄັ້ງທີສອງ - ພາກທີເຈັດ - ເອເຊກຽນ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2026-07-29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ເປັນຄວາມເຂົ້າໃຈຕາມພຣະຄຳພີທີ່ຍອມຮັບໄດ້ ທີ່ຈະລະບຸວ່າ ຜູ້ພະຍາກອນເອເຊກຽນມີອາຍຸສາມສິບປີໃນຂໍ້ເປີດຕົ້ນຂອງທ່ານ.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ແລະເຫດການໄດ້ບັງເກີດຂຶ້ນໃນປີທີສາມສິບ, ໃນເດືອນທີສີ່, ໃນວັນທີຫ້າຂອງເດືອນ, ເມື່ອຂ້ານ້ອຍຢູ່ທ່າມກາງພວກເຊີຍເປັນຢູ່ຮິມແມ່ນ້ຳເຄບາ, ຟ້າສະຫວັນໄດ້ຖືກເປີດອອກ, ແລະຂ້ານ້ອຍໄດ້ເຫັນນິມິດຂອງພຣະເຈົ້າ. ໃນວັນທີຫ້າຂອງເດືອນ, ຊຶ່ງເປັນປີທີຫ້າແຫ່ງການຖືກກວາດເປັນເຊີຍຂອງກະສັດເຢໂຮຢາກິນ, ພຣະວັຈນະຂອງພຣະຢາເວໄດ້ມາເຖິງເອເຊກຽນປະໂລຫິດ, ບຸດຂອງບູຊີ, ຢ່າງແນ່ແຈ້ງ, ໃນແຜ່ນດິນຂອງຊາວຄັນເດຍ ຮິມແມ່ນ້ຳເຄບາ; ແລະພຣະຫັດຂອງພຣະຢາເວໄດ້ຢູ່ເໜືອທ່ານທີ່ນັ້ນ. ເອເຊກຽນ 1:1–3.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ບາງຄົນເຊື່ອວ່າ “ປີທີສາມສິບ” ນັ້ນອີງຕາມວົງຈອນປີຢູບີລີທີ່ສະເພາະໜຶ່ງ ຊຶ່ງໄດ້ເລີ່ມຕົ້ນໃນສະໄໝຂອງກະສັດໂຢຊີຢາ ແລະສິ້ນສຸດລົງທີ່ຂໍ້ທີໜຶ່ງຂອງບົດທີສີ່ສິບ.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ໃນປີທີຊາວຫ້າແຫ່ງການຖືກຈັບເປັນເຊີຍຂອງພວກເຮົາ ໃນຕົ້ນປີ ໃນວັນທີສິບຂອງເດືອນ ໃນປີທີສິບສີ່ຫຼັງຈາກທີ່ນະຄອນນັ້ນຖືກຕີທຳລາຍ ໃນວັນດຽວກັນນັ້ນ ພຣະຫັດຂອງອົງພຣະຜູ້ເປັນເຈົ້າໄດ້ສະຖິດເໜືອຂ້າພະເຈົ້າ ແລະໄດ້ນຳຂ້າພະເຈົ້າໄປທີ່ນັ້ນ. ເອເຊກຽນ 40:1.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ນັກຄໍານວນລໍາດັບເວລາຕາມພຣະຄໍາພີກໍານົດວ່າ ຂໍ້ທີໜຶ່ງຂອງບົດທີສີ່ສິບ ຕົງກັບວັນທີ 28 ເມສາ ຫຼື 22 ຕຸລາ ປີ 573 ກ່ອນ ຄ.ສ. ບັນດາສາດສະດາທຸກຄົນລ້ວນຊີ້ໄປເຖິງຍຸກສຸດທ້າຍ ດັ່ງນັ້ນ ວັນທີຕົກໃນລະດູໃບໄມ້ຫຼົ່ນຄື 22 ຕຸລາ ປີ 573 ກ່ອນ ຄ.ສ. ຈຶ່ງເປັນວັນ omega ຂອງເສັ້ນໜຶ່ງ ທີ່ໄດ້ເລີ່ມຕົ້ນຂຶ້ນຫ້າສິບປີກ່ອນໜ້ານັ້ນ ໃນເຫດການທີ່ຖືກເອີ້ນວ່າ “ປັດສະຄາອັນຍິ່ງໃຫຍ່ຂອງໂຢສີຢາ” ໃນວັນທີ 5 ພຶດສະພາ ປີ 622 ກ່ອນ ຄ.ສ.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ເລກສາມສິບເປັນສັນຍະລັກຂອງບັນດາປະໂຣຫິດ ຜູ້ຊຶ່ງຕ້ອງມີອາຍຸສາມສິບປີເມື່ອເລີ່ມເຂົ້າຮັບໃຊ້. ບໍ່ວ່າຂໍ້ທີໜຶ່ງຫາຂໍ້ທີສາມຂອງ Ezekiel ບົດທີ 1 ຈະກຳລັງລະບຸວ່າ Ezekiel ມີອາຍຸສາມສິບປີ, ຫຼືເປັນພຽງສັນຍະລັກຂອງປະໂຣຫິດ ທ່ານກໍຈະຖືກນຳສະເໜີໃນຖານະຜູ້ມີອາຍຸສາມສິບປີເຊັ່ນກັນ. ຖ້າສາມສິບປີໃນຂໍ້ທີ 1 ເປັນດັ່ງທີ່ຄົນອື່ນໆເຊື່ອກັນ; ໝາຍເຖິງປີທີສາມສິບນັບແຕ່ປັດສະຄາອັນຍິ່ງໃຫຍ່ຂອງ Josiah ໃນປີ 622 BC, ນັຍສຳຄັນທາງຄຳພະຍາກອນກໍຍັງຄົງເໝືອນເດີມ.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ໂຢຊີຢາຫມາຍຄວາມວ່າ “ຮາກຖານ,” ແລະປັດສະຄາອັນຍິ່ງໃຫຍ່ຂອງທ່ານໄດ້ເລີ່ມຕົ້ນຍຸກຢູບີລີໜຶ່ງ ຊຶ່ງໄດ້ສິ້ນສຸດລົງໃນວັນທີ 22 ເດືອນຕຸລາ ໃນວັນແຫ່ງການລົບມົນທິນ ປີ 573 ກ່ອນ ຄ.ສ. “ເສັ້ນຢູບີລີ” ຈາກໂຢຊີຢາເຖິງວັນທີ 22 ເດືອນຕຸລາ ສອດຄ່ອງກັບປະຫວັດສາດຈາກ 1840 ຫາ 1844. ຮາກຖານຂອງປີ 1840 ໄດ້ຖືກເປັນຕົວແທນໂດຍກະສັດໂຢຊີຢາ ແລະຍັງໂດຍ Josiah Litch ອີກດ້ວຍ. ວັນທີ 22 ເດືອນຕຸລາ ໄດ້ຖືກເປັນຕົວແທນໂດຍສຽງແກເຂົາຂອງແກຢູບີລີທີ່ຖືກເປົ່າ ຄວບຄູ່ກັບແກເຂົາຂອງວັນແຫ່ງການລົບມົນທິນ.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ແລະເຈົ້າຈົ່ງນັບສະບາໂຕແຫ່ງປີທັງເຈັດຄັ້ງສຳລັບຕົນ, ຄືເຈັດເທື່ອໆ ລະເຈັດປີ; ແລະໄລຍະແຫ່ງສະບາໂຕຂອງປີທັງເຈັດນັ້ນຈະເປັນສີ່ສິບເກົ້າປີສຳລັບເຈົ້າ. ແລ້ວເຈົ້າຈົ່ງໃຫ້ເປົ່າແກຣງແຫ່ງປີຢູບິລີໃນວັນທີສິບຂອງເດືອນທີເຈັດ; ໃນວັນລົບມົນທິນ ພວກເຈົ້າຈົ່ງໃຫ້ສຽງແກຣງດັງໄປທົ່ວແຜ່ນດິນຂອງພວກເຈົ້າ. ພວກເລວີ 25:8, 9.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ເອເຊກຽນຖືກຈັດວາງຢູ່ພາຍໃນເສັ້ນຢູບີລີຈາກກະສັດໂຢຊີຢາໄປຮອດວັນທີ 22 ຕຸລາ, ເສັ້ນຫນຶ່ງທີ່ເປັນຕົວແທນຂອງທູດສະຫວັນອົງທີໜຶ່ງແລະອົງທີສອງໃນພຣະນິມິດບົດທີ 10 ຕັ້ງແຕ່ປີ 1840 ຈົນເຖິງ 1844. ເອເຊກຽນເປັນຕົວແທນຂອງພວກມິນເລີໄຣດ໌ຂອງທູດສະຫວັນອົງທີໜຶ່ງແລະອົງທີສອງ ແລະຂອງຄົນໜຶ່ງແສນສີ່ໝື່ນສີ່ພັນຂອງທູດສະຫວັນອົງທີສາມ. ເອເຊກຽນເປັນຕົວແທນຂອງຖານະປະໂລຫິດຂອງຄົນໜຶ່ງແສນສີ່ໝື່ນສີ່ພັນ, ແຕ່ຄຸນລັກສະນະທາງຄຳພະຍາກອນອັນເປັນຫຼັກຂອງເຂົາ ຄື ເຂົາເປັນຜູ້ພະຍາກອນ.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ສາດສະດາພະຍາກອນ, ປະໂລຫິດ ແລະ ກະສັດ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ມີບຸກຄົນສາມຄົນໃນພຣະຄຳພີທີ່ເລີ່ມຮັບໃຊ້ເມື່ອອາຍຸສາມສິບປີ. ຄຽງຄູ່ກັບເອເຊກຽນນັ້ນ ຍັງມີດາວິດ ແລະ ໂຢເຊບ. ເນື່ອງຈາກພວກເຂົາທຸກຄົນເລີ່ມຮັບໃຊ້ເມື່ອອາຍຸສາມສິບປີ ພວກເຂົາທຸກຄົນຈຶ່ງເປັນປຸໂຣຫິດ. ດາວິດເປັນສັນຍາລັກແຫ່ງກະສັດ, ໂຢເຊບເປັນປຸໂຣຫິດ ແລະ ເອເຊກຽນເປັນສາດສະດາ ໃນອານາຈັກແຫ່ງພຣະສິຣິອັນສາມປະການ ຊຶ່ງປະກອບດ້ວຍ ສາດສະດາ ປຸໂຣຫິດ ແລະ ກະສັດ.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ແນວໃດກໍຕາມທີ່ພວກເຮົາອາດນຳໃຊ້ຜູ້ພະຍາກອນເອເຊກຽນເປັນສັນຍາລັກ, ທ່ານເປັນປະໂລຫິດ, ແລະເມື່ອນຳມາປະຍຸກຕາມແນວເສັ້ນຂອງປີຢູບີລີຈາກໂຢຊີຢາໄປຫາວັນທີ 22 ຕຸລາ, ເອເຊກຽນແມ່ນປະໂລຫິດຜູ້ທີ່ຈະເປັນຕົວແທນຂອງປະໂລຫິດຄົນໜຶ່ງໃນເວລາແຫ່ງການປະທັບຕາຂອງຄົນໜຶ່ງແສນສີ່ໝື່ນສີ່ພັນ ດັ່ງທີ່ໄດ້ຖືກແບບຢ່າງໄວ້ໂດຍປະຫວັດສາດຈາກປີ 1840 ຫາ 1844 ແລະຈາກກະສັດໂຢຊີຢາເຖິງວັນທີ 22 ຕຸລາ, 573 BC.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ຊາວສອງ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ພຣະຄຳພີໄດ້ກ່າວໄວ້ຢ່າງຊັດເຈນວ່າ ເອເຊກຽນໄດ້ປະກາດພຣະຄຳເປັນເວລາຊາວສອງປີ. “ຊາວສອງ” ເປັນສັນຍາລັກຂອງໜຶ່ງແສນສີ່ໝື່ນສີ່ພັນ ຜູ້ຊຶ່ງເປັນທຸງສັນຍາຂອງພຣະພາບພຣະເຈົ້າທີ່ຮ່ວມປະສານກັບມະນຸດຊາດ. ໃນປະຫວັດສາດທີ່ຖືກນຳສະເໜີຈາກປັດສະຄາຂອງໂຢຊີຢາໄປຈົນເຖິງການສະຫຼອງຢູບີລີຂອງວັນທີ 22 ຕຸລາໃນບົດທີ່ສີ່ສິບ, ປັດສະຄາຂອງໂຢຊີຢາເປັນແບບຢ່າງລ່ວງໜ້າຂອງພາລະກິດຂອງ Josiah Litch ໃນປີ 1838 ແລະ 1840. ພາລະກິດນັ້ນແມ່ນການນຳສະເໜີຄຳພະຍາກອນເລື່ອງເວລາຂອງວິບັດທີໜຶ່ງ ແລະ ວິບັດທີສອງ. ບັດນີ້ຈຶ່ງສາມາດເຫັນໄດ້ວ່າ ຄຳພະຍາກອນເລື່ອງວິບັດທີໜຶ່ງ ແລະ ວິບັດທີສອງນັ້ນ ມີຂອບເຂດກວ້າງໃຫຍ່ຫຼາຍກວ່າທີ່ພວກຜູ້ບຸກເບີກໄດ້ຕະໜັກ.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 ໃນຖານະເປັນຜູ້ພະຍາກອນໃນພຣະຄຳພີ ໄດ້ລະບຸວັນເວລາຢ່າງຈຳເພາະໃນບົດຂຽນຂອງທ່ານ ຫຼາຍກວ່າຜູ້ຂຽນຄົນໃດໆ ໃນພຣະຄຳພີ.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ເອເຊກຽນແມ່ນໂອເມກາຂອງຫຼັກການທີ່ວ່າໜຶ່ງມື້ເທົ່າກັບໜຶ່ງປີໃນຄຳພະຍາກອນຂອງພຣະຄຳພີ. ໃນພຣະທຳກັນດານວິຖີ, ການກ່າວເຖິງເປັນອັນດັບຕົ້ນ ຫຼື ອັນຟາ ຂອງຫຼັກການວັນ-ປີນັ້ນ ໄດ້ຖືກສະແດງອອກໃນການກະບົດຄັ້ງທຳອິດທີ່ກາເດດ ຊຶ່ງໄດ້ນຳມາສູ່ການພະເນຈອນຢູ່ໃນຖິ່ນກັນດານເປັນເວລາສີ່ສິບປີ. ສ່ວນການກະບົດຄັ້ງສຸດທ້າຍ ຫຼື ໂອເມກາ ນັ້ນ ເອເຊກຽນໄດ້ເປັນຕົວແທນໄວ້ໃນບົດທີສີ່ ເມື່ອນະຄອນເຢຣູຊາເລັມຖືກທຳລາຍ.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ອານຟາ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ຕາມຈຳນວນມື້ທີ່ພວກເຈົ້າໄດ້ໄປສອດແນມແຜ່ນດິນນັ້ນ ຄືສີ່ສິບມື້, ໜຶ່ງມື້ແທນໜຶ່ງປີ, ພວກເຈົ້າຈະຕ້ອງແບກຮັບຄວາມຊົ່ວຜິດຂອງຕົນເປັນເວລາສີ່ສິບປີ, ແລະພວກເຈົ້າຈະຮູ້ຈັກການທີ່ເຮົາຖອນຄຳສັນຍາ. ເຮົາຄືພຣະຢາເວໄດ້ກ່າວແລ້ວ; ເຮົາຈະກະທຳສິ່ງນີ້ຢ່າງແນ່ນອນແກ່ຊຸມຊົນຊົ່ວຮ້າຍທັງໝົດນີ້ ທີ່ໄດ້ຊຸມນຸມກັນຕໍ່ຕ້ານເຮົາ: ໃນຖິ່ນກັນດານນີ້ ພວກເຂົາຈະຖືກທຳລາຍສິ້ນ ແລະທີ່ນັ້ນພວກເຂົາຈະຕາຍ. ຈຳນວນ 14:34, 35.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ໂອເມກາ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ເຈົ້າຈົ່ງນອນຕະແຄງຊ້າຍຂອງເຈົ້າດ້ວຍ, ແລະວາງຄວາມຊົ່ວຊ້າຂອງວົງວານອິດສະຣາເອນໄວ້ເທິງນັ້ນ; ຕາມຈຳນວນມື້ທີ່ເຈົ້າຈະນອນຢູ່ເທິງນັ້ນ ເຈົ້າຈະຮັບແບກຄວາມຊົ່ວຊ້າຂອງພວກເຂົາ. ເພາະເຮົາໄດ້ກຳນົດປີແຫ່ງຄວາມຊົ່ວຊ້າຂອງພວກເຂົາໄວ້ເທິງເຈົ້າ ຕາມຈຳນວນມື້, ຄືສາມຮ້ອຍເກົ້າສິບມື້: ດັ່ງນັ້ນເຈົ້າຈະຮັບແບກຄວາມຊົ່ວຊ້າຂອງວົງວານອິດສະຣາເອນ. ແລະເມື່ອເຈົ້າໄດ້ເຮັດໃຫ້ວັນເຫຼົ່ານັ້ນຄົບແລ້ວ, ຈົ່ງນອນຕະແຄງຂວາອີກຄັ້ງໜຶ່ງ, ແລະເຈົ້າຈະຮັບແບກຄວາມຊົ່ວຊ້າຂອງວົງວານຢູດາສີ່ສິບມື້: ເຮົາໄດ້ກຳນົດໃຫ້ເຈົ້າໜຶ່ງມື້ແທນໜຶ່ງປີ. ເພາະສະນັ້ນ ເຈົ້າຈົ່ງຫັນໜ້າຂອງເຈົ້າໄປສູ່ການລ້ອມເມືອງເຢຣູຊາເລັມ, ແລະໃຫ້ແຂນຂອງເຈົ້າຖືກເປີດເຜີຍ, ແລະເຈົ້າຈົ່ງພະຍາກອນຕໍ່ຕ້ານເມືອງນັ້ນ. ເອເຊກຽນ 4:4–7.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ກາເດັດ ແລະ ການທຳລາຍເຢຣູຊາເລັມ ເປັນຕົວແທນຂອງການກະບົດອັນເປັນອາລະຟາ ແລະ ໂອເມກາ ອັນເປັນຕົວແທນຂອງຫຼັກການ “ໜຶ່ງວັນເທົ່າກັບໜຶ່ງປີ”. ຫຼັກການ “ໜຶ່ງວັນເທົ່າກັບໜຶ່ງປີ” ເປັນກົດຫຼັກສຳຄັນຂອງພວກມິນເລີໄທຕ໌ ແລະ ໃນປະຫວັດສາດຈາກ ຄ.ສ. 1840 ຫາ 1844 ດັ່ງທີ່ຖືກເຮັດໃຫ້ເຫັນເປັນແບບຢ່າງໃນເສັ້ນຢູບີລີຂອງກະສັດໂຢຊີຢາ ຈົນເຖິງວັນທີ 22 ຕຸລາ. ເອເຊກຽນໄດ້ນຳສະເໜີວັນທີຕ່າງໆ ຫຼາຍກວ່າຜູ້ພະຍາກອນຄົນໃດໆ. ພາຍໃນການກຳນົດວັນທີຂອງເອເຊກຽນນັ້ນ, ເສັ້ນຂອງຢູບີລີໄດ້ຖືກລະບຸໄວ້, ໂດຍເຊື່ອມພະຍານຂອງເອເຊກຽນເຂົ້າກັບປະຫວັດຂອງທູດສະຫວັນອົງທຳອິດ ແລະ ອົງທີສອງໂດຍກົງ, ແລະ ຕໍ່ຈາກນັ້ນ ກັບປະຫວັດຂອງທູດສະຫວັນອົງທີສາມ.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ຄຽງຄູ່ກັບ “ເສັ້ນຢູບີລີ” ເອເຊກຽນນອນຕະແຄງຂ້າງໜຶ່ງຂອງຕົນສາມຮ້ອຍເກົ້າສິບວັນ, ແລ້ວຈຶ່ງນອນຕະແຄງອີກຂ້າງໜຶ່ງສີ່ສິບວັນ. “ສີ່ຮ້ອຍສາມສິບ” ເປັນສັນຍາລັກຂອງພັນທະສັນຍາເກົ່າແລະພັນທະສັນຍາໃໝ່, ເພາະຄໍາສັນຍາແຫ່ງພັນທະສັນຍາທີ່ພຣະອົງປະທານແກ່ອາບຣາມເລື່ອງການເປັນຊະເລີຍຢູ່ໃນເອຢິບສີ່ຮ້ອຍປີ ໄດ້ພົບພະຍານທີ່ສອງອີກສາມສິບປີໃນອັກຄະສາວົກໂປໂລ. ຮ່ວມກັນແລ້ວ ອາບຣາມ, (ພາຍຫຼັງແມ່ນ ອັບຣາຮາມ) ແຫ່ງ ‘ຂອງເກົ່າ’ ແລະ ຊາອູນ, (ພາຍຫຼັງແມ່ນ ໂປໂລ) ແຫ່ງ ‘ຂອງໃໝ່’ ໄດ້ຮວມພະຍານຂອງພວກເຂົາເພື່ອສະຖາປະນາສີ່ຮ້ອຍສາມສິບປີໃຫ້ເປັນສັນຍາລັກຂອງພັນທະສັນຍານິລັນດອນ. “ສາມຮ້ອຍເກົ້າສິບວັນ” “ເຈົ້າຈະຕ້ອງແບກຮັບຄວາມຊົ່ວຊ້າຂອງວົງວານອິສຣາເອນ.” “ແລະ” “ເຈົ້າຈະຕ້ອງແບກຮັບຄວາມຊົ່ວຊ້າຂອງວົງວານຢູດາສີ່ສິບວັນ.” ຮ່ວມກັນແລ້ວ ຂ້າງຂວາແລະຂ້າງຊ້າຍເທົ່າກັບອາບຣາມແລະໂປໂລ.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ພັນທະສັນຍາໄດ້ຕັ້ງຢູ່ເທິງພື້ນຖານແຫ່ງການເຊື່ອຟັງ ຫຼື ການບໍ່ເຊື່ອຟັງຢູ່ສະເໝີ—ຊີວິດ ຫຼື ຄວາມຕາຍ. ຫຼັກການວັນເທົ່າກັບປີໃນປະຫວັດສາດ Millerite ເປັນປະເດັນແຫ່ງຊີວິດ ຫຼື ຄວາມຕາຍ, ແລະ ປະຫວັດສາດນັ້ນໄດ້ຖືກປະກາດໂດຍທູດສະຫວັນອົງທຳອິດວ່າເປັນຂ່າວປະເສີດນິລັນດອນ. “ຂ່າວປະເສີດ” ເປັນປະເດັນແຫ່ງຊີວິດ ຫຼື ຄວາມຕາຍ, ແລະ ປະເດັນທົດສອບແຫ່ງຊີວິດ ຫຼື ຄວາມຕາຍໃນປະຫວັດສາດ Millerite ຖືກກຳນົດໄວ້ພາຍໃນບໍລິບົດຂອງຫຼັກການທີ່ວັນໜຶ່ງເທົ່າກັບປີໜຶ່ງ. ຄຳພະຍາກອນທີ່ເປັນພະລັງແກ່ຂ່າວສານຂອງທູດສະຫວັນອົງທຳອິດ ຄື ຄຳພະຍາກອນເລື່ອງສາມຮ້ອຍເກົ້າສິບເອັດປີ ແລະ ສິບຫ້າວັນຂອງວິບັດທີສອງ. ພາຍໃນສາມຮ້ອຍເກົ້າສິບວັນທີ່ເອເຊກຽນນອນຕະແຄງຊ້າຍຂອງຕົນນັ້ນ ມີພາບປຽບຂອງຄຳພະຍາກອນເວລາສາມຮ້ອຍເກົ້າສິບເອັດປີ ແລະ ສິບຫ້າວັນຂອງວິບັດທີສອງ. ການແບ່ງແຍກຄຳພະຍາກອນຢ່າງຖືກຕ້ອງຈຳເປັນຕ້ອງອາໄສການຈຳແນກຝ່າຍຄຳພະຍາກອນ, ແຕ່ນີ້ບໍ່ແມ່ນຫຍັງນ້ອຍໄປກວ່າພຣະລາຊກິດທີ່ດຳເນີນຕໍ່ໄປຂອງສິງໂຕແຫ່ງເຜົ່າຢູດາ ໃນການເປີດຜະນຶກຂ່າວສານແຫ່ງສຽງຮ້ອງເວລາທ່ຽງຄືນ.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ຂ້າພະເຈົ້າຂໍຢືນຢັນວ່າ ເອເຊກຽນຈຳເປັນຕ້ອງຖືກພິຈາລະນາເປັນສັນຍາລັກຂອງຄົນໜຶ່ງແສນສີ່ໝື່ນສີ່ພັນ, ແຕ່ໂດຍຫຼັກແລ້ວແມ່ນເປັນສັນຍາລັກຂອງຂອງປະທານແຫ່ງພຣະວິນຍານແຫ່ງຄຳພະຍາກອນ, ບໍ່ວ່າຈະຖືກສະແດງເປັນການປະກົດຂອງຜູ້ພະຍາກອນໃນຍຸກສຸດທ້າຍ, ຫຼືເປັນການປະກົດຂອງປະຊາຊົນແຫ່ງພັນທະສັນຍາຜູ້ເຂົ້າໃຈຫຼັກການຂອງວິທີການ “ບັນທັດເທິງບັນທັດ”.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ຂ້າພະເຈົ້າຂໍຢືນຢັນວ່າ ແສງສະຫວ່າງທີ່ເອເຊກຽນມີຕໍ່ຄຳພະຍາກອນເລື່ອງສາມຮ້ອຍເກົ້າສິບເອັດປີ ແລະ ສິບຫ້າວັນ ສອດຄ່ອງກັບຊາຍຜູ້ຖືແປງປັດຝຸ່ນທີ່ຖິ້ມອັນຍະມະນີລົງໃນຫີບໃບໃຫຍ່.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ຂ້າພະເຈົ້າຂໍຢືນຢັນວ່າ ແສງສະຫວ່າງຈາກເອເຊກຽນເປັນອົງປະກອບອັນຈໍາເປັນຂອງຂ່າວສານຫີນຍອດ ເມື່ອພຣະວິຫານໄດ້ຮັບການສໍາເລັດ.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ເອເຊກຽນຢູ່ໃນວັນທີ 22 ຕຸລາ ໃນຂໍ້ທີໜຶ່ງຂອງບົດທີສີ່ສິບ, ແລະຢູ່ທີ່ນັ້ນເອງນິມິດເລື່ອງພຣະວິຫານໃນອະນາຄົດໄດ້ຖືກປະທານແກ່ເອເຊກຽນ. ພຣະວິຫານນັ້ນແມ່ນພຣະວິຫານຂອງຄົນຈຳນວນໜຶ່ງແສນສີ່ໝື່ນສີ່ພັນ, ຊຶ່ງເອເຊກຽນເປັນສັນຍາລັກຂອງຈຳນວນນັ້ນ. ກຸ່ມນັ້ນຈະໄດ້ຜ່ານການທົດສອບສອງຢ່າງກ່ອນທີ່ພວກເຂົາຈະເຂົ້າເຖິງການທົດສອບທີສາມ ແລະເປັນການທົດສອບຊີ້ຂາດ. ເອເຊກຽນຖືກນຳສະແດງວ່າໄດ້ຮັບຄວາມສະຫວ່າງຂອງທ່ານໃນພຣະວິຫານ, ແລະດັ່ງນັ້ນຄວາມສະຫວ່າງທີ່ທ່ານສ່ອງອອກມາໃນຖານະສັນຍາລັກ ຈຶ່ງເປັນຕົວແທນຂອງຄວາມສະຫວ່າງທີ່ມາເຖິງເມື່ອປະຊາກອນຂອງພຣະເຈົ້າເຂົ້າສູ່ບ່ອນບໍລິສຸດທີ່ສຸດ ໂດຍສອດຄ່ອງກັບດານີເອນບົດທີສິບ.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ແສງສະຫວ່າງແຫ່ງພຣະນິມິດຂອງພຣະເຢຊູຄຣິດ ທີ່ຖືກເປີດຜະນຶກນັ້ນ ຈະຖືກເປີດຜະນຶກຂຶ້ນກ່ອນທີ່ເວລາແຫ່ງການທົດລອງຈະປິດລົງພຽງເລັກນ້ອຍ.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ແລະທ່ານນັ້ນກ່າວແກ່ຂ້າພະເຈົ້າວ່າ, ຢ່າປະທັບຕາຖ້ອຍຄຳແຫ່ງຄຳພະຍາກອນໃນໜັງສືນີ້ໄວ້; ເພາະວ່າເວລານັ້ນໃກ້ເຂົ້າມາແລ້ວ. ຜູ້ທີ່ບໍ່ຊອບທຳ ກໍໃຫ້ຜູ້ນັ້ນບໍ່ຊອບທຳຕໍ່ໄປ; ແລະຜູ້ທີ່ເປື້ອນມົນ ກໍໃຫ້ຜູ້ນັ້ນເປື້ອນມົນຕໍ່ໄປ; ແລະຜູ້ທີ່ຊອບທຳ ກໍໃຫ້ຜູ້ນັ້ນຊອບທຳຕໍ່ໄປ; ແລະຜູ້ທີ່ບໍລິສຸດ ກໍໃຫ້ຜູ້ນັ້ນບໍລິສຸດຕໍ່ໄປ. ພຣະນິມິດ 22:10, 11.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“ເວລາໃກ້ເຂົ້າມາແລ້ວ” ກ່ອນທີ່ເວລາແຫ່ງການທົດລອງຈະສິ້ນສຸດລົງໃນຂໍ້ທີສິບເອັດ, ແລະດັ່ງນັ້ນ ພຣະນິມິດແຫ່ງພຣະເຢຊູຄຣິດຈຶ່ງຖືກເປີດຜະນຶກໃນເວລານັ້ນ, ເພາະວ່າ “ເວລາໃກ້ເຂົ້າມາແລ້ວ.”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ການສຳແດງແຈ້ງຂອງພຣະເຢຊູຄຣິດ ຊຶ່ງພຣະເຈົ້າປະທານໃຫ້ແກ່ພຣະອົງ ເພື່ອຈະຊົງສຳແດງແກ່ບັນດາຜູ້ຮັບໃຊ້ຂອງພຣະອົງເຖິງເຫດການທັງຫລາຍທີ່ຈະເກີດຂຶ້ນໃນບໍ່ຊ້າ; ແລະພຣະອົງໄດ້ຊົງສົ່ງທູດສະຫວັນຂອງພຣະອົງມາ ແລະສຳແດງໝາຍນັ້ນແກ່ໂຢຮັນ ຜູ້ຮັບໃຊ້ຂອງພຣະອົງ: ຜູ້ຊຶ່ງໄດ້ເປັນພະຍານເຖິງພຣະວັດຈະນະຂອງພຣະເຈົ້າ ແລະເຖິງຄຳພະຍານຂອງພຣະເຢຊູຄຣິດ ແລະເຖິງສິ່ງທັງປວງທີ່ລາວໄດ້ເຫັນ. ຜູ້ທີ່ອ່ານ ແລະບັນດາຜູ້ທີ່ໄດ້ຍິນຖ້ອຍຄຳແຫ່ງຄຳພະຍາກອນນີ້ ແລະຮັກສາສິ່ງທັງຫລາຍທີ່ຂຽນໄວ້ໃນນັ້ນ ກໍເປັນສຸກ: ເພາະວ່າເວລານັ້ນໃກ້ເຂົ້າມາແລ້ວ. ພຣະນິມິດ 1:1–3.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ເວລາແຫ່ງພຣະກະລຸນາສໍາລັບອັດເວັນຕິສຕ໌ວັນທີເຈັດແຫ່ງລາໂອດີເຊຍສິ້ນສຸດລົງໃນເວລາທີ່ມີກົດໝາຍວັນອາທິດ, ແລະໃນພຣະທໍາເອເຊກຽນບົດທີ 9 ອັດເວັນຕິສຕ໌ຖືກນໍາສະເໜີເປັນເຢຣູຊາເລັມ. ທີ່ນັ້ນ ຜູ້ທີ່ຖອນຫາຍໃຈແລະຮ້ອງໄຫ້ເນື່ອງດ້ວຍສິ່ງອັນນ່າກຽດຊັງທັງຫຼາຍທີ່ໄດ້ກະທໍາຂຶ້ນໃນແຜ່ນດິນ ແລະໃນຄຣິສຕະຈັກ ຈະໄດ້ຮັບຕາປະທັບ. ການປະທັບຕາເກີດຂຶ້ນເມື່ອລົມຈາກທິດຕາເວັນອອກແຫ່ງອິດສະລາມກໍາລັງຍົວະໃຫ້ປະຊາຊາດທັງຫຼາຍເກີດຄວາມໂກດແຄ້ນ, ກ່ອນທີ່ເວລາແຫ່ງພຣະກະລຸນາຈະສິ້ນສຸດລົງພຽງເລັກນ້ອຍ. ໃນພຣະທໍາເອເຊກຽນບົດທີ 8 ສີ່ຊົ່ວອາຍຸຂອງອັດເວັນຕິສຕ໌ໄດ້ມາເຖິງບົດສະຫຼຸບ ໂດຍທີ່ຊົ່ວອາຍຸທີສີ່ຖືກເປັນສັນຍະລັກໂດຍຜູ້ນໍາຊາວຫ້າຄົນທີ່ກົ້ມກາບດວງອາທິດ.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ນິມິດນັ້ນໄດ້ຖືກປະທານໃນລັກສະນະສັນຍາລັກໜຶ່ງວັນກ່ອນກົດໝາຍວັນອາທິດ, ຫຼືກ່ອນການສິ້ນສຸດແຫ່ງເວລາແຫ່ງພຣະຄຸນ ດັ່ງທີ່ຖືກເປັນຕົວແທນໂດຍຫົກ, ຫົກ, ຫົກ.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ແລະເຫດການກໍເກີດຂຶ້ນໃນປີທີຫົກ, ໃນເດືອນທີຫົກ, ໃນວັນທີຫ້າຂອງເດືອນນັ້ນ, ເມື່ອຂ້ານ້ອຍນັ່ງຢູ່ໃນເຮືອນຂອງຂ້ານ້ອຍ ແລະພວກຜູ້ເຖົ້າຂອງຢູດານັ່ງຢູ່ຕໍ່ໜ້າຂ້ານ້ອຍ, ພຣະຫັດຂອງອົງພຣະຜູ້ເປັນເຈົ້າຢາເວກໍລົງມາເທິງຂ້ານ້ອຍຢູ່ທີ່ນັ້ນ. ແລ້ວຂ້ານ້ອຍກໍເບິ່ງ, ແລະເຫັນລັກສະນະໜຶ່ງດັ່ງຮູບຮ່າງຂອງໄຟ: ຈາກຮູບລັກສະນະແຫ່ງບັ້ນແອວຂອງພຣະອົງລົງມາຂ້າງລຸ່ມເປັນໄຟ; ແລະຈາກບັ້ນແອວຂອງພຣະອົງຂຶ້ນໄປຂ້າງເທິງ ເປັນດັ່ງຮູບລັກສະນະແຫ່ງຄວາມເຈີດຈ້າ, ດັ່ງສີຂອງອໍາພັນ. ແລະພຣະອົງກໍຍື່ນຮູບຮ່າງແຫ່ງມືອອກມາ, ແລະຈັບຂ້ານ້ອຍໂດຍປອຍຜົມສ່ວນໜຶ່ງຂອງສີສະຂອງຂ້ານ້ອຍ; ແລະພຣະວິນຍານໄດ້ຍົກຂ້ານ້ອຍຂຶ້ນລະຫວ່າງແຜ່ນດິນໂລກແລະຟ້າສະຫວັນ, ແລະນໍາຂ້ານ້ອຍໄປໃນນິມິດຂອງພຣະເຈົ້າຍັງເຢຣູຊາເລັມ, ເຖິງປະຕູແຫ່ງປະຕູຊັ້ນໃນທີ່ຫັນໜ້າໄປທາງທິດເໜືອ; ບ່ອນທີ່ຕັ້ງຂອງຮູບເຄົາລົບແຫ່ງຄວາມຫຶງຫວງ, ຊຶ່ງຍົວະໃຫ້ເກີດຄວາມຫຶງຫວງ. ແລະເບິ່ງເຖີດ, ພຣະສະຫງ່າຣາສີຂອງພຣະເຈົ້າແຫ່ງອິສຣາເອນກໍຢູ່ທີ່ນັ້ນ, ຕາມນິມິດທີ່ຂ້ານ້ອຍໄດ້ເຫັນໃນທົ່ງພຽງ. ເອເຊກຽນ 8:1–4.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ນິມິດໃນປີທີຫົກ ເດືອນທີຫົກ ແລະ ວັນທີຫ້າ ໄດ້ມາເຖິງກ່ອນ “666” ພໍດີ, ຊຶ່ງເປັນສັນຍາລັກຂອງກົດໝາຍວັນອາທິດ, ເມື່ອເວລາແຫ່ງການທົດລອງໄດ້ປິດລົງສຳລັບອັດເວນຕິສຶມແຫ່ງລາໂອດີເຊຍ. ນິມິດນັ້ນເປັນ “ຕາມນິມິດ” ທີ່ ເອເຊກຽນ “ໄດ້ເຫັນໃນທົ່ງພຽງ.” ນິມິດທີ່ທ່ານໄດ້ເຫັນໃນທົ່ງພຽງນັ້ນ ຖືກພົບເຫັນກ່ອນໜ້ານີ້ ໃນບົດທີສາມ.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ແລ້ວຂ້າພະເຈົ້າກໍລຸກຂຶ້ນ ແລະອອກໄປສູ່ທົ່ງຮາບ; ແລະ ຈົ່ງເບິ່ງ, ພຣະສະຫງ່າລາສີຂອງອົງພຣະຜູ້ເປັນເຈົ້າປະທັບຢູ່ທີ່ນັ້ນ, ເໝືອນດັ່ງພຣະສະຫງ່າລາສີທີ່ຂ້າພະເຈົ້າໄດ້ເຫັນທີ່ແມ່ນ້ຳເຄບາ; ແລະຂ້າພະເຈົ້າກໍຊົບໜ້າລົງ. ເອເຊກຽນ 3:23.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ນິມິດເລື່ອງ “ທົ່ງພຽງ” ຊຶ່ງເປັນນິມິດໃນປີທີຫົກ ເດືອນທີຫົກ ແລະ ວັນທີຫ້າ ນັ້ນ ແມ່ນນິມິດທີ່ເອເຊກຽນໄດ້ເຫັນມາແຕ່ກ່ອນທີ່ແມ່ນ້ຳເຄບາ.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ແລະເຫດກໍເກີດຂຶ້ນໃນປີທີສາມສິບ, ໃນເດືອນທີສີ່, ໃນວັນທີຫ້າຂອງເດືອນ, ເມື່ອຂ້າພະເຈົ້າຢູ່ທ່າມກາງພວກເຊີຍໂດຍແມ່ນ້ຳເຄບາ, ຟ້າສະຫວັນກໍໄດ້ຖືກເປີດອອກ ແລະຂ້າພະເຈົ້າໄດ້ເຫັນນິມິດທັງຫຼາຍຂອງພຣະເຈົ້າ. ເອເຊກຽນ 1:1.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“ນິມິດຂອງພຣະເຈົ້າ” ທີ່ເອເຊກຽນ “ໄດ້ເຫັນ” ຢູ່ແມ່ນ້ຳເຄບານັ້ນ ແມ່ນນິມິດແຫ່ງທົ່ງພຽງ ຊຶ່ງກໍແມ່ນນິມິດໃນເອເຊກຽນບົດ 8 ຫາ 11 ດ້ວຍ. ນິມິດເຫຼົ່ານັ້ນໄດ້ຖືກສະແດງຂຶ້ນໃນບໍລິບົດທີ່ເອເຊກຽນກຳລັງເບິ່ງເຂົ້າໄປໃນພຣະວິຫານ ຊຶ່ງເປັນບ່ອນທີ່ນິມິດກະຈົກສ່ອງ “marah” ໃນບົດ 10 ໄດ້ບັງເກີດຂຶ້ນ. ເອເຊກຽນເປັນຕົວແທນຂອງບັນດາຜູ້ທີ່ມີສ່ວນໃນແສງແຫ່ງຄຳພະຍາກອນທີ່ແຜ່ອອກມາຈາກສະຖານບໍລິສຸດທີ່ສຸດ ໃນຂະນະທີ່ພຣະນິມິດແຫ່ງພຣະເຢຊູຄຣິດຖືກນຳອອກມາ ກ່ອນການປິດໂອກາດແຫ່ງພຣະຄຸນຈະສິ້ນສຸດລົງ.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ເມື່ອພວກເຮົາລະບຸເສັ້ນຢູບິເລຂອງກະສັດໂຢສີຢາທີ່ເລີ່ມຕົ້ນດ້ວຍປັດສະຄາ ແລະ ສິ້ນສຸດໃນວັນທີ 22 ຕຸລາ, ພວກເຮົາກໍກຳລັງລະບຸສັນຍາລັກຂອງເທດສະການລະດູບ່ວງ ແລະ ເທດສະການລະດູໃບໄມ້ລົ່ນ ຕາມທີ່ໄດ້ວາງໄວ້ໃນ ພຣະທຳເລວີ ບົດທີຊາວສາມ. ໃນທີ່ນັ້ນ ເທດສະການລະດູບ່ວງ ແລະ ເທດສະການລະດູໃບໄມ້ລົ່ນ ຖືກວາງໄວ້ຝ່າຍລະຊາວສອງຂໍ້, ເຫມືອນດັ່ງທີ່ພັນທະກິດຂອງເອເຊກຽນມີເວລາຊາວສອງປີ. ການຈັດໃຫ້ເອເຊກຽນຢູ່ໃນປີທີສາມສິບຂອງເສັ້ນຢູບິເລ ເຮັດໃຫ້ການເກີດຂອງເອເຊກຽນສອດຄ່ອງກັບການຟື້ນຟູຂອງໂຢສີຢາ. ຖ້າລາວມີອາຍຸສາມສິບປີໃນປີທີສາມສິບຂອງວົງຈອນຢູບິເລ, ເຊັ່ນນັ້ນ ເອເຊກຽນກໍຈະໄດ້ເກີດໃນເວລາການປະຕິຮູບຂອງໂຢສີຢາ.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ເອເຊກຽນເປັນສັນຍາລັກຂອງຜູ້ທີ່ໂດຍຄວາມເຊື່ອໄດ້ເຂົ້າໄປໃນບ່ອນບໍລິສຸດທີ່ສຸດ. ເມື່ອເຂົ້າໄປຢູ່ທີ່ນັ້ນແລ້ວ ເຂົາເຫັນລໍ້ຢູ່ພາຍໃນລໍ້ ຊຶ່ງເປັນຕົວແທນຂອງການປະສານກັນອັນສັບຊ້ອນຂອງປະຕິສຳພັນຂອງມະນຸດ. ດັ່ງເຊັ່ນດຽວກັບໂຢຮັນໃນພຣະນິມິດບົດທີສິບ, ເອເຊກຽນເປັນຕົວແທນຂອງພວກ Millerites, ແຕ່ໂດຍກົງຍິ່ງກວ່ານັ້ນແມ່ນໜຶ່ງແສນສີ່ໝື່ນສີ່ພັນຄົນ. ຄຳພະຍາກອນເວລາຄູ່ຂະໜານຂອງລາວ ສາມຮ້ອຍເກົ້າສິບເອັດປີ ແລະ ສິບຫ້າວັນ ສະແດງໃຫ້ເຫັນການພິພາກສາຄັ້ງສຸດທ້າຍຂອງ Laodicean Adventism ພ້ອມກັບການທຳລາຍເຢຣູຊາເລັມ, ແລະມັນລວມເຖິງປິດສະນາຂອງສາມສິບແປດ ແລະ ສີ່ສິບ.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ມັນລວມເຖິງສັນຍະລັກແຫ່ງສີ່ຮ້ອຍສາມສິບປີ.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ມັນລວມເອົາໄລຍະເວລາສີ່ປີທີ່ຖືກເປັນສັນຍາລັກໂດຍ 1333 ຫາ 1337, 1449 ຫາ 1453 ແລະ 1840 ຫາ 1844.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ພວກເຮົາຈະເລີ່ມຕົ້ນການພິຈາລະນາຂອງພວກເຮົາເກືອບເຖິງຫົວຂໍ້ອັນສຳຄັນຢ່າງຍິ່ງນີ້ໃນບົດຄວາມຖັດໄປ.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“ໃນນິມິດທີ່ປະທານແກ່ອິຊາຢາ, ແກ່ເອເຊກຽນ, ແລະແກ່ໂຢຮັນ, ພວກເຮົາເຫັນວ່າສະຫວັນມີຄວາມຜູກພັນຢ່າງໃກ້ຊິດພຽງໃດກັບເຫດການທີ່ກໍາລັງເກີດຂຶ້ນເທິງແຜ່ນດິນໂລກ ແລະການດູແລຂອງພຣະເຈົ້າຍິ່ງໃຫຍ່ພຽງໃດສໍາລັບບັນດາຜູ້ທີ່ຊື່ສັດພັກດີຕໍ່ພຣະອົງ.” Testimonies, ເຫຼັ້ມ 5, 753.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“ພຣະຄຣິດເອງຊົງເປັນອົງພຣະຜູ້ເປັນເຈົ້າແຫ່ງພຣະວິຫານ. ເມື່ອພຣະອົງຈະຈາກມັນໄປ, ສະຫງ່າລາສີຂອງມັນກໍຈະຈາກໄປດ້ວຍ—ສະຫງ່າລາສີນັ້ນທີ່ເຄີຍປະກົດໃນບ່ອນບໍລິສຸດທີ່ສຸດເໜືອພຣະທີ່ນັ່ງແຫ່ງພຣະກະລຸນາ, ບ່ອນທີ່ມະຫາປະໂຣຫິດເຂົ້າໄປພຽງແຕ່ປີລະເທື່ອ, ໃນວັນໃຫຍ່ແຫ່ງການລົບມົນທິນບາບ, ພ້ອມດ້ວຍເລືອດຂອງເຄື່ອງບູຊາທີ່ຖືກຂ້າ (ອັນເປັນເງົາພາບຂອງພຣະໂລຫິດແຫ່ງພຣະບຸດຂອງພຣະເຈົ້າ ທີ່ຖືກຫຼັ່ງອອກເພື່ອບາບຂອງໂລກ), ແລະໄດ້ປະພົມມັນໃສ່ແທ່ນບູຊາ. ນີ້ແມ່ນເຊຄີນາ, ພະພັກທີ່ປະກົດໃຫ້ເຫັນຂອງພຣະເຢໂຮວາ.”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“ສະຫງ່າລາສີນີ້ແຫຼະທີ່ໄດ້ຖືກເປີດເຜยແກ່ເອຊາຢາ, ເມື່ອທ່ານກ່າວວ່າ, ‘ໃນປີທີ່ກະສັດອຸດຊີຢາສິ້ນພະຊົນ ຂ້ານ້ອຍໄດ້ເຫັນອົງພຣະຜູ້ເປັນເຈົ້າປະທັບເທິງພະທີ່ນັ່ງ, ສູງສົ່ງແລະຖືກຍົກຂຶ້ນໄວ້, ແລະຊາຍສະໄບຂອງພຣະອົງເຕັມພຣະວິຫານ’ [ເອຊາຢາ 6:1–8 quoted].” The Seventh-day Adventist Bible Commentary, volume 4, 1139.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ນິມິດທີ່ປະທານແກ່ເອຊາຢາເປັນຕົວແທນສະພາບຂອງປະຊາຊົນຂອງພຣະເຈົ້າໃນວັນສຸດທ້າຍ. ພວກເຂົາໄດ້ຮັບສິດພິເສດໃນການເຫັນໂດຍຄວາມເຊື່ອເຖິງພາລະກິດທີ່ກຳລັງດຳເນີນຢູ່ໃນພຣະວິຫານສະຫວັນ. “ແລະພຣະວິຫານຂອງພຣະເຈົ້າໄດ້ຖືກເປີດຂຶ້ນໃນສະຫວັນ ແລະໄດ້ເຫັນຫີບແຫ່ງພັນທະສັນຍາຂອງພຣະອົງຢູ່ໃນພຣະວິຫານນັ້ນ.” ເມື່ອພວກເຂົາເບິ່ງເຂົ້າໄປໂດຍຄວາມເຊື່ອໃນບ່ອນບໍລິສຸດທີ່ສຸດ ແລະເຫັນພາລະກິດຂອງພຣະຄຣິດໃນພຣະວິຫານສະຫວັນ, ພວກເຂົາກໍຮັບຮູ້ວ່າຕົນເປັນຊົນຊາດທີ່ມີຮິມຝີປາກບໍ່ສະອາດ—ເປັນຊົນຊາດທີ່ຮິມຝີປາກຂອງເຂົາໄດ້ເວົ້າຄຳທີ່ໄຮ້ສາລະຢູ່ເລື້ອຍໆ, ແລະບັນດາພອນສະຫວັນຂອງເຂົາກໍບໍ່ໄດ້ຖືກຊຳລະໃຫ້ບໍລິສຸດ ແລະນຳໃຊ້ເພື່ອພຣະສິລິຂອງພຣະເຈົ້າ. ນັບວ່າສົມຄວນຢ່າງຍິ່ງທີ່ພວກເຂົາຈະສິ້ນຫວັງ ເມື່ອພວກເຂົານຳຄວາມອ່ອນແອແລະຄວາມບໍ່ສົມຄວນຂອງຕົນໄປປຽບທຽບກັບຄວາມບໍລິສຸດແລະຄວາມງົດງາມເປັນທີ່ຮັກຂອງພຣະລັກສະນະອັນຮຸ່ງໂລດຂອງພຣະຄຣິດ. ແຕ່ຖ້າພວກເຂົາ, ເຊັ່ນດຽວກັບເອຊາຢາ, ຍອມຮັບຄວາມປະທັບໃຈທີ່ອົງພຣະຜູ້ເປັນເຈົ້າຊົງປະສົງໃຫ້ຖືກປະທັບລົງໃນໃຈ, ຖ້າພວກເຂົາຖ່ອມຈິດວິນຍານຂອງຕົນລົງຕໍ່ພຣະເຈົ້າ, ກໍຍັງມີຄວາມຫວັງສຳລັບພວກເຂົາ. ຄັນທະນູແຫ່ງພຣະສັນຍາຢູ່ເໜືອພຣະບັນລັງ, ແລະພາລະກິດທີ່ໄດ້ກະທຳແກ່ເອຊາຢານັ້ນຈະຖືກກະທຳໃນພວກເຂົາ. ພຣະເຈົ້າຈະຊົງຕອບສະໜອງຕໍ່ຄຳອະທິຖານທີ່ອອກມາຈາກໃຈທີ່ສຳນຶກຜິດ.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“ຈຸດປະສົງຂອງພຣະລາຊກິດອັນຍິ່ງໃຫຍ່ແລະອັນນ່າຄາລະວະນີ້ຂອງພຣະເຈົ້າ ຄືການຮວບຮວມຟ່ອນເຂົ້າໄວ້ໃນຍຸ້ງສະຫວັນ; ເພາະວ່າແຜ່ນດິນໂລກຈະເຕັມໄປດ້ວຍພຣະສິຣິຂອງພຣະອົງ. ດັ່ງນັ້ນ ຢ່າໃຫ້ຜູ້ໃດທໍ້ໃຈເມື່ອເຂົາເຫັນຄວາມອະທຳທີ່ແຜ່ຫຼາຍຢູ່ ແລະໄດ້ຍິນຄຳເວົ້າທີ່ອອກມາຈາກຮີມປາກອັນບໍ່ສະອາດ. ເມື່ອອຳນາດແຫ່ງຄວາມມືດຈັດຂະບວນຕໍ່ຕ້ານປະຊາຊົນຂອງພຣະເຈົ້າ; ເມື່ອຊາຕານລະດົມກອງກຳລັງຂອງມັນເພື່ອການຕໍ່ສູ້ອັນຍິ່ງໃຫຍ່ຄັ້ງສຸດທ້າຍ, ແລະອຳນາດຂອງມັນເບິ່ງຄືວ່າຍິ່ງໃຫຍ່ແລະເກືອບຈະທົ່ວທົນບໍ່ໄດ້, ການເຫັນຢ່າງແຈ່ມແຈ້ງເຖິງພຣະສິຣິອັນສະຫວັນ, ພຣະທີ່ນັ່ງອັນສູງສົ່ງແລະຖືກຍົກຂຶ້ນ, ທີ່ຖືກໂຄ້ງຄຸ້ມໄວ້ດ້ວຍຄັນທະນູແຫ່ງພຣະສັນຍາ, ຈະນຳຄວາມຊູໃຈ, ຄວາມໝັ້ນໃຈ, ແລະສັນຕິສຸກມາໃຫ້.” Review and Herald, December 22, 1896.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ຢູ່ເທິງຝັ່ງແມ່ນ້ຳເຄບາ ເອເຊກຽນໄດ້ເຫັນລົມຫວນໜຶ່ງ ເບິ່ງປານວ່າມາຈາກທິດເໜືອ “ເປັນເມກໃຫຍ່ກ້ອນໜຶ່ງ ແລະມີໄຟມ້ວນຕົວຢູ່ໃນນັ້ນ ແລະມີຄວາມສະຫວ່າງຢູ່ຮອບມັນ ແລະອອກມາຈາກທ່າມກາງນັ້ນປານສີອຳພັນ.” ມີລໍ້ຈຳນວນໜຶ່ງຕັດກັນໄປມາ ຖືກເຮັດໃຫ້ເຄື່ອນໂດຍສັດມີຊີວິດສີ່ຕົວ. ສູງຂຶ້ນໄປເໜືອສິ່ງເຫຼົ່ານີ້ທັງໝົດ “ມີສິ່ງທີ່ຄ້າຍບັນລັງ ດັ່ງລັກສະນະຂອງຫີນໄພລິນ: ແລະເທິງສິ່ງທີ່ຄ້າຍບັນລັງນັ້ນ ມີສິ່ງທີ່ຄ້າຍດັ່ງລັກສະນະຂອງມະນຸດຢູ່ເທິງນັ້ນ.” “ແລະໃນພວກເຄຣູບິມນັ້ນ ໄດ້ປາກົດຮູບຂອງມືມະນຸດຢູ່ໃຕ້ປີກຂອງພວກມັນ.” Ezekiel 1:4, 26; 10:8. ລໍ້ເຫຼົ່ານັ້ນມີການຈັດວາງທີ່ສັບຊ້ອນຫຼາຍ ຈົນເມື່ອເຫັນໃນຄັ້ງທຳອິດ ມັນປາກົດປານວ່າຢູ່ໃນຄວາມສັບສົນ; ແຕ່ມັນເຄື່ອນໄປດ້ວຍຄວາມກົມກຽວຢ່າງສົມບູນ. ບັນດາສິ່ງມີຊີວິດແຫ່ງສະຫວັນ ຊຶ່ງຖືກຄ້ຳຈູນແລະຊົງນຳໂດຍພຣະຫັດທີ່ຢູ່ໃຕ້ປີກຂອງພວກເຄຣູບິມ ໄດ້ຂັບເຄື່ອນລໍ້ເຫຼົ່ານີ້; ຢູ່ເໜືອພວກມັນ ເທິງບັນລັງໄພລິນ ມີອົງນິລັນດອນສະຖິດຢູ່; ແລະຮອບບັນລັງນັ້ນມີຮຸ້ງ ອັນເປັນເຄື່ອງໝາຍແຫ່ງພຣະເມດຕາຂອງພຣະເຈົ້າ.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“ດັ່ງທີ່ບັນດາວົງລໍ້ອັນຊັບຊ້ອນນັ້ນຢູ່ໃຕ້ການຊົງນຳຂອງພຣະຫັດຊຶ່ງຢູ່ໃຕ້ປີກຂອງເຄຣູບິມ, ສັນໃດ ການເຄື່ອນໄຫວອັນສັບຊ້ອນຂອງເຫດການມະນຸດກໍຢູ່ໃຕ້ການຄວບຄຸມອັນຊົງພຣະເຈົ້າສັນນັ້ນ. ທ່າມກາງການຂັດແຍ່ງແລະຄວາມວຸ່ນວາຍຂອງບັນດາຊາດ, ພຣະອົງຜູ້ປະທັບຢູ່ເໜືອເຄຣູບິມຍັງຄົງຊົງນຳກິດຈະການຂອງແຜ່ນດິນໂລກ.”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“ປະຫວັດສາດຂອງບັນດາປະຊາຊາດທີ່ໄດ້ຄອບຄອງເວລາແລະບ່ອນຂອງຕົນຕາມລຳດັບສືບຕໍ່ກັນໄປ ໂດຍເປັນພະຍານແກ່ຄວາມຈິງຢ່າງບໍ່ຮູ້ຕົວ ຊຶ່ງພວກເຂົາເອງກໍບໍ່ເຂົ້າໃຈຄວາມໝາຍຂອງມັນ ກຳລັງກ່າວແກ່ພວກເຮົາ. ສຳລັບທຸກປະຊາຊາດ ແລະສຳລັບທຸກບຸກຄົນໃນສະໄໝນີ້ ພຣະເຈົ້າໄດ້ກຳນົດບ່ອນແຫ່ງໜຶ່ງໄວ້ໃນແຜນການອັນຍິ່ງໃຫຍ່ຂອງພຣະອົງ. ໃນວັນນີ້ ມະນຸດແລະປະຊາຊາດທັງຫລາຍກຳລັງຖືກວັດດ້ວຍລູກດິ່ງທີ່ຢູ່ໃນພຣະຫັດຂອງພຣະອົງຜູ້ບໍ່ເຄີຍຜິດພາດ. ທຸກຄົນກຳລັງຕັດສິນຊະຕາກຳຂອງຕົນເອງໂດຍການເລືອກຂອງຕົນ ແລະພຣະເຈົ້າກໍກຳລັງຄວບຄຸມສິ່ງທັງປວງເໜືອສິ່ງອື່ນໃດ ເພື່ອໃຫ້ພຣະປະສົງຂອງພຣະອົງສຳເລັດ.”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“ປະຫວັດສາດທີ່ພຣະອົງຜູ້ຍິ່ງໃຫຍ່ I AM ໄດ້ກຳນົດໄວ້ໃນພຣະວັດຈະນະຂອງພຣະອົງ, ໂດຍເຊື່ອມຕໍ່ຂໍ້ໜຶ່ງເຂົ້າກັບອີກຂໍ້ໜຶ່ງໃນສາຍໂສ້ແຫ່ງຄຳພະຍາກອນ, ຈາກນິລັນດອນໃນອະດີດໄປສູ່ນິລັນດອນໃນອະນາຄົດ, ບອກໃຫ້ພວກເຮົາຮູ້ວ່າ ໃນມື້ນີ້ພວກເຮົາຢູ່ຈຸດໃດໃນຂະບວນແຫ່ງຍຸກສະໄໝ, ແລະສິ່ງໃດອາດຖືກຄາດໝາຍໄດ້ໃນເວລາທີ່ຈະມາເຖິງ. ທຸກສິ່ງທີ່ຄຳພະຍາກອນໄດ້ບອກໄວ້ລ່ວງໜ້າວ່າຈະບັງເກີດຂຶ້ນ, ຈົນເຖິງເວລາປະຈຸບັນນີ້, ໄດ້ຖືກບັນທຶກໄວ້ໃນໜ້າປະຫວັດສາດແລ້ວ, ແລະພວກເຮົາອາດໝັ້ນໃຈໄດ້ວ່າ ທຸກສິ່ງທີ່ຍັງຈະມາເຖິງນັ້ນ ຈະສຳເລັດຄົບຖ້ວນຕາມລຳດັບຂອງມັນ.” Education, 178.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ປະຫວັດທີ່ຖືກຊ່ອນເຮັ້ນຂອງຂໍ້ສີ່ສິບ - ເລກທີຊາວ</dc:title>
  <dc:subject>ວິບັດຄັ້ງທີສອງ - ພາກທີເຈັດ - ເອເຊກຽນ</dc:subject>
  <dc:creator>Jeff Pippenger</dc:creator>
  <cp:keywords/>
  <dc:description>Generated by ArticleDigger from hidden_history\20_hidden_history.json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