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ປະຫວັດສາດທີ່ຖືກຊ່ອນໄວ້ຂອງຂໍ້ທີ່ສີ່ສິບ - ເລກທີຊາວເອັດ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ວິບັດຄັ້ງທີສອງ - ພາກທີແປດ - ເອເຊກຽນ ເລກທີສອງ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2026-08-05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ເປັນຕົວແທນຂອງບັນດາຜູ້ທີ່ໄດ້ຮັບພະລາຊະກິດແຫ່ງການສັ່ງສອນທີ່ສຳເລັດແກ່ພວກເຂົາໂດຍສິງໂຕແຫ່ງເຜົ່າຢູດາ, ແລະຄຳສັ່ງສອນພື້ນຖານຂອງພຣະອົງຄື “ເສັ້ນຕໍ່ເສັ້ນ.”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ພຣະອົງໄດ້ກ່າວແກ່ພວກເຂົາວ່າ, “ນີ້ແມ່ນການພັກຜ່ອນທີ່ທ່ານທັງຫຼາຍຈະໃຫ້ຜູ້ອ່ອນເພຍໄດ້ພັກຜ່ອນ; ແລະນີ້ແມ່ນການຟື້ນກຳລັງ”; ແຕ່ພວກເຂົາບໍ່ຍອມຟັງ. ແຕ່ພຣະວັດຈະນະຂອງພຣະເຢໂຮວາໄດ້ມາເຖິງພວກເຂົາເປັນຂໍ້ບັນຍັດເທິງຂໍ້ບັນຍັດ, ຂໍ້ບັນຍັດເທິງຂໍ້ບັນຍັດ; ບັນທັດເທິງບັນທັດ, ບັນທັດເທິງບັນທັດ; ນີ້ໜ້ອຍໜຶ່ງ, ແລະບ່ອນນັ້ນໜ້ອຍໜຶ່ງ; ເພື່ອວ່າພວກເຂົາຈະໄປ, ແລະລົ້ມລົງໄປຂ້າງຫຼັງ, ແລະຖືກຫັກທຳລາຍ, ແລະຕິດບ້ວງ, ແລະຖືກຈັບໄດ້. ອິສະຢາ 28:12, 13.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ໃນປັດຈຸບັນ ສິງໂຕແຫ່ງເຜົ່າຢູດາກຳລັງເປີດເຜີຍພຣະທຳເອເຊກຽນ. ພວກເຮົາໄດ້ຮັບແຈ້ງວ່າ ເອເຊກຽນເປັນປະໂຣຫິດໃນປີທີສາມສິບ ບໍ່ວ່າ “ສາມສິບ” ຈະໝາຍເຖິງອາຍຸເຊິ່ງເປັນນັຍລັກຂອງທ່ານໃນຖານະປະໂຣຫິດ ຫຼື ປີທີສາມສິບໃນສາຍພະຍາກອນທີ່ໄດ້ເລີ່ມຕົ້ນຈາກປີຢູບິລີອັນຍິ່ງໃຫຍ່ຂອງໂຢສີຢາ. ຖານະປະໂຣຫິດສຸດທ້າຍໃນວັນສຸດທ້າຍແມ່ນໜຶ່ງແສນສີ່ໝື່ນສີ່ພັນ ແລະ ປະຫວັດສາດຕາມຕົວອັກສອນໃນສະໄໝບູຮານເປັນແບບຢ່າງລ່ວງໜ້າແກ່ປະຫວັດສາດເຊິ່ງເປັນນັຍລັກໃນວັນສຸດທ້າຍ.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ແຕ່ພວກທ່ານຈະຖືກເອີ້ນວ່າ ປະໂລຫິດແຫ່ງພຣະຢາເວ; ມະນຸດທັງຫລາຍຈະເອີ້ນພວກທ່ານວ່າ ຜູ້ຮັບໃຊ້ແຫ່ງພຣະເຈົ້າຂອງພວກເຮົາ; ພວກທ່ານຈະໄດ້ກິນຄວາມຮັ່ງມີຂອງບັນດາປະຊາຊາດ, ແລະໃນສະຫງ່າລາສີຂອງເຂົາເຫລົ່ານັ້ນ ພວກທ່ານຈະອວດອ້າງຕົນເອງ. ອິສະຢາ 61:6.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ເປັນສັນຍະລັກຂອງປະຊາຊົນຂອງພຣະເຈົ້າໃນວັນສຸດທ້າຍ—ຊຶ່ງເປັນປະຫວັດສາດອັນສັກສິດທີ່ຄໍາພະຍານແຫ່ງຄໍາພະຍາກອນທຸກປະການລະບຸໄວ້. ປະຫວັດສາດອັນສັກສິດນັ້ນຄືການເຄື່ອນໄຫວຂອງທູດສະຫວັນອົງທີສາມ, ຊຶ່ງໄດ້ຖືກເຮັດໃຫ້ເປັນແບບຢ່າງໂດຍສະເພາະຜ່ານການເຄື່ອນໄຫວຂອງທູດສະຫວັນອົງທຳອິດໃນປີ 1840. ການເຄື່ອນໄຫວຂອງທູດສະຫວັນອົງທຳອິດເປັນທູດສະຫວັນອັນອາລະຟາໃນບັນດາທູດສະຫວັນສາມອົງ ແລະອົງທີສາມເປັນທູດສະຫວັນອັນໂອເມກາ. ເພາະສະນັ້ນ ເອເຊກຽນຈຶ່ງຢູ່ໃນແນວດຽວກັນກັບເປໂຕໃນເວລາແຫ່ງການປະທັບຕາຂອງຄົນຫນຶ່ງແສນສີ່ໝື່ນສີ່ພັນ. ປະຫວັດສາດເຊີງສັນຍະລັກທີ່ທັງເປໂຕແລະເອເຊກຽນຕັ້ງຢູ່ນັ້ນ ຖືກນໍາສະເໜີເປັນປະຫວັດສາດ Panium.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ປຶ້ມນ້ອຍ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ເອເຊກຽນໄດ້ຮັບເອົາໜັງສືນ້ອຍນັ້ນ ເໝືອນດັ່ງທີ່ໂຢຮັນໄດ້ກະທຳໃນພຣະນິມິດບົດທີ 10.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ແຕ່ເຈົ້າ, ບຸດແຫ່ງມະນຸດເອີຍ, ຈົ່ງຟັງສິ່ງທີ່ເຮົາກ່າວແກ່ເຈົ້າ; ຢ່າເປັນຄົນກະບົດເໝືອນເຊັ່ນວົງວານທີ່ກະບົດນັ້ນ: ຈົ່ງອ້າປາກຂອງເຈົ້າ, ແລະກິນສິ່ງທີ່ເຮົາໃຫ້ແກ່ເຈົ້າ. ແລະເມື່ອຂ້າພະເຈົ້າເບິ່ງ, ເບິ່ງແມ, ມືໜຶ່ງໄດ້ຖືກສົ່ງມາຫາຂ້າພະເຈົ້າ; ແລະເບິ່ງແມ, ມີມ້ວນໜັງສືຢູ່ໃນມືນັ້ນ; ແລະພຣະອົງໄດ້ຄີ່ມັນອອກຕໍ່ໜ້າຂ້າພະເຈົ້າ; ແລະມັນໄດ້ຖືກຂຽນທັງດ້ານໃນແລະດ້ານນອກ: ແລະໃນນັ້ນໄດ້ຂຽນໄວ້ເຖິງຄຳຄ່ຳຄວນ, ການຄ່ຳຄວນ, ແລະວິບັດ. ນອກຈາກນັ້ນ ພຣະອົງໄດ້ກ່າວແກ່ຂ້າພະເຈົ້າວ່າ, ບຸດແຫ່ງມະນຸດເອີຍ, ຈົ່ງກິນສິ່ງທີ່ເຈົ້າພົບ; ຈົ່ງກິນມ້ວນນີ້, ແລະຈົ່ງໄປກ່າວແກ່ວົງວານອິດສະຣາເອນ. ດັ່ງນັ້ນ ຂ້າພະເຈົ້າຈຶ່ງອ້າປາກຂອງຂ້າພະເຈົ້າ, ແລະພຣະອົງໄດ້ໃຫ້ຂ້າພະເຈົ້າກິນມ້ວນນັ້ນ. ແລະພຣະອົງກ່າວແກ່ຂ້າພະເຈົ້າວ່າ, ບຸດແຫ່ງມະນຸດເອີຍ, ຈົ່ງໃຫ້ທ້ອງຂອງເຈົ້າກິນ, ແລະໃຫ້ລຳໄສ້ຂອງເຈົ້າເຕັມດ້ວຍມ້ວນນີ້ທີ່ເຮົາໃຫ້ແກ່ເຈົ້າ. ແລ້ວຂ້າພະເຈົ້າກໍກິນມັນ; ແລະມັນຢູ່ໃນປາກຂອງຂ້າພະເຈົ້າຫວານເໝືອນນ້ຳເຜິ້ງ. ເອເຊກຽນ 2:8–10, 3:1–3.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 ພຣະນິມິດ ບົດທີ 10, ໂຢຮັນ ໄດ້ກິນມ້ວນໜັງສືນ້ອຍ, ແລະ ທັງບົດນັ້ນ ເປັນຕົວແທນແຫ່ງການສຳແດງອອກຂອງລິດອຳນາດຂອງພຣະເຈົ້າ ຕັ້ງແຕ່ ວັນທີ 11 ສິງຫາ 1840 ຈົນເຖິງ ວັນທີ 22 ຕຸລາ 1844.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“ທູດສະຫວັນອົງທີ່ຮ່ວມເປັນໜຶ່ງໃນການປະກາດຂ່າວສານຂອງທູດສະຫວັນອົງທີສາມ ຈະເຮັດໃຫ້ແຜ່ນດິນໂລກທັງສິ້ນສ່ອງແສງດ້ວຍລັດສະໝີຂອງທ່ານ. ພະລາຊະກິດອັນມີຂອບເຂດທົ່ວໂລກ ແລະມີລິດເດດອັນພິເສດຫາຍາກ ໄດ້ຖືກພະຍາກອນໄວ້ໃນທີ່ນີ້. ຂະບວນການເສດັດມາໃນປີ 1840–44 ເປັນການສຳແດງອັນຮຸ່ງໂລດແຫ່ງຣິດອຳນາດຂອງພຣະເຈົ້າ; ຂ່າວສານຂອງທູດສະຫວັນອົງທຳອິດໄດ້ຖືກນຳໄປຍັງສະຖານີມິຊຊັນທຸກແຫ່ງໃນໂລກ, ແລະໃນບາງປະເທດໄດ້ມີຄວາມຕື່ນຕົວທາງສາສະໜາອັນຍິ່ງໃຫຍ່ທີ່ສຸດ ຊຶ່ງເຄີຍປະຈັກໃນແຜ່ນດິນໃດໜຶ່ງນັບຕັ້ງແຕ່ຍຸກປະຕິຮູບໃນສະຕະວັດທີສິບຫົກ; ແຕ່ສິ່ງເຫຼົ່ານີ້ຈະຖືກເໜືອກວ່າໂດຍຂະບວນການອັນຊົງພະລັງພາຍໃຕ້ຄຳເຕືອນສຸດທ້າຍຂອງທູດສະຫວັນອົງທີສາມ.” The Great Controversy, 611.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ເອເຊກຽນໄດ້ຖືກຈັດໃຫ້ສອດຄ່ອງກັບໂຢຮັນໃນພຣະນິມິດບົດທີສິບ, ດັ່ງນັ້ນ ເປໂຕ, ໂຢຮັນ ແລະ ເອເຊກຽນ ຈຶ່ງຢືນຮ່ວມກັນໃນບ່ອນທີ່ໄດ້ຖືກກຳນົດໄວ້ສຳລັບພວກເຂົາ ໃນໄລຍະເວລາແຫ່ງການປະທັບຕາຂອງຜູ້ໜຶ່ງແສນສີ່ໝື່ນສີ່ພັນ.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ຄັ້ງແຕ່ ຄ.ສ. 1840 ຫາ 1844 ເປັນໄລຍະເວລາສີ່ປີ ຊຶ່ງໄດ້ເລີ່ມຕົ້ນເມື່ອຄຳພະຍາກອນເລື່ອງເວລາ ທີ່ເລີ່ມຕົ້ນດ້ວຍໄລຍະເວລາໜຶ່ງຮ້ອຍຫ້າສິບປີ ໃນວັນທີ 27 ກໍລະກົດ 1299. “ຫ້າເດືອນ” ເຫຼົ່ານັ້ນໄດ້ສິ້ນສຸດລົງ ແລະໄດ້ເຊື່ອມຕໍ່ກັບຄຳພະຍາກອນເລື່ອງເວລາ ຈຳນວນສາມຮ້ອຍເກົ້າສິບເອັດປີ ແລະ ສິບຫ້າວັນ ຊຶ່ງໄດ້ສິ້ນສຸດລົງໃນວັນທີ 11 ສິງຫາ 1840, ເມື່ອການສຳແດງອັນຮຸ່ງໂລດແຫ່ງລິດອຳນາດຂອງພຣະເຈົ້າໄດ້ປາກົດອອກ ຈົນເຖິງວັນທີ 22 ຕຸລາ 1844. ຫຼັງຈາກນັ້ນ ການນຳໃຊ້ເວລາແຫ່ງຄຳພະຍາກອນກໍໄດ້ຢຸດລົງ.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ແລະໄດ້ປະຕິຍານໂດຍພຣະອົງຜູ້ຊົງພຣະຊົນຢູ່ເປັນນິດນິລັນດອນ ຜູ້ຊົງສ້າງຟ້າສະຫວັນ ແລະສິ່ງທັງປວງທີ່ຢູ່ໃນນັ້ນ ທັງແຜ່ນດິນໂລກ ແລະສິ່ງທັງປວງທີ່ຢູ່ໃນນັ້ນ ທັງທະເລ ແລະສິ່ງທັງປວງທີ່ຢູ່ໃນນັ້ນ ວ່າຈະບໍ່ມີເວລາອີກຕໍ່ໄປ. ພຣະນິມິດ 10:6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ເວລາພະຍາກອນໄດ້ສິ້ນສຸດລົງໃນຖານະເປັນການນຳໃຊ້ພະຍາກອນຢ່າງຖືກຕ້ອງ ໃນວັນທີ 22 ຕຸລາ 1844. ເອເຊກຽນ, ເປໂຕ ແລະ ໂຢຮັນ ແຕ່ລະຄົນເປັນຕົວແທນຂອງພົມມະຈາລີຜູ້ມີປັນຍາຂອງພຣະເຈົ້າ ໃນຂະບວນການຂອງທູດສະຫວັນອົງທຳອິດ ແລະ ອົງທີສອງ ແລະ ຍັງລວມເຖິງຂະບວນການຂອງທູດສະຫວັນອົງທີສາມອີກດ້ວຍ.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ນິມິດ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ສິບເອັດບົດທຳອິດຂອງເອເຊກຽນນຳສະເໜີລຳດັບຂອງ “ນິມິດ” ຕາມທີ່ໄດ້ກ່າວໄວ້ໃນຂໍ້ທີໜຶ່ງຂອງບົດທີໜຶ່ງ.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ບັດນີ້ໄດ້ເກີດຂຶ້ນໃນປີທີສາມສິບ, ໃນເດືອນທີສີ່, ໃນວັນທີຫ້າຂອງເດືອນ, ເມື່ອຂ້ານ້ອຍຢູ່ທ່າມກາງພວກຜູ້ຖືກກວາດໄປເປັນເຊວຍຢູ່ຮິມແມ່ນ້ຳເຄບາ, ຟ້າສະຫວັນກໍໄດ້ເປີດອອກ ແລະ ຂ້ານ້ອຍໄດ້ເຫັນນິມິດຂອງພຣະເຈົ້າ. ເອເຊກຽນ 1:1.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“ນິມິດ” ຂອງສິບເອັດບົດທຳອິດ ໄດ້ຖືກປະທານເປັນຄັ້ງທຳອິດໃນບົດທີໜຶ່ງທີ່ແມ່ນ້ຳເຄບາ, ຈາກນັ້ນໄດ້ຖືກຂະຫຍາຍຕໍ່ໄປໃນນິມິດໃນບົດທີສາມຢູ່ທີ່ “ທົ່ງພຽງ” ແລະຕໍ່ມາອີກໃນນິມິດໃນບົດທີແປດທີ່ນະຄອນເຢຣູຊາເລັມ. ສາມສະຖານທີ່ຄື ແມ່ນ້ຳເຄບາ, ທົ່ງພຽງ, ແລະ ເຢຣູຊາເລັມ ເປັນຕົວແທນຂອງນິມິດສາມປະການທີ່ຮ່ວມກັນປະກອບເປັນນິມິດດຽວ, ຊຶ່ງກໍຄື “ນິມິດ” ຂອງຂໍ້ທີໜຶ່ງ ແລະຂອງສິບເອັດບົດທຳອິດ.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ປີຢູເບລີ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ການພິຈາລະນາປີທີສາມສິບວ່າເປັນປີທີສາມສິບໃນວົງຈອນຢູບິລີ ຊຶ່ງໄດ້ເລີ່ມຕົ້ນໃນການຖືປັສຄາອັນໂດ່ງດັງຂອງໂຢສີຢາ ແລ້ວຈຶ່ງສິ້ນສຸດລົງໃນວັນທີ 22 ເດືອນຕຸລາ ນັ້ນ ສາມາດຮອງຮັບໄດ້ຢ່າງງ່າຍດາຍ ເພາະວ່າແນວປະຫວັດສາດສັກສິດສາຍນັ້ນໄດ້ຖືກສະແດງໄວ້ຢ່າງແຈ່ມແຈ້ງ ເປັນບັນທັດເທິງບັນທັດ ໂດຍມີພະຍານຫຼາຍກວ່າໜຶ່ງ. ຕົວຢ່າງເຊັ່ນ; ປັສຄາເປັນຕົວແທນຂອງບັນດາເທດສະການໃນລະດູບານໃໝ່ ແລະວັນຊົດໃຊ້ບາບເປັນຕົວແທນຂອງບັນດາເທດສະການໃນລະດູໃບໄມ້ລົ່ນ. ດັ່ງນັ້ນ ເລວີນິຕິ ບົດ 23 ຈຶ່ງສອດຄ່ອງກັບວົງຈອນຢູບິລີທີ່ເລີ່ມຕົ້ນກັບໂຢສີຢາ. ຍັງມີແນວອື່ນໆອີກທີ່ສອດຄ່ອງກັບປະຫວັດສາດທີ່ຖືກເປັນຕົວແທນໂດຍກະສັດໂຢສີຢາ ຈົນເຖິງວັນທີ 22 ເດືອນຕຸລາ, 573 BC. ການສຳເລັດເປັນຈິງທາງປະຫວັດສາດໃນວັນທີ 22 ເດືອນຕຸລາ, 573 BC ຂອງປີຢູບິລີໜຶ່ງປີ ໄດ້ຮັບການສະໜັບສະໜູນຈາກນັກປະຫວັດສາດ.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ນັກຄຳນວນເວລາທາງປະຫວັດສາດໂດຍທົ່ວໄປຍ່ອມເຫັນພ້ອມກັນໃນການກຳນົດວັນລຶບບາບເປັນວັນທີ 22 ຕຸລາ 573 ກ່ອນ ຄ.ສ., ແລະປັດສະຄາອັນຍິ່ງໃຫຍ່ຂອງໂຢສີຢາໃນປີ 622 ກ່ອນ ຄ.ສ. ກໍເປັນວັນທີທີ່ບັນດານັກຄຳນວນເວລາຕາມພຣະຄຳພີຍອມຮັບເຊັ່ນກັນ. ປັດສະຄາ, ອັນເປັນສັນຍາລັກຂອງບັນດາເທດສະການໃນລະດູບ່ວງ, ໄດ້ເປີດວົງຈອນຢູບີລີສີ່ສິບເກົ້າປີ, ຊຶ່ງໄດ້ສິ້ນສຸດລົງທີ່ສັນຍາລັກຂອງບັນດາເທດສະການໃນລະດູໃບໄມ້ຫຼົ່ນ ໃນວັນລຶບບາບ. ເຈັດອາທິດແຫ່ງປີທີ່ປະກອບເປັນສີ່ສິບເກົ້າປີນັ້ນ ເປັນສັນຍາລັກຂອງວັນຊະບາໂຕຂອງແຜ່ນດິນ.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“ໃນທຸກໜ້າ, ບໍ່ວ່າຈະເປັນປະຫວັດສາດ, ຫຼືຂໍ້ບັນຍັດ, ຫຼືຄຳພະຍາກອນ, ພຣະຄຳພີພຣະສັນຍາເດີມກໍສ່ອງປະກາຍດ້ວຍພຣະສິຣິຂອງພຣະບຸດແຫ່ງພຣະເຈົ້າ. ເທົ່າທີ່ລະບົບນັ້ນເປັນການສະຖາປະນາໂດຍພຣະເຈົ້າ, ລະບົບຢິວທັງໝົດກໍເປັນຄຳພະຍາກອນອັນແນ່ນໜາຂອງຂ່າວປະເສີດ. ບັນດາຜູ້ພະຍາກອນທັງປວງລ້ວນເປັນພະຍານແກ່ພຣະຄຣິດ.” ກິດຈະການ 10:43. ນັບແຕ່ພຣະສັນຍາທີ່ປະທານແກ່ອາດາມ ລົງມາຕາມສາຍເຊື້ອຂອງບັນພະບຸລຸດ ແລະຕະຫຼອດລະບົບພຣະບັນຍັດ, ແສງອັນຮຸ່ງໂລດຈາກສະຫວັນໄດ້ເຮັດໃຫ້ຮອຍພຣະບາດຂອງພຣະຜູ້ໄຖ່ແຈ້ງປະຈັກ. ບັນດາຜູ້ເຫັນນິມິດໄດ້ເຫັນດາວແຫ່ງເບັດເລເຮັມ, ຊີໂລທີ່ຈະມາ, ເມື່ອເຫດການໃນອະນາຄົດເຄື່ອນຜ່ານໄປຕໍ່ໜ້າພວກເຂົາດັ່ງຂະບວນອັນລຶກລັບ. ໃນທຸກເຄື່ອງບູຊາ ຄວາມຕາຍຂອງພຣະຄຣິດຖືກສະແດງໄວ້. ໃນທຸກກຸ່ມຄວັນກຳຍານ ຄວາມຊອບທຳຂອງພຣະອົງໄດ້ລອຍຂຶ້ນ. ໂດຍສຽງແກຈູບິລີທຸກຄັ້ງ ພຣະນາມຂອງພຣະອົງໄດ້ຖືກປະກາດອອກ. ໃນຄວາມລຶກລັບອັນນ່າຄຳເກງຂາມຂອງບ່ອນບໍລິສຸດທີ່ສຸດ ພຣະສິຣິຂອງພຣະອົງໄດ້ສະຖິດຢູ່.” The Desire of Ages, 211.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ສິບເຈັດ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ເຊເດກີຢາໄດ້ຖືກນໍາໄປຍັງບາບີໂລນເມື່ອເຢຣູຊາເລັມລົ້ມລົງ ສິບສີ່ປີກ່ອນປີ 573 ກ່ອນ ຄ.ສ. ນັກປະຫວັດສາດຊາວຢິວໄດ້ກໍານົດວົງຈອນປີຢູບິລີ ນັບແຕ່ໂຢຊີຢາໃນປີ 622 ຈົນເຖິງວັນທີ 22 ຕຸລາ 573 ວ່າເປັນວົງຈອນປີຢູບິລີຄັ້ງທີ 17. ໄລຍະເວລາຈາກຍຸດທະການຣາເຟຍໄປຈົນເຖິງຍຸດທະການພານຽມແມ່ນສິບເຈັດປີ. ປໂຕເລມີ ເປັນຜູ້ມີໄຊໃນຍຸດທະການຣາເຟຍ ແລະພຣະອົງໄດ້ຄອງລາດເປັນກະສັດແຫ່ງພາກໃຕ້ເປັນເວລາສິບເຈັດປີ. ນັບແຕ່ພຣະລາຊະດໍາລັດແຫ່ງມີລານ ຈົນເຖິງເວລາທີ່ຄອນສະແຕນຕິນແບ່ງຈັກກະພັດຂອງຕົນໃນປີ 330 ມີໄລຍະເວລາສິບເຈັດປີ. ໃນວົງຈອນປີຢູບິລີຄັ້ງທີສິບເຈັດ ເຢຣູຊາເລັມໄດ້ຖືກທໍາລາຍໂດຍເນບູກາດເນັດຊາ.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ເພາະວ່າ ບັນດາລູກຫຼານຂອງອິດສະຣາເອນຈະຢູ່ເປັນເວລາຫຼາຍວັນໂດຍບໍ່ມີກະສັດ ແລະບໍ່ມີເຈົ້ານາຍ ແລະບໍ່ມີເຄື່ອງບູຊາ ແລະບໍ່ມີຮູບເຄົາລົບ ແລະບໍ່ມີເອໂຟດ ແລະບໍ່ມີເທຣາຟິມ; ພາຍຫຼັງນັ້ນ ບັນດາລູກຫຼານຂອງອິດສະຣາເອນຈະກັບຄືນມາ ແລະສະແຫວງຫາພຣະຢາເວ ພຣະເຈົ້າຂອງເຂົາ ແລະດາວິດ ກະສັດຂອງເຂົາ; ແລະຈະຍຳເກງພຣະຢາເວ ແລະຄວາມດີຂອງພຣະອົງໃນວັນສຸດທ້າຍ. ໂຮເຊອາ 3:4, 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ໂຮເຊອາກໍາລັງກ່າວເຖິງຫົວຂໍ້ໜຶ່ງທີ່ມີຄວາມກ່ຽວພັນໂດຍກົງກັບການຖືກກວາດໄປເປັນເຊີຍຂອງເຊເດກີຢາ ແມ່ນແມ່ນວ່າມັນຍັງເປັນຕົວແທນຂອງຈຸດເລີ່ມຕົ້ນແຫ່ງການຖືກກວາດໄປເປັນເຊີຍຂອງອານາຈັກເໜືອໃນປີ 723 BC ອີກດ້ວຍ. ເຫດຜົນທີ່ຂໍ້ຄວາມຕອນຂອງໂຮເຊອາເຊື່ອມໂຍງກັບຄໍາພະຍານຂອງເອເຊກຽນ ກໍເພາະກ່ຽວກັບການປະຕິເສດພຣະເຈົ້າ ເມື່ອອິດສະຣາເອນຍືນຍັນຈະມີກະສັດມະນຸດ. ຄວາມປາຖະໜາຂອງອິດສະຣາເອນທີ່ຢາກໃຫ້ມີກະສັດມະນຸດປົກຄອງ ແທນທີ່ຈະເປັນກະສັດຝ່າຍພຣະເຈົ້າ ຖືກສະແດງອອກວ່າເປັນ “ຄວາມຈອງຫອງແຫ່ງອໍານາດຂອງເຈົ້າ” ໃນການພິພາກສາ “ເຈັດເທົ່າ” ໃນພຣະທໍາເລວີນິຕິ 26.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ແລະຖ້າພວກເຈົ້າຍັງບໍ່ຍອມຟັງເຮົາເພາະສິ່ງທັງປວງນີ້, ເຮົາຈະລົງໂທດພວກເຈົ້າໜັກຂຶ້ນອີກເຈັດເທົ່າເພາະບາບຂອງພວກເຈົ້າ. ແລະເຮົາຈະຫັກທຳລາຍຄວາມຈອງຫອງແຫ່ງກຳລັງອຳນາດຂອງພວກເຈົ້າ; ແລະເຮົາຈະເຮັດໃຫ້ຟ້າສະຫວັນຂອງພວກເຈົ້າເປັນດັ່ງເຫຼັກ, ແລະແຜ່ນດິນຂອງພວກເຈົ້າເປັນດັ່ງທອງເຫຼືອງ. ພຣະທຳເລວີ 26:18, 19.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“ຄວາມຈອງຫອງແຫ່ງອໍານາດຂອງພວກເຈົ້າ” ເປັນຕົວແທນແຫ່ງຄວາມປາຖະໜາຂອງອິສຣາເອນທີ່ຈະເປັນເໝືອນໂລກ ແລະຈະມີກະສັດຂອງຕົນເອງ. ການຖອນກະສັດອອກຈາກອານາຈັກເໜືອໃນປີ 723 ກ່ອນ ຄ.ສ. ແລະຕໍ່ມາການຖືກນໍາໄປເປັນເຊີຍຂອງກະສັດເຊເດກີຢາແຫ່ງອານາຈັກໃຕ້ໃນປີ 586 ກ່ອນ ຄ.ສ. ເປັນຕົວແທນແຫ່ງການຖືກຫັກທໍາລາຍຂອງ “ຄວາມຈອງຫອງ” ຂອງອິສຣາເອນໃນສະໄໝບູຮານ, ແລະຄວາມຈອງຫອງຍ່ອມນໍາໜ້າການລົ້ມລົງ. ໃນຄໍາພະຍາກອນໃນພຣະຄໍາພີ “ອໍານາດ” ໝາຍເຖິງກະສັດຫຼືອານາຈັກ, ແລະຄວາມຈອງຫອງຂອງອິສຣາເອນໃນການສະຖາປະນາກະສັດມະນຸດໄວ້ເພື່ອຕົນ ເປັນເຄື່ອງໝາຍເຖິງການປະຕິເສດລະບອບທີໂອຄຣາຊີ ແລະກະສັດອົງພຣະເຈົ້າ.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ແລະເມື່ອຊາມູເອນເຖົ້າແກ່ລົງ ທ່ານໄດ້ແຕ່ງຕັ້ງບຸດຊາຍທັງຫຼາຍຂອງຕົນໃຫ້ເປັນຜູ້ພິພາກສາເໜືອອິສຣາເອນ. ບຸດຫົວປີຂອງທ່ານຊື່ໂຢເອນ; ແລະບຸດຄົນທີສອງຊື່ອາບີຢາ: ເຂົາທັງສອງເປັນຜູ້ພິພາກສາຢູ່ເບເອີເຊບາ. ແຕ່ບຸດຊາຍຂອງທ່ານບໍ່ໄດ້ດຳເນີນຕາມທາງຂອງທ່ານ ຫາກກັບຫັນເຂົ້າຫາກຳໄລອັນບໍ່ຊອບທຳ, ຮັບສິນບົນ, ແລະບິດເບືອນການພິພາກສາ. ແລ້ວພວກຜູ້ເຖົ້າທັງປວງຂອງອິສຣາເອນກໍໄດ້ຊຸມນຸມກັນ ແລະມາຫາຊາມູເອນທີ່ຣາມາ, ແລະກ່າວແກ່ທ່ານວ່າ, ຈົ່ງເບິ່ງ, ທ່ານກໍເຖົ້າແກ່ແລ້ວ ແລະບຸດຊາຍຂອງທ່ານບໍ່ໄດ້ດຳເນີນຕາມທາງຂອງທ່ານ: ບັດນີ້ ຈົ່ງຕັ້ງກະສັດອົງໜຶ່ງໃຫ້ພວກຂ້ານ້ອຍ ເພື່ອພິພາກສາພວກຂ້ານ້ອຍເໝືອນບັນດາປະຊາຊາດທັງຫຼາຍ. ແຕ່ສິ່ງນັ້ນບໍ່ເປັນທີ່ພໍໃຈແກ່ຊາມູເອນ ເມື່ອເຂົາກ່າວວ່າ, ຂໍຕັ້ງກະສັດອົງໜຶ່ງໃຫ້ພວກຂ້ານ້ອຍເພື່ອພິພາກສາພວກຂ້ານ້ອຍ. ແລະຊາມູເອນໄດ້ອະທິຖານຕໍ່ພຣະຢາເວ. ແລະພຣະຢາເວກ່າວແກ່ຊາມູເອນວ່າ, ຈົ່ງຟັງສຽງຂອງປະຊາຊົນໃນທຸກສິ່ງທີ່ເຂົາກ່າວແກ່ເຈົ້າ: ເພາະບໍ່ແມ່ນເຂົາປະຕິເສດເຈົ້າ ແຕ່ເຂົາໄດ້ປະຕິເສດເຮົາ ເພື່ອບໍ່ໃຫ້ເຮົາປົກຄອງເໜືອເຂົາ. ຕາມການກະທຳທັງປວງທີ່ເຂົາໄດ້ກະທຳມາຕັ້ງແຕ່ວັນທີ່ເຮົາໄດ້ນຳເຂົາຂຶ້ນມາຈາກອີຢິບຈົນເຖິງວັນນີ້ ຄືເຂົາໄດ້ປະຖິ້ມເຮົາ ແລະໄປປະຕິບັດຮັບໃຊ້ພຣະອື່ນໆ ດັ່ງນັ້ນເຂົາກໍກະທຳຕໍ່ເຈົ້າເໝືອນກັນ. ບັດນີ້ ຈົ່ງຟັງສຽງຂອງເຂົາ; ແຕ່ກໍຈົ່ງຕັກເຕືອນເຂົາຢ່າງເຂັ້ມງວດ ແລະສຳແດງໃຫ້ເຂົາຮູ້ເຖິງວິທີການຂອງກະສັດຜູ້ທີ່ຈະປົກຄອງເໜືອເຂົາ. 1 ຊາມູເອນ 8:1–9.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ພຶງສັງເກດໄວ້ວ່າ ໃນຈຸດນັ້ນ ອິສຣາເອນໄດ້ປະຕິເສດບໍ່ພຽງແຕ່ພຣະເຈົ້າໃນຖານະກະສັດຂອງເຂົາເທົ່ານັ້ນ, ແຕ່ຍັງໄດ້ປະຕິເສດພຣະວິນຍານແຫ່ງການພະຍາກອນ, ຊຶ່ງຊາມູເອນເປັນຕົວແທນຂອງສິ່ງນັ້ນ, ເພາະມີຂໍ້ຄວາມກ່າວວ່າ, “ພວກເຂົາໄດ້ປະຖິ້ມເຮົາ ແລະໄດ້ປະຕິບັດຮັບໃຊ້ພຣະອື່ນໆ; ພວກເຂົາກໍກະທຳຕໍ່ເຈົ້າເໝືອນກັນ.”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“ຊາຕານກຳລັງ...ຜັກດັນສິ່ງປອມແປງເຂົ້າມາຢ່າງບໍ່ຂາດສາຍ—ເພື່ອນຳໃຫ້ຫຼົງອອກໄປຈາກຄວາມຈິງ. ການຫຼອກລວງຂັ້ນສຸດທ້າຍຂອງຊາຕານຈະເປັນການເຮັດໃຫ້ຄຳພະຍານແຫ່ງພຣະວິນຍານຂອງພຣະເຈົ້າເປັນໂມຄະ. ‘ບ່ອນທີ່ບໍ່ມີນິມິດ ປະຊາຊົນກໍພິນາດ’ (ສຸພາສິດ 29:18). ຊາຕານຈະກະທຳຢ່າງມີເລ່ຫຼ່ຽມ, ໃນຫຼາຍວິທີ ແລະຜ່ານຫຼາຍຕົວແທນ, ເພື່ອສັ່ນຄອນຄວາມໄວ້ວາງໃຈຂອງປະຊາຊົນທີ່ເຫຼືອຢູ່ຂອງພຣະເຈົ້າໃນຄຳພະຍານອັນແທ້ຈິງ.”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“ຈະມີຄວາມກຽດຊັງຢ່າງໜຶ່ງຖືກຈຸດໃຫ້ລຸກຂຶ້ນຕໍ່ຕ້ານພະຍານທັງຫຼາຍ ຊຶ່ງເປັນຄວາມກຽດຊັງທີ່ມາຈາກຊາຕານ. ການກະທຳທັງຫຼາຍຂອງຊາຕານຈະເປັນໄປເພື່ອສັ່ນຄອນຄວາມເຊື່ອຂອງຄຣິສຕະຈັກທັງຫຼາຍໃນພະຍານເຫຼົ່ານັ້ນ ດ້ວຍເຫດນີ້: ຊາຕານຈະບໍ່ອາດມີເສັ້ນທາງອັນແຈ່ມແຈ້ງຫຼາຍເພື່ອນຳເອົາການຫຼອກລວງຂອງມັນເຂົ້າມາ ແລະຜູກມັດຈິດວິນຍານທັງຫຼາຍໄວ້ໃນຄວາມຫຼົງຜິດຂອງມັນ ຖ້າຄຳເຕືອນ ແລະຄຳຕິເຕືອນ ແລະຄຳແນະນຳຂອງພຣະວິນຍານຂອງພຣະເຈົ້າໄດ້ຮັບການເອົາໃຈໃສ່.” Selected Messages, book 1, 48.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ການຫລອກລວງສຸດທ້າຍສໍາລັບລັດທິທີໂອຄຣາຊີຂອງອິສຣາເອນບູຮານ ແມ່ນການປະຕິເສດບໍ່ພຽງແຕ່ພຣະເຈົ້າເທົ່ານັ້ນ ແຕ່ລວມເຖິງພຣະວິນຍານແຫ່ງຄໍາພະຍາກອນດ້ວຍ. ການປະຕິເສດນັ້ນໃນປີ 1097 ກ່ອນ ຄ.ສ. ເປັນແບບຢ່າງເຖິງການຫລອກລວງສຸດທ້າຍຂອງອັດເວັນຕິດວັນທີເຈັດແຫ່ງລາໂອດີເກຍໃນປີ 1863. “ເຈັດເທື່ອ” ໃນ ເລວີນິຕິ ບົດ 26 ແມ່ນພຣະວັດຈະນະຂອງພຣະເຈົ້າ, ແລະ ພຣະວິນຍານແຫ່ງຄໍາພະຍາກອນ ໄດ້ກ່າວເຖິງ “ເຈັດເທື່ອ” ວ່າ ມັນ “ບໍ່ຄວນຖືກປ່ຽນແປງ.”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“ຂ້າພະເຈົ້າໄດ້ເຫັນວ່າ ແຜນພູມປີ 1843 ນັ້ນໄດ້ຮັບການຊົງນຳໂດຍພຣະຫັດຂອງອົງພຣະຜູ້ເປັນເຈົ້າ, ແລະວ່າມັນບໍ່ຄວນຖືກປ່ຽນແປງ; ຕົວເລກທັງຫຼາຍເປັນໄປຕາມທີ່ພຣະອົງຊົງປະສົງໃຫ້ເປັນ; ແລະພຣະຫັດຂອງພຣະອົງຢູ່ເທິງມັນ ແລະໄດ້ຊົງປິດບັງຄວາມຜິດພາດໃນຕົວເລກບາງຈຳນວນ, ເພື່ອວ່າຈະບໍ່ມີຜູ້ໃດສາມາດເຫັນມັນໄດ້, ຈົນກວ່າພຣະຫັດຂອງພຣະອົງຈະຖືກຖອນອອກ.” Early Writings, 74.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ພຣະວິນຍານແຫ່ງຄໍາພະຍາກອນໄດ້ໃຫ້ການຮັບຮອງ “ເຈັດເທື່ອ” ຢ່າງຊັດແຈ້ງ, ແລະການຮັບຮອງຂອງນາງເປັນຄໍາເຕືອນບໍ່ໃຫ້ປ່ຽນແປງຕົວເລກໃນຕາຕະລາງ, ໃນນັ້ນ “ເຈັດເທື່ອ” ແມ່ນຄໍລໍາກາງ ແລະມຸມເທິງຂວາ. ດ້ວຍຕາຕະລາງປອມຂອງ Uriah Smith ໃນປີ 1863, ການປະຕິເສດຢ່າງຄ່ອຍເປັນຄ່ອຍໄປຕໍ່ຄວາມຈິງພື້ນຖານ, ຊຶ່ງຖືກເປັນແບບໂດຍອິດສະຣາເອນໃນສະໄໝບູຮານໃນການປະຕິເສດພຣະເຈົ້າ, ແລະພຣະວິນຍານແຫ່ງຄໍາພະຍາກອນໄດ້ລະບຸການກະບົດໃນປີ 1863. ວັນທີຂອງການກະບົດໃນປີ 1863 ສອດຄ່ອງກັບເສັ້ນຄໍາພະຍາກອນທີ່ໄດ້ຖືກວາງໄວ້ໃນພຣະທໍາເອເຊກຽນ. ໃນເສັ້ນປະຫວັດສາດນັ້ນ, ຈຸດສິ້ນສຸດຄືການທໍາລາຍເຢຣູຊາເລັມ, ຊຶ່ງເປັນແບບຂອງກົດໝາຍວັນອາທິດ. ຕັ້ງແຕ່ປີ 1863 ໄປຈົນເຖິງກົດໝາຍວັນອາທິດທີ່ຈະມາໃນໄວໆນີ້ ຖືກເປັນແບບໂດຍປະຫວັດຂອງກະສັດ Saul ໃນປີ 1097 BC ຈົນເຖິງ Zedekiah ໃນປີ 586 BC.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ເຊເດກີຢາໄດ້ຖືກນຳໄປເປັນເຊີຍທີ່ບາບີໂລນສິບສີ່ປີກ່ອນປີຢູບິລີຂອງປີ 573 ກ່ອນ ຄ.ສ. ຮອບວຽນຂອງປີຢູບິລີທີສິບເຈັດໄດ້ເລີ່ມຂຶ້ນໃນປີ 622 ກ່ອນ ຄ.ສ., ແລະໃນປີທີສາມສິບ ເອເຊກຽນໄດ້ຖືກສະແດງອອກເປັນປະໂລຫິດໃນປີ 591 ກ່ອນ ຄ.ສ., ແລ້ວຫ້າປີຕໍ່ມາ ເຢຣູຊາເລັມກໍໄດ້ຖືກທຳລາຍໃນປີ 586 ກ່ອນ ຄ.ສ. ນະຄອນນັ້ນຖືກທຳລາຍໃນວັນດຽວກັນຂອງປີ ດັ່ງທີ່ມັນໄດ້ຖືກທຳລາຍເປັນຄັ້ງທີສອງໃນ ຄ.ສ. 70 ໂດຍຕີໂຕ. ຂໍ້ທີໜຶ່ງຂອງເອເຊກຽນບົດທີໜຶ່ງ ແມ່ນຫ້າປີກ່ອນການທຳລາຍເຢຣູຊາເລັມ ແລະສິບເກົ້າປີກ່ອນນິມິດເລື່ອງພຣະວິຫານໃນບົດທີສີ່ສິບ.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ໃນປີທີຊາວຫ້າແຫ່ງການເປັນເຊີຍຂອງພວກເຮົາ, ໃນຕົ້ນປີ, ໃນວັນທີສິບຂອງເດືອນ, ໃນປີທີສິບສີ່ຫຼັງຈາກທີ່ນະຄອນນັ້ນຖືກຕີທຳລາຍ, ໃນວັນນັ້ນເອງພຣະຫັດຂອງພຣະຢາເວໄດ້ສະຖິດເໜືອຂ້າພະເຈົ້າ, ແລະພາຂ້າພະເຈົ້າໄປຍັງທີ່ນັ້ນ. ເອເຊກຽນ 40:1.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ເນື່ອງດ້ວຍການບໍ່ເຊື່ອຟັງຕໍ່ພັນທະສັນຍາແຫ່ງວັນຊະບາໂຕຂອງແຜ່ນດິນ, ພຣະເຈົ້າໄດ້ກຳນົດວ່າ “ເຈັດເທື່ອ” ຈະເປັນຄຳສາບແຊ່ງສຳລັບການບໍ່ເຊື່ອຟັງຕໍ່ປີທີເຈັດ ຊຶ່ງເປັນວັນຊະບາໂຕຂອງແຜ່ນດິນ. “ເທື່ອ” ໜຶ່ງແມ່ນໜຶ່ງປີ, ແລະ “ປີ” ໜຶ່ງມີສາມຮ້ອຍຫົກສິບວັນ, ແລະ ເຈັດເທື່ອຄູນດ້ວຍສາມຮ້ອຍຫົກສິບ ເທົ່າກັບສອງພັນຫ້າຮ້ອຍຊາວປີ. ພວກມິນເລີໄຣຕ໌ອາດບໍ່ໄດ້ໃຊ້ສຳນວນ “the twenty-five twenty,” ແຕ່ແຜນພາບສັກສິດຂອງພວກເຂົາທັງສອງໄດ້ລະບຸຕົວເລກໄວ້ຢ່າງຊັດເຈນວ່າເປັນສອງພັນຫ້າຮ້ອຍຊາວປີ.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ການປະກາດຄໍາສາບແຊ່ງເຈັດເທົ່າເໜືອທັງອານາຈັກເໜືອຂອງອິສຣາເອນ ແລະ ອານາຈັກໃຕ້ຂອງຢູດາ ເປັນຄວາມເຂົ້າໃຈປະການທໍາອິດ ຫຼື ຈະເວົ້າວ່າເປັນຄວາມເຂົ້າໃຈ “ພື້ນຖານ” ກໍໄດ້ ຫຼື ອາດກ່າວໄດ້ແມ່ນແຕ່ວ່າເປັນຄວາມເຂົ້າໃຈ “ອັນຟາ” ຂອງ William Miller. ໃນປີ 1863 ຄຣິສຕະຈັກເຊເວັນທ໌-ເດ ແອດເວນຕິດແຫ່ງ Laodicea ໄດ້ປະຕິເສດຄວາມເຂົ້າໃຈພື້ນຖານແຫ່ງການຄົ້ນພົບຂອງ Miller; “ການຄົ້ນພົບ” ທີ່ເປັນຕົວແທນແຫ່ງຮາກຖານທັງໝົດຂອງຂະບວນການ Millerite. ການດົນໃຈໄດ້ເຕືອນໄວ້ໂດຍກົງວ່າສິ່ງນີ້ອາດເກີດຂຶ້ນ, ແລະ ມັນກໍໄດ້ເກີດຂຶ້ນແລ້ວ, ແລະ ມັນເກີດຂຶ້ນມາດົນນານແລ້ວ.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ຮາກຖານຂອງພຣະວິຫານທີ່ໄດ້ຖືກສ້າງຂຶ້ນໃໝ່ພາຍຫຼັງຈາກການເປັນເຊີຍໃນບາບີໂລນ ໄດ້ສຳເລັດລົງໃນປະຫວັດສາດຂອງກົດປະກາດຄັ້ງທຳອິດ ແລະກ່ອນກົດປະກາດຄັ້ງທີສອງ. ພຣະວິຫານໄດ້ຖືກກໍ່ສ້າງສຳເລັດຢ່າງຄົບຖ້ວນໃນປະຫວັດສາດຂອງກົດປະກາດຄັ້ງທີສອງ. ໃນກົດປະກາດຄັ້ງທີສາມ ອຳນາດອະທິປະໄຕແຫ່ງຊາດໄດ້ຖືກຟື້ນຄືນແກ່ອິສຣາເອນບູຮານຕາມຕົວອັກສອນ. William Miller ເປັນຕົວແທນຂອງທູດສະຫວັນອົງທຳອິດຜູ້ມາເຖິງໃນປີ 1798 ແລະໄດ້ຮັບການປະທານລິດອຳນາດໃນວັນທີ 11 ສິງຫາ 1840. ທູດສະຫວັນອົງທີສອງໄດ້ມາຮອດຫຼັງຈາກຮາກຖານໄດ້ຖືກວາງລົງແລ້ວ ດັ່ງທີ່ຖືກເປັນຕົວແທນໂດຍແຜນພາບປີ 1843 ຊຶ່ງໄດ້ຖືກຕີພິມໃນເດືອນພຶດສະພາ ປີ 1842. ໃນຄວາມຜິດຫວັງຄັ້ງທຳອິດຂອງປີ 1844 ຄືຄວາມຜິດຫວັງ alpha ຂອງປີ 1844, ທູດສະຫວັນອົງທີສອງ ແລະທັງເວລາຊັກຊ້າໃນຄຳອຸປະມາເລື່ອງຍິງພົມມະຈັນ ກໍໄດ້ມາຮອດ, ແລະເມື່ອຂ່າວສານຂອງທູດສະຫວັນອົງທີສອງໄດ້ຮັບການປະທານລິດອຳນາດຢູ່ການປະຊຸມຄ່າຍ Exeter ພຣະວິຫານກໍໄດ້ສຳເລັດລົງ. ແລ້ວໃນຄວາມຜິດຫວັງອັນໃຫຍ່, ຫຼື omega ຂອງປີ 1844, ຜູ້ສົ່ງຂ່າວແຫ່ງພັນທະສັນຍາໄດ້ສະເດັດມາຍັງພຣະວິຫານຂອງພຣະອົງຢ່າງກະທັນຫັນ ເພື່ອໃຫ້ຄຳພະຍາກອນເລື່ອງສອງພັນສາມຮ້ອຍປີສຳເລັດຄົບຖ້ວນ ຊຶ່ງໄດ້ເລີ່ມຕົ້ນໃນກົດປະກາດຄັ້ງທີສາມ ແລະສິ້ນສຸດລົງດ້ວຍການມາຮອດຂອງທູດສະຫວັນອົງທີສາມ.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ໂຢສີຢາ ຫມາຍຄວາມວ່າ “ຮາກຖານຂອງພຣະເຈົ້າ.” ບໍ່ວ່າຈະເປັນກະສັດໂຢສີຢາ ຫຼື Josiah Litch; ທັງສອງຕ່າງກໍເປັນສັນຍາລັກຂອງຮາກຖານ, ດັ່ງທີ່ໄດ້ຖືກສະແດງໄວ້ໃນປະຫວັດຂອງພຣະຣາຊກຳນົດສະບັບທຳອິດ ແລະດັ່ງທີ່ໄດ້ຖືກແທນໄວ້ໂດຍງານສະຫລອງໃນລະດູບ່ອນໃບໄມ້ປົ່ງ ທີ່ໄດ້ຖືກນຳສະເໜີໄວ້ໃນຊາວສອງຂໍ້ທຳອິດຂອງ Leviticus ບົດ 23. ຮາກຖານ, ງານສະຫລອງໃນລະດູບ່ອນໃບໄມ້ປົ່ງ ແລະພຣະຣາຊກຳນົດສະບັບທຳອິດ ລ້ວນແຕ່ເປັນສັນຍາລັກຂອງປີ 1840 ແລະການປະທານອຳນາດແກ່ທູດສະຫວັນອົງທຳອິດ. ວັນທີ 22 ຕຸລາ 573 ກ່ອນ ຄ.ສ. ດັ່ງທີ່ໄດ້ກ່າວໄວ້ໃນ Ezekiel ບົດ 40 ຂໍ້ 1 ເປັນສັນຍາລັກຂອງວັນທີ 22 ຕຸລາ 1844 ແລະການເປີດຂຶ້ນຂອງການພິພາກສາຄົນຕາຍ, ແລະຍັງເປັນສັນຍາລັກຂອງວັນທີ 11 ກັນຍາ 2001 ໃນເວລາເປີດຂຶ້ນຂອງການພິພາກສາຄົນເປັນ. ຜູ້ໃດກໍຕາມທີ່ໄດ້ຕິດຕາມບົດຄວາມເຫຼົ່ານີ້ ຄວນຈະເຂົ້າໃຈການນຳໃຊ້ທີ່ຂ້າພະເຈົ້າກຳລັງນຳໃຊ້ຢູ່.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ເອເຊກຽນເປັນສັນຍາລັກຢູ່ພາຍໃນປະຫວັດສາດແຫ່ງຄຳພະຍາກອນທີ່ຖືກນຳສະເໜີໃນບົດຂຽນຂອງທ່ານ. ເອເຊກຽນຢູ່ທີ່ນັ້ນເມື່ອຊາຍຊາວຫ້າຄົນກົ້ມຂາບດວງອາທິດໃນຕອນທ້າຍຂອງບົດທີແປດ. ທ່ານຍັງຢູ່ທີ່ນັ້ນໃນບົດຕໍ່ໆມາ ເມື່ອ ‘ການປະທັບຕາທີ່ຕາມມາດ້ວຍການຂ້າຟັນ’ ຖືກນຳມາເໜືອເຢຣູຊາເລັມ, ຊຶ່ງ Ellen White ລະບຸວ່າເປັນຄຣິດຕະຈັກ Seventh-day Adventist. ໃນສິບເອັດບົດທຳອິດ, ເອເຊກຽນຖືກນຳເຂົ້າໄປໃນສະຖານບໍລິສຸດແຫ່ງສະຫວັນເພື່ອຮັບຄຳແນະນຳຂອງທ່ານ, ເຊັ່ນດຽວກັນກັບທີ່ພວກ Millerites ໄດ້ຖືກເອີ້ນໃຫ້ກະທຳໃນປີ 1844, ແລະດັ່ງທີ່ຂະບວນການນີ້ກຳລັງຖືກເອີ້ນໃຫ້ກະທຳຢູ່ໃນປັດຈຸບັນ.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ດັ່ງນັ້ນ ເອເຊກຽນຈຶ່ງເປັນໝາຍສຳຄັນແກ່ພວກທ່ານ: ຕາມສາລະພັດທີ່ທ່ານໄດ້ກະທຳ ພວກທ່ານກໍຈະກະທຳເຊັ່ນນັ້ນ: ແລະເມື່ອສິ່ງນີ້ບັງເກີດຂຶ້ນ ພວກທ່ານຈະຮູ້ວ່າ ເຮົາຄືອົງພຣະຜູ້ເປັນເຈົ້າ ເຢເຊກຽນ 24:24.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ເມື່ອສິ່ງນີ້ມາເຖິງ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ເມື່ອເຮົາມາເຖິງຈຸດນັ້ນໃນວັນສຸດທ້າຍ ທີ່ສິ່ງທັງຫລາຍຊຶ່ງເອເຊກຽນໄດ້ພາບປະກອບໄວ້ ກຳລັງເກີດຊ້ຳອີກໃນປະຊາກອນຂອງພຣະເຈົ້າ ເມື່ອນັ້ນເຮົາກໍໄດ້ມາເຖິງໝາຍສຳຄັນຂອງເອເຊກຽນ. ເມື່ອທ່ານຮູ້ວ່າ ເອເຊກຽນເປັນຕົວແທນຂອງຄົນໜຶ່ງແສນສີ່ໝື່ນສີ່ພັນ ແລະທ່ານຮູ້ສິ່ງນັ້ນໃນລະດັບແຫ່ງຄວາມເຊື່ອແລະຄວາມເຂົ້າໃຈ ທີ່ຄອບຄອງຄວາມຄາດຫວັງອັນບໍລິສຸດວ່າ ທຸກສິ່ງທີ່ເອເຊກຽນໄດ້ພາບປະກອບໄວ້ໃນບົດຂຽນຂອງທ່ານ ລ້ວນເປັນແບບຢ່າງຂອງລຳດັບເຫດການອັນສັກສິດໃນວັນສຸດທ້າຍ ທີ່ກ່ຽວພັນກັບຄົນໜຶ່ງແສນສີ່ໝື່ນສີ່ພັນ—ເມື່ອທ່ານຮູ້ສິ່ງນັ້ນແລ້ວ ເມື່ອນັ້ນ “ພວກເຈົ້າຈະຮູ້” ວ່າ “ພຣະອົງຜູ້ເປັນເຈົ້າ” ຄື “ພຣະເຈົ້າ.”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ພວກເຮົາຈະດຳເນີນແນວຄວາມຄິດເຫຼົ່ານີ້ຕໍ່ໄປໃນບົດຄວາມຖັດໄປ.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ປະຫວັດສາດທີ່ຖືກຊ່ອນໄວ້ຂອງຂໍ້ທີ່ສີ່ສິບ - ເລກທີຊາວເອັດ</dc:title>
  <dc:subject>ວິບັດຄັ້ງທີສອງ - ພາກທີແປດ - ເອເຊກຽນ ເລກທີສອງ</dc:subject>
  <dc:creator>Jeff Pippenger</dc:creator>
  <cp:keywords/>
  <dc:description>Generated by ArticleDigger from hidden_history\21_hidden_history.json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