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ປະຫວັດສາດທີ່ຊ່ອນເຮັ້ນຂອງຂໍ້ທີ່ສີ່ສິບ - ເລກທີຊາວສອງ</w:t>
      </w:r>
    </w:p>
    <w:p>
      <w:pPr>
        <w:pStyle w:val="ArticleSubtitle"/>
        <w:jc w:val="left"/>
      </w:pPr>
      <w:r>
        <w:rPr>
          <w:rFonts w:ascii="Leelawadee UI" w:hAnsi="Leelawadee UI" w:eastAsia="Leelawadee UI" w:cs="Leelawadee UI"/>
        </w:rPr>
        <w:t>ເອເຊກຽນ ເລກສາມ</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2026-08-08</w:t>
      </w:r>
    </w:p>
    <w:p>
      <w:pPr>
        <w:pStyle w:val="ArticleBody"/>
        <w:jc w:val="left"/>
      </w:pPr>
      <w:r>
        <w:rPr>
          <w:rFonts w:ascii="Leelawadee UI" w:hAnsi="Leelawadee UI" w:eastAsia="Leelawadee UI" w:cs="Leelawadee UI"/>
        </w:rPr>
        <w:t>ເອເຊກຽນເປັນປະໂລຫິດໃນຊ່ວງເວລາແຫ່ງການປະທັບຕາຄົນຈຳນວນໜຶ່ງແສນສີ່ໝື່ນສີ່ພັນ. ໃນບົດທີໜຶ່ງ ເອເຊກຽນຖືກນຳເຂົ້າໄປໃນພຣະວິຫານ.</w:t>
      </w:r>
    </w:p>
    <w:p>
      <w:pPr>
        <w:pStyle w:val="ArticleScripture"/>
        <w:jc w:val="left"/>
      </w:pPr>
      <w:r>
        <w:rPr>
          <w:rFonts w:ascii="Leelawadee UI" w:hAnsi="Leelawadee UI" w:eastAsia="Leelawadee UI" w:cs="Leelawadee UI"/>
        </w:rPr>
        <w:t>ບັດນີ້ໄດ້ເກີດຂຶ້ນໃນປີທີສາມສິບ, ໃນເດືອນທີສີ່, ໃນວັນທີຫ້າຂອງເດືອນ, ເມື່ອຂ້າພະເຈົ້າຢູ່ທ່າມກາງພວກເຊີຍເລີຍຢູ່ຮິມແມ່ນ້ຳເກບາ, ຟ້າສະຫວັນໄດ້ເປີດອອກ ແລະ ຂ້າພະເຈົ້າໄດ້ເຫັນນິມິດຂອງພຣະເຈົ້າ. ໃນວັນທີຫ້າຂອງເດືອນນັ້ນ, ຊຶ່ງເປັນປີທີຫ້າແຫ່ງການຖືກກວາດຕ້ອນໄປເປັນເຊີຍຂອງກະສັດເຢໂຮຢາກິນ, ພຣະວັດຈະນະຂອງພຣະຢາເວໄດ້ມາເຖິງເອເຊກຽນປະໂຣຫິດ, ບຸດຂອງບູຊີ, ຢ່າງແນ່ນອນ ໃນແຜ່ນດິນຂອງຊາວຄານເດຍ ທີ່ຮິມແມ່ນ້ຳເກບາ; ແລະ ພຣະຫັດຂອງພຣະຢາເວກໍສະຖິດຢູ່ເທິງທ່ານຢູ່ທີ່ນັ້ນ.</w:t>
      </w:r>
    </w:p>
    <w:p>
      <w:pPr>
        <w:pStyle w:val="ArticleScripture"/>
        <w:jc w:val="left"/>
      </w:pPr>
      <w:r>
        <w:rPr>
          <w:rFonts w:ascii="Leelawadee UI" w:hAnsi="Leelawadee UI" w:eastAsia="Leelawadee UI" w:cs="Leelawadee UI"/>
        </w:rPr>
        <w:t>ແລະຂ້າພະເຈົ້າໄດ້ເບິ່ງ, ແລະ ເບິ່ງເຖີດ, ມີລົມພາຍຸໝຸນມາຈາກທິດເໜືອ, ມີເມກໃຫຍ່ໜຶ່ງ ແລະ ມີໄຟທີ່ມ້ວນເຂົ້າຫາຕົນເອງ, ແລະ ມີລັດສະມີຢູ່ຮອບມັນ, ແລະ ຈາກທ່າມກາງນັ້ນປາກົດດັ່ງສີຂອງອໍາພັນ, ອອກມາຈາກທ່າມກາງໄຟ. ອີກທັງຈາກທ່າມກາງນັ້ນໄດ້ອອກມາເປັນລັກສະນະຂອງສັດມີຊີວິດສີ່ຕົນ. ແລະ ຮູບຮ່າງຂອງພວກມັນເປັນດັ່ງນີ້; ພວກມັນມີລັກສະນະຄ້າຍມະນຸດ. ແລະ ແຕ່ລະຕົນມີສີ່ໜ້າ, ແລະ ແຕ່ລະຕົນມີສີ່ປີກ. ແລະ ຕີນຂອງພວກມັນເປັນຕີນກົງ; ແລະ ຝາຕີນຂອງພວກມັນເປັນດັ່ງຝາຕີນຂອງລູກງົວ: ແລະ ພວກມັນເປັ່ງປະກາຍດັ່ງສີຂອງທອງເຫຼືອງທີ່ຂັດເງົາແລ້ວ. ແລະ ພວກມັນມີມືຂອງມະນຸດຢູ່ໃຕ້ປີກຂອງພວກມັນທັງສີ່ດ້ານ; ແລະ ພວກມັນທັງສີ່ມີໜ້າແລະມີປີກ. ປີກຂອງພວກມັນຕິດຕໍ່ກັນອັນໜຶ່ງກັບອີກອັນໜຶ່ງ; ເມື່ອພວກມັນໄປ ພວກມັນບໍ່ຫັນໄປມາ; ພວກມັນໄປຂ້າງໜ້າກົງໆທຸກຕົນ. ສ່ວນລັກສະນະໜ້າຂອງພວກມັນນັ້ນ, ພວກມັນທັງສີ່ມີໜ້າຄົນ ແລະ ໜ້າສິງຢູ່ດ້ານຂວາ: ແລະ ພວກມັນທັງສີ່ມີໜ້າງົວຢູ່ດ້ານຊ້າຍ; ພວກມັນທັງສີ່ຍັງມີໜ້ານົກອິນຊີດ້ວຍ. ດັ່ງນີ້ແຫຼະແມ່ນໜ້າຂອງພວກມັນ: ແລະ ປີກຂອງພວກມັນກາງຂຶ້ນເບື້ອງເທິງ; ສອງປີກຂອງແຕ່ລະຕົນຕິດກັນອັນໜຶ່ງກັບອີກອັນໜຶ່ງ, ແລະ ອີກສອງປົກຮ່າງກາຍຂອງພວກມັນ.</w:t>
      </w:r>
    </w:p>
    <w:p>
      <w:pPr>
        <w:pStyle w:val="ArticleScripture"/>
        <w:jc w:val="left"/>
      </w:pPr>
      <w:r>
        <w:rPr>
          <w:rFonts w:ascii="Leelawadee UI" w:hAnsi="Leelawadee UI" w:eastAsia="Leelawadee UI" w:cs="Leelawadee UI"/>
        </w:rPr>
        <w:t>ແລະພວກມັນຕ່າງກໍໄປຂ້າງໜ້າຊື່ຕົງ; ພຣະວິນຍານຈະໄປທາງໃດ ພວກມັນກໍໄປທາງນັ້ນ; ແລະເມື່ອພວກມັນໄປ ພວກມັນມິໄດ້ຫັນໄປທາງໃດເລີຍ. ສ່ວນລັກສະນະຂອງສັດທີ່ມີຊີວິດນັ້ນ ຮູບປະກົດຂອງພວກມັນເໝືອນຖ່ານໄຟທີ່ລຸກໂຊນ ແລະເໝືອນຮູບປະກົດຂອງດວງປະທີບ; ມັນເຄື່ອນຂຶ້ນລົງຢູ່ທ່າມກາງສັດທີ່ມີຊີວິດເຫຼົ່ານັ້ນ; ແລະໄຟນັ້ນສະຫວ່າງແຈ້ງ ແລະມີຟ້າແມບພຸ່ງອອກມາຈາກໄຟນັ້ນ. ແລະສັດທີ່ມີຊີວິດນັ້ນແລ່ນໄປແລະກັບຄືນມາ ເໝືອນຮູບປະກົດຂອງຟ້າແມບແລບປາບ. ບັດນີ້ ເມື່ອຂ້າພະເຈົ້າພິຈາລະນາເບິ່ງສັດທີ່ມີຊີວິດນັ້ນ ເບິ່ງແມ, ມີວົງລໍ້ໜຶ່ງຢູ່ເທິງແຜ່ນດິນຂ້າງສັດທີ່ມີຊີວິດນັ້ນ ຕາມໜ້າທັງສີ່ຂອງມັນ. ຮູບປະກົດຂອງວົງລໍ້ ແລະຝີມືການສ້າງຂອງມັນ ເໝືອນດັ່ງສີແກ້ວເບຣິນ; ແລະທັງສີ່ກໍມີລັກສະນະອັນດຽວກັນ; ແລະຮູບປະກົດກັບຝີມືການສ້າງຂອງພວກມັນກໍເໝືອນດັ່ງມີວົງລໍ້ຢູ່ກາງວົງລໍ້. ເມື່ອພວກມັນໄປ ພວກມັນກໍໄປຕາມດ້ານທັງສີ່ຂອງພວກມັນ; ແລະເມື່ອພວກມັນໄປ ພວກມັນມິໄດ້ຫັນເລີຍ. ສ່ວນຂອບວົງຂອງພວກມັນນັ້ນ ສູງຫຼາຍຈົນໜ້າສະພຶງກົວ; ແລະຂອບວົງຂອງພວກມັນທັງສີ່ກໍເຕັມໄປດ້ວຍຕາຢູ່ຮອບດ້ານ. ແລະເມື່ອສັດທີ່ມີຊີວິດນັ້ນໄປ ວົງລໍ້ກໍໄປຂ້າງພວກມັນ; ແລະເມື່ອສັດທີ່ມີຊີວິດນັ້ນຖືກຍົກຂຶ້ນຈາກແຜ່ນດິນ ວົງລໍ້ກໍຖືກຍົກຂຶ້ນດ້ວຍ. ພຣະວິນຍານຈະໄປທາງໃດ ພວກມັນກໍໄປທາງນັ້ນ, ທີ່ນັ້ນແຫຼະເປັນບ່ອນທີ່ວິນຍານຂອງພວກມັນຈະໄປ; ແລະວົງລໍ້ກໍຖືກຍົກຂຶ້ນຄຽງຄູ່ກັບພວກມັນ; ເພາະວ່າວິນຍານຂອງສັດທີ່ມີຊີວິດນັ້ນຢູ່ໃນວົງລໍ້.</w:t>
      </w:r>
    </w:p>
    <w:p>
      <w:pPr>
        <w:pStyle w:val="ArticleScripture"/>
        <w:jc w:val="left"/>
      </w:pPr>
      <w:r>
        <w:rPr>
          <w:rFonts w:ascii="Leelawadee UI" w:hAnsi="Leelawadee UI" w:eastAsia="Leelawadee UI" w:cs="Leelawadee UI"/>
        </w:rPr>
        <w:t>ເມື່ອພວກນັ້ນເຄື່ອນໄປ, ພວກນີ້ກໍເຄື່ອນໄປ; ແລະເມື່ອພວກນັ້ນຢຸດນິ່ງ, ພວກນີ້ກໍຢຸດນິ່ງ; ແລະເມື່ອພວກນັ້ນຖືກຍົກຂຶ້ນຈາກແຜ່ນດິນ, ວົງລໍ້ກໍຖືກຍົກຂຶ້ນຄຽງກັບພວກນັ້ນ: ເພາະວ່າຈິດວິນຍານຂອງສັດທີ່ມີຊີວິດຢູ່ໃນວົງລໍ້. ແລະສິ່ງທີ່ຄ້າຍກັບພື້ນຟ້າຢູ່ເໜືອຫົວຂອງສັດທີ່ມີຊີວິດນັ້ນ ມີລັກສະນະດັ່ງສີຂອງແກ້ວຜະລຶກອັນນ່າຄร້າມກົວ, ຂະຫຍາຍອອກເຫນືອຫົວຂອງພວກນັ້ນຂ້າງເທິງ. ແລະຢູ່ໃຕ້ພື້ນຟ້ານັ້ນ ປີກຂອງພວກນັ້ນຢຽດກົງ, ອັນໜຶ່ງຫັນເຂົ້າຫາອີກອັນໜຶ່ງ: ແຕ່ລະຕົນມີສອງປີກສໍາລັບປົກຂ້າງນີ້, ແລະແຕ່ລະຕົນມີສອງປີກສໍາລັບປົກຂ້າງນັ້ນ, ຄືຮ່າງກາຍຂອງພວກນັ້ນ. ແລະເມື່ອພວກນັ້ນເຄື່ອນໄປ, ຂ້າພະເຈົ້າໄດ້ຍິນສຽງປີກຂອງພວກນັ້ນ ເໝືອນສຽງນ້ຳຫຼາຍ, ດັ່ງພຣະສຸລະສຽງຂອງອົງຜູ້ຊົງລິດທານຸພາບ, ເປັນສຽງຄໍາເວົ້າ, ດັ່ງສຽງຂອງກອງທັບໃຫຍ່: ເມື່ອພວກນັ້ນຢຸດນິ່ງ, ພວກນັ້ນກໍຫຸບປີກລົງ. ແລະມີສຽງອອກມາຈາກພື້ນຟ້າທີ່ຢູ່ເໜືອຫົວຂອງພວກນັ້ນ, ເມື່ອພວກນັ້ນຢຸດນິ່ງ ແລະໄດ້ຫຸບປີກລົງແລ້ວ. ແລະເໜືອພື້ນຟ້າທີ່ຢູ່ເໜືອຫົວຂອງພວກນັ້ນ ມີສິ່ງທີ່ຄ້າຍກັບບັນລັງ, ມີລັກສະນະເໝືອນຫີນໄພທູນ; ແລະເທິງສິ່ງທີ່ຄ້າຍກັບບັນລັງນັ້ນ ມີສິ່ງໜຶ່ງຄ້າຍກັບຮູບລັກຂອງມະນຸດຢູ່ເບື້ອງເທິງ. ແລະຂ້າພະເຈົ້າເຫັນດັ່ງສີອຳພັນ, ດັ່ງລັກສະນະຂອງໄຟຢູ່ຮອບຂ້າງພາຍໃນພຣະອົງ, ຈາກລັກສະນະຂອງພຣະເອວຂຶ້ນໄປ; ແລະຈາກລັກສະນະຂອງພຣະເອວລົງມາ, ຂ້າພະເຈົ້າເຫັນດັ່ງລັກສະນະຂອງໄຟ, ແລະມີຄວາມສະຫວ່າງຮອບຂ້າງ. ດັ່ງລັກສະນະຂອງຮຸ້ງທີ່ຢູ່ໃນເມກໃນວັນຝົນຕົກ, ຄວາມສະຫວ່າງຮອບຂ້າງນັ້ນກໍມີລັກສະນະເຊັ່ນນັ້ນ. ນີ້ແມ່ນລັກສະນະແຫ່ງຄວາມຄ້າຍຂອງພຣະສິຣິຂອງພຣະຢາເວ. ແລະເມື່ອຂ້າພະເຈົ້າເຫັນສິ່ງນັ້ນ, ຂ້າພະເຈົ້າກໍກົ້ມລົງຫນ້າຄວໍາ, ແລະໄດ້ຍິນສຽງຂອງຜູ້ໜຶ່ງທີ່ກໍາລັງເວົ້າ. Ezekiel 1:1–28.</w:t>
      </w:r>
    </w:p>
    <w:p>
      <w:pPr>
        <w:pStyle w:val="ArticleScripture"/>
        <w:jc w:val="left"/>
      </w:pPr>
      <w:r>
        <w:rPr>
          <w:rFonts w:ascii="Leelawadee UI" w:hAnsi="Leelawadee UI" w:eastAsia="Leelawadee UI" w:cs="Leelawadee UI"/>
        </w:rPr>
        <w:t>ເອເຊກຽນ, ຜູ້ພະຍາກອນຜູ້ເປັນຜູ້ຖືກເນລະເທດແລະໂສກເສົ້າ, ໃນແຜ່ນດິນຂອງຊາວຄັນເດຍ, ໄດ້ຮັບນິມິດໜຶ່ງທີ່ສອນບົດຮຽນດຽວກັນແຫ່ງຄວາມເຊື່ອໃນພຣະເຈົ້າອິດສະຣາເອນຜູ້ຊົງລິດເດດ. ຂະນະທີ່ທ່ານຢູ່ທີ່ຝັ່ງແມ່ນ້ຳເຄບາ, ລົມພາຍຸໝຸນວຽນໜຶ່ງເບິ່ງຄືວ່າໄດ້ມາແຕ່ທາງເໜືອ, “ເປັນເມກໃຫຍ່ກ້ອນໜຶ່ງ ແລະໄຟທີ່ມ້ວນຕົວຢູ່ໃນຕົນເອງ, ແລະມີຄວາມສະຫວ່າງຢູ່ລ້ອມຮອບມັນ, ແລະຈາກທ່າມກາງນັ້ນປາກົດດັ່ງສີຂອງອຳພັນ.” ມີລໍ້ຈຳນວນໜຶ່ງທີ່ມີຮູບລັກສະນະແປກປະຫຼາດ, ຕັດສອດກັນໄປມາ, ຖືກເຄື່ອນໂດຍສິ່ງມີຊີວິດສີ່ຕົນ. ຢູ່ສູງເໜືອສິ່ງທັງປວງເຫຼົ່ານີ້ມີ “ສິ່ງທີ່ຄ້າຍກັບບັນລັງ, ດັ່ງລັກສະນະຂອງຫີນໄພລິນ: ແລະເທິງສິ່ງທີ່ຄ້າຍກັບບັນລັງນັ້ນ ມີສິ່ງທີ່ຄ້າຍດັ່ງລັກສະນະຂອງມະນຸດຜູ້ໜຶ່ງຢູ່ເທິງນັ້ນ.” “ສ່ວນລັກສະນະຂອງສິ່ງມີຊີວິດນັ້ນ, ຮູບປາກົດຂອງພວກມັນເປັນດັ່ງຖ່ານໄຟທີ່ລຸກໂຊນ, ແລະດັ່ງຮູບປາກົດຂອງດວງປະທີບ: ມັນເຄື່ອນຂຶ້ນລົງຢູ່ທ່າມກາງສິ່ງມີຊີວິດເຫຼົ່ານັ້ນ; ແລະໄຟນັ້ນສະຫວ່າງຈ້າ, ແລະຈາກໄຟນັ້ນກໍມີຟ້າແລບພຸ່ງອອກມາ.” “ແລະໃນພວກເຄຣູບນັ້ນ ໄດ້ປາກົດຮູບຂອງມືມະນຸດຢູ່ໃຕ້ປີກຂອງພວກມັນ.”</w:t>
      </w:r>
    </w:p>
    <w:p>
      <w:pPr>
        <w:pStyle w:val="ArticleScripture"/>
        <w:jc w:val="left"/>
      </w:pPr>
      <w:r>
        <w:rPr>
          <w:rFonts w:ascii="Leelawadee UI" w:hAnsi="Leelawadee UI" w:eastAsia="Leelawadee UI" w:cs="Leelawadee UI"/>
        </w:rPr>
        <w:t>“ມີລໍ້ຢູ່ພາຍໃນລໍ້ ຈັດວາງໄວ້ໃນລັກສະນະທີ່ສັບຊ້ອນຫຼາຍ ຈົນໃນສາຍຕາເບື້ອງຕົ້ນພວກມັນປາກົດແກ່ເອເຊກຽນຄືກັບຢູ່ໃນຄວາມສັບສົນທັງໝົດ. ແຕ່ເມື່ອພວກມັນເຄື່ອນໄຫວ ກໍເປັນໄປດ້ວຍຄວາມຖືກຕ້ອງອັນງົດງາມ ແລະດ້ວຍຄວາມກົມກຽວອັນສົມບູນຢ່າງສິ້ນເຊີງ. ບັນດາສິ່ງມີຊີວິດແຫ່ງສະຫວັນໄດ້ຜັກດັນລໍ້ເຫຼົ່ານີ້ ແລະ ເໜືອສິ່ງອື່ນໃດທັງໝົດ ເທິງພະທີ່ນັ່ງໄພລິນອັນຮຸ່ງໂລດນັ້ນ ຄືພຣະອົງຜູ້ດຳລົງຢູ່ເປັນນິດ; ແລະອ້ອມຮອບພະທີ່ນັ່ງນັ້ນມີຮຸ້ງກິນນ້ຳໂຄ້ງລ້ອມຢູ່ ອັນເປັນສັນຍາລັກແຫ່ງພຣະຄຸນແລະຄວາມຮັກ. ເອເຊກຽນຖືກຄວາມຮຸ່ງໂລດອັນນ່າຢ້ານຄອບງຳຈາກພາບນິມິດນັ້ນ ຈົນລົ້ມລົງໜ້າຄະມຳ ເມື່ອສຽງໜຶ່ງໄດ້ບັນຊາໃຫ້ລາວລຸກຂຶ້ນ ແລະຟັງພຣະວາຈາຂອງອົງພຣະຜູ້ເປັນເຈົ້າ. ແລ້ວຂ່າວສານແຫ່ງການເຕືອນກໍໄດ້ຖືກປະທານແກ່ລາວສຳລັບອິສຣາເອນ.” Testimonies, 751.</w:t>
      </w:r>
    </w:p>
    <w:p>
      <w:pPr>
        <w:pStyle w:val="ArticleScripture"/>
        <w:jc w:val="left"/>
      </w:pPr>
      <w:r>
        <w:rPr>
          <w:rFonts w:ascii="Leelawadee UI" w:hAnsi="Leelawadee UI" w:eastAsia="Leelawadee UI" w:cs="Leelawadee UI"/>
        </w:rPr>
        <w:t>ໃນປີທີ່ກະສັດອຸດຊີຢາສິ້ນພະຊົນ ຂ້ານ້ອຍໄດ້ເຫັນອົງພຣະຜູ້ເປັນເຈົ້າປະທັບເທິງພະທີ່ນັ່ງ ສູງສົ່ງແລະຖືກຍົກຂຶ້ນສູງ ແລະຊາຍສະໄບຂອງພຣະອົງເຕັມພຣະວິຫານ. ເຫນືອພຣະອົງມີເສຣາຟີມຢືນຢູ່; ແຕ່ລະຕົນມີຫົກປີກ; ດ້ວຍສອງປີກກໍປິດໜ້າຂອງຕົນ, ດ້ວຍສອງປີກກໍປິດຕີນຂອງຕົນ, ແລະດ້ວຍສອງປີກກໍບິນ. ແລະຕົນໜຶ່ງຮ້ອງເຖິງອີກຕົນໜຶ່ງ ແລະກ່າວວ່າ, ບໍລິສຸດ, ບໍລິສຸດ, ບໍລິສຸດ ແມ່ນພຣະເຢໂຫວາຈອມໂຍທາ: ແຜ່ນດິນໂລກທັງສິ້ນເຕັມດ້ວຍພຣະສະຫງ່າລາສີຂອງພຣະອົງ. ແລະເສົາປະຕູກໍສັ່ນໄຫວເພາະສຽງຂອງຜູ້ຮ້ອງນັ້ນ, ແລະພຣະນິເວດກໍເຕັມໄປດ້ວຍຄວັນ. ແລ້ວຂ້ານ້ອຍກ່າວວ່າ, ວິບັດແກ່ຂ້ານ້ອຍ! ເພາະຂ້ານ້ອຍພິນາດແລ້ວ; ເນື່ອງຈາກວ່າຂ້ານ້ອຍເປັນຄົນປາກບໍ່ສະອາດ, ແລະຂ້ານ້ອຍອາໄສຢູ່ທ່າມກາງຊົນຊາດທີ່ປາກບໍ່ສະອາດ: ເພາະຕາຂອງຂ້ານ້ອຍໄດ້ເຫັນກະສັດ, ພຣະເຢໂຫວາຈອມໂຍທາ. ແລ້ວເສຣາຟີມຕົນໜຶ່ງກໍບິນມາຫາຂ້ານ້ອຍ, ຖືຖ່ານໄຟກ້ອນໜຶ່ງຢູ່ໃນມື, ຊຶ່ງມັນໄດ້ຄີບມາຈາກແທ່ນບູຊາດ້ວຍຄີມ: ແລະມັນໄດ້ແຕະທີ່ປາກຂອງຂ້ານ້ອຍ ແລະກ່າວວ່າ, ເບິ່ງແມ, ສິ່ງນີ້ໄດ້ແຕະຮິມປາກຂອງເຈົ້າແລ້ວ; ແລະຄວາມຊົ່ວຊ້າຂອງເຈົ້າກໍຖືກຍົກອອກໄປ, ແລະບາບຂອງເຈົ້າກໍຖືກຊຳລະໃຫ້ບໍລິສຸດແລ້ວ. ນອກຈາກນັ້ນ ຂ້ານ້ອຍຍັງໄດ້ຍິນພຣະສຸລະສຽງຂອງອົງພຣະຜູ້ເປັນເຈົ້າຕັດວ່າ, ເຮົາຈະໃຊ້ຜູ້ໃດໄປ, ແລະຜູ້ໃດຈະໄປແທນພວກເຮົາ? ແລ້ວຂ້ານ້ອຍທູນວ່າ, ຂ້ານ້ອຍຢູ່ນີ້; ຂໍຊົງໃຊ້ຂ້ານ້ອຍໄປເຖີດ. ເອຊາຢາ 6:1–8.</w:t>
      </w:r>
    </w:p>
    <w:p>
      <w:pPr>
        <w:pStyle w:val="ArticleScripture"/>
        <w:jc w:val="left"/>
      </w:pPr>
      <w:r>
        <w:rPr>
          <w:rFonts w:ascii="Leelawadee UI" w:hAnsi="Leelawadee UI" w:eastAsia="Leelawadee UI" w:cs="Leelawadee UI"/>
        </w:rPr>
        <w:t>“ນິມິດນີ້ໄດ້ຖືກປະທານແກ່ເອເຊກຽນໃນເວລາທີ່ຈິດໃຈຂອງທ່ານເຕັມໄປດ້ວຍລາງຮ້າຍອັນມືດມົນ. ທ່ານເຫັນແຜ່ນດິນຂອງບັນພະບຸລຸດຂອງທ່ານນອນຢູ່ໃນຄວາມຮ້າງເປົ່າ. ເມືອງທີ່ເຄີຍເຕັມໄປດ້ວຍຜູ້ຄົນ ບັດນີ້ບໍ່ມີຜູ້ອາໄສຢູ່ອີກຕໍ່ໄປ. ສຽງແຫ່ງຄວາມຊື່ນບານ ແລະບົດເພງແຫ່ງການສັນລະເສີນ ບໍ່ໄດ້ຍິນອີກຕໍ່ໄປພາຍໃນກຳແພງຂອງນາງ. ຕົວຜູ້ພະຍາກອນເອງກໍເປັນຄົນແປກຫນ້າຢູ່ໃນແຜ່ນດິນຕ່າງດ້າວ, ບ່ອນທີ່ຄວາມທະເຍີທະຍານອັນບໍ່ມີຂອບເຂດ ແລະຄວາມໂຫດຮ້າຍປ່າເຖື່ອນຄອບງຳຢ່າງສູງສຸດ. ສິ່ງທີ່ທ່ານໄດ້ເຫັນ ແລະໄດ້ຍິນກ່ຽວກັບການກົດຂີ່ແລະຄວາມອະທຳຂອງມະນຸດ ໄດ້ບີບຄັ້ນຈິດວິນຍານຂອງທ່ານ, ແລະທ່ານໄດ້ໂສກເສົ້າຢ່າງຂົມຂື່ນທັງກາງເວັນແລະກາງຄືນ. ແຕ່ບັນດາສັນຍາລັກອັນອັດສະຈັນທີ່ຖືກສະແດງໄວ້ຕໍ່ໜ້າທ່ານຂ້າງແມ່ນ້ຳເຄບາ ໄດ້ເປີດເຜີຍເຖິງລິດອຳນາດສູງສຸດທີ່ປົກຄອງຢູ່ ຊຶ່ງຍິ່ງໃຫຍ່ກວ່າອຳນາດຂອງຜູ້ປົກຄອງໃນແຜ່ນດິນໂລກ. ເໜືອກວ່າບັນດາພະມະຫາກະສັດແຫ່ງອັດຊີເຣຍ ແລະບາບີໂລນຜູ້ຈອງຫອງແລະໂຫດຮ້າຍນັ້ນ, ພຣະເຈົ້າແຫ່ງພຣະເມດຕາ ແລະຄວາມຈິງ ປະທັບຢູ່ເທິງພະບັນລັງ.”</w:t>
      </w:r>
    </w:p>
    <w:p>
      <w:pPr>
        <w:pStyle w:val="ArticleScripture"/>
        <w:jc w:val="left"/>
      </w:pPr>
      <w:r>
        <w:rPr>
          <w:rFonts w:ascii="Leelawadee UI" w:hAnsi="Leelawadee UI" w:eastAsia="Leelawadee UI" w:cs="Leelawadee UI"/>
        </w:rPr>
        <w:t>“ຄວາມສັບສົນອັນຊັບຊ້ອນດັ່ງລໍ້ທີ່ປາກົດແກ່ຜູ້ພະຍາກອນວ່າກໍາລັງພົວພັນຢູ່ໃນຄວາມຍຸ່ງຍາກສັບສົນນັ້ນ ຢູ່ພາຍໃຕ້ການຊົງນໍາຂອງພຣະຫັດອັນອະນັນ. ພຣະວິນຍານຂອງພຣະເຈົ້າ ຊຶ່ງຖືກສໍາແດງແກ່ທ່ານວ່າກໍາລັງເຄື່ອນໄຫວແລະຊົງນໍາລໍ້ເຫຼົ່ານັ້ນ ໄດ້ນໍາຄວາມກົມກຽວອອກມາຈາກຄວາມສັບສົນ; ດັ່ງນັ້ນ ທົ່ວທັງໂລກຈຶ່ງຢູ່ພາຍໃຕ້ການຄວບຄຸມຂອງພຣະອົງ. ນັບພັນນັບໝື່ນຂອງບັນດາສະຫວັນສະຖານຜູ້ໄດ້ຮັບສະຫງ່າລາສີ ພ້ອມຢູ່ຕາມພຣະດໍາລັດຂອງພຣະອົງ ເພື່ອຄວບຄຸມເໜືອອໍານາດແລະແນວນະໂຍບາຍຂອງຄົນຊົ່ວ ແລະນໍາຄວາມດີມາສູ່ຜູ້ທີ່ສັດຊື່ຕໍ່ພຣະອົງ.”</w:t>
      </w:r>
    </w:p>
    <w:p>
      <w:pPr>
        <w:pStyle w:val="ArticleScripture"/>
        <w:jc w:val="left"/>
      </w:pPr>
      <w:r>
        <w:rPr>
          <w:rFonts w:ascii="Leelawadee UI" w:hAnsi="Leelawadee UI" w:eastAsia="Leelawadee UI" w:cs="Leelawadee UI"/>
        </w:rPr>
        <w:t>ໃນທຳນອງດຽວກັນນັ້ນ, ເມື່ອພຣະເຈົ້າກຳລັງຈະເປີດເຜີຍແກ່ໂຢຮັນຜູ້ເປັນທີ່ຮັກ ເຖິງປະຫວັດຂອງຄຣິສຕະຈັກສຳລັບຍຸກສະໄໝທີ່ຈະມາ, ພຣະອົງໄດ້ປະທານຄຳຮັບຮອງແກ່ລາວເຖິງຄວາມສົນພຣະໄທແລະການດູແລຂອງພຣະຜູ້ຊ່ວຍໃຫ້ລອດຕໍ່ປະຊາຊົນຂອງພຣະອົງ ໂດຍການສຳແດງແກ່ລາວເຖິງ “ຜູ້ໜຶ່ງຄ້າຍຄືບຸດມະນຸດ” ຜູ້ຊົງດຳເນີນຢູ່ທ່າມກາງຄັນປະທີບທັງຫຼາຍ, ຊຶ່ງເປັນສັນຍາລັກແທນຄຣິສຕະຈັກເຈັດແຫ່ງ. ໃນຂະນະທີ່ໂຢຮັນໄດ້ຖືກສຳແດງໃຫ້ເຫັນການຕໍ່ສູ້ອັນຍິ່ງໃຫຍ່ສຸດທ້າຍຂອງຄຣິສຕະຈັກກັບອຳນາດຝ່າຍໂລກ, ລາວຍັງໄດ້ຮັບອະນຸຍາດໃຫ້ເຫັນໄຊຊະນະອັນສຸດທ້າຍແລະການຊ່ວຍກູ້ຂອງບັນດາຜູ້ສັດຊື່. ລາວໄດ້ເຫັນຄຣິສຕະຈັກຖືກນຳເຂົ້າສູ່ຄວາມຂັດແຍ້ງອັນເຖິງຕາຍກັບສັດຮ້າຍແລະຮູບຂອງມັນ, ແລະການນະມັດສະການສັດຮ້າຍນັ້ນຖືກບັງຄັບໃຊ້ພາຍໃຕ້ໂທດປະຫານຊີວິດ. ແຕ່ເມື່ອມອງຂ້າມຄວັນແລະສຽງອຶກກະທຶກຂອງສົງຄາມ, ລາວໄດ້ເຫັນຄະນະໜຶ່ງຢູ່ເທິງພູຊີໂອນກັບພຣະເມສາ, ໂດຍທີ່ແທນຈະມີເຄື່ອງໝາຍຂອງສັດຮ້າຍ ພວກເຂົາກັບມີ “ພຣະນາມຂອງພຣະບິດາຂຽນໄວ້ທີ່ໜ້າຜາກຂອງພວກເຂົາ.” ແລະອີກຄັ້ງໜຶ່ງ ລາວໄດ້ເຫັນ “ພວກທີ່ໄດ້ຮັບໄຊຊະນະເໜືອສັດຮ້າຍ, ເໜືອຮູບຂອງມັນ, ເໜືອເຄື່ອງໝາຍຂອງມັນ, ແລະເໜືອຈຳນວນແຫ່ງນາມຂອງມັນ, ຢືນຢູ່ເທິງທະເລແກ້ວ, ຖືພິນຂອງພຣະເຈົ້າ” ແລະຮ້ອງເພງຂອງໂມເຊ ແລະຂອງພຣະເມສາ.</w:t>
      </w:r>
    </w:p>
    <w:p>
      <w:pPr>
        <w:pStyle w:val="ArticleScripture"/>
        <w:jc w:val="left"/>
      </w:pPr>
      <w:r>
        <w:rPr>
          <w:rFonts w:ascii="Leelawadee UI" w:hAnsi="Leelawadee UI" w:eastAsia="Leelawadee UI" w:cs="Leelawadee UI"/>
        </w:rPr>
        <w:t>“ບົດຮຽນເຫຼົ່ານີ້ເປັນສໍາລັບປະໂຫຍດຂອງພວກເຮົາ. ພວກເຮົາຈໍາເປັນຕ້ອງຕັ້ງຄວາມເຊື່ອຂອງເຮົາໄວ້ໃນພຣະເຈົ້າຢ່າງໝັ້ນຄົງ, ເພາະວ່າເບື້ອງໜ້າພວກເຮົາໃນບໍ່ຊ້ານີ້ມີເວລາໜຶ່ງທີ່ຈະທົດລອງຈິດວິນຍານຂອງມະນຸດ. ພຣະຄຣິດ, ເມື່ອປະທັບຢູ່ເທິງພູໝາກກອກເທດ, ໄດ້ຊົງກ່າວທົບທວນເຖິງການພິພາກສາອັນນ່າຢ້ານກົວທີ່ຈະເກີດຂຶ້ນກ່ອນການສະເດັດມາຄັ້ງທີສອງຂອງພຣະອົງວ່າ: ‘ພວກທ່ານຈະໄດ້ຍິນເຖິງສົງຄາມ ແລະຂ່າວລືເລື່ອງສົງຄາມ.’ ‘ຊາດໜຶ່ງຈະລຸກຂຶ້ນຕໍ່ສູ້ກັບອີກຊາດໜຶ່ງ, ແລະອານາຈັກໜຶ່ງຕໍ່ສູ້ກັບອີກອານາຈັກໜຶ່ງ: ແລະຈະມີການກັນດານອາຫານ, ໂລກລະບາດ, ແລະແຜ່ນດິນໄຫວ, ໃນບ່ອນຕ່າງໆ. ສິ່ງເຫຼົ່ານີ້ທັງໝົດເປັນແຕ່ການເລີ່ມຕົ້ນແຫ່ງຄວາມເຈັບປວດ.’ ໃນຂະນະທີ່ຄໍາພະຍາກອນເຫຼົ່ານີ້ໄດ້ຮັບການສໍາເລັດບາງສ່ວນໃນຄາວການທໍາລາຍນະຄອນເຢຣູຊາເລັມ, ແຕ່ມັນມີການນໍາໃຊ້ໂດຍກົງຫຼາຍກວ່າຕໍ່ບັນດາວັນສຸດທ້າຍ.”</w:t>
      </w:r>
    </w:p>
    <w:p>
      <w:pPr>
        <w:pStyle w:val="ArticleScripture"/>
        <w:jc w:val="left"/>
      </w:pPr>
      <w:r>
        <w:rPr>
          <w:rFonts w:ascii="Leelawadee UI" w:hAnsi="Leelawadee UI" w:eastAsia="Leelawadee UI" w:cs="Leelawadee UI"/>
        </w:rPr>
        <w:t>“ພວກເຮົາກຳລັງຢືນຢູ່ເທິງທາງເຂົ້າແຫ່ງເຫດການອັນຍິ່ງໃຫຍ່ແລະອັນເຄັ່ງຂຶມ. ຄຳພະຍາກອນກຳລັງສຳເລັດລົງຢ່າງວ່ອງໄວ. ອົງພຣະຜູ້ເປັນເຈົ້າຢູ່ໃກ້ປະຕູແລ້ວ. ອີກບໍ່ຊ້າ ຈະມີຊ່ວງເວລາໜຶ່ງເປີດອອກຕໍ່ໜ້າພວກເຮົາ ຊຶ່ງເຕັມໄປດ້ວຍຄວາມນ່າສົນໃຈຢ່າງທ່ວມທົ້ນສຳລັບຄົນທັງປວງທີ່ມີຊີວິດຢູ່. ຂໍ້ຂັດແຍ້ງໃນອະດີດຈະຖືກຮື້ນຟື້ນຂຶ້ນມາອີກ; ຂໍ້ຂັດແຍ້ງໃໝ່ຈະເກີດຂຶ້ນ. ພາບເຫດການທີ່ຈະຖືກດຳເນີນໃນໂລກຂອງພວກເຮົາ ຍັງບໍ່ໄດ້ຖືກຝັນເຖິງເສຍດ້ວຍຊ້ຳ. ຊາຕານກຳລັງເຮັດວຽກຜ່ານຕົວແທນມະນຸດ. ບັນດາຜູ້ທີ່ກຳລັງພະຍາຍາມປ່ຽນແປງລັດຖະທຳມະນູນ ແລະໃຫ້ໄດ້ມາເຊິ່ງກົດໝາຍບັງຄັບການຖືຮັກສາວັນອາທິດ ຮູ້ພຽງເລັກນ້ອຍນັກວ່າຜົນລັບຈະເປັນແນວໃດ. ວິກິດການໜຶ່ງກຳລັງຢູ່ຕໍ່ໜ້າພວກເຮົາແລ້ວ.”</w:t>
      </w:r>
    </w:p>
    <w:p>
      <w:pPr>
        <w:pStyle w:val="ArticleScripture"/>
        <w:jc w:val="left"/>
      </w:pPr>
      <w:r>
        <w:rPr>
          <w:rFonts w:ascii="Leelawadee UI" w:hAnsi="Leelawadee UI" w:eastAsia="Leelawadee UI" w:cs="Leelawadee UI"/>
        </w:rPr>
        <w:t>“ແຕ່ບັນດາຜູ້ຮັບໃຊ້ຂອງພຣະເຈົ້າບໍ່ຄວນໄວ້ວາງໃຈໃນຕົນເອງໃນຍາມສຸກເສີນອັນໃຫຍ່ນີ້. ໃນນິມິດທີ່ປະທານແກ່ອິຊາຢາ, ເອເຊກຽນ, ແລະໂຢຮັນ ພວກເຮົາເຫັນວ່າ ສະຫວັນມີຄວາມຜູກພັນຢ່າງໃກ້ຊິດພຽງໃດກັບເຫດການທີ່ກຳລັງເກີດຂຶ້ນເທິງໂລກ ແລະການເອົາໃຈໃສ່ຂອງພຣະເຈົ້າຕໍ່ຜູ້ທີ່ສັດຊື່ຕໍ່ພຣະອົງນັ້ນຍິ່ງໃຫຍ່ພຽງໃດ. ໂລກນີ້ບໍ່ໄດ້ປາດສະຈາກຜູ້ປົກຄອງ. ແຜນການແຫ່ງເຫດການທີ່ຈະມາເຖິງຢູ່ໃນພຣະຫັດຂອງອົງພຣະຜູ້ເປັນເຈົ້າ. ພຣະບາລະມີແຫ່ງສະຫວັນຊົງຖືກຳມະສິດແຫ່ງຊາດທັງຫຼາຍ ພ້ອມທັງກິດຈະການທັງຫຼາຍຂອງຄຣິດຕະຈັກຂອງພຣະອົງ ໄວ້ໃນການດູແລຂອງພຣະອົງເອງ.”</w:t>
      </w:r>
    </w:p>
    <w:p>
      <w:pPr>
        <w:pStyle w:val="ArticleScripture"/>
        <w:jc w:val="left"/>
      </w:pPr>
      <w:r>
        <w:rPr>
          <w:rFonts w:ascii="Leelawadee UI" w:hAnsi="Leelawadee UI" w:eastAsia="Leelawadee UI" w:cs="Leelawadee UI"/>
        </w:rPr>
        <w:t>“ພວກເຮົາຍອມໃຫ້ຕົນເອງຮູ້ສຶກຫ່ວງໃຍ, ລຳບາກ, ແລະ ສັບສົນໃຈໃນພຣະລາຊກິດຂອງອົງພຣະຜູ້ເປັນເຈົ້າຫຼາຍເກີນໄປໂດຍແທ້. ມະນຸດຜູ້ຈຳກັດມິໄດ້ຖືກປະໃຫ້ແບກຫາບພາລະແຫ່ງຄວາມຮັບຜິດຊອບນັ້ນໄວ້ຕາມລຳພັງ. ພວກເຮົາຈຳເປັນຕ້ອງວາງໃຈໃນພຣະເຈົ້າ, ເຊື່ອໃນພຣະອົງ, ແລະ ກ້າວຕໍ່ໄປ. ການເຝົ້າລະວັງອັນບໍ່ຮູ້ອິດເມື່ອຍຂອງຜູ້ສົ່ງຂ່າວແຫ່ງສະຫວັນ, ແລະ ການປະກອບພັນທະກິດຮັບໃຊ້ຂອງເຂົາຢ່າງບໍ່ຂາດສາຍ ຊຶ່ງກ່ຽວເນື່ອງກັບບັນດາສິ່ງຊີວິດໃນໂລກ, ສະແດງໃຫ້ພວກເຮົາເຫັນວ່າພຣະຫັດຂອງພຣະເຈົ້າກຳລັງນຳພາລໍ້ວົງໜຶ່ງທີ່ຢູ່ພາຍໃນອີກລໍ້ວົງໜຶ່ງແນວໃດ. ພຣະອາຈານຝ່າຍສະຫວັນກຳລັງຕັດກັບຜູ້ປະກອບການທຸກຄົນໃນພຣະລາຊກິດຂອງພຣະອົງ ດັ່ງທີ່ພຣະອົງໄດ້ຕັດກັບ Cyrus ໃນສະໄໝກ່ອນວ່າ: ‘ເຮົາໄດ້ຄາດແອວໃຫ້ເຈົ້າ ເຖິງແມ່ນວ່າເຈົ້າບໍ່ໄດ້ຮູ້ຈັກເຮົາກໍຕາມ.’”</w:t>
      </w:r>
    </w:p>
    <w:p>
      <w:pPr>
        <w:pStyle w:val="ArticleScripture"/>
        <w:jc w:val="left"/>
      </w:pPr>
      <w:r>
        <w:rPr>
          <w:rFonts w:ascii="Leelawadee UI" w:hAnsi="Leelawadee UI" w:eastAsia="Leelawadee UI" w:cs="Leelawadee UI"/>
        </w:rPr>
        <w:t>“ໃນນິມິດຂອງເອເຊກຽນ ພຣະເຈົ້າຊົງມີພຣະຫັດຂອງພຣະອົງຢູ່ໃຕ້ປີກຂອງເຄຣຸບິມ. ສິ່ງນີ້ມີໄວ້ເພື່ອສັ່ງສອນຜູ້ຮັບໃຊ້ຂອງພຣະອົງວ່າ ເປັນຣິດອຳນາດແຫ່ງສະຫວັນທີ່ປະທານຄວາມສຳເລັດແກ່ພວກເຂົາ. ພຣະອົງຈະຊົງຮ່ວມກະທຳງານກັບພວກເຂົາ ຖ້າພວກເຂົາຈະລະທິ້ງຄວາມອະທຳ ແລະກາຍເປັນຜູ້ບໍລິສຸດໃນຈິດໃຈແລະໃນຊີວິດ.”</w:t>
      </w:r>
    </w:p>
    <w:p>
      <w:pPr>
        <w:pStyle w:val="ArticleScripture"/>
        <w:jc w:val="left"/>
      </w:pPr>
      <w:r>
        <w:rPr>
          <w:rFonts w:ascii="Leelawadee UI" w:hAnsi="Leelawadee UI" w:eastAsia="Leelawadee UI" w:cs="Leelawadee UI"/>
        </w:rPr>
        <w:t>“ແສງສະຫວ່າງອັນສົດໃສທີ່ເຄື່ອນໄປທ່າມກາງສິ່ງມີຊີວິດທັງຫຼາຍດ້ວຍຄວາມໄວປານຟ້າແລບ ເປັນຕົວແທນເຖິງຄວາມວ່ອງໄວທີ່ໃນທີ່ສຸດພະລາຊະກິດນີ້ຈະດຳເນີນຕໍ່ໄປຈົນສຳເລັດ. ພຣະອົງຜູ້ບໍ່ຊົງຫຼັບໄຫຼ ຜູ້ຊຶ່ງຊົງກະທຳພຣະລາຊະກິດຢູ່ເປັນນິດເພື່ອໃຫ້ແຜນການຂອງພຣະອົງບັນລຸຜົນ ຊົງສາມາດນຳພາພຣະລາຊະກິດອັນຍິ່ງໃຫຍ່ຂອງພຣະອົງໃຫ້ດຳເນີນໄປຢ່າງປະສານກົມກຽວ. ສິ່ງທີ່ປາກົດແກ່ຈິດໃຈອັນຈຳກັດຂອງມະນຸດວ່າພົວພັນສັບສົນ ພຣະຫັດຂອງອົງພຣະຜູ້ເປັນເຈົ້າສາມາດຮັກສາໄວ້ໃນລະບຽບອັນສົມບູນ. ພຣະອົງຊົງສາມາດຈັດຕຽມວິທີທາງແລະມາດຕະການເພື່ອຂັດຂວາງເຈດຈຳນົງຂອງຄົນຊົ່ວ, ແລະພຣະອົງຈະຊົງນຳບັນດາຄຳປຶກສາຂອງຜູ້ທີ່ວາງແຜນຮ້າຍຕໍ່ປະຊາຊົນຂອງພຣະອົງໄປສູ່ຄວາມສັບສົນ.”</w:t>
      </w:r>
    </w:p>
    <w:p>
      <w:pPr>
        <w:pStyle w:val="ArticleScripture"/>
        <w:jc w:val="left"/>
      </w:pPr>
      <w:r>
        <w:rPr>
          <w:rFonts w:ascii="Leelawadee UI" w:hAnsi="Leelawadee UI" w:eastAsia="Leelawadee UI" w:cs="Leelawadee UI"/>
        </w:rPr>
        <w:t>“ພີ່ນ້ອງທັງຫຼາຍ, ບັດນີ້ບໍ່ແມ່ນເວລາສຳລັບການໂສກເສົ້າແລະຄວາມສິ້ນຫວັງ, ບໍ່ແມ່ນເວລາທີ່ຈະຍອມຈຳນົນຕໍ່ຄວາມສົງໄສແລະຄວາມບໍ່ເຊື່ອ. ບັດນີ້ພຣະຄຣິດບໍ່ໄດ້ຊົງເປັນພຣະຜູ້ຊ່ວຍໃຫ້ລອດຢູ່ໃນອຸບໂມງໃໝ່ຂອງໂຢເຊັບ, ທີ່ຖືກປິດດ້ວຍກ້ອນຫີນໃຫຍ່ແລະປະທັບຕາດ້ວຍຕາຂອງໂຣມັນ; ພວກເຮົາມີພຣະຜູ້ຊ່ວຍໃຫ້ລອດຜູ້ທີ່ຟື້ນຄືນພຣະຊົນແລ້ວ. ພຣະອົງຄືກະສັດ, ອົງພຣະຜູ້ເປັນເຈົ້າແຫ່ງພົນໂຍທາ; ພຣະອົງປະທັບຢູ່ລະຫວ່າງເຄຣູບທັງຫຼາຍ; ແລະທ່າມກາງການຂັດແຍ້ງແລະຄວາມວຸ່ນວາຍຂອງບັນດາປະຊາຊາດ ພຣະອົງຍັງຊົງປົກປ້ອງປະຊາກອນຂອງພຣະອົງຢູ່. ພຣະອົງຜູ້ຊົງປົກຄອງຢູ່ໃນສະຫວັນທັງຫຼາຍເປັນພຣະຜູ້ຊ່ວຍໃຫ້ລອດຂອງພວກເຮົາ. ພຣະອົງຊົງກຳນົດທຸກການທົດລອງ. ພຣະອົງຊົງຈັບຕາເບິ່ງໄຟໃນເຕົາທີ່ຈະຕ້ອງທົດສອບທຸກດວງຈິດ. ເມື່ອປ້ອມປາການຂອງກະສັດທັງຫຼາຍຈະຖືກໂຄ່ນລົ້ມລົງ, ເມື່ອລູກສອນແຫ່ງພຣະພິໂລດຂອງພຣະເຈົ້າຈະແທງທະລຸຫົວໃຈຂອງສັດຕູທັງຫຼາຍຂອງພຣະອົງ, ປະຊາກອນຂອງພຣະອົງຈະປອດໄພຢູ່ໃນພຣະຫັດຂອງພຣະອົງ.” Testimonies, volume 5, 752–754.</w:t>
      </w:r>
    </w:p>
    <w:p>
      <w:pPr>
        <w:pStyle w:val="ArticleBody"/>
        <w:jc w:val="left"/>
      </w:pPr>
      <w:r>
        <w:rPr>
          <w:rFonts w:ascii="Leelawadee UI" w:hAnsi="Leelawadee UI" w:eastAsia="Leelawadee UI" w:cs="Leelawadee UI"/>
        </w:rPr>
        <w:t>ເອເຊກຽນເປັນຕົວແທນຂອງຜູ້ສະໝັກທີ່ຈະຢູ່ໃນຈຳນວນໜຶ່ງແສນສີ່ໝື່ນສີ່ພັນ, ແລະປະສົບການຂອງທ່ານໃນພຣະວິຫານກໍສອດຄ່ອງກັບປະສົບການຂອງອິຊາຢາ ແລະ ໂຢຮັນໃນພຣະວິຫານນັ້ນຢ່າງເປັນລຳດັບ. ບັດນີ້ ພວກເຮົາກຳລັງຢູ່ໃນການທົດສອບແຫ່ງພຣະວິຫານ, ຊຶ່ງເປັນການທົດສອບປະການທີສອງໃນສາມປະການທົດສອບທີ່ປະທັບຕາຜູ້ໜຶ່ງແສນສີ່ໝື່ນສີ່ພັນ. ໄລຍະເວລານັ້ນຄືການຊຳລະໃຫ້ບໍລິສຸດທີ່ຖືກກະທຳໂດຍຜູ້ສົ່ງຂ່າວແຫ່ງພັນທະສັນຍາ ເພື່ອໃຫ້ຄຳພະຍາກອນໃນມາລາກີບົດທີສາມສຳເລັດຄົບຖ້ວນ. ຂະບວນການຊຳລະໃຫ້ບໍລິສຸດອັນປະກອບດ້ວຍສາມການທົດສອບນັ້ນ ຄື “ເຕົາໄຟ” ອັນຮ້ອນກ້າຂອງມາລາກີ ຊຶ່ງ “ຈະຕ້ອງທົດສອບທຸກດວງຈິດ.” ເມື່ອທູດສະຫວັນອົງທີສາມມາເຖິງໃນວັນທີ 22 ຕຸລາ 1844 ຜູ້ສົ່ງຂ່າວແຫ່ງພັນທະສັນຍາໄດ້ສະເດັດມາຍັງພຣະວິຫານຂອງພຣະອົງຢ່າງກະທັນຫັນ ແລະໄດ້ນຳພົມມະຈາລີທີ່ສຸຂຸມຮອບຄອບໃນປະຫວັດສາດນັ້ນເຂົ້າໄປໃນບ່ອນບໍລິສຸດທີ່ສຸດ ເພື່ອປະທັບຕາຜູ້ສັດຊື່ຂອງພຣະອົງ, ແຕ່ພົມມະຈາລີໃນປະຫວັດສາດນັ້ນໄດ້ກະບົດ, ແລະພາຍໃນປີ 1856 ຂະບວນການມິນເລີໄຣທ໌ແຫ່ງຟິລາເດນເຟຍໄດ້ປ່ຽນໄປເປັນຂະບວນການມິນເລີໄຣທ໌ແຫ່ງລາໂອດີເກຍ, ແລະໃນປີ 1863 ກໍໄດ້ກາຍເປັນຄຣິສຕະຈັກເຊວເວັນທ໌-ເດ ແອດເວນຕິສ ແຫ່ງລາໂອດີເກຍ.</w:t>
      </w:r>
    </w:p>
    <w:p>
      <w:pPr>
        <w:pStyle w:val="ArticleBody"/>
        <w:jc w:val="left"/>
      </w:pPr>
      <w:r>
        <w:rPr>
          <w:rFonts w:ascii="Leelawadee UI" w:hAnsi="Leelawadee UI" w:eastAsia="Leelawadee UI" w:cs="Leelawadee UI"/>
        </w:rPr>
        <w:t>ທູດສະຫວັນອົງທີສາມ ຜູ້ຊຶ່ງໄດ້ມາຢ່າງກະທັນຫັນໃນວັນທີ 22 ຕຸລາ 1844 ໄດ້ຖອນການສະຖິດຢູ່ຂອງທ່ານໃນປີ 1863, ແລະຈາກນັ້ນໄດ້ກັບຄືນມາອີກໃນວັນທີ 11 ກັນຍາ 2001. ຊາວຫ້າປີຕໍ່ມາ ການທົດສອບພຣະວິຫານທີ່ໄດ້ຖືກເປັນແບບຢ່າງໂດຍວັນທີ 22 ຕຸລາ 1844 ບັດນີ້ກຳລັງຖືກເຮັດຊ້ຳອີກ. ຊາວຫ້າ ໃນທາງສັນຍະລັກ ແມ່ນສ່ວນສິບທາງຄຳພະຍາກອນຂອງສອງຮ້ອຍຫ້າສິບ, ແລະ ສອງຮ້ອຍຫ້າສິບ ເປັນສັນຍະລັກຂອງປະຫວັດສາດທີ່ຖືກແທນໄວ້ໃນຂໍ້ທີສິບເອັດເຖິງຂໍ້ທີສິບຫ້າຂອງດານີເອນ 11. ສອງຮ້ອຍຫ້າສິບ, ແລະ ຊາວຫ້າ ແມ່ນວົງລໍ້ພາຍໃນນິມິດເລື່ອງພຣະວິຫານຂອງເອເຊກຽນ. ຊາວຫ້າ ເປັນສັນຍະລັກຂອງການແຍກອອກລະຫວ່າງຜູ້ມີປັນຍາ ແລະ ຄົນອະທຳ ໃນການສຳເລັດຕາມຂັ້ນຕອນການທົດສອບສາມຂັ້ນທີ່ຖືກແທນໄວ້ໃນພະລາຊະກິດແຫ່ງການຊຳລະໃຫ້ບໍລິສຸດ ຊຶ່ງຖືກເຮັດໃຫ້ສຳເລັດໂດຍຜູ້ສົ່ງຂ່າວແຫ່ງພັນທະສັນຍາ.</w:t>
      </w:r>
    </w:p>
    <w:p>
      <w:pPr>
        <w:pStyle w:val="ArticleBody"/>
        <w:jc w:val="left"/>
      </w:pPr>
      <w:r>
        <w:rPr>
          <w:rFonts w:ascii="Leelawadee UI" w:hAnsi="Leelawadee UI" w:eastAsia="Leelawadee UI" w:cs="Leelawadee UI"/>
        </w:rPr>
        <w:t>ມັດທາຍ ບົດທີຊາວຫ້າ ປະກອບດ້ວຍຄຳອຸປະມາສາມເລື່ອງ, ແລະແຕ່ລະຄຳອຸປະມາກໍຊີ້ໃຫ້ເຫັນເຖິງການແຍກລະຫວ່າງຄົນສະຫລາດແລະຄົນຊົ່ວໃນເວລາແຫ່ງການປະທັບຕາຂອງໜຶ່ງແສນສີ່ໝື່ນສີ່ພັນຄົນ. ຄວາມຫວັງຂອງປະຊາຊົນຂອງພຣະເຈົ້າຕາມທີ່ຖືກເປັນຕົວແທນໄວ້ໃນບົດນີ້ ແມ່ນວ່າພວກເຂົາຈະເປັນຍິງພົມມະຈັນຜູ້ສະຫລາດ ທີ່ຄອບຄອງນ້ຳມັນແຫ່ງຂ່າວສານກາງຄືນ. ຄວາມຫວັງຂອງພວກເຂົາຄື ພວກເຂົາຈະຖືກພິພາກສາວ່າເປັນຜູ້ຮັບໃຊ້ທີ່ສັດຊື່ ໃນການດູແລຮັບຜິດຊອບຂອງຕົນ ໃນການນຳໃຊ້ຄວາມສາມາດພິເສດທີ່ໄດ້ຖືກປະທານໃຫ້ແກ່ພວກເຂົາ ເພື່ອໃຫ້ຈັດການໃນຊ່ວງເວລາແຫ່ງການທົດລອງສ່ວນຕົວຂອງຕົນ. ຄວາມຫວັງຂອງພວກເຂົາຄື ພວກເຂົາຈະຖືກພິພາກສາວ່າເປັນແກະໃນທົ່ງຫຍ້າຂອງພຣະອົງ ນັ່ງຢູ່ເບື້ອງຂວາພຣະຫັດຂອງພຣະອົງ ແລະບໍ່ແມ່ນແບ້ຢູ່ເບື້ອງຊ້າຍຂອງພຣະອົງ. ຊາວຫ້າເປັນສັນຍະລັກແຫ່ງການແຍກລະຫວ່າງຄົນສະຫລາດແລະຄົນຊົ່ວໃນເວລາແຫ່ງການປະທັບຕາຂອງໜຶ່ງແສນສີ່ໝື່ນສີ່ພັນຄົນ. ຊາວຫ້າແມ່ນລໍ້ໜຶ່ງຂອງເອເຊກຽນ.</w:t>
      </w:r>
    </w:p>
    <w:p>
      <w:pPr>
        <w:pStyle w:val="ArticleScripture"/>
        <w:jc w:val="left"/>
      </w:pPr>
      <w:r>
        <w:rPr>
          <w:rFonts w:ascii="Leelawadee UI" w:hAnsi="Leelawadee UI" w:eastAsia="Leelawadee UI" w:cs="Leelawadee UI"/>
        </w:rPr>
        <w:t>ໃນປີທີ່ຊາວຫ້າແຫ່ງການເປັນເຊີຍຂອງພວກເຮົາ, ໃນຕອນຕົ້ນຂອງປີ, ໃນວັນທີສິບຂອງເດືອນ, ໃນປີທີ່ສິບສີ່ຫຼັງຈາກທີ່ນະຄອນນັ້ນຖືກຕີລົງ, ໃນວັນດຽວກັນນັ້ນ ພຣະຫັດຂອງພຣະຢາເວໄດ້ສະຖິດຢູ່ເໜືອຂ້າພະເຈົ້າ, ແລະໄດ້ນຳຂ້າພະເຈົ້າໄປທີ່ນັ້ນ. ເອເຊກຽນ 40:1</w:t>
      </w:r>
    </w:p>
    <w:p>
      <w:pPr>
        <w:pStyle w:val="ArticleBody"/>
        <w:jc w:val="left"/>
      </w:pPr>
      <w:r>
        <w:rPr>
          <w:rFonts w:ascii="Leelawadee UI" w:hAnsi="Leelawadee UI" w:eastAsia="Leelawadee UI" w:cs="Leelawadee UI"/>
        </w:rPr>
        <w:t>ປີທີຊາວຫ້າແຫ່ງການຖືກກັກເປັນເຊີຍ ຖືກເປັນສັນຍາລັກໂດຍວັນທີ 22 ຕຸລາ, ຊຶ່ງຖືກເປັນສັນຍາລັກໂດຍການປິດລົງຂອງປະຕູແຫ່ງຍຸກການປະທານ. ໃນວັນທີ 22 ຕຸລາ ຄ.ສ. 1844 ປະຕູບານໜຶ່ງໄດ້ຖືກເປີດ ແລະ ປະຕູອີກບານໜຶ່ງໄດ້ຖືກປິດລົງ ເມື່ອຄົນສອງຈຳພວກຖືກແຍກອອກຈາກກັນ.</w:t>
      </w:r>
    </w:p>
    <w:p>
      <w:pPr>
        <w:pStyle w:val="ArticleScripture"/>
        <w:jc w:val="left"/>
      </w:pPr>
      <w:r>
        <w:rPr>
          <w:rFonts w:ascii="Leelawadee UI" w:hAnsi="Leelawadee UI" w:eastAsia="Leelawadee UI" w:cs="Leelawadee UI"/>
        </w:rPr>
        <w:t>ຈົ່ງຂຽນເຖິງທູດສະຫວັນແຫ່ງຄຣິດຕະຈັກໃນນະຄອນຟີລາເດນເຟຍວ່າ; ພຣະອົງຜູ້ບໍລິສຸດ, ຜູ້ທ່ຽງແທ້, ຜູ້ຊົງຖືກະແຈຂອງດາວິດ, ຜູ້ຊົງເປີດແລ້ວບໍ່ມີຜູ້ໃດປິດໄດ້; ແລະຊົງປິດແລ້ວບໍ່ມີຜູ້ໃດເປີດໄດ້; ພຣະອົງຕັດດັ່ງນີ້; ເຮົາຮູ້ຈັກການງານຂອງເຈົ້າ: ຈົ່ງເບິ່ງເຖີດ, ເຮົາໄດ້ວາງປະຕູທີ່ເປີດຢູ່ຕໍ່ໜ້າເຈົ້າ ແລະບໍ່ມີຜູ້ໃດສາມາດປິດມັນໄດ້: ເພາະວ່າເຈົ້າມີກຳລັງຢູ່ໜ້ອຍໜຶ່ງ, ແລະໄດ້ຮັກສາພຣະວັດຈະນະຂອງເຮົາໄວ້, ແລະບໍ່ໄດ້ປະຕິເສດນາມຂອງເຮົາ. Revelation 3:7, 8.</w:t>
      </w:r>
    </w:p>
    <w:p>
      <w:pPr>
        <w:pStyle w:val="ArticleBody"/>
        <w:jc w:val="left"/>
      </w:pPr>
      <w:r>
        <w:rPr>
          <w:rFonts w:ascii="Leelawadee UI" w:hAnsi="Leelawadee UI" w:eastAsia="Leelawadee UI" w:cs="Leelawadee UI"/>
        </w:rPr>
        <w:t>ພຣະຄຣິດຊົງບອກແກ່ທູດສະຫວັນຂອງເມືອງຟີລາເດນເຟຍວ່າ ພຣະອົງຊົງຮູ້ຈັກກິດຈະການຂອງພວກເຂົາ ແລະວ່າ ພຣະອົງໄດ້ຊົງຕັ້ງປະຕູອັນເປີດໄວ້ຕໍ່ໜ້າຄຣິດຕະຈັກໃນເມືອງຟີລາເດນເຟຍ. ປະຕູນັ້ນຖືກເປີດໂດຍ “ກະແຈຂອງດາວິດ,” ຄືກະແຈທີ່ຖືກວາງໄວ້ເທິງເອລີອາກີມ.</w:t>
      </w:r>
    </w:p>
    <w:p>
      <w:pPr>
        <w:pStyle w:val="ArticleScripture"/>
        <w:jc w:val="left"/>
      </w:pPr>
      <w:r>
        <w:rPr>
          <w:rFonts w:ascii="Leelawadee UI" w:hAnsi="Leelawadee UI" w:eastAsia="Leelawadee UI" w:cs="Leelawadee UI"/>
        </w:rPr>
        <w:t>ແລະໃນວັນນັ້ນຈະບັງເກີດຂຶ້ນວ່າ ເຮົາຈະເອີ້ນເອລີອາກີມ ບຸດຊາຍຂອງຮີນກີຢາ ຜູ້ຮັບໃຊ້ຂອງເຮົາ: ແລະເຮົາຈະສວມເສື້ອຄຸມຂອງເຈົ້າໃຫ້ແກ່ເຂົາ, ແລະຄາດສາຍຮັດແອວຂອງເຈົ້າໃຫ້ເຂົາແນ່ນຫນາ, ແລະເຮົາຈະມອບອຳນາດປົກຄອງຂອງເຈົ້າໄວ້ໃນມືຂອງເຂົາ: ແລະເຂົາຈະເປັນດັ່ງບິດາແກ່ຊາວເຢຣູຊາເລັມ, ແລະແກ່ວົງວານຢູດາ. ແລະກະແຈແຫ່ງວົງວານດາວິດ ເຮົາຈະວາງໄວ້ເທິງບ່າຂອງເຂົາ; ດັ່ງນັ້ນເຂົາຈະເປີດ, ແລະຈະບໍ່ມີຜູ້ໃດປິດ; ແລະເຂົາຈະປິດ, ແລະຈະບໍ່ມີຜູ້ໃດເປີດ. ອິສະຢາ 22:20–22.</w:t>
      </w:r>
    </w:p>
    <w:p>
      <w:pPr>
        <w:pStyle w:val="ArticleBody"/>
        <w:jc w:val="left"/>
      </w:pPr>
      <w:r>
        <w:rPr>
          <w:rFonts w:ascii="Leelawadee UI" w:hAnsi="Leelawadee UI" w:eastAsia="Leelawadee UI" w:cs="Leelawadee UI"/>
        </w:rPr>
        <w:t>ໃນວັນທີ່ເອລີອາກີມຖືກຊົງເອີ້ນນັ້ນ, ທ່ານກໍຖືກແຍກອອກຈາກເຊບນາຜູ້ຊົ່ວຮ້າຍ.</w:t>
      </w:r>
    </w:p>
    <w:p>
      <w:pPr>
        <w:pStyle w:val="ArticleScripture"/>
        <w:jc w:val="left"/>
      </w:pPr>
      <w:r>
        <w:rPr>
          <w:rFonts w:ascii="Leelawadee UI" w:hAnsi="Leelawadee UI" w:eastAsia="Leelawadee UI" w:cs="Leelawadee UI"/>
        </w:rPr>
        <w:t>ດັ່ງນີ້ອົງພຣະຜູ້ເປັນເຈົ້າ ພຣະເຈົ້າແຫ່ງບັນດາພົນ ຕັດດັ່ງນີ້ວ່າ, ຈົ່ງໄປ ເຂົ້າໄປຫາເຈົ້າພະນັກງານຄັງຜູ້ນີ້ ຄືເຊບນາ ຜູ້ຊຶ່ງກຳກັບເຮືອນ, ແລະຈົ່ງກ່າວວ່າ, ເຈົ້າມີຫຍັງຢູ່ທີ່ນີ້? ແລະເຈົ້າມີຜູ້ໃດຢູ່ທີ່ນີ້, ຈຶ່ງໄດ້ສະກັດອຸໂມງຝັງສົບໄວ້ໃຫ້ຕົນເອງທີ່ນີ້, ດັ່ງຄົນທີ່ສະກັດອຸໂມງຝັງສົບໄວ້ສູງ, ແລະເຈາະທີ່ຢູ່ອາໄສໄວ້ໃຫ້ຕົນເອງໃນຫີນ? ເບິ່ງແມ, ພຣະຢາເວຈະກວາດເອົາເຈົ້າໄປດ້ວຍການຈັບກຸມອັນຮ້າຍແຮງ, ແລະຈະຫຸ້ມເຈົ້າໄວ້ແນ່ນອນ. ພຣະອົງຈະຫັນແລະໂຍນເຈົ້າຢ່າງຮຸນແຮງດັ່ງລູກບານເຂົ້າໄປໃນແຜ່ນດິນກວ້າງໃຫຍ່; ທີ່ນັ້ນເຈົ້າຈະຕາຍ, ແລະທີ່ນັ້ນລົດຮົບແຫ່ງສະຫງ່າລາສີຂອງເຈົ້າຈະເປັນຄວາມອັບອາຍແກ່ວົງຕະກູນແຫ່ງນາຍຂອງເຈົ້າ. ອິຊາຢາ 22:15–18.</w:t>
      </w:r>
    </w:p>
    <w:p>
      <w:pPr>
        <w:pStyle w:val="ArticleBody"/>
        <w:jc w:val="left"/>
      </w:pPr>
      <w:r>
        <w:rPr>
          <w:rFonts w:ascii="Leelawadee UI" w:hAnsi="Leelawadee UI" w:eastAsia="Leelawadee UI" w:cs="Leelawadee UI"/>
        </w:rPr>
        <w:t>ການແຍກອອກຂອງພວກຍິງພົມມະຈັນທີ່ສະຫຼາດແລະທີ່ໂງ່ເຂລາ ຊຶ່ງເຮັດໃຫ້ຄໍາອຸປະມາຂອງ Shebna ແລະ Eliakim ສໍາເລັດນັ້ນ ໄດ້ສໍາເລັດໃນວັນທີ 22 ຕຸລາ 1844, ແລະຍັງໄດ້ສໍາເລັດອີກໃນປີທີຊາວຫ້າແຫ່ງການເປັນເຊີຍຂອງ Jehoiachin ຊຶ່ງຄືວັນທີ 22 ຕຸລາ 573 BC. ໃນພຣະທໍາ Ezekiel ບົດທີແປດ ຄົນຊົ່ວຮ້າຍພາຍໃນ Adventism, ຊຶ່ງຖືກເປັນຕົວແທນໂດຍ Jerusalem, ຖືກເປັນຕົວແທນໂດຍຜູ້ຊາຍຊາວຫ້າຄົນທີ່ກ້ມກາບຕໍ່ດວງອາທິດ. ການທໍາລາຍ Jerusalem ເປັນຕົວແທນຂອງກົດຫມາຍວັນອາທິດ, ຊຶ່ງຍັງເປັນໝຸດໝາຍທາງພະຍາກອນທີ່ສິ້ນສຸດເວລາແຫ່ງການປະທັບຕາຂອງໜຶ່ງແສນສີ່ສິບສີ່ພັນຄົນ. ເວລາແຫ່ງການປະທັບຕານັ້ນໄດ້ເລີ່ມຕົ້ນໃນວັນທີ 11 ກັນຍາ 2001, ແລະພຣະເຢຊູຊົງເປັນທັງ Alpha ແລະ Omega, ດັ່ງນັ້ນ ວັນທີ 11 ກັນຍາ 2001 ໃນຖານະຈຸດເລີ່ມຕົ້ນຂອງການປະທັບຕາ ຈຶ່ງເປັນພາບປະກອບຂອງຈຸດສິ້ນສຸດ ຄືໃນເວລາຂອງກົດຫມາຍວັນອາທິດ.</w:t>
      </w:r>
    </w:p>
    <w:p>
      <w:pPr>
        <w:pStyle w:val="ArticleBody"/>
        <w:jc w:val="left"/>
      </w:pPr>
      <w:r>
        <w:rPr>
          <w:rFonts w:ascii="Leelawadee UI" w:hAnsi="Leelawadee UI" w:eastAsia="Leelawadee UI" w:cs="Leelawadee UI"/>
        </w:rPr>
        <w:t>ວັນທີ 11 ກັນຍາ 2001 ໄດ້ຖືກສະແດງເປັນແບບຢ່າງໂດຍກອງປະຊຸມທີ່ Minneapolis ໃນປີ 1888, ເພາະວ່າ ຊິດເຕີ ໄວທ໌ ໄດ້ຊີ້ວ່າ ເມື່ອອາຄານຂະໜາດໃຫຍ່ຂອງນະຄອນນິວຢອກພັງທະລາຍລົງໃນເຫດການ 9/11, ພຣະນິມິດ 18:1–3 ກໍໄດ້ສຳເລັດຄົບຖ້ວນ. ໃນເວລານັ້ນ, ດັ່ງເຊັ່ນໃນປີ 1888, ນາງໄດ້ລະບຸວ່າ ທູດສະຫວັນໃນພຣະນິມິດ ບົດ 18 ໄດ້ລົງມາເພື່ອສ່ອງແສງແຜ່ນດິນໂລກດ້ວຍພຣະສິຣິຂອງພຣະອົງ. ການກະບົດໃນປີ 1888 ນາງໄດ້ເຊື່ອມໂຍງໄວ້ກັບການກະບົດຂອງ ໂຄຣາ, ດາທານ ແລະ ອາບີຣາມ, ຜູ້ທີ່ກໍມີຊາຍສອງຮ້ອຍຫ້າສິບຄົນຜູ້ມີຊື່ສຽງເຂົ້າຮ່ວມໃນການອັດຖະຈັນຂອງພວກເຂົາເຊັ່ນກັນ. ຜູ້ກະບົດສອງຮ້ອຍຫ້າສິບຄົນໃນການກະບົດຂອງໂຄຣາ ແລະພັນພວກຂອງເຂົາໃນປະຫວັດສາດເລີ່ມຕົ້ນຂອງອິດສະຣາເອນບູຮານ ເປັນແບບຢ່າງຂອງຜູ້ຊາຍຊາວຫ້າຄົນທີ່ກຳລັງກົ້ມຂາບດວງອາທິດຢູ່ໃນຕອນທ້າຍຂອງອິດສະຣາເອນບູຮານ.</w:t>
      </w:r>
    </w:p>
    <w:p>
      <w:pPr>
        <w:pStyle w:val="ArticleBody"/>
        <w:jc w:val="left"/>
      </w:pPr>
      <w:r>
        <w:rPr>
          <w:rFonts w:ascii="Leelawadee UI" w:hAnsi="Leelawadee UI" w:eastAsia="Leelawadee UI" w:cs="Leelawadee UI"/>
        </w:rPr>
        <w:t>ຜູ້ນໍາຊາວອັດເວັນຕິສ໌ແຫ່ງລາວໂອດີເຊຍຈໍານວນຊາວຫ້າຄົນ ທີ່ກົ້ມລົງຕໍ່ຫນ້າກົດໝາຍວັນອາທິດ ແລະ ສອງຮ້ອຍຫ້າສິບຄົນຢູ່ທີ່ 9/11 ນໍາສະເໜີເວລາແຫ່ງການປະທັບຕາ ໂດຍອາໄສສັນຍະລັກຂອງຈໍານວນຊາວຫ້າ, (ອັນເປັນສັນຍະລັກແຫ່ງການແຍກລະຫວ່າງຄົນມີປັນຍາ ແລະ ຄົນຊົ່ວ) ເພື່ອໝາຍເຖິງການເລີ່ມຕົ້ນ ແລະ ການສິ້ນສຸດຂອງເວລາແຫ່ງການປະທັບຕາ. ບໍ່ວ່າຈະເປັນພວກກະບົດສອງຮ້ອຍຫ້າສິບຄົນໃນສະໄໝຂອງໂມເຊ, ຫຼື ຊາຍຊາວຫ້າຄົນໃນເອເຊກຽນບົດທີແປດ, ຫຼື ພະຍານສາມປະການແຫ່ງການແຍກອອກໃນມັດທາຍບົດທີຊາວຫ້າ, ຫຼື ປີທີຊາວຫ້າແຫ່ງການຖືກກວາດເປັນເຊວຢູ່ໃນເອເຊກຽນສີ່ສິບ; ການປະກົດທັງປວງຂອງສັນຍະລັກແຫ່ງຈໍານວນຊາວຫ້າ ສອດຄ່ອງກັບສາມຊ່ວງເວລາສອງຮ້ອຍຫ້າສິບປີ ຊຶ່ງໄດ້ບັນລຸຈຸດສິ້ນສຸດຂອງຕົນໃນປີ 207 BC, 313 ແລະ 2026 ຕາມລໍາດັບ.</w:t>
      </w:r>
    </w:p>
    <w:p>
      <w:pPr>
        <w:pStyle w:val="ArticleBody"/>
        <w:jc w:val="left"/>
      </w:pPr>
      <w:r>
        <w:rPr>
          <w:rFonts w:ascii="Leelawadee UI" w:hAnsi="Leelawadee UI" w:eastAsia="Leelawadee UI" w:cs="Leelawadee UI"/>
        </w:rPr>
        <w:t>ຈໍານວນຊາວຫ້ານັ້ນ, ເວົ້າອີກຢ່າງໜຶ່ງ, ເປັນເພົາຂອງຊາວຫ້າ ທີ່ນໍາເອົາທຸກເສັ້ນຂອງຊາວຫ້າເຂົ້າສູ່ຄວາມສົມບູນ. ມັນຈຶ່ງກາຍເປັນໜຶ່ງໃນກະແຈແຫ່ງຄໍາພະຍາກອນຂອງອານາຈັກ ທີ່ຖືກປະທານໃຫ້ແກ່ເປໂຕ ເພື່ອນໍາຄວາມແຈ້ງແຈ້ງເຂົ້າໄປໃນປະຫວັດທີ່ຖືກຊ່ອນໄວ້ຂອງຂໍ້ສີ່ສິບ. ໄດ້ຖືກສະຖາປະນາຢ່າງຊ້ໍາແລ້ວຊ້ໍາອີກ ໂດຍພະຍານຫຼາຍກວ່າສາມປາກ ວ່າຂໍ້ທີສິບເຖິງຂໍ້ທີສິບຫ້າໃນດານີເອນບົດທີສິບເອັດ ເປັນເສັ້ນໜຶ່ງທີ່ຄອບຄຸມປະຫວັດຈາກປີ 1989 ໄປຈົນເຖິງກົດໝາຍວັນອາທິດ, ຊຶ່ງເປັນປະຫວັດທີ່ຖືກຊ່ອນໄວ້ຂອງຂໍ້ສີ່ສິບ. ບັດນີ້ ສິງໂຕແຫ່ງເຜົ່າຢູດາ ກໍາລັງເປີດຜະນຶກວົງລໍ້ຂອງເອເຊກຽນ ເມື່ອພຣະອົງຊົງເປີດເຜີຍປະຫວັດທີ່ຖືກຊ່ອນໄວ້ ອັນຈະນໍາໄປສູ່ການເຮັດໃຫ້ຂ່າວສານແຫ່ງສຽງຮ້ອງເວລາທ່ຽງຄືນໃນຍຸກສຸດທ້າຍສໍາເລັດສົມບູນ.</w:t>
      </w:r>
    </w:p>
    <w:p>
      <w:pPr>
        <w:pStyle w:val="ArticleBody"/>
        <w:jc w:val="left"/>
      </w:pPr>
      <w:r>
        <w:rPr>
          <w:rFonts w:ascii="Leelawadee UI" w:hAnsi="Leelawadee UI" w:eastAsia="Leelawadee UI" w:cs="Leelawadee UI"/>
        </w:rPr>
        <w:t>ໃນບົດຄວາມຕໍ່ໄປນີ້ ພວກເຮົາຈະດຳເນີນການຊີ້ບອກຕໍ່ໄປເຖິງວົງລໍ້ຂອງເອເຊກຽນ ຊຶ່ງເປັນຕົວແທນຂອງປະຕິສຳພັນອັນສັບຊ້ອນຂອງມະນຸດໃນຍຸກສຸດທ້າຍ. ເອເຊກຽນບົດທີໜຶ່ງ ຢູ່ຕອນຕົ້ນຂອງບົດຄວາມນີ້ ແລະຂໍ້ຄວາມຄູ່ກັນຈາກ Testimonies volume five ທີ່ໄດ້ນຳສະເໜີໄວ້ ຈະເປັນຈຸດອ້າງອີງຕໍ່ເນື່ອງຂອງພວກເຮົາ ໃນຂະນະທີ່ພວກເຮົາດຳເນີນໄປໃນບົດຄວາມຕ່າງໆ. ເມື່ອວົງລໍ້ໄດ້ຖືກຈັດວາງໄວ້ໃນຕຳແໜ່ງອັນຖືກຕ້ອງຂອງມັນ ແລະພ້ອມດ້ວຍຈຸດຕັດປະສານອັນຖືກຕ້ອງຂອງມັນກັບວົງລໍ້ອື່ນໆໃນປະຫວັດສາດແຫ່ງຄຳພະຍາກອນ ພວກເຮົາຈະສະແດງໃຫ້ເຫັນວ່າ ສາມຮ້ອຍເກົ້າສິບເອັດປີ ແລະສິບຫ້າວັນ ຊຶ່ງໄດ້ໃຫ້ອຳນາດແກ່ທູດສະຫວັນອົງທຳອິດໃນວັນທີ 11 ສິງຫາ, 1840 ນັ້ນ ກໍຖືກເອເຊກຽນເປັນຕົວແທນເຊັ່ນກັນວ່າເປັນສາມຮ້ອຍເກົ້າສິບປີ ໂດຍເຊື່ອມໂຍງກັບໜຶ່ງປີເຄິ່ງແຫ່ງການປິດລ້ອມເຢຣູຊາເລັມ; ແລະວ່າການມາເຖິງຂອງແສງສະຫວ່າງແຫ່ງຄຳພະຍາກອນນີ້ ຊີ້ບອກເຖິງການຊູປ້າຍສັນຍາຂຶ້ນຂອງຄົນໜຶ່ງແສນສີ່ສິບສີ່ພັນ.</w:t>
      </w:r>
    </w:p>
    <w:p>
      <w:pPr>
        <w:pStyle w:val="ArticleBody"/>
        <w:jc w:val="left"/>
      </w:pPr>
      <w:r>
        <w:rPr>
          <w:rFonts w:ascii="Leelawadee UI" w:hAnsi="Leelawadee UI" w:eastAsia="Leelawadee UI" w:cs="Leelawadee UI"/>
        </w:rPr>
        <w:t>ວັນທີ 27 ກໍລະກົດ 1299 ຈົນເຖິງ 1337 ເປັນໄລຍະສາມສິບແປດປີ ຢູ່ໃນຕອນຕົ້ນຂອງໜຶ່ງຮ້ອຍຫ້າສິບປີ (ຫ້າເດືອນ) ຂອງພຣະນິມິດ ບົດທີ 9 ຂໍ້ 10. ໜຶ່ງຮ້ອຍຫ້າສິບປີນັ້ນເຊື່ອມໂຍງກັບສາມຮ້ອຍເກົ້າສິບເອັດປີ ແລະ ສິບຫ້າວັນ ຂອງຂໍ້ 15. ດັ່ງນັ້ນ ຈຸດເລີ່ມຕົ້ນຂອງສອງໄລຍະນັ້ນ ຈຶ່ງປະກອບເປັນເສັ້ນຄຳພະຍາກອນເສັ້ນດຽວ ຊຶ່ງໄດ້ສິ້ນສຸດລົງໃນການສຳເລັດຕາມຄຳທຳນາຍປີ 1838 ແລະ 1840 ຂອງ Josiah Litch ແລະ ໄດ້ໝາຍເຖິງການລຸກຂຶ້ນ ແລະ ການໄດ້ຮັບອຳນາດຂອງຂະບວນການ Millerite. ປະຫວັດສາດນັ້ນ ຢູ່ໃນຕອນຕົ້ນຂອງ Adventism, ໝາຍເຖິງການລຸກຂຶ້ນຂອງໜຶ່ງແສນສີ່ສິບສີ່ພັນ ເປັນທຸງສັນຍານລ່ວງໜ້າກົດໝາຍວັນອາທິດ. ດັ່ງນັ້ນ ສາມຮ້ອຍເກົ້າສິບປີຂອງ Ezekiel ແລະ ໜຶ່ງຈຸດຫ້າປີ (1.5) ຂອງການປິດລ້ອມເຢຣູຊາເລັມ ໝາຍເຖິງຈຸດສິ້ນສຸດຂອງເສັ້ນຄຳພະຍາກອນທີ່ໄດ້ເລີ່ມຕົ້ນໃນປີ 1299.</w:t>
      </w:r>
    </w:p>
    <w:p>
      <w:pPr>
        <w:pStyle w:val="ArticleBody"/>
        <w:jc w:val="left"/>
      </w:pPr>
      <w:r>
        <w:rPr>
          <w:rFonts w:ascii="Leelawadee UI" w:hAnsi="Leelawadee UI" w:eastAsia="Leelawadee UI" w:cs="Leelawadee UI"/>
        </w:rPr>
        <w:t>ການພິຈາລະນາຂໍ້ຄວາມຕອນນີ້ຈາກ Testimonies, ເຫຼັ້ມທີ 5 ລ່ວງໜ້າກ່ອນບົດຄວາມຖັດໄປ ຍ່ອມເປັນປະໂຫຍດ.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ປະຫວັດສາດທີ່ຊ່ອນເຮັ້ນຂອງຂໍ້ທີ່ສີ່ສິບ - ເລກທີຊາວສອງ</dc:title>
  <dc:subject>ເອເຊກຽນ ເລກສາມ</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