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ປະຫວັດສາດທີ່ຖືກເຊື່ອງໄວ້ຂອງຂໍ້ທີ່ສີ່ສິບ - ເລກທີ ຊາວສາມ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ເອເຊກຽນ ໝາຍເລກ ສີ່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2026-08-09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ເອເຊກຽນຖືກລະບຸວ່າເປັນ “ຜູ້ພະຍາກອນແຫ່ງການໄວ້ທຸກ” ເພາະວ່າທ່ານເປັນສັນຍາລັກຂອງຄົນໜຶ່ງແສນສີ່ໝື່ນສີ່ພັນ, ຜູ້ຊຶ່ງໃນບົດທີ່ເກົ້າແຫ່ງພຣະທຳຂອງທ່ານ ກຳລັງໂສກເສົ້າ (ຖອນຫາຍໃຈແລະຮ້ອງໄຫ້) ເພາະເຫດການອັນໜ້າຊັງຊັງທີ່ໄດ້ກະທຳຂຶ້ນໃນແຜ່ນດິນ ແລະໃນຄຣິດຕະຈັກ. ໃນຂໍ້ຄວາມຈາກ Testimonies ທີ່ພວກເຮົາໄດ້ອ້າງໄວ້ໃນບົດຄວາມກ່ອນ, ຊິດສະເຕີ ໄວທ໌ ໄດ້ຂຽນວ່າ, “ຕົວຜູ້ພະຍາກອນເອງກໍເປັນຄົນແປກໜ້າຢູ່ໃນແຜ່ນດິນອັນແປກຖິ່ນ, ບ່ອນທີ່ຄວາມທະເຍີທະຍານອັນບໍ່ມີຂອບເຂດ ແລະຄວາມໂຫດຮ້າຍອັນປ່າເຖື່ອນຄອບງຳຢ່າງສູງສຸດ. ສິ່ງທີ່ທ່ານໄດ້ເຫັນແລະໄດ້ຍິນກ່ຽວກັບການກົດຂີ່ແລະຄວາມອະທຳຂອງມະນຸດ ໄດ້ບີບຄັ້ນຈິດວິນຍານຂອງທ່ານ, ແລະທ່ານໄດ້ໄວ້ທຸກຢ່າງຂົມຂື່ນທັງກາງເວັນແລະກາງຄືນ.”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ຄົນຈໍານວນໜຶ່ງແສນສີ່ໝື່ນສີ່ພັນ ແມ່ນ “ພວກທີ່ຖືກຂັບໄລ່ອອກໄປຈາກອິສຣາເອນ,” ຜູ້ທີ່ຖືກກະຈັດກະຈາຍໄປ ດັ່ງທີ່ໄດ້ຖືກເປັນຕົວແທນໂດຍການທີ່ເອເຊກຽນຖືກນໍາໄປເປັນເຊີຍ. ຂະບວນການປະທັບຕາທີ່ຖືກເປັນຕົວແທນໄວ້ໃນ ເອເຊກຽນ 9 ນັ້ນ ແມ່ນອັນດຽວກັນກັບ ພຣະນິມິດ 7, ແລະທັງສອງບົດນັ້ນຖືກສະແດງວ່າເກີດຂຶ້ນໃນວັນສຸດທ້າຍ.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“ການປະທັບຕາບັນດາຜູ້ຮັບໃຊ້ຂອງພຣະເຈົ້ານີ້ ແມ່ນສິ່ງດຽວກັນກັບທີ່ໄດ້ຖືກສະແດງແກ່ເອເຊກຽນໃນນິມິດ.” Testimonies to Ministers, 445.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ຈາກພຣະບັນລັງ, ພຣະເຈົ້າຊົງຊີ້ນຳເຄຣູບີມ ແລະ ເຄຣູບີມນັ້ນກໍຄຸ້ມຄອງບັນດາລໍ້. ເອເຊກຽນຕ້ອງໄດ້ເຂົ້າໃຈຈາກນິມິດນັ້ນວ່າ ພຣະເຈົ້າຊົງຄວບຄຸມຢູ່, ແມ່ນແຕ່ໃນຊ່ວງເວລາທີ່ທຸກສິ່ງປາກົດວ່າຢູ່ໃນຄວາມສັບສົນ. ຊິດເຕີ ໄວທ໌ ກ່າວວ່າ “in like manner” ຫຼັງຈາກໄດ້ນຳສະເໜີໂຄງສ້າງແຫ່ງພຣະເຈົ້າຜູ້ປະທັບເທິງພຣະບັນລັງ, ຊົງຊີ້ນຳເຄຣູບີມຜູ້ຄຸ້ມຄອງກິດຈະການຂອງໂລກ, ດັ່ງທີ່ນາງໄດ້ພັນລະນາໂຢຮັນໃນສະຖານບໍລິສຸດ ບ່ອນທີ່ພຣະຄຣິດຊົງດຳເນີນຢູ່ທ່າມກາງເຈັດຄຣິສຕະຈັກ. ເອເຊກຽນ ແລະ ໂຢຮັນ ເປັນສັນຍະລັກຂອງຜູ້ທີ່ມີຊີວິດຢູ່ໃນເວລາແຫ່ງການປະທັບຕາຂອງໜຶ່ງແສນສີ່ໝື່ນສີ່ພັນຄົນ ຜູ້ຊຶ່ງ ດັ່ງທີ່ພຣະດົນໃຈໄດ້ບັນທຶກໄວ້ວ່າ, “The scenes to be enacted in our world are not yet even dreamed of.”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ແນ່ນອນວ່າ ເມື່ອຊິດສະເຕີ White ໄດ້ຂຽນຖ້ອຍຄຳເຫຼົ່ານັ້ນ ຖ້ອຍຄຳເຫຼົ່ານັ້ນກໍເປັນຄວາມຈິງ, ແຕ່ໃນເວລາແຫ່ງການປະທັບຕາ ມັນໄດ້ພົບການສຳເລັດອັນສົມບູນຂອງມັນ. ປະມານຊາວປີກ່ອນ, ທ່ານຈະເຄີຍຄິດບໍ່ວ່າ ສິ່ງທີ່ກຳລັງເກີດຂຶ້ນໃນໂລກຂະນະນີ້ ຈະເກີດຂຶ້ນຄຽງຄູ່ກັບການແຫ່ກັນຂອງຕັກແຕນແຫ່ງອິດສະລາມ? ຕັກແຕນໃນຖານະເປັນສັນຍະລັກຂອງອິດສະລາມໃນພຣະນິມິດບົດທີ 9 ຮວມເຖິງການອົບພະຍົບຕາມທຳມະຊາດຂອງຝູງຕັກແຕນແຫ່ງອາຟຣິກາເໜືອ. ຝູງຕັກແຕນທີ່ແຫ່ກັນເຫຼົ່ານັ້ນ ໃນເສັ້ນທາງການອົບພະຍົບຂອງອາຟຣິກາ ສອດຄ່ອງກັບພູມສາດທີ່ຖືກອິດສະລາມຍຶດຄອງ. ອິດສະລາມແມ່ນສືບເຊື້ອສາຍມາຈາກ Ishmael, ແລະແມ່ຂອງ Ishmael ຄື Hagar. Hagar ໝາຍເຖິງ “ການບິນ” ຫຼື “ການຫລົບໜີ.” ໃນພາສາອາຣັບ ຊື່ນີ້ໂດຍປົກກະຕິຖືກຖ່າຍທອດເປັນ Hajar (</w:t>
      </w:r>
      <w:r>
        <w:rPr>
          <w:rFonts w:ascii="Segoe UI" w:hAnsi="Segoe UI" w:eastAsia="Segoe UI" w:cs="Segoe UI"/>
        </w:rPr>
        <w:t>هاجر</w:t>
      </w:r>
      <w:r>
        <w:rPr>
          <w:rFonts w:ascii="Leelawadee UI" w:hAnsi="Leelawadee UI" w:eastAsia="Leelawadee UI" w:cs="Leelawadee UI"/>
        </w:rPr>
        <w:t>), ແລະມັນເຊື່ອມໂຍງກັບຮາກຄຳດຽວກັນທີ່ໃຫ້ເຮົາມີ Hijra (ການອົບພະຍົບ/ການຫລົບໜີຂອງ Muhammad). ຮາກເຫງົ້າຂອງອິດສະລາມຖືກເຊື່ອມໂຍງບໍ່ພຽງແຕ່ກັບການແຫ່ກັນຂອງຕັກແຕນເທົ່ານັ້ນ, ແຕ່ຮາກເຫງົ້ານັ້ນຍັງຮວມເຖິງຄວາມໝາຍຂອງການອົບພະຍົບອີກດ້ວຍ. ມີຜູ້ໃດເຄີຍຄາດຝັນບໍ່ວ່າ ການອົບພະຍົບເຂົ້າເມືອງຢ່າງຜິດກົດໝາຍ ແມ່ນການສຳແດງອອກຢ່າງໜຶ່ງຂອງຕັກແຕນແຫ່ງອິດສະລາມ?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ມີຜູ້ໃດເຄີຍຄາດຄິດໃນຄວາມຝັນບໍວ່າ ພວກຄອມມູນິດລະດັບໂລກຈະກໍ່ຕັ້ງພັນທະມິດກັບຝູງຊົນອິສລາມ? ທັງອິສລາມ ແລະ ອຳນາດມັງກອນຂອງພວກໂລກາພິວັດ ຕ່າງກໍຂຶ້ນມາຈາກຫຸບເຫວລຶກໄຮ້ກົ້ນຕາມລຳດັບໃນ ພຣະນິມິດ 9/11, ແລະ ຫຸບເຫວລຶກໄຮ້ກົ້ນນັ້ນເປັນຕົວແທນແຫ່ງການສຳແດງອຳນາດຂອງຊາຕານ. ພັນທະມິດທັງສອງຝ່າຍໃນປັດຈຸບັນນີ້ ຕາມພຣະຄຳພີແຫ່ງຄວາມຈິງແລ້ວ ເປັນເຄື່ອງມືຂອງຊາຕານ.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“‘ເມື່ອພວກເຂົາຈະໄດ້ສຳເລັດ [ກຳລັງຈະສຳເລັດ] ຄຳພະຍານຂອງພວກເຂົາ.’ ຊ່ວງເວລາທີ່ພະຍານສອງອົງຈະຕ້ອງພະຍາກອນໂດຍນຸ່ງຫົ່ມກະສອບໄດ້ສິ້ນສຸດລົງໃນປີ 1798. ໃນຂະນະທີ່ພວກເຂົາກຳລັງເຂົ້າໃກ້ຈຸດສິ້ນສຸດແຫ່ງການງານຂອງພວກເຂົາໃນຄວາມມືດມົນ, ສົງຄາມຈະຖືກກະທຳຂຶ້ນຕໍ່ຕ້ານພວກເຂົາໂດຍອຳນາດທີ່ຖືກພັນລະນາວ່າເປັນ ‘ສັດຮ້າຍທີ່ຂຶ້ນມາຈາກຫຸບເຫວເລິກລັບ.’ ໃນຫຼາຍປະເທດແຫ່ງຢູໂຣບ ອຳນາດທັງຫຼາຍທີ່ປົກຄອງຢູ່ໃນສາດສະໜາຈັກແລະລັດ ຕະຫຼອດຫຼາຍສະຕະວັດໄດ້ຖືກຊາຕານຄວບຄຸມຜ່ານສື່ກາງຂອງລະບົບສັນຕະປາປາ. ແຕ່ທີ່ນີ້ ໄດ້ຖືກນຳມາໃຫ້ເຫັນການສຳແດງຮູບແບບໃໝ່ຂອງອຳນາດຊາຕານ.” The Great Controversy, 268.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ໃນທີ່ນີ້ ຊິສເຕີ ໄວທ໌ ໄດ້ຊີ້ບອກເຖິງການມາຮອດຂອງລັດທິສັງຄົມນິຍົມໃນຊ່ວງເວລາແຫ່ງການປະຕິວັດຝຣັ່ງ ພ້ອມທັງສັງເກດດ້ວຍວ່າ ຊາຕານຍັງຄວບຄຸມອຳນາດສັນຕະປາປາອີກດ້ວຍ. ອຳນາດສັນຕະປາປານັ້ນກໍຂຶ້ນມາຈາກຫຸບເຫວເລິກລ້ຳໃນ Revelation ບົດທີ 17 ເຊັ່ນກັນ, ແລະໃນ Revelation ບົດທີ 9 ອິສລາມຄືຄວັນທີ່ຂຶ້ນມາຈາກຫຸບເຫວເລິກລ້ຳ. ປະເດັນຍັງຄົງເປັນຢູ່ຄື: ການດົນໃຈແທ້ໆໄດ້ຫມາຍຄວາມວ່າ, “ເຫດການທັງຫຼາຍທີ່ຈະຕ້ອງເກີດຂຶ້ນໃນໂລກຂອງພວກເຮົາ ຍັງບໍ່ທັນແມ່ນແຕ່ຖືກຝັນເຖິງເທື່ອບໍ?” ມີໃຜເຄີຍຝັນບໍວ່າ ບັດນີ້ອິສລາມຈະແຜ່ຂະຫຍາຍທົ່ວເອີຣົບ ແລະບັດນີ້ກຳລັງລົງມາເຖິງທະວີບອາເມຣິກາ? ທ່ານເຄີຍຝັນບໍວ່າ ຝູງຕັກແຕນຈະຖືກແຜ່ກະຈາຍໄປທົ່ວໂລກໂດຍພວກໂກລບາລິດແຫ່ງສະຫະປະຊາຊາດ, ສະຫະພາບເອີຣົບ ແລະພັກປະຊາທິປະໄຕຂອງສະຫະລັດອາເມຣິກາ?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ຜູ້ໃດໄດ້ຝັນວ່າສະຖາບັນການສຶກສາຈະຖືກຄອບງຳໂດຍພັນທະມິດຄອມມູນິດແລະອິສລາມ ຊຶ່ງໃນບັດນີ້ກຳລັງຖືກອຸດໜູນດ້ວຍເງິນພາສີຂອງພົນລະເມືອງ ຜູ້ທີ່ບໍ່ເຄີຍມີເຈດຕະນາໃຫ້ເງິນພາສີຂອງຕົນຖືກນຳໃຊ້ເພື່ອທຳລາຍຊາດທີ່ເປັນຜູ້ສະໜອງເງິນພາສີນັ້ນ.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ໃຜເຄີຍຄິດຝັນວ່າ ບໍລິດເກຣດບຣິເຕນ ຈະສົ່ງເສີມແລະຄ້ຳຊູການທີ່ເດັກຍິງຜິວຂາວຖືກຂົ່ມຂືນເປັນກຸ່ມ, ຖືກລັກພາຕົວ, ຖືກກັກຂັງ, ແລະຖືກຄາດຕະກຳ ໂດຍອິດສະລາມ? ຫຼາຍຄົນຊີ້ໃຫ້ເຫັນຂໍ້ເທັດຈິງວ່າ ທຸກລະບົບຄອມມູນິດທີ່ເຄີຍມີຢູ່ໃນປະຫວັດສາດມະນຸດ ລ້ວນແຕ່ເປັນຄວາມລົ້ມເຫຼວຢ່າງສິ້ນເຊີງ, ແຕ່ຜົນຜະລິດຂອງລັດທິສັງຄົມນິຍົມຂອງບໍລິດເກຣດບຣິເຕນ ກໍເປັນການກ່າວໂທດລັດທິສັງຄົມນິຍົມຢ່າງໜັກແໜ້ນ ບໍ່ຍິ່ງຫຍ່ອນໄປກວ່າຄວາມລົ້ມເຫຼວຂອງປັດຊະຍາທາງເສດຖະກິດແລະທາງການເມືອງຂອງລະບົບນັ້ນ.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ໃຜເຄີຍຈະຄິດຝັນໄດ້ວ່າ ພວກພໍ່ຄ້າແຫ່ງແຜ່ນດິນໂລກຈະຖືກອະນຸຍາດໃຫ້ນຳເອົາສານພິດເຂົ້າມາເພື່ອກໍ່ການສັງຫານໝູ່ຜູ້ຄົນຫຼາຍກວ່າສິບເຈັດລ້ານຄົນ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ໃຜເຄີຍຄິດຝັນໄດ້ວ່າ ຜູ້ຊາຍເຊັ່ນ George Soros, Bill Gates ແລະ Anthony Fauci ຈະຖືກຍອມໃຫ້ກະທໍາການຊົ່ວຮ້າຍອັນເປັນຊາຕານຂອງເຂົາໃຫ້ສໍາເລັດໄດ້ ໂດຍປາດສະຈາກຜົນຕາມມາໃດໆຢ່າງສິ້ນເຊີງ?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ເມື່ອ ຊິດເຕີ ໄວທ໌ ໄດ້ກ່າວວ່າ ເຫດການຕ່າງໆທີ່ຈະເກີດຂຶ້ນນັ້ນ ຈະບໍ່ອາດຖືກຝັນເຖິງໄດ້, ນາງໄດ້ກ່າວເຊັ່ນນັ້ນໃນບໍລິບົດຂອງເວລາແຫ່ງການປະທັບຕາຂອງຄົນໜຶ່ງແສນສີ່ໝື່ນສີ່ພັນ. ນາງກຳລັງສືບຕໍ່ຄຳເຫັນຂອງນາງກ່ຽວກັບການທີ່ພຣະຄຣິດຊົງເຕືອນໄວ້ໃນ ມັດທາຍ ຊາວສີ່ ບ່ອນທີ່ນາງໄດ້ບັນທຶກໄວ້ວ່າ, “ບົດຮຽນເຫຼົ່ານີ້ມີໄວ້ເພື່ອປະໂຫຍດຂອງພວກເຮົາ. ພວກເຮົາຈຳເປັນຕ້ອງຕັ້ງຄວາມເຊື່ອຂອງພວກເຮົາໄວ້ເທິງພຣະເຈົ້າ, ເພາະວ່າຢູ່ຕໍ່ໜ້າພວກເຮົາພຽງເລັກນ້ອຍ ມີເວລາໜຶ່ງທີ່ຈະທົດລອງຈິດວິນຍານຂອງມະນຸດ. ພຣະຄຣິດ, ເມື່ອປະທັບຢູ່ເທິງພູເຂົາມະກອກເທດ, ໄດ້ທົບທວນການພິພາກສາອັນນ່າສະຫວາດກົວທີ່ຈະເກີດຂຶ້ນກ່ອນການສະເດັດມາຄັ້ງທີສອງຂອງພຣະອົງ.”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ບົດຮຽນທີ່ນາງຫາກໍໄດ້ກ່າວເຖິງນັ້ນ ແມ່ນພາບປຽບທຽບຂອງທັງເອເຊກຽນ ແລະ ໂຢຮັນ ໃນພຣະວິຫານ ຜູ້ກຳລັງຮຽນຮູ້ເພື່ອເຂົ້າໃຈວ່າ ພຣະເຈົ້າຊົງຄວບຄຸມສິ່ງທັງປວງ. ທ່າມກາງຄວາມສັບສົນ ແລະ ການກະບົດທີ່ບັດນີ້ກຳລັງດຳເນີນຢູ່, ອັນເປັນຄວາມສັບສົນ ແລະ ການກະບົດທີ່ຈະທະວີຄວາມຮຸນແຮງຂຶ້ນເທົ່ານັ້ນເມື່ອປະຫວັດສາດເຄື່ອນໄປຂ້າງໜ້າ, ບັນດາຜູ້ທີ່ເປັນຜູ້ສື່ສານຂອງພຣະເຈົ້າ, ດັ່ງທີ່ຖືກເປັນຕົວແທນບໍ່ພຽງແຕ່ໂດຍເອເຊກຽນ ແລະ ໂຢຮັນໃນພຣະວິຫານເທົ່ານັ້ນ, ແຕ່ຍັງໂດຍອິຊາຢາອີກດ້ວຍ, ຈະດຳເນີນຜ່ານປະຫວັດສາດໄດ້ໃນລັກສະນະທີ່ຖວາຍພຣະກຽດແດ່ອົງພຣະຜູ້ເປັນເຈົ້າ ກໍຕໍ່ເມື່ອພວກເຂົາເຂົ້າໃຈວ່າ ແມ່ນແຕ່ສິ່ງທີ່ພວກເຮົາບໍ່ເຄີຍຝັນເຖິງ ກໍຍັງຄົງຢູ່ໃຕ້ການຄວບຄຸມຂອງພຣະເຈົ້າ.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ບັນດາວົງລໍ້ທີ່ຕັດກັນກັບວົງລໍ້ອື່ນໆນັ້ນ ຮວມເອົາເຫດການທີ່ບໍ່ເຄີຍມີຜູ້ໃດຄາດຝັນເຖິງ, ແລະເຫດການເຫຼົ່ານັ້ນແມ່ນເຫດການທີ່ເກີດຂຶ້ນໃນເວລາແຫ່ງການປະທັບຕາ ຊຶ່ງໄດ້ເລີ່ມຕົ້ນໃນວັນທີ 9/11. ບົດຮຽນທີ່ຈະຕ້ອງຖືກຮຽນຮູ້ນັ້ນ ຈະຖືກຮຽນຮູ້ໄດ້ແຕ່ໂດຍບັນດາຜູ້ທີ່ໂດຍຄວາມເຊື່ອໄດ້ເຂົ້າໄປໃນບ່ອນບໍລິສຸດທີ່ສຸດ ແລະເຫັນພຣະຄຣິດ ແລະແສງສະຫວ່າງຂອງພຣະອົງສ່ອງອອກຈາກຫີບພັນທະສັນຍາ. ເມື່ອສະຫງ່າລາສີນັ້ນຖືກເບິ່ງ ດັ່ງທີ່ດານີເອນໄດ້ເປັນຕົວແທນໄວ້ໃນບົດທີສິບ, ກຸ່ມຄົນທີ່ໄດ້ຮັບຜົນປະໂຫຍດຈາກແສງສະຫວ່າງນັ້ນ ຈະຖືກແຍກອອກຈາກບັນດາຜູ້ທີ່ໄດ້ຫຼົບໜີຈາກນິມິດ.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ແລະຂ້າພະເຈົ້າ ດານີເອນ ຜູ້ດຽວໄດ້ເຫັນນິມິດນັ້ນ; ເພາະວ່າບັນດາຊາຍທີ່ຢູ່ກັບຂ້າພະເຈົ້າບໍ່ໄດ້ເຫັນນິມິດນັ້ນ; ແຕ່ຄວາມສັ່ນສະເທືອນຢ່າງໃຫຍ່ໄດ້ຕົກໃສ່ເຂົາທັງຫຼາຍ, ຈົນພວກເຂົາໄດ້ໜີໄປຊ່ອນຕົວ. ດານີເອນ 10:7.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ຍັງມີເນື້ອຫາອີກຫຼາຍທີ່ສາມາດສະກັດອອກມາໄດ້ຈາກຂໍ້ຄວາມຕອນນັ້ນໃນບົດຄວາມກ່ອນໜ້າ, ແຕ່ເມື່ອພວກເຮົາຈະປິດບົດຄວາມນີ້ ພວກເຮົາຈະກ່າວເຖິງວົງລໍ້ໜຶ່ງ. ພວກເຮົາໄດ້ສັງເກດໄວ້ໃນບົດຄວາມຫຼ້າສຸດເຖິງສັນຍະລັກຂອງເລກຊາວຫ້າ, ແລະກ່ອນໜ້ານັ້ນພວກເຮົາກໍໄດ້ໃຊ້ເວລາພິຈາລະນາເລກສາມສິບ. ແສງສະຫວ່າງຈາກພຣະທຳເອເຊກີເອນບໍ່ໄດ້ມີແຕ່ພຽງຕົວເລກເຊີງສັນຍະລັກເທົ່ານັ້ນ, ແຕ່ກໍເປັນການສົມຄວນຢູ່ທີ່ຈະໃຫ້ພວກເຮົາຄຸ້ນເຄີຍເສຍກ່ອນກັບບາງສັນຍະລັກທາງຕົວເລກເຫຼົ່ານັ້ນ ກ່ອນທີ່ຈະເລີ່ມນຳເອົາຄວາມແຈ່ມແຈ້ງບາງປະການອອກມາຈາກຄວາມສັບສົນ.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ສິບເຈັດ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ຄຳພະຍາກອນສາມບົດທີ່ກິນເວລາສອງຮ້ອຍຫ້າສິບປີ ຊີ້ບອກເຖິງຊ່ວງເວລາສິບເຈັດປີໜຶ່ງ ຊຶ່ງເລີ່ມຕົ້ນຢູ່ຕອນສິ້ນສຸດຂອງປະຫວັດສາດແຫ່ງຄຣິດຈັກຂອງ Smyrna. ຈາກປີ 313 ຫາ 330, ສິບເຈັດປີນັ້ນເປັນແບບຢ່າງແຫ່ງການສະຖາປະນາຮູບຈຳລອງຂອງສັດຮ້າຍ.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ສອງຮ້ອຍຫ້າສິບປີທີ່ເລີ່ມຕົ້ນໃນປີ 457 ກ່ອນ ຄ.ສ. ໄດ້ສິ້ນສຸດລົງໃນປີ 207 ກ່ອນ ຄ.ສ., ເຈັດປີຫຼັງຈາກຍຸດທະການຣາເຟຍ ແລະ ສິບປີກ່ອນຍຸດທະການພານີຍຸມ. ຈາກຣາເຟຍເຖິງພານີຍຸມເປັນໄລຍະສິບເຈັດປີ, ແລະ ມັນເປັນຕົວແທນຂອງປະຫວັດສາດທີ່ຊ່ອນຢູ່ຂອງຂໍ້ສີ່ສິບ ດັ່ງທີ່ໄດ້ຖືກນຳສະເໜີໄວ້ໃນຂໍ້ສິບເອັດຫາສິບຫ້າຂອງດານີເອນ 11.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ພະໂຕເລມີ IV ຟີໂລປາໂຕຣ (ຊຶ່ງເປັນທີ່ຮູ້ຈັກອີກດ້ວຍວ່າ ໂຕເລມີ IV) ເປັນຜູ້ປົກຄອງຜູ້ມີໄຊຊະນະໃນຍຸດທະການແຫ່ງຣາເຟຍ ໃນປີ 217 ກ່ອນ ຄ.ສ. ພະອົງໄດ້ຄອງລາດໃນຖານະກະສັດ (ແລະ ຟາໂຣ) ແຫ່ງອີຢິບສະໄໝໂຕເລມີ ຕັ້ງແຕ່ປີ 221 ກ່ອນ ຄ.ສ. ຫາ 204 ກ່ອນ ຄ.ສ. ດັ່ງນັ້ນ ພະອົງຈຶ່ງຄອງລາດເປັນເວລາສິບເຈັດປີ. ພະອົງເລີ່ມຕົ້ນການຄອງລາດຂອງພະອົງກ່ອນຍຸດທະການແຫ່ງຣາເຟຍ, ແຕ່ສິ້ນພະຊົນກ່ອນຍຸດທະການແຫ່ງພານີອຸມ.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ສົງຄາມທີ່ລາຟີອາ ຊຶ່ງເປັນຕົວແທນຂອງສົງຄາມຢູເຄຣນ ໄດ້ເລີ່ມຕົ້ນໃນປີ 2014 ເມື່ອສະຫະລັດໄດ້ກໍ່ໃຫ້ເກີດການປະຕິວັດສີໃນຢູເຄຣນ. Ptolemy IV, ກະສັດແຫ່ງທິດໃຕ້ ເປັນແບບຢ່າງຂອງ Vladimir Putin, ຜູ້ຊຶ່ງໄດ້ເລີ່ມຕົ້ນການຄອງອໍານາດຂອງຕົນໃນປີ 2000, ອັນເປັນປີກ່ອນທີ່ການຜະນຶກຕາປະທັບຂອງຄົນໜຶ່ງແສນສີ່ໝື່ນສີ່ພັນໃນປີ 2001 ໄດ້ເລີ່ມຂຶ້ນ. ເຊັ່ນດຽວກັບ Ptolemy, Putin ໄດ້ເລີ່ມຄອງອໍານາດກ່ອນສົງຄາມຢູເຄຣນ, ຊຶ່ງຖືກເປັນແບບໂດຍສົງຄາມທີ່ລາຟີອາ ຊຶ່ງເລີ່ມຕົ້ນໃນປີ 2014. ກ່ອນ Panium, Putin ຊຶ່ງຖືກເປັນແບບໂດຍ Ptolemy ຖືກປົດອອກ. Putin ໄດ້ເລີ່ມຄອງອໍານາດໃນປີ 2000, ດັ່ງນັ້ນຈຶ່ງສອດຄ່ອງກັບການເລີ່ມຕົ້ນແຫ່ງເວລາຂອງການຜະນຶກຕາປະທັບ ຊຶ່ງໄດ້ເລີ່ມໃນປີຖັດໄປ ຄື 2001. ສິບເຈັດປີແຫ່ງສັນຍະລັກ ດັ່ງທີ່ຖືກເປັນແບບໂດຍ Ptolemy ຊີ້ບອກໄລຍະເວລາທີ່ Putin ຄອງອໍານາດ, ແລະລາວກໍຄອງອໍານາດຢູ່ໃນຊ່ວງເວລາແຫ່ງການຜະນຶກຕາປະທັບນັ້ນ.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ທຣຳ ທີ່ຖືກແທນໂດຍຈຸດສິ້ນສຸດຂອງສອງຮ້ອຍຫ້າສິບປີ ຊຶ່ງໄດ້ເລີ່ມຕົ້ນໃນປີ 457 ກ່ອນ ຄ.ສ. ນັ້ນ ຕັ້ງຢູ່ໃນປະຫວັດສາດທີ່ຊ່ອນເຮັ້ນອັນດຽວກັນກັບປູຕິນ, ຄືປະຫວັດສາດໜຶ່ງທີ່ຍາວສິບເຈັດປີ ເລີ່ມຕົ້ນທີ່ຍຸດທະການຣາເຟຍ. ມັງກອນ (ປູຕິນ) ແລະ ສາດສະດາປອມ (ທຣຳ) ຕັ້ງຢູ່ພາຍໃນປະຫວັດສາດທີ່ຊ່ອນເຮັ້ນນັ້ນ. ໃນປະຫວັດສາດນັ້ນ ສັດຮ້າຍ ທີ່ຖືກແທນໄວ້ເປັນ “ພວກໂຈນແຫ່ງຊົນຊາດຂອງເຈົ້າ” ອັນເປັນສັນຍະລັກເຖິງອຳນາດສັນຕະປາປາ ຕັ້ງຢູ່ໃນຕອນທ້າຍຂອງສິບເຈັດປີນັ້ນ ຈາກຣາເຟຍໄປຫາພານຽມ.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ປີ 321 ເປັນຕົວແທນຂອງກົດໝາຍວັນອາທິດໃນສະຫະລັດອາເມຣິກາ, ແລະ 321 ຕັ້ງຢູ່ພາຍໃນໄລຍະເວລາສິບເຈັດປີ ນັບຈາກພະລາຊະກຳນົດແຫ່ງມີລານໃນປີ 313 ຈົນເຖິງການແບ່ງແຍກຂອງຈັກກະພັດໃນປີ 330.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ປະຫວັດສາດທີ່ຖືກເປັນຕົວແທນເລີ່ມຈາກປັດສະຄາອັນຍິ່ງໃຫຍ່ຂອງໂຢຊີຢາ ດັ່ງທີ່ມັນຖືກເອີ້ນ ເປັນຈຸດເລີ່ມຂອງຮອບຢູບີລີທີ່ສິບເຈັດຂອງຊາວຢິວ. ນັບຈາກປັດສະຄາຂອງໂຢຊີຢາ ຊຶ່ງເປັນການຟື້ນຟູທີ່ຍິ່ງໃຫຍ່ທີ່ສຸດໃນພຣະຄຳພີເດີມ ຈົນເຖິງວັນທີ 22 ຕຸລາ ເປັນຕົວແທນປະຫວັດສາດຂອງຂະບວນການມິນເລີໄຣທ໌ ຈາກວັນທີ 11 ສິງຫາ 1840 ຈົນເຖິງວັນທີ 22 ຕຸລາ 1844, ແຕ່ທີ່ສຳຄັນຍິ່ງກວ່ານັ້ນ ມັນເປັນຕົວແທນປະຫວັດສາດຈາກ 9/11 ຈົນເຖິງກົດໝາຍວັນອາທິດ. ເວລາແຫ່ງການປະທັບຕາຂອງຜູ້ໜຶ່ງແສນສີ່ໝື່ນສີ່ພັນ ຖືກເປັນຕົວແທນໂດຍຮອບຢູບີລີທີ່ສິບເຈັດ ຈາກໂຢຊີຢາຈົນເຖິງວັນທີ 22 ຕຸລາ. ເລກສິບເຈັດເປັນສັນຍາລັກທີ່ກ່ຽວໂຍງກັບເຫດການສຳຄັນຕ່າງໆ ໃນເວລາແຫ່ງການປະທັບຕາ, ແລະເລກສິບເຈັດເປັນຈຸດໜຶ່ງທີ່ລໍ້ຂອງເອເຊກຽນຕັດກັນ.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ໃນປະຫວັດສາດອັນເລື້ອງລັບຂອງຂໍ້ທີສີ່ສິບໃນພຣະທຳດານີເອນ ດັ່ງທີ່ຖືກນຳສະແດງໄວ້ໃນຂໍ້ທີສິບເຖິງຂໍ້ທີສິບຫ້າຂອງບົດດຽວກັນ ມັງກອນຖືກເຊື່ອມໂຍງກັບເລກ “17” ໂດຍການຄອງລາດຂອງ Ptolemy. ປະຫວັດສາດຈາກສົງຄາມທີ່ Raphia ໃນຂໍ້ທີສິບເອັດ ຈົນເຖິງສົງຄາມທີ່ Raphia ໃນຂໍ້ທີສິບຫ້າ ມີໄລຍະ “17” ປີ. ປະຫວັດສາດນັ້ນໄດ້ຈັດວາງ Donald Trump ໄວ້ໃນກາງຂອງສິບເຈັດປີທີ່ຖືກເປັນຕົວແທນໂດຍສົງຄາມທັງສອງນັ້ນ. ຮູບສ້າງຂອງສັດຮ້າຍທີ່ຖືກກໍ່ຂຶ້ນແລະຕັ້ງຂຶ້ນໂດຍ Trump ໃນສະຫະລັດ ຖືກເປັນຕົວແທນໂດຍໄລຍະ “17” ປີ ຈາກ 313 ຫາ 330. ໃນຂໍ້ທີໜຶ່ງຂອງບົດທີໜຶ່ງ Ezekiel ຢູ່ໃນປີທີສາມສິບຂອງວົງຈອນ Jubilee ຄັ້ງທີ “17”. ທ່ານເຄີຍຄາດຝັນບໍວ່າ ເລກສິບເຈັດເປັນຕົວແທນຂອງລໍ້ອັນໜຶ່ງທີ່ Ezekiel ໄດ້ເຫັນໃນສະຖານທີ່ບໍລິສຸດທີ່ສຸດ?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ເອເຊກຽນເປັນສັນຍາລັກຂອງບັນດາຜູ້ທີ່ຢູ່ໃນຊ່ວງເວລາແຫ່ງການປະທັບຕາ ຜູ້ຊຶ່ງໂດຍຄວາມເຊື່ອໄດ້ເຂົ້າໄປໃນບ່ອນບໍລິສຸດທີ່ສຸດ. ພວກເຂົາເປັນປະໂລຫິດຂອງເປໂຕ.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ພວກທ່ານດ້ວຍ, ດັ່ງເປັນຫີນທີ່ມີຊີວິດ, ກໍກຳລັງຖືກກໍ່ສ້າງຂຶ້ນເປັນນະຄອນເຮືອນຝ່າຍວິນຍານ, ເປັນຖານະປະໂລຫິດອັນບໍລິສຸດ, ເພື່ອຖວາຍເຄື່ອງບູຊາຝ່າຍວິນຍານ, ຊຶ່ງເປັນທີ່ຊົງໂຜດພໍພຣະໄທແດ່ພຣະເຈົ້າໂດຍພຣະເຢຊູຄຣິດ. 1 ເປໂຕ 2:5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ພວກເຂົາໄດ້ຖືກມອບໝາຍໃຫ້ປະກາດຂ່າວສານໜຶ່ງແກ່ປະຊາຊົນແຫ່ງພັນທະສັນຍາເດີມຂອງພຣະເຈົ້າ ຜູ້ຊຶ່ງໃນເວລານັ້ນກຳລັງຖືກຜ່ານໄປ, ແມ່ນແມ່ນໄດ້ຖືກເຕືອນລ່ວງໜ້າແລ້ວວ່າ ປະຊາຊົນແຫ່ງພັນທະສັນຍາເດີມຂອງພຣະເຈົ້ານັ້ນຈະບໍ່ເຫັນ ຫຼື ບໍ່ໄດ້ຍິນ.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ແລະພຣະອົງຕັດກັບຂ້ານ້ອຍວ່າ, ບຸດແຫ່ງມະນຸດເອີຍ, ຈົ່ງໃຫ້ທ້ອງຂອງເຈົ້າກິນ, ແລະໃຫ້ໄສ້ຂອງເຈົ້າເຕັມດ້ວຍມ້ວນໜັງສືນີ້ທີ່ເຮົາໃຫ້ແກ່ເຈົ້າ. ແລ້ວຂ້ານ້ອຍກໍໄດ້ກິນມັນ; ແລະໃນປາກຂອງຂ້ານ້ອຍມັນຫວານດັ່ງນ້ຳເຜິ້ງ. ແລະພຣະອົງຕັດກັບຂ້ານ້ອຍວ່າ, ບຸດແຫ່ງມະນຸດເອີຍ, ຈົ່ງໄປຫາວົງວານອິດສະຣາເອນ ແລະກ່າວຖ້ອຍຄຳຂອງເຮົາແກ່ເຂົາ. ເພາະວ່າເຈົ້າບໍ່ໄດ້ຖືກສົ່ງໄປຫາຊົນຊາດທີ່ມີພາສາແປກ ແລະຖ້ອຍຄຳຍາກ, ແຕ່ໄປຫາວົງວານອິດສະຣາເອນ; ບໍ່ແມ່ນໄປຫາຫຼາຍຊົນຊາດທີ່ມີພາສາແປກ ແລະຖ້ອຍຄຳຍາກ, ຊຶ່ງຖ້ອຍຄຳຂອງເຂົາເຈົ້າເຈົ້າບໍ່ສາມາດເຂົ້າໃຈ. ແນ່ນອນທີ່ສຸດ, ຖ້າເຮົາໄດ້ສົ່ງເຈົ້າໄປຫາເຂົາເຫຼົ່ານັ້ນ, ເຂົາເຫຼົ່ານັ້ນຄົງຈະຟັງເຈົ້າ. ແຕ່ວົງວານອິດສະຣາເອນຈະບໍ່ຍອມຟັງເຈົ້າ; ເພາະພວກເຂົາບໍ່ຍອມຟັງເຮົາ: ເພາະວ່າວົງວານອິດສະຣາເອນທັງໝົດເປັນຜູ້ດື້ດ້ານ ແລະໃຈກະດ້າງ. ຈົ່ງເບິ່ງເຖີດ, ເຮົາໄດ້ເຮັດໃຫ້ໃບໜ້າຂອງເຈົ້າແຂງກ້າຕໍ່ຕ້ານໃບໜ້າຂອງເຂົາ ແລະໜ້າຜາກຂອງເຈົ້າແຂງກ້າຕໍ່ຕ້ານໜ້າຜາກຂອງເຂົາ. ເຮົາໄດ້ເຮັດໃຫ້ໜ້າຜາກຂອງເຈົ້າແຂງກວ່າຫີນເພັດ, ແຂງກວ່າຫີນເຫຼັກໄຟ: ຢ່າຢ້ານພວກເຂົາ, ແລະຢ່າຕົກໃຈເພາະສາຍຕາຂອງເຂົາ, ເຖິງແມ່ນວ່າພວກເຂົາເປັນວົງວານທີ່ກະບົດກໍຕາມ. ເອເຊກຽນ 3:3–9។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ເອເຊກຽນໄດ້ຖືກບັນຊາໃຫ້ປະກາດຂ່າວສານໜຶ່ງແກ່ປະຊາຊົນແຫ່ງພັນທະສັນຍາເດີມ ດັ່ງທີ່ຖືກເປັນຕົວແທນໂດຍພວກໂປຣແຕສຕັງໃນປະຫວັດສາດຂອງມິນເລີໄຣດ ແລະຄຣິດຈັກເຊັບເວັນທ໌ເດ ແອດເວັນຕິສ ແຫ່ງລາໂອດີເຊຍໃນວັນສຸດທ້າຍ. ຖ້າຫາກລາວປະຕິເສດທີ່ຈະປະກາດຂ່າວສານນັ້ນ ເລືອດຂອງບັນດາຜູ້ທີ່ຖືກປະໄວ້ໂດຍບໍ່ໄດ້ຮັບຄຳເຕືອນຈະຕົກຢູ່ເໜືອລາວ.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ບຸດແຫ່ງມະນຸດເອີຍ, ເຮົາໄດ້ແຕ່ງຕັ້ງເຈົ້າໄວ້ເປັນຍາມເຝົ້າໃຫ້ແກ່ພົງພັນອິສຣາເອນ; ສະນັ້ນ ຈົ່ງຟັງຖ້ອຍຄໍາຈາກປາກຂອງເຮົາ ແລະ ຈົ່ງຕັກເຕືອນພວກເຂົາແທນເຮົາ. ເມື່ອເຮົາກ່າວແກ່ຄົນອະທຳວ່າ, ‘ເຈົ້າຈະຕ້ອງຕາຍແນ່ນອນ,’ ແລະ ເຈົ້າບໍ່ໄດ້ຕັກເຕືອນເຂົາ, ຫຼື ບໍ່ໄດ້ເວົ້າເພື່ອຕັກເຕືອນຄົນອະທຳໃຫ້ຫັນຈາກທາງອັນຊົ່ວຂອງເຂົາ ເພື່ອຊ່ອຍຊີວິດຂອງເຂົາ; ຄົນອະທຳຄົນນັ້ນຈະຕາຍໃນຄວາມຊົ່ວຜິດຂອງຕົນ; ແຕ່ເຮົາຈະທວງເອົາເລືອດຂອງເຂົາຈາກມືຂອງເຈົ້າ. ແຕ່ຖ້າເຈົ້າຕັກເຕືອນຄົນອະທຳ ແລະ ເຂົາບໍ່ຫັນຈາກຄວາມອະທຳຂອງເຂົາ ຫຼື ຈາກທາງອັນຊົ່ວຂອງເຂົາ, ເຂົາກໍຈະຕາຍໃນຄວາມຊົ່ວຜິດຂອງຕົນ; ແຕ່ເຈົ້າໄດ້ຊ່ອຍຊີວິດຈິດວິນຍານຂອງເຈົ້າໄວ້ແລ້ວ. ອີກປະການໜຶ່ງ, ເມື່ອຄົນຊອບທຳຫັນຈາກຄວາມຊອບທຳຂອງຕົນ ແລະ ກະທຳຄວາມຊົ່ວຜິດ, ແລະ ເຮົາວາງສິ່ງສະດຸດໄວ້ຂ້າງໜ້າເຂົາ, ເຂົາຈະຕາຍ; ເພາະເຈົ້າບໍ່ໄດ້ຕັກເຕືອນເຂົາ, ເຂົາຈະຕາຍໃນບາບຂອງຕົນ, ແລະ ຄວາມຊອບທຳທີ່ເຂົາໄດ້ກະທຳນັ້ນຈະບໍ່ຖືກຈົດຈໍາອີກຕໍ່ໄປ; ແຕ່ເຮົາຈະທວງເອົາເລືອດຂອງເຂົາຈາກມືຂອງເຈົ້າ. ແຕ່ຖ້າເຈົ້າຕັກເຕືອນຄົນຊອບທຳ ບໍ່ໃຫ້ຄົນຊອບທຳເຮັດບາບ ແລະ ເຂົາບໍ່ໄດ້ເຮັດບາບ, ເຂົາກໍຈະມີຊີວິດຢູ່ແນ່ນອນ ເພາະເຂົາໄດ້ຮັບການຕັກເຕືອນແລ້ວ; ແລະ ເຈົ້າກໍໄດ້ຊ່ອຍຊີວິດຈິດວິນຍານຂອງເຈົ້າໄວ້ດ້ວຍ. ເອເຊກຽນ 3:17–21.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ໃນສິບເອັດບົດທຳອິດຂອງເອເຊກຽນ, ທ່ານໄດ້ຖືກສຳແດງໃຫ້ເຫັນການທຳລາຍເຢຣູຊາເລັມ, ໂດຍຖືກສະແດງເປັນພາບປະກອບໃນນິມິດຕ່າງໆທີ່ແມ່ນ້ຳເຄບາ, ທົ່ງພຽງ ແລະ ເຢຣູຊາເລັມ. ທ່ານໄດ້ຮັບມອບໝາຍໃຫ້ປະກາດຄຳເຕືອນເຖິງການພິພາກສາທີ່ກຳລັງຈະມາເຖິງເຫນືອເຢຣູຊາເລັມ. ຂ່າວສານແຫ່ງຄຳເຕືອນເຖິງການພິພາກສາທີ່ກຳລັງຈະມາເຖິງເຫນືອເຢຣູຊາເລັມ ແມ່ນຄຳເຕືອນທີ່ຖືກໃຫ້ແກ່ຄຣິດຕະຈັກເຊເວັນທ໌-ເດ ແອດເວັນຕິສ ຝ່າຍລາວດີເຊຍເປັນອັນດັບທຳອິດ. ຄຳເຕືອນນັ້ນບົ່ງຊີ້ເຖິງການພິພາກສາ ແລະ ການປະຖິ້ມປະຊາຊົນຂອງພຣະເຈົ້າໃນເຢຣູຊາເລັມ ຜູ້ທີ່ບໍ່ມີຕາປະທັບຂອງພຣະເຈົ້າ. ຄຳເຕືອນທີ່ເອເຊກຽນເປັນແບບລ່ວງໜ້ານັ້ນ ແມ່ນຄຳເຕືອນເຖິງກົດໝາຍວັນອາທິດທີ່ຈະມາເຖິງໃນໄວໆນີ້.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ໃນສິບເອັດບົດທໍາອິດນັ້ນ ທີ່ຄວາມຈິງເຫຼົ່ານີ້ຖືກນໍາສະແດງໄວ້, ເອເຊກຽນຖືກເຮັດໃຫ້ເປັນໃບ້, ແລະຫຼັງຈາກນັ້ນທ່ານຈຶ່ງເວົ້າພຽງເມື່ອພຣະເຈົ້າຊົງເປີດປາກຂອງທ່ານໂດຍສະເພາະ, ແລະເຫດການນີ້ດໍາເນີນຕໍ່ໄປຈົນເຖິງການທໍາລາຍເຢຣູຊາເລັມ, ເມື່ອທ່ານສາມາດເວົ້າໄດ້ອີກຄັ້ງ.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ແລ້ວພຣະວິນຍານໄດ້ເຂົ້າມາໃນຂ້າພະເຈົ້າ ແລະໃຫ້ຂ້າພະເຈົ້າຢືນຂຶ້ນເທິງຕີນຂອງຕົນ ແລະໄດ້ກ່າວກັບຂ້າພະເຈົ້າ ວ່າ, “ຈົ່ງໄປ ແລະປິດຕົນເອງຢູ່ພາຍໃນເຮືອນຂອງເຈົ້າ. ແຕ່ສ່ວນເຈົ້າ, ໂອ ບຸດແຫ່ງມະນຸດ, ຈົ່ງເບິ່ງເຖີດ, ພວກເຂົາຈະນຳເອົາເຊືອກມາຜູກເຈົ້າ ແລະຈະມັດເຈົ້າໄວ້ດ້ວຍມັນ ແລະເຈົ້າຈະບໍ່ອອກໄປຢູ່ທ່າມກາງພວກເຂົາ. ແລະເຮົາຈະເຮັດໃຫ້ລີ້ນຂອງເຈົ້າຕິດຢູ່ກັບເພດານປາກຂອງເຈົ້າ ເພື່ອເຈົ້າຈະເປັນໃບ້ ແລະຈະບໍ່ເປັນຜູ້ກ່າວຕຳໜິແກ່ພວກເຂົາ; ເພາະພວກເຂົາເປັນວົງວານທີ່ກະບົດ. ແຕ່ເມື່ອເຮົາກ່າວກັບເຈົ້າ ເຮົາຈະເປີດປາກຂອງເຈົ້າ ແລະເຈົ້າຈະກ່າວແກ່ພວກເຂົາວ່າ, ‘ອົງພຣະຜູ້ເປັນເຈົ້າດັ່ງນີ້ຕັດວ່າ; ຜູ້ໃດທີ່ຟັງ ກໍໃຫ້ຜູ້ນັ້ນຟັງ; ແລະຜູ້ໃດທີ່ປະຕິເສດ ກໍໃຫ້ຜູ້ນັ້ນປະຕິເສດເຖີດ: ເພາະພວກເຂົາເປັນວົງວານທີ່ກະບົດ.’ ເອເຊກຽນ 3:24–27.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ເມື່ອເຢຣູຊາເລັມລົ້ມລົງ, ເອເຊກຽນກໍສາມາດເວົ້າໄດ້ອີກຄັ້ງໜຶ່ງ.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ແລະເຫດການກໍເກີດຂຶ້ນໃນປີທີສິບສອງແຫ່ງການຖືກກວາດໄປເປັນເຊີຍຂອງພວກເຮົາ, ໃນເດືອນທີສິບ, ໃນວັນທີຫ້າຂອງເດືອນ, ມີຄົນໜຶ່ງທີ່ໜີລອດອອກມາຈາກເຢຣູຊາເລັມໄດ້ມາຫາຂ້າພະເຈົ້າ ໂດຍກ່າວວ່າ, ເມືອງນັ້ນຖືກຕີແຕກແລ້ວ. ບັດນີ້ ພຣະຫັດຂອງອົງພຣະຜູ້ເປັນເຈົ້າໄດ້ສະຖິດຢູ່ເໜືອຂ້າພະເຈົ້າໃນຕອນແລງ, ກ່ອນທີ່ຜູ້ທີ່ໜີລອດນັ້ນຈະມາ; ແລະພຣະອົງໄດ້ເປີດປາກຂອງຂ້າພະເຈົ້າ ຈົນກວ່າເຂົາຈະມາຫາຂ້າພະເຈົ້າໃນຕອນເຊົ້າ; ແລະປາກຂອງຂ້າພະເຈົ້າກໍຖືກເປີດອອກ, ແລະຂ້າພະເຈົ້າກໍບໍ່ເປັນໃບ້ອີກຕໍ່ໄປ. ເອເຊກຽນ 33:21, 22.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ລົ້ມລົງຂອງເຢຣູຊາເລັມເປັນຕົວແທນຂອງການລົ້ມລົງຂອງຄຣິສຕະຈັກແອັດເວັນຕິສວັນທີເຈັດແຫ່ງລາວດີເຊຍໃນວັນສຸດທ້າຍ. ການລົ້ມລົງນັ້ນເກີດຂຶ້ນໃນຂະນະທີ່ບັນດາຜູ້ທີ່ໄດ້ຮັບການປະທັບຕາໃນເຢຣູຊາເລັມໃນບົດທີເກົ້ານັ້ນ ໄດ້ຖືກຍົກຂຶ້ນໃນເວລານັ້ນເປັນຄຣິສຕະຈັກຜູ້ຊະນະ. ພວກລາວດີເຊຍທີ່ຢູ່ພາຍໃນເຢຣູຊາເລັມຖືກນຳອອກໄປ, ແລະຄົນຈຳນວນໜຶ່ງແສນສີ່ໝື່ນສີ່ພັນຖືກຍົກຂຶ້ນ ເມື່ອອານາຈັກແຫ່ງລັດສະຫມີພາບຖືກສະຖາປະນາ. ອານາຈັກແຫ່ງລັດສະຫມີພາບນັ້ນໄດ້ຖືກເປັນເງົາລ່ວງໜ້າໂດຍການສະຖາປະນາອານາຈັກແຫ່ງພຣະຄຸນທີ່ໄມ້ກາງແຂນ. ອານາຈັກແຫ່ງພຣະຄຸນທີ່ໄມ້ກາງແຂນສອດຄ່ອງກັບອານາຈັກແຫ່ງລັດສະຫມີພາບໃນວັນທີ່ມີກົດຫມາຍວັນອາທິດ, ແລະອານາຈັກທັງສອງນັ້ນຖືກວາງໄວ້ໃນລຳດັບຂອງປະຫວັດສາດຄຳພະຍາກອນທີ່ຢູ່ໃນພຣະທຳເອເຊກຽນ. ສິບເອັດບົດທຳອິດ, ເມື່ອພຣະທຳເອເຊກຽນຖືກຈັດໄວ້ພາຍໃນບໍລິບົດຂອງສະຖານນະມັດສະການ, ກ່າວເຖິງການຊຳລະຄຣິສຕະຈັກຂອງພຣະເຈົ້າ ໃນຂະນະທີ່ປະຊາຊົນຂອງພຣະອົງປ່ຽນຈາກຄຣິສຕະຈັກທີ່ຕໍ່ສູ້ຢູ່, ຊຶ່ງຖືກນິຍາມວ່າປະກອບດ້ວຍເຂົ້າສາລີແລະຫຍ້າລະຄົມ, ໄປສູ່ຄຣິສຕະຈັກຜູ້ຊະນະ, ຊຶ່ງປະກອບຂຶ້ນດ້ວຍຂອງຖວາຍເຂົ້າສາລີແຫ່ງເພນເຕຄອດ.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ແລະເຈົ້າ, ເຈົ້ານາຍຂອງອິດສະຣາເອນຜູ້ອະທຳຊົ່ວອັນເປັນມົນທິນ, ວັນຂອງເຈົ້າໄດ້ມາເຖິງແລ້ວ, ເມື່ອຄວາມຊົ່ວຊ້າຈະສິ້ນສຸດລົງ, ອົງພຣະຜູ້ເປັນເຈົ້າຕັດດັ່ງນີ້ວ່າ; ຈົ່ງປົດມົງກຸດຫົວ, ແລະຖອດມົງກຸດອອກເສຍ: ສິ່ງນີ້ຈະບໍ່ເປັນຢ່າງເດີມອີກ: ຈົ່ງຍົກຜູ້ທີ່ຕ່ຳຕ້ອຍຂຶ້ນ, ແລະຈົ່ງກົດຜູ້ທີ່ສູງສົ່ງລົງ. ເຮົາຈະຄວ້ຳມັນ, ຄວ້ຳມັນ, ຄວ້ຳມັນ: ແລະມັນຈະບໍ່ມີອີກຕໍ່ໄປ, ຈົນກວ່າຜູ້ທີ່ມີສິດອັນຊອບທຳໃນສິ່ງນັ້ນຈະມາເຖິງ; ແລະເຮົາຈະມອບມັນໃຫ້ແກ່ຜູ້ນັ້ນ. ເອເຊກຽນ 21:25–27.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ເຊເດກີຢາເປັນກະສັດອົງສຸດທ້າຍຂອງຢູດາ, ແລະທ່ານແມ່ນ “ເຈົ້ານາຍອັນຊົ່ວຮ້າຍແຫ່ງອິສຣາເອນ, ຜູ້ຊຶ່ງວັນຂອງເຂົາມາເຖິງແລ້ວ” ໃນຂໍ້ພຣະຄຳເຫຼົ່ານັ້ນ. ເນບູກາດເນັດຊາກຳລັງຈະຍຶດເອົາເຢຣູຊາເລັມ ແລະມົງກຸດຂອງເຊເດກີຢາກໍຈະຖືກຖອດອອກໂດຍບາບີໂລນ, ຊຶ່ງຈະຖືກລົ້ມລ້າງໂດຍຊາວມີເດຍ ແລະ ເປີເຊຍ, ຜູ້ຊຶ່ງຕໍ່ມາຈະຖືກລົ້ມລ້າງໂດຍຊາວກຣີກ, ຜູ້ຊຶ່ງຈະຖືກລົ້ມລ້າງໂດຍໂຣມ. ການພິກຄວ້ຳເປັນຄັ້ງທີສາມມາເຖິງທີ່ໂຣມ, ຊຶ່ງເປັນປະຫວັດສາດໃນເວລາທີ່ກະສັດ “ຜູ້ທີ່ສິດນັ້ນເປັນຂອງພຣະອົງ” ຈະໄດ້ຮັບມົງກຸດແຫ່ງອານາຈັກຂອງພຣະຄຸນ ໃນການສະຖາປະນາອານາຈັກນັ້ນຂຶ້ນທີ່ໄມ້ກາງແຂນ.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“ແກ່ ‘ເຈົ້າຊາຍຄົນອະທຳທີ່ລົບຫລູ່’ ວັນແຫ່ງການພິພາກສາຂັ້ນສຸດທ້າຍໄດ້ມາເຖິງແລ້ວ. ‘ຈົ່ງຖອດມົງກຸດຂອງປະໂຣຫິດອອກ,’ ອົງພຣະຜູ້ເປັນເຈົ້າໄດ້ຊົງປະກາດ, ‘ແລະຈົ່ງຍົກເອົາມົງກຸດກະສັດອອກ.’ ຈົນກວ່າພຣະຄຣິດເອງຈະຊົງສະຖາປະນາອານາຈັກຂອງພຣະອົງຂຶ້ນ ຢູດາຈຶ່ງຈະໄດ້ຮັບອະນຸຍາດໃຫ້ມີກະສັດອີກຄັ້ງ. ‘ເຮົາຈະຄວ່ຳມັນ, ຄວ່ຳມັນ, ຄວ່ຳມັນ,’ ນີ້ແມ່ນພຣະບັນຊາອັນສູງສຸດກ່ຽວກັບບັນລັງແຫ່ງພົງພັນດາວິດ; ‘ແລະມັນຈະບໍ່ມີອີກຕໍ່ໄປ ຈົນກວ່າພຣະອົງຜູ້ຊຶ່ງສິດນັ້ນເປັນຂອງພຣະອົງຈະສະເດັດມາ; ແລະເຮົາຈະມອບມັນໃຫ້ແກ່ພຣະອົງ.’ ເອເຊກຽນ 21:25–27.” ຜູ້ພະຍາກອນແລະກະສັດ, 451.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ໃນເວລາແຫ່ງຝົນປາຍລະດູ ຊຶ່ງໄດ້ເລີ່ມຂຶ້ນເມື່ອການພິພາກສາຄົນທີ່ມີຊີວິດໄດ້ເລີ່ມຂຶ້ນໃນວັນທີ 9/11 ພຣະຄຣິດຊົງສະຖາປະນາອານາຈັກແຫ່ງສະຫງ່າຣາສີຂອງພຣະອົງ.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“ເມື່ອທູດສະຫວັນທັງສີ່ປ່ອຍມື, ພຣະຄຣິດຈະສະຖາປະນາອານາຈັກຂອງພຣະອົງ.” Spalding and Magan, 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ໄລຍະແຫ່ງການຕຽມພ້ອມເລີ່ມຕົ້ນຂຶ້ນໃນ 9/11 ແລະ ໃນກົດໝາຍວັນອາທິດ ພູບໍລິສຸດອັນສະຫງ່າງາມນັ້ນຖືກຍົກຂຶ້ນເໜືອເນີນເຂົາ ແລະ ພູເຂົາທັງປວງ.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ຖ້ອຍຄຳທີ່ອິຊາຢາ ບຸດຂອງອາໂມດ ໄດ້ເຫັນກ່ຽວກັບຢູດາ ແລະ ເຢຣູຊາເລັມ. ແລະໃນບັ້ນປາຍແຫ່ງວັນເວລາ ຈະບັງເກີດຂຶ້ນວ່າ ພູແຫ່ງພຣະນິເວດຂອງພຣະຢາເວຈະຖືກສະຖາປະນາໄວ້ເທິງຍອດພູທັງຫລາຍ ແລະ ຈະຖືກຍົກຂຶ້ນເໜືອເນີນທັງຫລາຍ; ແລະ ຊົນຊາດທັງປວງຈະຫລັ່ງໄຫລເຂົ້າມາຫາພູນັ້ນ. ແລະ ຊົນຊາດຫລາຍປະຊາຊົນຈະໄປ ແລະ ກ່າວວ່າ, ມາເຖີດ, ໃຫ້ພວກເຮົາຂຶ້ນໄປຍັງພູຂອງພຣະຢາເວ, ໄປຍັງພຣະນິເວດຂອງພຣະເຈົ້າຂອງຢາໂຄບ; ແລະ ພຣະອົງຈະຊົງສອນພວກເຮົາເຖິງທາງຂອງພຣະອົງ, ແລະ ພວກເຮົາຈະດຳເນີນໃນວິຖີຂອງພຣະອົງ: ເພາະວ່າພຣະບັນຍັດຈະອອກມາຈາກຊີໂອນ, ແລະ ພຣະທຳຂອງພຣະຢາເວຈາກເຢຣູຊາເລັມ. ອິຊາຢາ 2:1–3.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ໃນວັນທີ 9/11 ບັນດາລົມໄດ້ຖືກປ່ອຍອອກ ແລ້ວຈຶ່ງຖືກຍັບຍັ້ງໄວ້ ດັ່ງນັ້ນຈຶ່ງເປັນເຄື່ອງໝາຍເຖິງການເລີ່ມຕົ້ນແຫ່ງການສະຖາປະນາອານາຈັກໃນດານີເອນບົດທີສອງ ຊຶ່ງຖືກພັນລະນາວ່າເປັນກ້ອນຫີນທີ່ຖືກຕັດອອກຈາກພູ ແລະແຜ່ຂະຫຍາຍເຕັມທົ່ວແຜ່ນດິນໂລກ.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“ທັດສະນະນີ້ໄດ້ຖືກປະທານໃຫ້ໃນປີ 1847 ໃນເວລາທີ່ຍັງມີພຽງແຕ່ຈໍານວນໜ້ອຍຫຼາຍໃນບັນດາພີ່ນ້ອງອາດເວັນທິດຜູ້ຖືຮັກສາວັນຊະບາໂຕ, ແລະໃນບັນດາຄົນເຫຼົ່ານີ້ກໍມີພຽງແຕ່ບາງຄົນເທົ່ານັ້ນທີ່ຄິດວ່າການຖືຮັກສາວັນນັ້ນມີຄວາມສໍາຄັນພຽງພໍທີ່ຈະຂີດເສັ້ນແບ່ງລະຫວ່າງປະຊາຊົນຂອງພຣະເຈົ້າກັບບັນດາຜູ້ບໍ່ເຊື່ອ. ບັດນີ້ ການສໍາເລັດເປັນຈິງຂອງທັດສະນະນັ້ນກໍາລັງເລີ່ມປາກົດໃຫ້ເຫັນ. ‘ການເລີ່ມຕົ້ນຂອງເວລາແຫ່ງຄວາມທຸກລໍາບາກ,’ ທີ່ໄດ້ກ່າວເຖິງໄວ້ໃນທີ່ນີ້, ບໍ່ໄດ້ໝາຍເຖິງເວລາທີ່ໄພພິບັດທັງຫຼາຍຈະເລີ່ມຖືກເທລົງມາ, ແຕ່ໝາຍເຖິງຊ່ວງເວລາສັ້ນໆກ່ອນທີ່ມັນຈະຖືກເທລົງມາ, ໃນຂະນະທີ່ພຣະຄຣິດຊົງຢູ່ໃນສະຖານບໍລິສຸດ. ໃນເວລານັ້ນ, ໃນຂະນະທີ່ພຣະລາຊະກິດແຫ່ງຄວາມລອດກໍາລັງຈະສິ້ນສຸດລົງ, ຄວາມທຸກລໍາບາກຈະກໍາລັງມາເຖິງເທິງໂລກ, ແລະບັນດາປະຊາຊາດຈະໂກດຮ້າຍ, ແຕ່ຈະຖືກຫ້າມໄວ້ເພື່ອບໍ່ໃຫ້ຂັດຂວາງພຣະລາຊະກິດຂອງທູດສະຫວັນອົງທີສາມ. ໃນເວລານັ້ນ ‘ຝົນຊ່ວງປາຍ,’ ຫຼືການຊື່ນບານຈາກການສະຖິດຢູ່ຂອງອົງພຣະຜູ້ເປັນເຈົ້າ, ຈະມາເຖິງ ເພື່ອປະທານລິດອໍານາດແກ່ສຽງດັງກ້ອງຂອງທູດສະຫວັນອົງທີສາມ, ແລະຕຽມພວກທ່ານບໍລິສຸດໃຫ້ຢືນຢູ່ໄດ້ໃນຊ່ວງເວລາເມື່ອໄພພິບັດສຸດທ້າຍທັງເຈັດຈະຖືກເທລົງມາ.” Early Writings, 85.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ພຣະຄຣິດຊົງສະຖາປະນາອານາຈັກອັນເປັນນິດຂອງພຣະອົງໃນຊ່ວງເວລາແຫ່ງຝົນປາຍ, ແລະອານາຈັກຂອງພຣະອົງນັ້ນຄອບຄຸມທັງອານາຈັກແຫ່ງພຣະຄຸນທີ່ໄດ້ຮັບການສະຖາປະນາຂຶ້ນທີ່ໄມ້ກາງແຂນ ແລະທັງອານາຈັກແຫ່ງພຣະສິຣິຂອງພຣະອົງໃນກົດໝາຍວັນອາທິດ. ຈາກ Zedekiah ໄປສູ່ Babylon (ອານາຈັກທີ 1), ໄປສູ່ Medo-Persia (ອານາຈັກທີ 2), ໄປສູ່ Greece (ອານາຈັກທີ 3) ແລະຕໍ່ໄປສູ່ pagan Rome (ອານາຈັກທີ 4) ບົ່ງຊີ້ເຖິງປະຫວັດສາດທີ່ນຳໄປສູ່ອານາຈັກແຫ່ງພຣະຄຸນ. ປະຫວັດສາດນັ້ນບົ່ງຊີ້ເຖິງລຳດັບທາງປະຫວັດສາດອັນຂະໜານກັນ ຈາກ Papal Rome (ບາບິໂລນຝ່າຍວິນຍານ ອານາຈັກທີ 5), ໄປສູ່ the United States (Medo-Persia ຝ່າຍວິນຍານ ອານາຈັກທີ 6), ໄປສູ່ the United Nations (Greece ຝ່າຍວິນຍານ ອານາຈັກທີ 7) ແລະຕໍ່ໄປສູ່ສະຫະພາບສາມສ່ວນຂອງມັງກອນ, ສັດຮ້າຍ ແລະຜູ້ພະຍາກອນປອມ, ຊຶ່ງຮ່ວມກັນປະກອບເປັນ Rome ສະໄໝໃໝ່ (Rome ຝ່າຍວິນຍານ ອານາຈັກທີ 8 ຊຶ່ງມາຈາກທັງເຈັດ).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ໄຊຊະນະຂອງອານາຈັກນັ້ນໃນດານີເອນ ບົດທີ 2 ໄດ້ຖືກສະແດງໂດຍຫີນກ້ອນໜຶ່ງ, ແລະບັນດາຜູ້ຊື່ສັດຂອງພຣະເຈົ້າເປັນຫີນໃນພຣະວິຫານ.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ພວກທ່ານດ້ວຍ, ເປັນດັ່ງກ້ອນຫີນທີ່ມີຊີວິດ, ກໍາລັງຖືກກໍ່ສ້າງຂຶ້ນເປັນເຮືອນຝ່າຍວິນຍານ, ເປັນຖານະປະໂລຫິດອັນບໍລິສຸດ, ເພື່ອຖວາຍເຄື່ອງບູຊາຝ່າຍວິນຍານ ອັນເປັນທີ່ພໍພຣະໄທແກ່ພຣະເຈົ້າໂດຍພຣະເຢຊູຄຣິດ. 1 ເປໂຕ 2:5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ອານາຈັກອັນເປັນນິດນັ້ນມີໄຊຊະນະເໜືອບັນດາອານາຈັກຂອງໂລກ ແລະເຕັມທົ່ວໂລກທັງໝົດ. ໃນເອເຊກຽນ ບົດທີສີ່ສິບ ຈົນເຖິງຕອນທ້າຍຂອງໜັງສືຂອງທ່ານ, ອານາຈັກດຽວກັນນັ້ນໄດ້ຖືກນຳສະເໜີເປັນພຣະວິຫານທີ່ເຕັມໂລກດ້ວຍນ້ຳແຫ່ງຊີວິດ.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ພວກເຮົາຈະສືບຕໍ່ກ່າວເຖິງສິ່ງເຫຼົ່ານີ້ໃນບົດຄວາມຖັດໄປ.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ປະຫວັດສາດທີ່ຖືກເຊື່ອງໄວ້ຂອງຂໍ້ທີ່ສີ່ສິບ - ເລກທີ ຊາວສາມ</dc:title>
  <dc:subject>ເອເຊກຽນ ໝາຍເລກ ສີ່</dc:subject>
  <dc:creator>Jeff Pippenger</dc:creator>
  <cp:keywords/>
  <dc:description>Generated by ArticleDigger from hidden_history\23_hidden_history.json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