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ປະຫວັດສາດທີ່ຖືກຊ່ອນເຮືອນຂອງຂໍ້ທີ່ສີ່ສິບ - ເລກທີ ຊາວເຈັດ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ເອເຊກຽນ ເລກແປດ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2026-08-17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ໃນພຣະທຳເອເຊກຽນມີການອ້າງເຖິງວັນທີຢູ່ “ສິບສາມ” ຄັ້ງ; ຫົກຄັ້ງກ່ຽວກັບເຢຣູຊາເລັມ, ຫົກຄັ້ງກ່ຽວກັບອີຢິບ ແລະ ໜຶ່ງຄັ້ງກ່ຽວກັບເມືອງໄທຣ໌. ການອ້າງເຖິງທັງໝົດນີ້ຖືກວາງໄວ້ໃນບໍລິບົດແຫ່ງການກະບົດ, ຊຶ່ງເລກ “ສິບສາມ” ເປັນສັນຍະລັກ. ໃນປີຖັດຈາກທີ່ພັນລະຍາຂອງເອເຊກຽນເສຍຊີວິດດ້ວຍໂຣກຫຼອດເລືອດສະໝອງແຕກ, ອັນເປັນເຄື່ອງໝາຍເຖິງຈຸດເລີ່ມຕົ້ນຂອງການລ້ອມໂຈມຕີຄັ້ງທີສາມ, ເອເຊກຽນໄດ້ຮັບພຣະບັນຊາໃຫ້ກ່າວຕໍ່ຕ້ານອີຢິບ ໂດຍຊີ້ບອກວ່າມັນຈະກາຍເປັນແຜ່ນດິນຮ້າງເປົ່າເປັນເວລາສີ່ສິບປີ.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ແລະເຮົາຈະກະທຳໃຫ້ແຜ່ນດິນອີຢິບເປັນທີ່ຮ້າງເປົ່າຢູ່ທ່າມກາງບັນດາປະເທດທີ່ຮ້າງເປົ່າ, ແລະນະຄອນທັງຫລາຍຂອງນາງທ່າມກາງບັນດານະຄອນທີ່ຖືກທຳລາຍຈະເປັນທີ່ຮ້າງເປົ່າຢູ່ສີ່ສິບປີ; ແລະເຮົາຈະກະຈັດກະຈາຍຊາວອີຢິບໄປທ່າມກາງບັນດາປະຊາຊາດ, ແລະຈະໃຫ້ເຂົາພັດພາກໄປທົ່ວບັນດາປະເທດ. ແຕ່ພຣະອົງຜູ້ເປັນເຈົ້າພຣະເຈົ້າຕັດດັ່ງນີ້ວ່າ; ເມື່ອຄົບສີ່ສິບປີ ເຮົາຈະຮວບຮວມຊາວອີຢິບອອກມາຈາກບັນດາຊົນຊາດທີ່ເຂົາຖືກກະຈັດກະຈາຍໄປນັ້ນ: ແລະເຮົາຈະນຳການເປັນເຊີຍຂອງອີຢິບກັບຄືນມາ, ແລະຈະໃຫ້ເຂົາກັບໄປຍັງແຜ່ນດິນປາໂທຣສ, ຄືແຜ່ນດິນອັນເປັນຖິ່ນອາໄສຂອງເຂົາ; ແລະທີ່ນັ້ນເຂົາຈະເປັນອານາຈັກທີ່ຕໍ່າຕ້ອຍ. ເອເຊກຽນ 29:12–14.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ການລ້ອມເມືອງໄດ້ເລີ່ມຂຶ້ນໃນປີ 588 ກ່ອນ ຄ.ສ., ແລະ ໜຶ່ງປີຕໍ່ມາ ໃນປີ 587 ກ່ອນ ຄ.ສ. ເອເຊກຽນໄດ້ຮັບພຣະບັນຊາໃຫ້ກ່າວຖ້ອຍຄຳນີ້. ໃນຂໍ້ “ສິບເຈັດ”, ປີ 571 ກ່ອນ ຄ.ສ. ຊີ້ໃຫ້ເຫັນວ່າ ອີຢິບຈະຖືກມອບໃຫ້ແກ່ບາບີໂລນເພື່ອເປັນຄ່າຕອບແທນສຳລັບການຮັບໃຊ້ທີ່ໄດ້ກະທຳ. ນັກລຳດັບເຫດການຕາມພຣະຄຳພີສະເໜີວ່າ ໄລຍະສີ່ສິບປີທີ່ລະບຸໄວ້ໃນຂໍ້ພຣະຄຳນັ້ນ ແມ່ນຈາກປີ 567 ກ່ອນ ຄ.ສ. ເຖິງປີ 527 ກ່ອນ ຄ.ສ., ແລະ ຈາກຂ່າວສານແຫ່ງການພິພາກສາເບື້ອງຕົ້ນທີ່ຖືກປະກາດໃນປີ 587 ກ່ອນ ຄ.ສ. ຈົນເຖິງຄຳປະກາດໃນຂໍ້ສິບເຈັດໃນປີ 571 ກ່ອນ ຄ.ສ. ວ່າອົງພຣະຜູ້ເປັນເຈົ້າໄດ້ມອບອີຢິບໄວ້ໃນມືຂອງເນບູກາດເນັດຊາ, ພວກເຮົາຈຶ່ງພົບໄລຍະເວລາ “ສິບເຈັດປີ”.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ກອງທັບຂອງເນບູກາດເນັດຊາໄດ້ເຮັດສົງຄາມຢ່າງຍືດເຢື້ອແລະຍາກລຳບາກຕໍ່ເມືອງຕີໂຣ (ການປິດລ້ອມນັ້ນກິນເວລາປະມານ 13 ປີ, ປະມານ 586–573 ກ່ອນ ຄ.ສ.). ທະຫານທັງຫຼາຍໄດ້ອອກແຮງຢ່າງໜັກຫນ່ວງຍິ່ງ (ທຸກຫົວໄດ້ຫົວລ້ານ ແລະ ທຸກບ່າໄດ້ຖູກຈົນຖອກຈາກການແບກຫາບ), ແຕ່ພວກເຂົາຫາໄດ້ຮັບຄ່າຈ້າງຫຼືຂອງລິບຈາກເມືອງຕີໂຣເອງຢ່າງສຳຄັນບໍ່. ເນື່ອງດ້ວຍແຮງງານທີ່ບໍ່ກໍ່ກຳໄລນີ້, ພຣະເຈົ້າຈຶ່ງຊົງກຳນົດຈະປະທານປະເທດເອຢິບໃຫ້ແກ່ເນບູກາດເນັດຊາເປັນການຊົດເຊີຍ (“ຄ່າຈ້າງ”) ສຳລັບວຽກງານທີ່ກອງທັບຂອງເຂົາໄດ້ເຮັດຕໍ່ຕ້ານເມືອງຕີໂຣ.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ແລະຈົ່ງຢູ່ໃນເຮືອນດຽວນັ້ນ ກິນແລະດື່ມສິ່ງທີ່ເຂົາໃຫ້; ເພາະວ່າຄົນງານກໍສົມຄວນໄດ້ຮັບຄ່າຈ້າງຂອງຕົນ. ຢ່າຍ້າຍຈາກເຮືອນໜຶ່ງໄປອີກເຮືອນໜຶ່ງ. ລູກາ 10:7.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ດັ່ງນັ້ນ ເນບູຄັດເນັດຊາຈຶ່ງໄດ້ຍຶດເມືອງໄທຣ໌ກ່ອນ ແລະຫຼັງຈາກການປິດລ້ອມເປັນເວລາສິບສາມປີ ທ່ານກໍໄດ້ຮັບເອຢິບ. ກ່ອນທີ່ທ່ານຈະຍຶດໄທຣ໌ ທ່ານໄດ້ຍຶດເຢຣູຊາເລັມໃນປີ 586 BC, ຈາກນັ້ນທ່ານໄດ້ດຳເນີນການປິດລ້ອມໄທຣ໌ເປັນເວລາສິບສາມປີ, ແລະຫຼັງຈາກນັ້ນແມ່ນເອຢິບ. ເຢຣູຊາເລັມຖືກຍຶດໃນປີ 586 BC, ແລະການປິດລ້ອມໄທຣ໌ໄດ້ເລີ່ມຕົ້ນໃນປີ 586 BC ແລະດຳເນີນໄປຈົນເຖິງປີ 573 BC. ເລກສິບສາມມີຄວາມກ່ຽວພັນກັບສະຫະລັດອາເມຣິກາ.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ເອື້ອຍ White ໄດ້ແຈ້ງໃຫ້ພວກເຮົາຮູ້ວ່າ ເຢຣູຊາເລັມໃນພຣະທຳເອເຊກຽນເປັນຕົວແທນຂອງຄຣິສຕະຈັກ Seventh-day Adventist ແຫ່ງ Laodicea, ແລະ ເນບູກັດເນັດຊາ, ກະສັດແຫ່ງທິດເໜືອ ເປັນຕົວແທນອຳນາດຂອງສັນຕະປາປາໃນວັນສຸດທ້າຍ. ໃນພາບປະກອບທາງປະຫວັດສາດຂອງບົດທີຊາວເກົ້າ, ພວກໂຈນໃນວັນສຸດທ້າຍຂອງຊົນຊາດເຈົ້າ ຊຶ່ງເປັນຕົວແທນຂອງໂຣມສັນຕະປາປາ, ໄດ້ພິຊິດສາມສິ່ງໃນບົດນັ້ນ. ກ່ອນອື່ນ ລາວຍຶດເອົາເຢຣູຊາເລັມ, ຕໍ່ມາແມ່ນເມືອງ Tyre ແລະ ສຸດທ້າຍແມ່ນອີຢິບ.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ການພິພາກສາເລີ່ມຕົ້ນທີ່ພຣະນิเวດຂອງພຣະເຈົ້າ ແລະ ເຂົານຂອງລັດທິໂປຣເຕສແຕນໃນສະຫະລັດອາເມລິກາຖືກພິຊິດກ່ອນເປັນອັນດັບທໍາອິດ ກ່ອນໜ້າກົດໝາຍວັນອາທິດ. ເຂົານຂອງລັດທິໂປຣເຕສແຕນທີ່ເສື່ອມຖອຍໃນສະຫະລັດອາເມລິກາ ຮວມເຖິງຄຣິສຕະຈັກເຊເວັນທ໌-ເດ ແອດເວນຕິສ ຝ່າຍລາໂອດີເຊຍ ຊຶ່ງເປັນຕົວແທນຂອງປະຊາຊົນແຫ່ງພັນທະສັນຍາ “ເດີມ” ຜູ້ຖືກຂ້າມຜ່ານໄປ ເຫມືອນດັ່ງອິສຣາເອນໃນສະໄໝບູຮານໃນປີ 34 ແລະ ພວກໂປຣເຕສແຕນໃນປີ 1844. ການຖືກຂ້າມຜ່ານໄປຂອງບັນດາປະຊາຊົນແຫ່ງພັນທະສັນຍາເດີມຂອງພຣະເຈົ້າໃນປີ 34 ແລະ 1844 ທັງສອງເຫດການນັ້ນ ລ້ວນຖືກເປັນຕົວແທນຢູ່ໃນປະຫວັດສາດແຫ່ງຄໍາພະຍາກອນຂອງຄໍາພະຍາກອນສອງພັນສາມຮ້ອຍປີໃນ ດານີເອນ 8:14. ການພິພາກສາເລີ່ມຕົ້ນກັບພຣະນิเวດຂອງພຣະເຈົ້າ ແລະ ເຂົານຂອງລັດທິໂປຣເຕສແຕນຖືກພິພາກສາກ່ອນໜ້າເຂົານຂອງລັດທິຣີພັບລິກັນ.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ເພາະວ່າເວລາໄດ້ມາເຖິງແລ້ວ ທີ່ການພິພາກສາຈະຕ້ອງເລີ່ມຕົ້ນທີ່ຄອບຄົວຂອງພຣະເຈົ້າ; ແລະຖ້າມັນເລີ່ມຕົ້ນກ່ອນທີ່ພວກເຮົາ ຈຸດຈົບຂອງບັນດາຜູ້ທີ່ບໍ່ເຊື່ອຟັງຂ່າວປະເສີດຂອງພຣະເຈົ້າຈະເປັນຢ່າງໃດ? 1 ເປໂຕ 4:17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ການກ່າວເຖິງການພິພາກສາຂອງອີຢິບເປັນຄັ້ງທຳອິດປາກົດຢູ່ໃນຂໍ້ທຳອິດຂອງບົດທີຊາວເກົ້າ, ແລະວັນທີສຸດທ້າຍທີ່ເອເຊກຽນໄດ້ກ່າວເຖິງໃນຄວາມກ່ຽວພັນກັບອີຢິບນັ້ນຢູ່ໃນຂໍ້ “ສິບເຈັດ” ຂອງບົດດຽວກັນ. ບົດນັ້ນຊີ້ໃຫ້ເຫັນວ່າ ໂຣມສະໄໝໃໝ່ໄດ້ເອົາຊະນະເຂົາຂອງລັດໂປຣແຕສຕັງກ່ອນ ແລ້ວຈຶ່ງເອົາຊະນະເມືອງຕີເຣ ຊຶ່ງເປັນຕົວແທນຂອງເຂົາແຫ່ງລັດຖະນິຍົມ ອັນເປັນເຂົາທີ່ຖືກເອົາຊະນະໃນກົດວັນອາທິດທີ່ຈະມາເຖິງໃນໄວໆນີ້. ເມື່ອຕີເຣ (ສະຫະລັດອາເມລິກາ) ຖືກເນບູກາດເນັດຊາພິຊິດໃນເວລາຂອງກົດວັນອາທິດ, ອີຢິບກໍຖືກມອບໄວ້ໃນມືຂອງເຂົາດ້ວຍ. ໃນຈຸດນັ້ນ ບາດແຜອັນເຖິງຕາຍຂອງລະບົບສັນຕະປາປາກໍໄດ້ຮັບການຮັກສາໃຫ້ຫາຍດີ. ບໍ່ພຽງແຕ່ບາດແຜອັນເຖິງຕາຍຂອງລະບົບສັນຕະປາປາໄດ້ຮັບການຮັກສາໃຫ້ຫາຍດີໃນເວລານັ້ນເທົ່ານັ້ນ, ແຕ່ເອເຊກຽນຍັງແຈ້ງໃຫ້ພວກເຮົາຊາບອີກວ່າ ການນີ້ເກີດຂຶ້ນໃນຊ່ວງເວລາແຫ່ງຝົນປາຍລະດູ.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ໃນວັນນັ້ນ ເຮົາຈະໃຫ້ເຂົາແຫ່ງພົງພັນອິສຣາເອນງອກຂຶ້ນ, ແລະເຮົາຈະໃຫ້ທ່ານເປີດປາກທ່າມກາງພວກເຂົາ; ແລະພວກເຂົາຈະຮູ້ວ່າ ເຮົາຄືພຣະຢາເວ. ເອເຊກຽນ 29:21.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ຢາໂຄບ ແລະ ອິສຣາເອນ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ອິຊາຢາໄດ້ຊີ້ໃຫ້ເຫັນວ່າ ອິສຣາເອນຈະແຕກໜໍ່, ອອກດອກ ແລະເຮັດໃຫ້ທົ່ວແຜ່ນດິນໂລກເຕັມໄປດ້ວຍຜົນ. ຝົນເປັນສິ່ງທີ່ນຳມາຊຶ່ງສາມຂັ້ນຕອນຄື ການແຕກໜໍ່, ການອອກດອກ ແລະການເກີດຜົນ, ແລະຕາມທີ່ອິຊາຢາກ່າວໄວ້ ຝົນປາຍລະດູຈະມາເຖິງເມື່ອ “ລົມອັນຮຸນແຮງ” ຖືກຢັບຢັ້ງໄວ້. ທ່ານຍັງໄດ້ຊີ້ຕໍ່ໄປອີກວ່າ ໃນຊ່ວງເວລາແຫ່ງການແຕກໜໍ່, ການອອກດອກ ແລະການເກີດຜົນນັ້ນ ບາບຂອງຢາໂຄບຈະຖືກຊຳລະອອກ, ແລະຄຳພາສາເຮັບເຣີທີ່ແປວ່າ “ຖືກຊຳລະອອກ” ມີຄວາມໝາຍວ່າ ຖືກລົບລ້າງໂດຍການລົບບາບ.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ໃນມາດຕະການ, ເມື່ອພຣະອົງຊົງໃຫ້ມັນງອກອອກ, ພຣະອົງຈະຊົງໂຕ້ຖຽງກັບມັນ; ພຣະອົງຊົງຫ້າມລົມອັນຮ້າຍແຮງຂອງພຣະອົງໄວ້ໃນວັນແຫ່ງລົມຕາເວັນອອກ. ດັ່ງນັ້ນ ຄວາມຊົ່ວຊ້າຂອງຢາໂຄບຈະຖືກຊໍາລະໃຫ້ບໍລິສຸດ; ແລະນີ້ແມ່ນຜົນທັງໝົດເພື່ອກໍາຈັດບາບຂອງເຂົາ; ເມື່ອເຂົາເຮັດຫີນທັງໝົດຂອງແທ່ນບູຊາໃຫ້ເປັນເໝືອນຫີນປູນຂາວທີ່ຖືກຕີແຕກເປັນຊິ້ນໆ, ບັນດາເສົາບູຊາແລະຮູບສະຫຼັກຈະບໍ່ຕັ້ງຢູ່ອີກ. ເອຊາຢາ 27:8, 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ເມື່ອລົມທັງສີ່ (ລົມແຮງຂອງພຣະອົງ) ແຫ່ງຄວາມຂັດແຍ້ງຖືກຍັບຍັ້ງໄວ້, ການປະທັບຕາຂອງຜູ້ຫນຶ່ງແສນສີ່ຫມື່ນສີ່ພັນກໍເລີ່ມຕົ້ນ, ແລະຜູ້ມີປັນຍາກັບຄົນຊົ່ວຮ້າຍໃນ Adventism ກໍຖືກແຍກອອກຈາກກັນໃນທີ່ສຸດ, ແລະທັງໝົດນີ້ສຳເລັດລົງໃນ “ວັນແຫ່ງລົມຕາເວັນອອກ.” ເວລາແຫ່ງການປະທັບຕາໄດ້ເລີ່ມດ້ວຍການປະພົມຢ່າງເບົາບາງທີ່ 9/11 ແລະມັນສິ້ນສຸດລົງດ້ວຍການເທລົງຢ່າງບໍລິບູນໃນເວລາກົດໝາຍວັນອາທິດ ເມື່ອແຜ່ນດິນໂລກຈຶ່ງເຕັມໄປດ້ວຍຜົນ. ເວລາແຫ່ງການປະທັບຕາເປັນການຊຳລະໃຫ້ບໍລິສຸດ ແລະການກຳຈັດສິ່ງເປື້ອນອອກຢ່າງຄ່ອຍເປັນຄ່ອຍໄປ ຕາມທີ່ສອດຄ້ອງກັບ Malachi ບົດທີສາມ. ແຕ່ໃນຊ່ວງເວລາສິບເຈັດປີທີ່ຖືກເປັນຕົວແທນໂດຍວັນທີເລີ່ມຕົ້ນແລະວັນທີສິ້ນສຸດຂອງ Ezekiel ບົດທີຊາວເກົ້າ, ການພິຊິດອານາຈັກທີຫົກແຫ່ງຄຳພະຍາກອນໃນພຣະຄຳພີ ດັ່ງທີ່ຖືກເປັນຕົວແທນໂດຍ Jerusalem, ສັນຍາລັກຂອງເຂົາແຫ່ງ Protestantism—ຄຣິດຕະຈັກ, ແລະ Tyre, ສັນຍາລັກຂອງເຂົາ ຫຼື Republicanism—ລັດ. ທັນທີຫຼັງຈາກສິ້ນສຸດການປິດລ້ອມ Tyre ເປັນເວລາສິບສາມປີ ການພິຊິດອານາຈັກທີເຈັດແຫ່ງກະສັດສິບອົງ ທີ່ຖືກເປັນຕົວແທນໂດຍ Egypt ກໍເກີດຂຶ້ນ. ການພິຊິດທັງສາມຄັ້ງຂອງ Jerusalem, Tyre ແລະ Egypt ເກີດຂຶ້ນເມື່ອ “ເຂົາຂອງວົງວານອິສຣາເອນ” ແຕກໜໍ່ອອກ, ແລະຖືກປະທານການເປີດປາກ.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ທັງປະໂລຫິດເອເຊກຽນ ແລະ ປະໂລຫິດຊາກາຣີຢາ ການເປັນໃບ້ຂອງພວກເຂົາສິ້ນສຸດລົງໃນເວລາກົດໝາຍວັນອາທິດ, ເມື່ອສະຫະລັດອາເມຣິກາ ແລະ ລາຂອງບາລາອາມ ຕ່າງກໍເວົ້າ. ພຣະອົງປະທານ “ການເປີດປາກ” ໃຫ້ແກ່ວົງວານອິສຣາເອນໃນເວລາກົດໝາຍວັນອາທິດ. ເມື່ອນັ້ນບາບຂອງຢາໂຄບໄດ້ຖືກຊຳລະໃຫ້ໝົດແລ້ວ ແລະ ຊື່ຂອງເຂົາຖືກປ່ຽນເປັນວົງວານອິສຣາເອນ. ຂ່າວສານທີ່ພວກເຂົາປະກາດນັ້ນ ຖືກເປັນຕົວແທນໂດຍພະຍານຄົນທີສາມແຫ່ງການເປັນໃບ້ໃນຄຳພະຍາກອນ ອັນຖືກເປັນຕົວແທນໂດຍດານີເອນ, ຜູ້ຊຶ່ງໃນເວລານັ້ນໄດ້ຮັບຂ່າວສານຂອງດານີເອນບົດທີສິບເອັດ, ຊຶ່ງກໍເປັນນິມິດຂອງຮາບາກຸກດ້ວຍ, ຊຶ່ງໃນເວລານັ້ນ ‘ເວົ້າ ແລະ ບໍ່ມຸສາ.’ ເອເຊກຽນ, ຊາກາຣີຢາ ແລະ ດານີເອນ ສອດຄ່ອງກັບການປະກາດສຽງຮ້ອງດັງຂອງທູດສະຫວັນອົງທີສາມ, ເຊັ່ນດຽວກັບເຢເຣມີຢາໃນບົດທີສິບຫ້າ ບ່ອນທີ່ເຂົາໄດ້ຮັບຄຳສັນຍາວ່າເຂົາຈະເປັນປາກຂອງພຣະເຈົ້າ ຖ້າຫາກເຂົາຈະຟື້ນກັບຈາກຄວາມຜິດຫວັງຄັ້ງທຳອິດ.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ເຫດໃດຄວາມເຈັບປວດຂອງຂ້ານ້ອຍຈຶ່ງຍືດເຍື້ອຕະຫຼອດໄປ, ແລະບາດແຜຂອງຂ້ານ້ອຍຈຶ່ງຮັກສາບໍ່ໄດ້, ຊຶ່ງປະຕິເສດທີ່ຈະຮັບການຮັກສາ? ພຣະອົງຈະເປັນດັ່ງຄົນມຸສາແກ່ຂ້ານ້ອຍແທ້ໆຫຼື, ແລະດັ່ງນ້ຳທີ່ແຫ້ງຫາຍໄປຫຼື? ເຫດສະນັ້ນ ພຣະຢາເວຈຶ່ງຕັດດັ່ງນີ້ວ່າ, ຖ້າເຈົ້າກັບໃຈ, ແລ້ວເຮົາຈະນຳເຈົ້າກັບຄືນມາອີກ, ແລະເຈົ້າຈະຢືນຢູ່ຕໍ່ໜ້າເຮົາ: ແລະຖ້າເຈົ້າແຍກສິ່ງມີຄ່າອອກຈາກສິ່ງຊົ່ວຊ້າ, ເຈົ້າຈະເປັນດັ່ງປາກຂອງເຮົາ: ໃຫ້ເຂົາທັງຫຼາຍຫັນກັບມາຫາເຈົ້າ; ແຕ່ຢ່າໃຫ້ເຈົ້າຫັນກັບໄປຫາເຂົາ. Jeremiah 15:18, 19.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ພຣະເຢຊູຊົງໃຊ້ຈຸດເລີ່ມຕົ້ນເພື່ອສະແດງເຖິງຈຸດສິ້ນສຸດ, ແລະໃນເຫດການ 9/11 ການພົ່ນປະພອຍໄດ້ກໍ່ໃຫ້ເກີດຕາອ່ອນ, ແລະພືດຂອງຢາໂຄບໄດ້ເລີ່ມເຕີບໃຫຍ່; ແລະໃນທີ່ສຸດ ເມື່ອຄວາມຊົ່ວຊ້າຂອງຢາໂຄບໄດ້ຮັບການຊຳລະລ້າງແລ້ວ, ວົງວານຂອງອິສຣາເອນຈະເວົ້າ. ການແຕກຕາອ່ອນໃນເຫດການ 9/11 ທີ່ໄດ້ບັງເກີດຂຶ້ນໂດຍຝົນນັ້ນ ເປັນແບບຢ່າງເຖິງການແຕກຕາອ່ອນໃນຕອນທ້າຍແຫ່ງເວລາແຫ່ງການປະທັບຕາ, ເມື່ອ “ເຂົາ” ຂອງວົງວານອິສຣາເອນແຕກຕາອອກ, ຢູ່ໃນບ່ອນດຽວກັນທີ່ເຂົາຂອງຝ່າຍໂປຣເຕສຕັນຜູ້ກະບົດ ແລະລັດທິຣີພັບລິກັນ ຖືກເອົາຊະນະໂດຍເນບູກາດເນັດຊາ.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ໃນຈຸດນັ້ນ ການແຍກຄວາມແຕກຕ່າງລະຫວ່າງເຂົາອັນປອມຂອງໂປຣແຕສຕັງ ຖືກນຳມາປຽບທຽບກັບເຂົາອັນແທ້ຂອງໂປຣແຕສຕັງ ດັ່ງທີ່ຖືກເປັນແບບໄວ້ໂດຍໄມ້ເທົ້າຂອງອາໂຣນທີ່ແຕກຫນໍ່ ແຍກອອກຈາກໄມ້ເທົ້າອື່ນໆ ຂອງບັນດາເຜົ່າອິສຣາເອນ. ວັນທີທັງສອງໃນບົດທີຊາວເກົ້າຂອງເອເຊກຽນ ຊີ້ບອກປະຫວັດການຍົກຂຶ້ນຂອງທຸງໝາຍຂອງຄົນໜຶ່ງແສນສີ່ສິບສີ່ພັນ ໃນເວລາອັນໃກ້ຈະມາເຖິງຂອງກົດໝາຍວັນອາທິດ.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ຂະບວນການແຫ່ງການແຕກຫນໍ່, ການຜະລິດດອກ, ແລະການເຮັດໃຫ້ແຜ່ນດິນເຕັມໄປດ້ວຍຜົນ ໄດ້ເລີ່ມຕົ້ນໃນການປະພົມຂອງຝົນປາຍລະດູໃນ 9/11, ດັ່ງທີ່ລະດູການເພນເຕກອດໄດ້ເລີ່ມຕົ້ນເມື່ອພຣະຄຣິດໄດ້ຊົງຫາຍໃຈຢອດບໍ່ຫຼາຍລົງເທິງພວກສາວົກຂອງພຣະອົງ ອັນໄດ້ນຳໄປສູ່ເພນເຕກອດ ເມື່ອການເທລົງຢ່າງຄົບບໍລິບູນໄດ້ເກີດຂຶ້ນ. ການແຕກຫນໍ່ໃນ 9/11 ໃນຕອນເລີ່ມຕົ້ນແຫ່ງການຊຳລະຢາໂຄບ (ຜູ້ສວມຮອຍ), ຊຶ່ງເປັນເວລາແຫ່ງການປະທັບຕາ ໄດ້ເປັນແບບຢ່າງແຫ່ງການແຕກຫນໍ່ຂອງວົງວານອິດສະຣາເອນ (ຜູ້ຊະນະ) ໃນກົດໝາຍວັນອາທິດ. ການແຕກຫນໍ່ໃນຕອນປາຍແມ່ນການໝາຍບອກເຖິງຄວາມແຕກຕ່າງລະຫວ່າງປະຊາຊົນແຫ່ງພັນທະສັນຍາເກົ່າ ແລະຫນຶ່ງແສນສີ່ໝື່ນສີ່ພັນ, ດັ່ງທີ່ການເທລົງຂອງໄຟເທິງພູເຂົາກາເມນ ໄດ້ເຮັດໃຫ້ເກີດຄວາມແຕກຕ່າງລະຫວ່າງຜູ້ພະຍາກອນເອລີຢາ ແລະພວກຜູ້ພະຍາກອນຂອງບາອານ. ຄວາມແຕກຕ່າງນັ້ນຖືກສະແດງໂດຍຊົນຈຳພວກໜຶ່ງ ຜູ້ຊຶ່ງໃນທາງພະຍາກອນຕ້ອງອັບອາຍເນື່ອງຈາກຂ່າວສານສັນຕິສຸກແລະຄວາມປອດໄພປອມ, ແລະອີກຊົນຈຳພວກໜຶ່ງໃນທາງພະຍາກອນເປັນຜູ້ຊື່ນຊົມຍິນດີ, ແລະພວກເຂົາຈະບໍ່ຖືກໃຫ້ອັບອາຍເລີຍ.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ຫົກຍຸກສະໄໝຂອງອີຢິບ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ເອເຊກຽນໄດ້ລະບຸວັນທີອີກສີ່ວັນທີ່ກ່ຽວພັນກັບອີຢິບ, ແລະສອງໃນບັນດາວັນທີເຫຼົ່ານັ້ນໝາຍເຖິງປີທີສິບເອັດ, ແລະອີກສອງວັນທີໝາຍເຖິງປີທີສິບສອງແຫ່ງການຖືກກວາດເອົາໄປ.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ການປິດລ້ອມໃນປີທີສິບເອັດ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ແລະເຫດການໄດ້ເກີດຂຶ້ນໃນປີທີສິບເອັດ, ໃນເດືອນທຳອິດ, ໃນວັນທີເຈັດຂອງເດືອນນັ້ນ, ວ່າພຣະວັຈນະຂອງພຣະຢາເວໄດ້ມາເຖິງຂ້າພະເຈົ້າ ໂດຍກ່າວວ່າ, ບຸດແຫ່ງມະນຸດເອີຍ, ເຮົາໄດ້ຫັກແຂນຂອງຟາໂຣ ກະສັດແຫ່ງອີຢິບແລ້ວ; ແລະ ເບິ່ງແມ, ມັນຈະບໍ່ຖືກພັນໄວ້ເພື່ອໃຫ້ຫາຍດີ, ບໍ່ມີຜ້າພັນແຜຖືກພັນໄວ້ເພື່ອຮັດມັນ, ເພື່ອໃຫ້ມັນແຂງແຮງພໍທີ່ຈະຖືດາບໄດ້. ເອເຊກຽນ 30:20, 21.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ແລະເຫດການໄດ້ບັງເກີດຂຶ້ນໃນປີທີສິບເອັດ, ໃນເດືອນທີສາມ, ໃນວັນທີຫນຶ່ງຂອງເດືອນນັ້ນ, ວ່າພຣະວັຈນະຂອງພຣະຢາເວໄດ້ມາເຖິງຂ້ານ້ອຍ ໂດຍກ່າວວ່າ, ບຸດແຫ່ງມະນຸດເອີຍ, ຈົ່ງກ່າວແກ່ຟາໂຣ ກະສັດແຫ່ງເອຢິບ, ແລະແກ່ປະຊາຊົນຈຳນວນຫລາຍຂອງລາວວ່າ; ໃນຄວາມຍິ່ງໃຫຍ່ຂອງເຈົ້ານັ້ນ ເຈົ້າເປັນດັ່ງຜູ້ໃດ? ເອເຊກຽນ 31:1, 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ໃນປີທີສິບເອັດແຫ່ງການຖືກກວາດເປັນເຊີຍ, ແຂນຂອງອີຢິບ ແລະແຂນຂອງຟາໂຣຖືກຫັກ, ແລະແຂນຂອງບາບິໂລນຖືກເຮັດໃຫ້ເຂັ້ມແຂງຂຶ້ນໃນບົດທີສາມສິບ. ໃນປີທີສິບເອັດໃນບົດທີສາມສິບເອັດ, ການລົ້ມສະລາຍຂອງອີຢິບ ແລະຜົນກະທົບຂອງມັນຕໍ່ໂລກໄດ້ຖືກຊີ້ໃຫ້ເຫັນ.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ປີທີສິບສອງ ແລະ ການລົ້ມສະລາຍຂອງເຢຣູຊາເລັມ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ວັນທີທັງສອງໃນປີທີສິບສອງແມ່ນຢູ່ໃນເອເຊກຽນ ບົດທີ 32.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ແລະເຫດການໄດ້ບັງເກີດຂຶ້ນໃນປີທີສິບສອງ, ໃນເດືອນທີສິບສອງ, ໃນວັນທີໜຶ່ງຂອງເດືອນນັ້ນ, ວ່າພຣະທຳຂອງພຣະຢະໂຮວາໄດ້ມາເຖິງຂ້າພະເຈົ້າ ໂດຍກ່າວວ່າ, ບຸດແຫ່ງມະນຸດເອີຍ, ຈົ່ງຍົກຄຳຄ້ຳຄວນຂຶ້ນເພື່ອຟາໂຣ ກະສັດແຫ່ງອີຢິບ, ແລະຈົ່ງກ່າວແກ່ທ່ານວ່າ, ທ່ານເປັນເໝືອນສິງໜຸ່ມໃນບັນດາປະຊາຊາດ, ແລະທ່ານເປັນດັ່ງສັດທະເລໃຫຍ່ໃນທະເລ; ແລະທ່ານໄດ້ພຸ່ງອອກມາພ້ອມກັບແມ່ນ້ຳຂອງທ່ານ, ແລະໄດ້ເຮັດໃຫ້ນ້ຳຂຸ່ນດ້ວຍຕີນຂອງທ່ານ, ແລະໄດ້ເຮັດໃຫ້ແມ່ນ້ຳຂອງມັນເປື້ອນໄປ. ດັ່ງນີ້ອົງພຣະຜູ້ເປັນເຈົ້າພຣະເຈົ້າກ່າວວ່າ; ເພາະສະນັ້ນເຮົາຈະກາງຕາໜ່າງຂອງເຮົາເໜືອທ່ານດ້ວຍຊຸມຊົນຊົນຊາດຫຼາຍຄົນ; ແລະພວກເຂົາຈະດຶງທ່ານຂຶ້ນມາໃນຕາໜ່າງຂອງເຮົາ. ເອເຊກຽນ 32:1–3.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ແລະເຫດການໄດ້ບັງເກີດຂຶ້ນອີກໃນປີທີສິບສອງ ໃນວັນທີສິບຫ້າຂອງເດືອນ ວ່າພຣະທຳຂອງພຣະຢາເວໄດ້ມາເຖິງຂ້າພະເຈົ້າ ໂດຍກ່າວວ່າ, ບຸດແຫ່ງມະນຸດເອີຍ, ຈົ່ງຄໍ່າຄວນເພື່ອຝູງຊົນແຫ່ງເອຢິບ, ແລະຈົ່ງຖິ້ມພວກເຂົາລົງ, ຄືທັງນາງ ແລະບັນດາທິດາແຫ່ງບັນດາປະຊາຊາດອັນມີຊື່ສຽງ, ລົງໄປສູ່ສ່ວນລຸ່ມແຫ່ງແຜ່ນດິນໂລກ ພ້ອມກັບບັນດາຜູ້ທີ່ລົງໄປສູ່ຫຼຸມເລິກ. ເອເຊກຽນ 32:17, 18.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ຟາໂຣ ແລະ ຝູງຊົນອັນຫຼວງຫຼາຍຂອງລາວ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ໃນຄໍາພະຍາກອນຕໍ່ອີຢິບໃນບົດທີສາມສິບເອັດ, ຂໍ້ພຣະຄໍາຕອນທ້າຍໄດ້ກ່າວວ່າ: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ເຮົາໄດ້ເຮັດໃຫ້ບັນດາປະຊາຊາດສັ່ນສະທ້ານດ້ວຍສຽງແຫ່ງການລົ້ມຂອງລາວ ເມື່ອເຮົາໂຍນລາວລົງໄປສູ່ແດນຄົນຕາຍ ພ້ອມກັບບັນດາຜູ້ທີ່ລົງໄປສູ່ຫຼຸມເລິກ; ແລະບັນດາຕົ້ນໄມ້ແຫ່ງເອເດນ, ທີ່ຄັດສັນແລະດີທີ່ສຸດໃນເລບານອນ, ທຸກຕົ້ນທີ່ດື່ມນ້ຳ, ຈະໄດ້ຮັບການປອບໂຍນໃນສ່ວນເລິກແຫ່ງແຜ່ນດິນໂລກ. ພວກເຂົາກໍໄດ້ລົງໄປສູ່ແດນຄົນຕາຍພ້ອມກັບລາວເຖິງບັນດາຜູ້ທີ່ຖືກດາບສັງຫານ; ແລະບັນດາຜູ້ທີ່ເຄີຍເປັນແຂນກຳລັງຂອງລາວ, ຜູ້ທີ່ອາໄສຢູ່ໃຕ້ຮົ່ມຂອງລາວທ່າມກາງປະຊາຊາດທັງຫລາຍ. ໃນທ່າມກາງບັນດາຕົ້ນໄມ້ແຫ່ງເອເດນ ທ່ານຈະຖືກປຽບກັບຜູ້ໃດໃນສະຫງ່າລາສີແລະໃນຄວາມຍິ່ງໃຫຍ່? ແຕ່ເຖິງຢ່າງນັ້ນ ທ່ານຈະຖືກນຳລົງໄປພ້ອມກັບບັນດາຕົ້ນໄມ້ແຫ່ງເອເດນ ສູ່ສ່ວນເລິກແຫ່ງແຜ່ນດິນໂລກ; ທ່ານຈະນອນຢູ່ທ່າມກາງຄົນທີ່ບໍ່ໄດ້ຮັບພິທີຕັດ ພ້ອມກັບບັນດາຜູ້ທີ່ຖືກດາບສັງຫານ. ນີ້ແມ່ນຟາໂຣ ແລະບັນດາໝູ່ຊົນທັງໝົດຂອງລາວ, ພຣະອົງຜູ້ເປັນອົງພຣະຜູ້ເປັນເຈົ້າຕັດດັ່ງນີ້. ເອເຊກຽນ 31:16–18.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ໃນຄຳພະຍາກອນຕໍ່ຕ້ານອີຢິບໃນບົດທີສາມສິບສອງ ຂໍ້ພຣະຄຳຕອນທ້າຍໄດ້ກ່າວຊ້ຳແລະຂະຫຍາຍຄວາມຈາກບົດທີສາມສິບເອັດ ແລະລວມມີຖ້ອຍຄຳສະຫຼຸບຕອນທ້າຍທີ່ຂະໜານກັນດ້ວຍ.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ເພາະເຮົາໄດ້ໃຫ້ຄວາມຫວາດກົວຂອງເຮົາເກີດຂຶ້ນໃນແຜ່ນດິນແຫ່ງຄົນເປັນ; ແລະເຂົາຈະຖືກວາງໄວ້ໃນທ່າມກາງພວກທີ່ບໍ່ໄດ້ຮັບພິທີຕັດປາຍດ້ວຍກັນກັບພວກທີ່ຖືກປະຫານດ້ວຍດາບ, ຄືຟາໂຣ ແລະບັນດາຝູງຊົນທັງໝົດຂອງເຂົາ, ພຣະອົງພຣະເຈົ້າອົງພຣະຜູ້ເປັນເຈົ້າຕັດດັ່ງນີ້. ເອເຊກຽນ 32:32.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ສິບເຈັດປີແຫ່ງບົດທີຊາວເກົ້າ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ວັນທີທັງຫຼາຍທີ່ຢູ່ໃນຊ່ວງເວລາສິບເຈັດປີ ທີ່ຖືກເປັນພາບແທນໄວ້ໃນບົດທີຊາວເກົ້າ ຊີ້ບອກເຖິງການທີ່ເນບູຄາດເນັດຊາໄດ້ພິຊິດເອຢິບ, ແລະເຖິງຊ່ວງເວລາສີ່ສິບປີແຫ່ງຄວາມເປົ່າຮ້າງຂອງເອຢິບ. ສີ່ສິບເປັນພາບແທນຂອງຖິ່ນທຸລະກັນດານ, ອັນເປັນສັນຍາລັກເຖິງໜຶ່ງພັນປີທີ່ໂລກຢູ່ໃນຄວາມເປົ່າຮ້າງ.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ຂ້າພະເຈົ້າໄດ້ເບິ່ງແຜ່ນດິນໂລກ, ແລະ ດູເຖີດ, ມັນປາດສະຈາກຮູບຮ່າງ ແລະ ວ່າງເປົ່າ; ແລະຟ້າສະຫວັນ, ແລະມັນບໍ່ມີແສງສະຫວ່າງ. ຂ້າພະເຈົ້າໄດ້ເບິ່ງພູເຂົາທັງຫລາຍ, ແລະ ດູເຖີດ, ພວກມັນສັ່ນສະເທືອນ, ແລະເນີນທັງປວງເຄື່ອນໄຫວຢ່າງແຜ່ວເບົາ. ຂ້າພະເຈົ້າໄດ້ເບິ່ງ, ແລະ ດູເຖີດ, ບໍ່ມີມະນຸດເລີຍ, ແລະນົກທັງປວງໃນຟ້າສະຫວັນໄດ້ບິນໜີໄປໝົດ. ຂ້າພະເຈົ້າໄດ້ເບິ່ງ, ແລະ ດູເຖີດ, ສະຖານທີ່ອັນອຸດົມສົມບູນກາຍເປັນຖິ່ນກັນດານ, ແລະເມືອງທັງປວງຂອງມັນຖືກທຳລາຍລົງຕໍ່ໜ້າພຣະພັກຂອງອົງພຣະຜູ້ເປັນເຈົ້າ, ແລະໂດຍຄວາມພິໂລດອັນຮ້າຍແຮງຂອງພຣະອົງ. ເພາະອົງພຣະຜູ້ເປັນເຈົ້າໄດ້ກ່າວໄວ້ດັ່ງນີ້ວ່າ, ແຜ່ນດິນທັງໝົດຈະເປັນທີ່ຮ້າງເປົ່າ; ແຕ່ເຮົາຈະບໍ່ທຳໃຫ້ເຖິງທີ່ສຸດເສຍທີດຽວ. Jeremiah 4:23–27.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ໃນທ້າຍຂອງສີ່ສິບປີແຫ່ງຄວາມຮ້າງເປົ່າຂອງອີຢິບໃນເອເຊກຽນ ບົດທີ 29, ການຟື້ນຄືນຊີວິດຄັ້ງສຸດທ້າຍຂອງຄົນອະທຳ ແລະການທຳລາຍຢ່າງສິ້ນສຸດຂອງເຂົາທັງຫຼາຍ ໄດ້ຖືກສະແດງໄວ້.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ຄວາມຢ້ານກົວ, ແລະ ຫຸບເຫວ, ແລະ ບ້ວງແຮ້ວ, ຢູ່ເໜືອເຈົ້າ, ໂອ ຜູ້ອາໄສຢູ່ແຫ່ງແຜ່ນດິນໂລກ. ແລະ ຈະເປັນມາວ່າ, ຜູ້ໃດທີ່ຫລົບໜີຈາກສຽງແຫ່ງຄວາມຢ້ານກົວ ຈະຕົກລົງໃນຫຸບເຫວ; ແລະ ຜູ້ໃດທີ່ຂຶ້ນມາຈາກທ່າມກາງຫຸບເຫວ ຈະຖືກຈັບໃນບ້ວງແຮ້ວ: ເພາະວ່າປ່ອງຟ້າຈາກເບື້ອງເທິງໄດ້ເປີດອອກ, ແລະ ຮາກຖານແຫ່ງແຜ່ນດິນໂລກກໍສັ່ນສະເທືອນ. ແຜ່ນດິນໂລກແຕກພັງລົງຢ່າງສິ້ນເຊີງ, ແຜ່ນດິນໂລກລະລາຍໄປຢ່າງໝົດສິ້ນ, ແຜ່ນດິນໂລກຖືກໂຄນໄຫວຢ່າງຮຸນແຮງ. ແຜ່ນດິນໂລກຈະໂຊເຊໄປມາເໝືອນຄົນເມົາ, ແລະ ຈະຖືກເຄື່ອນຍ້າຍໄປເໝືອນກະຕ່ອມ; ແລະ ການລະເມີດຂອງມັນຈະໜັກຢູ່ເທິງມັນ; ແລະ ມັນຈະລົ້ມລົງ ແລະ ຈະບໍ່ລຸກຂຶ້ນອີກ. ແລະ ຈະເປັນມາໃນວັນນັ້ນວ່າ, ອົງພຣະຜູ້ເປັນເຈົ້າຈະລົງໂທດກອງທັບແຫ່ງຜູ້ສູງສົ່ງທີ່ຢູ່ໃນທີ່ສູງ, ແລະ ບັນດາກະສັດແຫ່ງແຜ່ນດິນໂລກທີ່ຢູ່ເທິງແຜ່ນດິນໂລກ. ແລະ ພວກເຂົາຈະຖືກຮວບຮວມເຂົ້າດ້ວຍກັນ, ເໝືອນດັ່ງນັກໂທດຖືກຮວບຮວມໄວ້ໃນຫຸບເຫວ, ແລະ ຈະຖືກປິດຂັງໄວ້ໃນຄຸກ, ແລະ ພາຍຫລັງຫລາຍວັນ ພວກເຂົາຈະຖືກຢ້ຽມຢາມ. ເອຊາຢາ 24:17–22.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ຂ່າວສານຂອງເອເຊກຽນ ທີ່ຖືກຮວບຮວມເຂົ້າດ້ວຍວັນທີຫົກວັນທີ່ກ່ຽວພັນກັບອີຢິບ ກໍາລັງຊີ້ໃຫ້ເຫັນການທໍາລາຍໃນທີ່ສຸດຂອງອໍານາດມັງກອນແຫ່ງໂລກ ຊຶ່ງເລີ່ມຕົ້ນຂຶ້ນໃນກົດໝາຍວັນອາທິດທີ່ຈະມາໃນໄວໆນີ້ ແລະດໍາເນີນຕໍ່ໄປຈົນເຖິງການທໍາລາຍຂັ້ນສຸດທ້າຍຂອງຊາວອີຢິບຄົນຊົ່ວຮ້າຍໃນຕອນສິ້ນສຸດຂອງພັນປີ.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ໃນຄຳພະຍານແຫ່ງຄຳພະຍາກອນ ສັດຮ້າຍແລະຜູ້ພະຍາກອນປອມໄດ້ເຖິງຈຸດຈົບຂອງພວກມັນທີ່ບຶງໄຟ ຊຶ່ງເປັນຕົວແທນຂອງການສະເດັດມາຄັ້ງທີສອງຂອງພຣະຄຣິດ ແຕ່ການທຳລາຍໃນບຶງໄຟຂອງອຳນາດແຫ່ງມັງກອນນັ້ນຈະເກີດຂຶ້ນໃນຕອນທ້າຍຂອງພັນປີ.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ແລະສັດຮ້າຍນັ້ນຖືກຈັບ, ແລະພ້ອມກັບມັນມີຜູ້ພະຍາກອນເທັດ ຜູ້ທີ່ໄດ້ເຮັດການອັດສະຈັນຕໍ່ໜ້າມັນ, ຊຶ່ງໂດຍການອັດສະຈັນນັ້ນລາວໄດ້ຫລອກລວງບັນດາຜູ້ທີ່ໄດ້ຮັບເຄື່ອງໝາຍຂອງສັດຮ້າຍ ແລະບັນດາຜູ້ທີ່ນະມັດສະການຮູບຂອງມັນ. ທັງສອງນີ້ຖືກໂຍນລົງທັງເປັນເຂົ້າໄປໃນບຶງໄຟທີ່ລຸກໄໝ້ດ້ວຍກຳມະຖັນ. ແລະຄົນທີ່ເຫຼືອຢູ່ນັ້ນຖືກຂ້າດ້ວຍດາບຂອງພຣະອົງຜູ້ປະທັບເທິງມ້າ, ຊຶ່ງດາບນັ້ນອອກມາຈາກພຣະໂອດຂອງພຣະອົງ; ແລະນົກທັງປວງກໍອີ່ມດ້ວຍເນື້ອຂອງເຂົາເຫຼົ່ານັ້ນ. ພຣະນິມິດ 19:20, 21.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ສັດຮ້າຍ ແລະ ຜູ້ພະຍາກອນປອມສິ້ນສຸດລົງໃນທາງພະຍາກອນໃນການສະເດັດກັບມາຄັ້ງທີສອງຂອງພຣະຄຣິດ, ແຕ່ມັງກອນໄດ້ພົບຈຸດຈົບຂອງມັນໃນອີກໜຶ່ງພັນປີຕໍ່ມາ ໃນການສະເດັດກັບມາຄັ້ງທີສາມຂອງພຣະຄຣິດ.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ແລະຂ້າພະເຈົ້າໄດ້ເຫັນທູດສະຫວັນອົງໜຶ່ງລົງມາແຕ່ສະຫວັນ ມີກຸນແຈແຫ່ງຫຼຸມເລິກສຸດ ແລະມີໂສ້ໃຫຍ່ເສັ້ນໜຶ່ງຢູ່ໃນມືຂອງທ່ານ. ແລະທ່ານໄດ້ຈັບພະຍານາກນັ້ນ ຄືງູເກົ່າແກ່ນັ້ນ ຜູ້ທີ່ເປັນພະຍາມານ ແລະຊາຕານ ແລະຜູກມັດມັນໄວ້ພັນປີ, ແລະໂຍນມັນລົງໃນຫຼຸມເລິກສຸດ ແລະປິດຂັງມັນໄວ້ ແລະປະທັບຕາເທິງມັນ ເພື່ອວ່າມັນຈະບໍ່ລໍ້ລວງບັນດາປະຊາຊາດອີກຕໍ່ໄປ ຈົນກວ່າພັນປີນັ້ນຈະຄົບຖ້ວນ; ແລະຫຼັງຈາກນັ້ນ ມັນຈະຕ້ອງຖືກປ່ອຍອອກໄປຊົ່ວລະຍະໜຶ່ງ. ພຣະນິມິດ 20:1–3.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ປີທີສິບເອັດ ແລະ ປີທີສິບສອງ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ຊ່ວງເວລາ “ສິບເຈັດ” ປີທີ່ຖືກກຳນົດໄວ້ໃນສອງວັນທີຂອງເອເຊກຽນ ບົດ 29 ໄດ້ເລີ່ມຕົ້ນໃນປີທີສິບແຫ່ງການເປັນເຊີຍ ແລະໄດ້ສິ້ນສຸດລົງໃນປີທີຊາວເຈັດ. ຂ່າວສານໃນບົດ 30 ແລະ 31 ໄດ້ຖືກປະກາດໃນປີທີສິບເອັດ, ແລະສອງວັນທີທີ່ຖືກກຳນົດໄວ້ໃນບົດ 32 ໄດ້ຖືກໃຫ້ໃນປີທີສິບສອງແຫ່ງການເປັນເຊີຍ. ຊ່ວງເວລາສິບເຈັດປີທີ່ເລີ່ມຂຶ້ນໃນປີທີສິບ, ໂດຍປະມານໃນຕອນຕົ້ນຂອງການລ້ອມນະຄອນເຢຣູຊາເລັມ, ໄດ້ຖືກຕິດຕາມມາດ້ວຍຂ່າວສານສອງປະການກ່ຽວກັບອີຢິບໃນປີທີສິບເອັດ ຊຶ່ງຖືກບັນທຶກໄວ້ໃນບົດ 30 ແລະ 31. ເມື່ອພິຈາລະນາຮ່ວມກັນ, ຂ່າວສານສອງປະການໃນປີທີສິບເອັດນີ້ເປັນຕົວແທນຂອງຂ່າວສານໜຶ່ງທີ່ຢູ່ກ່ອນໜ້າກົດໝາຍວັນອາທິດເລັກນ້ອຍ. ສ່ວນຂ່າວສານອີກສອງປະການກ່ຽວກັບອີຢິບໃນປີທີສິບສອງ ໄດ້ເກີດຂຶ້ນໃນເວລາ ຫຼື ພາຍຫຼັງໄມ່ດົນຈາກການທຳລາຍນະຄອນເຢຣູຊາເລັມໃນປີ 586/585 ກ່ອນ ຄ.ສ.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ຂ່າວສານເລື່ອງການສະເດັດມາຂອງພຣະຄຣິດ ຖືກປະກາດເປັນສ່ວນໜຶ່ງຂອງຂ່າວສານສຽງຮ້ອງຍາມທ່ຽງຄືນ ຊຶ່ງປ່ຽນໄປເປັນຂ່າວສານສຽງຮ້ອງດັງໃນເວລາມີກົດໝາຍວັນອາທິດ. ຂ່າວສານສອງຢ່າງຂອງອີຢິບຖືກປະກາດກ່ອນກົດໝາຍວັນອາທິດ ແລະ ຂ່າວສານສອງຢ່າງຂອງອີຢິບຖືກປະກາດໃນເວລາມີກົດໝາຍວັນອາທິດ ຫຼື ທັນທີຫຼັງຈາກນັ້ນ. ການຊ້ຳສອງຂອງຂ່າວສານທີ່ຖືກປະທານໃນປີດຽວກັນ ໃນລະຫວ່າງການປິດລ້ອມທີ່ສິ້ນສຸດລົງໃນການທຳລາຍເຢຣູຊາເລັມ ແລະ ຂ່າວສານອີກສອງຢ່າງໃນເວລາມີກົດໝາຍວັນອາທິດ ເປັນແບບຢ່າງຂອງຂ່າວສານທູດສະຫວັນອົງທີສອງ ບ່ອນທີ່ມີການຊ້ຳສອງຢູ່ສະເໝີ.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ຂ່າວສານປະການທີສອງຍ່ອມຖືກຕາມມາດ້ວຍຂ່າວສານປະການທີສາມສະເໝີ.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“ດ້ວຍປາກກາແລະດ້ວຍສຽງ ພວກເຮົາຕ້ອງປະກາດຄຳປ່າວຮ້ອງນັ້ນ ໂດຍສະແດງລຳດັບຂອງມັນ ແລະການນຳໃຊ້ຂອງຄຳພະຍາກອນທັງຫຼາຍທີ່ນຳພາພວກເຮົາໄປສູ່ຂ່າວສານຂອງທູດສະຫວັນອົງທີສາມ. ຈະມີອົງທີສາມບໍ່ໄດ້ ຖ້າບໍ່ມີອົງທີໜຶ່ງແລະອົງທີສອງກ່ອນ. ຂ່າວສານເຫຼົ່ານີ້ ພວກເຮົາຕ້ອງນຳສົ່ງໃຫ້ໂລກ ຜ່ານທາງສິ່ງພິມ ແລະໃນການບັນຍາຍທັງຫຼາຍ ໂດຍສະແດງຕາມແນວປະຫວັດສາດແຫ່ງຄຳພະຍາກອນ ເຖິງສິ່ງທັງຫຼາຍທີ່ໄດ້ເກີດຂຶ້ນແລ້ວ ແລະສິ່ງທັງຫຼາຍທີ່ຈະເກີດຂຶ້ນ.” Selected Messages, book 2, 104, 105.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ໃນຂ່າວສານທີສາມ ປະຕູແຫ່ງໂອກາດແຫ່ງການກັບໃຈຖືກປິດລົງ. ໂອກາດແຫ່ງການກັບໃຈສິ້ນສຸດລົງສໍາລັບສະຫະລັດອາເມລິກາໃນເວລາມີກົດໝາຍວັນອາທິດ ແລະໂອກາດແຫ່ງການກັບໃຈສິ້ນສຸດລົງສໍາລັບໂລກເມື່ອ Michael ລຸກຂຶ້ນ. ປະຕູທີ່ຖືກປິດທັງສອງນີ້ເປັນຕົວແທນຂອງຂ່າວສານທີສາມ ຊຶ່ງຖືກນໍາໜ້າຢູ່ສະເໝີໂດຍຂ່າວສານທີສອງ ຊຶ່ງເປັນຂ່າວສານສອງຊັ້ນຢູ່ສະເໝີ.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ການປະທານອຳນາດແກ່ທູດສະຫວັນອົງທີສອງ ສຳເລັດຂຶ້ນເມື່ອມັນໄດ້ຖືກຮ່ວມເຂົ້າກັບຂ່າວສານແຫ່ງສຽງຮ້ອງເວລາທ່ຽງຄືນ. ຂ່າວສານສອງປະການທີ່ໄດ້ປະກາດແກ່ມະນຸດຊາດ ດັ່ງທີ່ຖືກເປັນຕົວແທນໂດຍຄຳພະຍາກອນຂອງເອເຊກຽນທີ່ມີຕໍ່ອີຢິບໃນບົດທີສາມສິບ ແລະ ສາມສິບເອັດ ຊີ້ບອກໃຫ້ຮູ້ວ່າເມື່ອໃດຂ່າວສານແຫ່ງສຽງຮ້ອງເວລາທ່ຽງຄືນໄດ້ເຂົ້າຮ່ວມກັບທູດສະຫວັນອົງທີສອງ, ແລະ ຂ່າວສານສອງປະການໃນບົດທີສາມສິບສອງ ກຳລັງຊີ້ບອກເຖິງການປະທານອຳນາດແກ່ທູດສະຫວັນອົງທີສາມໃນສຽງຮ້ອງດັງ.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ວົງລໍ້ຂອງເອເຊກຽນໃນການປະສານກັນຢ່າງສັບຊ້ອນຂອງເຫດການມະນຸດ ຊີ້ບອກຄຳເຕືອນສຸດທ້າຍສຳລັບມະນຸດຊາດ ຊຶ່ງກໍຄືຄຳເຕືອນຂອງທູດສະຫວັນອົງທີສາມ ແລະທູດສະຫວັນອົງທີສາມນັ້ນປະກອບຂຶ້ນຈາກຄຳເຕືອນຂອງທູດສະຫວັນອົງທຳອິດ ແລະອົງທີສອງ. ສຽງຮ້ອງຍາມທ່ຽງຄືນກ່ອນກົດໝາຍວັນອາທິດ ແລະສຽງຮ້ອງອັນດັງຫຼັງຈາກກົດໝາຍວັນອາທິດ ໄດ້ຖືກເປັນຕົວແທນໂດຍວັນທີທັງສີ່ຂອງເອເຊກຽນ ຊຶ່ງຕົກຢູ່ພາຍໃນຊ່ວງ “ສິບເຈັດ” ປີຂອງວັນທີ alpha ແລະ omega ໃນບົດທີຊາວເກົ້າ ອັນສອດຄ່ອງກັບປະຫວັດສາດທີ່ເຊື່ອງໄວ້ຂອງດານີເອນ 11:40 ດັ່ງທີ່ໄດ້ຖືກເປັນຕົວແທນໃນຂໍ້ 11 ຫາ 16 ຂອງບົດດຽວກັນ.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ໃນພຣະທຳດານີເອນ ບົດທີສິບ, ດານີເອນ, ເຊັ່ນດຽວກັບເອເຊກີເອນ, ໄດ້ຖືກເຮັດໃຫ້ເປັນໃບ້. ຄວາມເປັນໃບ້ຂອງດານີເອນເກີດຂຶ້ນໃນລະຫວ່າງການສຳພັດສາມຄັ້ງ; ການສຳພັດຄັ້ງທຳອິດແລະຄັ້ງທີສາມມາຈາກທູດສະຫວັນກາບຣີເອນ ແລະການສຳພັດຄັ້ງກາງແມ່ນການສຳພັດຂອງພຣະຄຣິດ. ດານີເອນ, ເຊັ່ນດຽວກັບເປໂຕໃນຊ່ວງລະຫວ່າງ Caesarea-Philippi ແລະໄມ້ກາງແຂນ, ຢູ່ໃນທ່າມກາງ. ໃນທ່າມກາງນັ້ນ ເປໂຕໄດ້ເຫັນພຣະຄຣິດຜູ້ຊົງຮັບພຣະສິຣິ, ເຊັ່ນດຽວກັບທີ່ດານີເອນໄດ້ເຫັນໃນບົດທີສິບ. ທູດສະຫວັນອົງກາງໃນບັນດາສາມອົງແມ່ນຂ່າວສານທີສອງ, ຊຶ່ງເປັນການປະສົມກັນຂອງສອງຂ່າວສານ.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ວັນທີ 5 ຂອງເດືອນທີ 4 ແລະ 1844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 ເອເຊກຽນ ບົດທີ 1, ຂໍ້ 1 ແລະ 2, ເອເຊກຽນຢູ່ໃນວັນທີຫ້າຂອງເດືອນທີສີ່, ຊຶ່ງສອດຄ້ອງກັບຈຸດກາງຂອງການເຄື່ອນໄຫວເດືອນທີເຈັດໃນປີ 1844. ເອເຊກຽນຢູ່ໃນກາງທາງລະຫວ່າງວັນທີ 19 ເມສາ ແລະ ວັນທີ 22 ຕຸລາ 1844, ເຊັ່ນດຽວກັນກັບ ຊາມູເອນ ສະໂນ, ຜູ້ສານແຫ່ງສຽງຮ້ອງເວລາທ່ຽງຄືນໃນປີ 1844, ເມື່ອທ່ານໄດ້ນໍາສະເໜີທັດສະນະທີ່ຊັດແຈ້ງຄັ້ງທໍາອິດຂອງຂ່າວສານນັ້ນໃນເມືອງ Boston, 93 ວັນຫຼັງຈາກວັນທີ 19 ເມສາ ແລະ 93 ວັນກ່ອນທີ່ປະຕູຈະປິດລົງໃນວັນທີ 22 ຕຸລາ 1844. ຊາມູເອນ ສະໂນ ຢູ່ໃນເມືອງ Boston ໃນວັນທີ 21 ກໍລະກົດ 1844, ຢູ່ກາງການເຄື່ອນໄຫວເດືອນທີເຈັດ, ໂດຍບໍ່ຮູ້ວ່າທ່ານກໍາລັງຢືນຢູ່ທາງຄໍາພະຍາກອນຄຽງຂ້າງເປໂຕຢູ່ເທິງພູການປ່ຽນຮູບ, ຄຽງຂ້າງເອເຊກຽນໃນປີທີສາມສິບຂອງຮອບຢູບີລີທີສິບເຈັດ, ແລະຄຽງຂ້າງການສໍາພັດຄັ້ງທີສອງຂອງດານີເອນໃນນິມິດກະຈົກສ່ອງແຫ່ງບົດທີ 10. ປີ 2026 ເປັນຕົວແທນຂອງປີທີສີ່ສິບເຈັດຂອງຮອບຢູບີລີທີເຈັດສິບ ຊຶ່ງຈະສິ້ນສຸດລົງໃນປີ 2028.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ເມືອງໄທໂຣ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ກ່ອນທີ່ເຮົາຈະກັບໄປພິຈາລະນາການກຳນົດວັນເວລາຂອງການກ່າວເຖິງເຢຣູຊາເລັມທັງຫົກຄັ້ງຂອງ Ezekiel, ພວກເຮົາຄວນຈະລະບຸວັນເວລາອັນໜຶ່ງກ່ອນ ຊຶ່ງໄດ້ຖືກປະກາດຕໍ່ສູ້ກັບ Tyre.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ແລະໃນປີທີສິບເອັດ ໃນວັນທີໜຶ່ງແຫ່ງເດືອນນັ້ນ ພຣະວັດຈະນະຂອງພຣະຢາເວໄດ້ມາເຖິງຂ້າພະເຈົ້າ ວ່າ, ບຸດແຫ່ງມະນຸດເອີຍ, ເພາະວ່າເມືອງໄທເຣໄດ້ກ່າວຕໍ່ຕ້ານເຢຣູຊາເລັມວ່າ, ອ້າຮາ, ນາງຜູ້ເປັນປະຕູຂອງບັນດາຊົນຊາດນັ້ນຖືກທຳລາຍແລ້ວ; ນາງຫັນມາຫາຂ້ອຍແລ້ວ; ບັດນີ້ເມື່ອນາງຖືກເຮັດໃຫ້ຮ້າງເປົ່າ ຂ້ອຍຈະໄດ້ຮັບຄວາມບໍລິບູນ; ເພາະສະນັ້ນ ອົງພຣະຜູ້ເປັນເຈົ້າຕັດດັ່ງນີ້ວ່າ, ຈົ່ງເບິ່ງ, ໂອ ໄທເຣເອີຍ, ເຮົາຢູ່ຕໍ່ຕ້ານເຈົ້າ ແລະຈະໃຫ້ຫຼາຍປະຊາຊາດຂຶ້ນມາຕໍ່ສູ້ເຈົ້າ ດັ່ງທະເລເຮັດໃຫ້ຄື້ນຂອງມັນຊັດຂຶ້ນມາ. ແລະພວກເຂົາຈະທຳລາຍກຳແພງຂອງໄທເຣ ແລະພັງທະລາຍຫໍຄອຍຂອງນາງ; ເຮົາຈະຂູດເອົາຝຸ່ນດິນຂອງນາງອອກຈາກນາງດ້ວຍ ແລະຈະເຮັດໃຫ້ນາງເປັນເໝືອນຍອດຫີນເປົ່າ. ນາງຈະເປັນບ່ອນສຳລັບການຕາກແຫຂອງຊາວປະມົງຢູ່ກາງທະເລ; ເພາະເຮົາໄດ້ກ່າວແລ້ວ ອົງພຣະຜູ້ເປັນເຈົ້າກ່າວດັ່ງນັ້ນ: ແລະນາງຈະກາຍເປັນເຫຍື່ອປົ້ນຂອງບັນດາປະຊາຊາດ. ແລະບັນດາບຸດສາວຂອງນາງທີ່ຢູ່ໃນທົ່ງນາຈະຖືກຟັນດ້ວຍດາບ; ແລະພວກເຂົາຈະຮູ້ວ່າ ເຮົາຄືພຣະຢາເວ. ເພາະອົງພຣະຜູ້ເປັນເຈົ້າຕັດດັ່ງນີ້ວ່າ, ຈົ່ງເບິ່ງ, ເຮົາຈະນຳເນບູກາດເນັດຊາ ກະສັດແຫ່ງບາບີໂລນ ຜູ້ເປັນກະສັດເໜືອບັນດາກະສັດ ມາເໜືອໄທເຣຈາກທິດເໜືອ ພ້ອມດ້ວຍມ້າ ແລະລົດຮົບ ແລະພົນມ້າ ແລະກອງທັບ ແລະປະຊາຊົນເປັນອັນຫຼາຍ.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ເຂົາຈະຂ້າບັນດາບຸດສາວຂອງເຈົ້າໃນທົ່ງນາດ້ວຍດາບ; ແລະເຂົາຈະສ້າງປ້ອມລ້ອມເຈົ້າ, ແລະຖົມຄັນດິນຕໍ່ສູ້ເຈົ້າ, ແລະຍົກໂລ່ຂຶ້ນຕໍ່ສູ້ເຈົ້າ. ແລະເຂົາຈະຕັ້ງເຄື່ອງສົງຄາມເຂົ້າປະຈັນກຳແພງຂອງເຈົ້າ, ແລະດ້ວຍຂວານຂອງເຂົາ ເຂົາຈະທຳລາຍຫໍຄອຍຂອງເຈົ້າໃຫ້ພັງລົງ. ເນື່ອງຈາກມ້າຂອງເຂົາມີຈຳນວນຫຼວງຫຼາຍ ຝຸ່ນທີ່ຟຸ້ງຈາກພວກມັນຈະປົກຄຸມເຈົ້າ; ກຳແພງຂອງເຈົ້າຈະສັ່ນສະເທືອນດ້ວຍສຽງຂອງພວກຄົນຂີ່ມ້າ, ແລະຂອງລໍ້, ແລະຂອງລົດຮົບ, ເມື່ອເຂົາຈະເຂົ້າມາທາງປະຕູຂອງເຈົ້າ ດັ່ງຄົນທັງຫຼາຍເຂົ້າໄປໃນເມືອງທີ່ຖືກຕີຊ່ອງໂວ່ໄວ້ແລ້ວ. ດ້ວຍກີບຕີນມ້າຂອງເຂົາ ເຂົາຈະຢຽບຍ່ຳຖະໜົນທັງປວງຂອງເຈົ້າ; ເຂົາຈະຂ້າປະຊາຊົນຂອງເຈົ້າດ້ວຍດາບ, ແລະກອງທະຫານອັນແຂງແຮງຂອງເຈົ້າຈະລົ້ມລົງເຖິງດິນ. ແລະພວກເຂົາຈະປຸ້ນເອົາຄວາມຮັ່ງມີຂອງເຈົ້າ, ແລະຍຶດເອົາສິນຄ້າຂອງເຈົ້າເປັນເຫຍື່ອ; ແລະພວກເຂົາຈະທຳລາຍກຳແພງຂອງເຈົ້າ, ແລະທຳລາຍເຮືອນອັນງາມວິໄລຂອງເຈົ້າ; ແລະພວກເຂົາຈະໂຍນກ້ອນຫີນຂອງເຈົ້າ ແລະໄມ້ຂອງເຈົ້າ ແລະຝຸ່ນຂອງເຈົ້າລົງໄປໃນທ່າມກາງນ້ຳ. ແລະເຮົາຈະກະທຳໃຫ້ສຽງເພງຂອງເຈົ້າສິ້ນສຸດລົງ; ແລະຈະບໍ່ໄດ້ຍິນສຽງພິນຂອງເຈົ້າອີກຕໍ່ໄປ. ແລະເຮົາຈະກະທຳໃຫ້ເຈົ້າເປັນດັ່ງຍອດຫີນ; ເຈົ້າຈະເປັນບ່ອນສຳລັບຕາກອວນ; ເຈົ້າຈະບໍ່ຖືກສ້າງຂຶ້ນອີກຕໍ່ໄປ; ເພາະເຮົາຄືພຣະຢາເວໄດ້ກ່າວໄວ້ແລ້ວ, ພຣະອົງພຣະເຈົ້າອົງສູງສຸດຕັດດັ່ງນີ້.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ດັ່ງນີ້ອົງພຣະຜູ້ເປັນເຈົ້າຕັດກັບເມືອງຕີໂລວ່າ: ບັນດາເກາະທັງຫລາຍຈະບໍ່ສັ່ນສະເທືອນດອກຫລື ເມື່ອໄດ້ຍິນສຽງແຫ່ງການລົ້ມຂອງເຈົ້າ ເມື່ອຄົນບາດເຈັບຮ້ອງຄາງ ເມື່ອການສັງຫານເກີດຂຶ້ນຢູ່ທ່າມກາງເຈົ້າ? ແລ້ວບັນດາເຈົ້ານາຍແຫ່ງທະເລທັງປວງຈະລົງມາຈາກບັນລັງຂອງຕົນ ຈະປົດເສື້ອຄຸມຂອງຕົນອອກ ແລະຖອດເສື້ອຜ້າປັກລາຍຂອງຕົນອອກ; ພວກເຂົາຈະນຸ່ງຫົ່ມຕົນເອງດ້ວຍຄວາມສັ່ນສະທ້ານ; ພວກເຂົາຈະນັ່ງລົງເທິງພື້ນດິນ ແລະຈະສັ່ນສະເທືອນຢູ່ທຸກຂະນະ ແລະຈະຕົກຕະລຶງເພາະເຈົ້າ. ແລະພວກເຂົາຈະຍົກຄຳຄ່ຳຄວນຂຶ້ນເພື່ອເຈົ້າ ແລະຈະກ່າວແກ່ເຈົ້າວ່າ, ເຈົ້າຖືກທຳລາຍໄປແນວໃດໜໍ, ເມືອງທີ່ພວກຄົນທ່ອງທະເລອາໄສຢູ່, ນະຄອນອັນມີຊື່ສຽງ, ຊຶ່ງເຄີຍເຂັ້ມແຂງຢູ່ໃນທະເລ, ທັງນາງແລະຊາວເມືອງຂອງນາງ, ຜູ້ຊຶ່ງເຮັດໃຫ້ຄວາມນ່າຫວາດກົວຂອງຕົນຕົກເໜືອບັນດາຜູ້ທີ່ອາໄສຢູ່ທີ່ນັ້ນ! ບັດນີ້ບັນດາເກາະທັງຫລາຍຈະສັ່ນສະເທືອນໃນວັນແຫ່ງການລົ້ມຂອງເຈົ້າ; ແມ່ນແທ້, ບັນດາເກາະທີ່ຢູ່ໃນທະເລຈະຫວັ່ນໄຫວເພາະການຈາກໄປຂອງເຈົ້າ. ເພາະອົງພຣະຜູ້ເປັນເຈົ້າຕັດດັ່ງນີ້ວ່າ; ເມື່ອເຮົາຈະເຮັດໃຫ້ເຈົ້າເປັນເມືອງຮ້າງເປົ່າ ເໝືອນດັ່ງບັນດາເມືອງທີ່ບໍ່ມີຄົນອາໄສ; ເມື່ອເຮົາຈະໃຫ້ນ້ຳເລິກຖາໂຖມຂຶ້ນມາເທິງເຈົ້າ ແລະນ້ຳຫລວງຫລາຍຈະປົກຄຸມເຈົ້າ; ເມື່ອເຮົາຈະນຳເຈົ້າລົງໄປພ້ອມກັບພວກທີ່ລົງໄປສູ່ຫລຸມເລິກ ພ້ອມກັບຊົນຊາດໃນສະໄໝບູຮານ ແລະຈະຕັ້ງເຈົ້າໄວ້ໃນບ່ອນຕ່ຳແຫ່ງແຜ່ນດິນໂລກ ໃນສະຖານທີ່ຮ້າງເປົ່າມາແຕ່ບູຮານ ກັບພວກທີ່ລົງໄປສູ່ຫລຸມເລິກ ເພື່ອວ່າເຈົ້າຈະບໍ່ມີຄົນອາໄສອີກ; ແລະເຮົາຈະສະຖາປະນາສະຫງ່າລາສີໄວ້ໃນແຜ່ນດິນຂອງຄົນມີຊີວິດ; ເຮົາຈະເຮັດໃຫ້ເຈົ້າເປັນສິ່ງນ່າສະພຶງກົວ ແລະເຈົ້າຈະບໍ່ມີອີກຕໍ່ໄປ: ເຖິງແມ່ນຈະມີການຊອກຫາເຈົ້າ ແຕ່ເຈົ້າກໍຈະບໍ່ຖືກພົບອີກເປັນນິດ, ອົງພຣະຜູ້ເປັນເຈົ້າຕັດດັ່ງນັ້ນ. ເອເຊກຽນ 26:1–21.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ຂໍ້ຄວາມເກືອບກັບເມືອງຕີເຣ ໄດ້ຖືກປະກາດໃນປີທີ່ເຢຣູຊາເລັມຖືກທຳລາຍ ແລະມັນເປັນຕົວແທນແຫ່ງການລົ້ມລ້າງຂອງອານາຈັກທີຫົກໃນຄຳພະຍາກອນພຣະຄຳພີ ໃນກົດວັນອາທິດທີ່ກຳລັງຈະມາເຖິງໃນໄວໆນີ້. ໃນກົດວັນອາທິດນັ້ນ, ສະຫະລັດອາເມຣິກາ (ຕີເຣ) ໃນຄວາມໝາຍເຊິງຄຳພະຍາກອນ ຊື່ນຊົມຍິນດີ ເພາະມັນໄດ້ໂຄ່ນລົ້ມເຢຣູຊາເລັມ ຊຶ່ງຊິດສະເຕີ ໄວທ໌ ໄດ້ລະບຸວ່າແມ່ນຄຣິສຕະຈັກ Seventh-day Adventist ແຫ່ງລາໂອດີເຊຍ ຊຶ່ງເອເຊກຽນເອີ້ນວ່າ “ປະຕູຂອງປະຊາຊົນ.” ຕີເຣລະບຸວ່າ ເຢຣູຊາເລັມ “ເຄີຍເປັນ” ປະຕູຂອງປະຊາຊົນ ໃນຮູບການໃຊ້ອະດີດການ. “ປະຕູ” ໃນຄວາມໝາຍເຊິງຄຳພະຍາກອນ ຄື ຄຣິສຕະຈັກ.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ແລະລາວກໍຢ້ານກົວ ແລະກ່າວວ່າ, ສະຖານທີ່ນີ້ໜ້າສະພຶງກົວເຫຼືອເກີນ! ທີ່ນີ້ບໍ່ແມ່ນອື່ນໃດນອກຈາກພຣະນິເວດຂອງພຣະເຈົ້າ, ແລະທີ່ນີ້ແມ່ນປະຕູແຫ່ງສະຫວັນ. ແລະຢາໂຄບໄດ້ລຸກຂຶ້ນແຕ່ເຊົ້າຕູ່, ແລະໄດ້ເອົາກ້ອນຫີນທີ່ລາວໄດ້ໃຊ້ໜູນສີສະຂອງຕົນ, ແລະຕັ້ງມັນຂຶ້ນເປັນເສົາລະນຶກ, ແລະເທນ້ຳມັນລົງເທິງຍອດຂອງມັນ. ແລະລາວໄດ້ເອີ້ນຊື່ສະຖານທີ່ນັ້ນວ່າ ເບັດເອນ: ແຕ່ເດີມຊື່ຂອງເມືອງນັ້ນເອີ້ນວ່າ ລູດ. ປະຖົມມະການ 28:17–19.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ຄໍາວ່າ “Bethel” ໝາຍເຖິງ ເຮືອນຂອງພຣະເຈົ້າ, ແລະ ເມືອງ Tyre ຊື່ນຊົມຍິນດີວ່າຕົນໄດ້ບັງຄັບໃຫ້ຄຣິດຕະຈັກ Seventh-day Adventist ຝ່າຍ Laodicea ຍອມຮັບການບັງຄັບໃຊ້ໃນການນະມັດສະການດວງອາທິດ. ແຕ່ເຖິງຢ່າງນັ້ນ, ເຖິງວ່າຈະມີການສະຫຼອງຢ່າງຫຼົງຜິດຂອງບັນດາຜູ້ບັງຄັບໃຫ້ນະມັດສະການດວງອາທິດ, ພຣະເຈົ້າໂດຍຜ່ານເອເຊກຽນໄດ້ກ່າວວ່າ, “ເຮົາຕໍ່ຕ້ານເຈົ້າ, ໂອ້ Tyrus, ແລະ ຈະໃຫ້ຫຼາຍປະຊາຊາດຂຶ້ນມາຕໍ່ຕ້ານເຈົ້າ, ດັ່ງທະເລເຮັດໃຫ້ຄື້ນຂອງມັນຊັດຂຶ້ນມາ. ແລະ ພວກເຂົາຈະທໍາລາຍກໍາແພງຂອງ Tyrus, ແລະ ທຸບທໍາລາຍຫໍຄອຍຂອງນາງ.”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“ກຳແພງຂອງເມືອງຕີຣັດ” ເປັນຕົວແທນແຫ່ງການປົກປ້ອງຂອງເມືອງຕີຣັດ. “ກຳແພງ” ເປັນສັນຍະລັກຂອງພຣະບັນຍັດສິບປະການ.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ຜູ້ພະຍາກອນໃນທີ່ນີ້ໄດ້ພັນລະນາເຖິງປະຊາຊົນກຸ່ມໜຶ່ງຜູ້ຊຶ່ງໃນເວລາແຫ່ງການຫັນເຫີນອອກຈາກຄວາມຈິງແລະຄວາມຊອບທຳຢ່າງທົ່ວໄປ ກຳລັງສະແຫວງຫາທີ່ຈະຟື້ນຟູຫຼັກການທັງຫຼາຍອັນເປັນຮາກຖານຂອງອານາຈັກຂອງພຣະເຈົ້າ. ພວກເຂົາແມ່ນຜູ້ສ້ອມແປງຮອຍແຕກທີ່ໄດ້ເກີດຂຶ້ນໃນພຣະບັນຍັດຂອງພຣະເຈົ້າ—ກຳແພງທີ່ພຣະອົງໄດ້ວາງລ້ອມບັນດາຜູ້ທີ່ພຣະອົງຊົງເລືອກໄວ້ເພື່ອການຄຸ້ມຄອງປົກປ້ອງຂອງພວກເຂົາ, ແລະການນົບນ້ອມເຊື່ອຟັງຕໍ່ຂໍ້ກຳນົດແຫ່ງຄວາມຍຸດຕິທຳ, ຄວາມຈິງ, ແລະຄວາມບໍລິສຸດ ຂອງພຣະບັນຍັດນັ້ນ ຄືຫຼັກປະກັນອັນຖາວອນຂອງພວກເຂົາ.” Prophets and Kings, 677.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ພຣະບັນຍັດຂອງພຣະເຈົ້າເປັນກຳແພງແຫ່ງການປົກປ້ອງ, ແຕ່ “ກຳແພງ” ໃນຮູບພະຫູພົດນັ້ນ ສື່ເຖິງຫຼັກການສອງປະການທີ່ໄດ້ “ປົກປ້ອງ” ແລະກໍ່ໃຫ້ເກີດຄວາມຈະເລີນຮຸ່ງເຮືອງແລະຄວາມສຳເລັດແກ່ເມືອງຕີເຣ ອັນເປັນສັນຍາລັກຂອງເຂົາສັດຝ່າຍພັກຣີພັບລິກັນຂອງສະຫະລັດອາເມລິກາ.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“‘ແລະມັນມີເຂົາສອງອັນຄ້າຍດັ່ງລູກແກະ.’ ເຂົາທີ່ຄ້າຍດັ່ງລູກແກະນັ້ນບົ່ງຊີ້ເຖິງຄວາມໜຸ່ມນ້ອຍ, ຄວາມບໍລິສຸດ, ແລະຄວາມອ່ອນໂຍນ, ຊຶ່ງເໝາະສົມຢ່າງຍິ່ງທີ່ຈະເປັນຕົວແທນລັກສະນະຂອງສະຫະລັດເມື່ອຖືກນຳສະເໜີແກ່ຜູ້ພະຍາກອນວ່າກຳລັງ ‘ຂຶ້ນມາ’ ໃນປີ 1798. ໃນບັນດາຜູ້ລີ້ໄພຄຣິດສະຕຽນທີ່ໄດ້ຫຼົບໜີໄປອາເມຣິກາເປັນກຸ່ມທຳອິດ ແລະສະແຫວງຫາບ່ອນລີ້ໄພຈາກການກົດຂີ່ຂອງກະສັດແລະຄວາມບໍ່ອົດທົນຂອງພວກປະໂຣຫິດນັ້ນ ມີຫຼາຍຄົນທີ່ຕັດສິນໃຈຈະສ້າງຕັ້ງລັດຖະບານເທິງຮາກຖານອັນກວ້າງຂວາງຂອງເສລີພາບທາງພົນລະເຮືອນແລະທາງສາສະໜາ. ທັດສະນະຂອງພວກເຂົາໄດ້ຮັບບ່ອນຢືນໃນຄຳປະກາດເອກະລາດ, ຊຶ່ງໄດ້ປະກາດຄວາມຈິງອັນຍິ່ງໃຫຍ່ວ່າ ‘ມະນຸດທຸກຄົນຖືກສ້າງຂຶ້ນມາເທົ່າທຽມກັນ’ ແລະໄດ້ຮັບສິດອັນບໍ່ອາດຖືກພາກໄປໄດ້ໃນ ‘ຊີວິດ, ເສລີພາບ, ແລະການສະແຫວງຫາຄວາມສຸກ.’ ແລະລັດຖະທຳມະນູນຮັບປະກັນແກ່ປະຊາຊົນເຖິງສິດໃນການປົກຄອງຕົນເອງ, ໂດຍກຳນົດໃຫ້ຜູ້ແທນທີ່ຖືກເລືອກໂດຍຄະແນນສຽງຂອງປະຊາຊົນເປັນຜູ້ຕັ້ງຂຶ້ນແລະບໍລິຫານກົດໝາຍ. ເສລີພາບໃນຄວາມເຊື່ອທາງສາສະໜາກໍໄດ້ຖືກປະທານໃຫ້ດ້ວຍ, ໂດຍອະນຸຍາດໃຫ້ທຸກຄົນນະມັດສະການພຣະເຈົ້າຕາມຄຳຊີ້ນຳຂອງມະໂນທຳຂອງຕົນ. ລັດທິສາທາລະນະລັດ ແລະ ໂປຣເຕສແຕນ ໄດ້ກາຍເປັນຫຼັກການພື້ນຖານຂອງຊາດ. ຫຼັກການເຫຼົ່ານີ້ແມ່ນເຄັດລັບແຫ່ງອຳນາດແລະຄວາມຈະເລີນຮຸ່ງເຮືອງຂອງມັນ. ບັນດາຜູ້ຖືກກົດຂີ່ແລະຖືກຢຽບຍ່ຳທົ່ວຄຣິສຕຽນຈັກໄດ້ຫັນມາຫາແຜ່ນດິນນີ້ດ້ວຍຄວາມສົນໃຈແລະຄວາມຫວັງ. ຫຼາຍລ້ານຄົນໄດ້ສະແຫວງຫາຝັ່ງຂອງມັນ, ແລະສະຫະລັດໄດ້ຜຸດຂຶ້ນສູ່ຖານະອັນໜຶ່ງໃນບັນດາປະເທດທີ່ມີອຳນາດຫຼາຍທີ່ສຸດໃນໂລກ. …”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“ເຂົາສອງອັນທີ່ຄ້າຍລູກແກະ ແລະ ສຽງຂອງມັງກອນໃນສັນຍະລັກນັ້ນ ຊີ້ໃຫ້ເຫັນຄວາມຂັດແຍ້ງອັນເດັ່ນຊັດລະຫວ່າງຄໍາປະກາດອ້າງ ແລະ ການປະພຶດປະຕິບັດຂອງຊາດທີ່ຖືກເປັນຕົວແທນໂດຍສັນຍະລັກນັ້ນ. ການ ‘ເວົ້າ’ ຂອງຊາດນັ້ນ ຄືການກະທໍາຂອງອໍານາດຝ່າຍນິຕິບັນຍັດ ແລະ ຝ່າຍຕຸລາການຂອງມັນ. ດ້ວຍການກະທໍາເຊັ່ນນັ້ນ ມັນຈະຫັກລ້າງຫຼັກການເສລີ ແລະ ສັນຕິທີ່ມັນໄດ້ປະກາດອອກມາເປັນຮາກຖານແຫ່ງນະໂຍບາຍຂອງຕົນ. ຄໍາພະຍາກອນທີ່ວ່າ ມັນຈະເວົ້າ ‘ດັ່ງມັງກອນ’ ແລະ ໃຊ້ ‘ອໍານາດທັງປວງຂອງສັດຮ້າຍຕົວທໍາອິດ’ ນັ້ນ ພະຍາກອນໄວ້ຢ່າງແຈ້ງຊັດເຖິງການພັດທະນາຂອງຈິດວິນຍານແຫ່ງຄວາມບໍ່ອົດທົນ ແລະ ການຂົ່ມເຫັງ ອັນໄດ້ສໍາແດງອອກໂດຍບັນດາຊາດທີ່ຖືກເປັນຕົວແທນໂດຍມັງກອນ ແລະ ສັດຮ້າຍທີ່ຄ້າຍເສືອດາວ. ແລະ ຖ້ອຍຄໍາທີ່ວ່າ ສັດຮ້າຍທີ່ມີເຂົາສອງອັນ ‘ເຮັດໃຫ້ແຜ່ນດິນໂລກ ແລະ ຄົນທັງຫຼາຍທີ່ອາໄສຢູ່ໃນນັ້ນ ນະມັດສະການສັດຮ້າຍຕົວທໍາອິດ’ ບົ່ງຊີ້ວ່າ ອໍານາດຂອງຊາດນີ້ຈະຖືກໃຊ້ໃນການບັງຄັບໃຫ້ຖືປະຕິບັດບາງສິ່ງບາງຢ່າງ ຊຶ່ງຈະເປັນການກະທໍາແຫ່ງການຖວາຍກຽດແດ່ສັນຕະປາປາ.”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“ການກະທຳເຊັ່ນນັ້ນຈະເປັນການຂັດແຍ້ງໂດຍກົງກັບຫຼັກການຂອງລັດຖະບານນີ້, ກັບຈິດວິນຍານແຫ່ງສະຖາບັນເສລີຂອງມັນ, ກັບຄຳປະກາດຢ່າງຊັດແຈ້ງແລະເຄັ່ງຂຶມໃນຄຳປະກາດເອກະລາດ, ແລະກັບລັດຖະທຳມະນູນ. ບັນພະບຸລຸດຜູ້ກໍ່ຕັ້ງຊາດໄດ້ພະຍາຍາມຢ່າງສຸຂຸມຮອບຄອບເພື່ອປ້ອງກັນການນຳໃຊ້ອຳນາດຝ່າຍໂລກໂດຍຝ່າຍຄຣິດຈັກ, ພ້ອມດ້ວຍຜົນອັນຫຼີກລ້ຽງບໍ່ໄດ້ຂອງມັນ—ຄວາມບໍ່ອົດທົນ ແລະການຂົ່ມເຫັງ. ລັດຖະທຳມະນູນໄດ້ບັນຍັດວ່າ ‘ສະພາຄອງເກຣດຈະບໍ່ອອກກົດໝາຍໃດໆທີ່ກ່ຽວກັບການສະຖາປະນາສາສະໜາ, ຫຼືຫ້າມການປະຕິບັດສາສະໜາໂດຍເສລີນັ້ນ,’ ແລະວ່າ ‘ຈະບໍ່ມີການກຳນົດການທົດສອບທາງສາສະໜາໃດໆເປັນຄຸນສົມບັດສຳລັບຕຳແໜ່ງໃດໆ ຫຼືຄວາມໄວ້ວາງໃຈສາທາລະນະໃດໆພາຍໃຕ້ສະຫະລັດ.’ ການບັງຄັບໃຫ້ຖືປະຕິບັດທາງສາສະໜາໃດໆໂດຍອຳນາດຝ່າຍພົນລະເຮືອນ ຈະເຮັດໄດ້ກໍ່ຕໍ່ເມື່ອລະເມີດມາດຕະການຄຸ້ມຄອງເສລີພາບຂອງຊາດຢ່າງຮ້າຍແຮງເທົ່ານັ້ນ. ແຕ່ຄວາມບໍ່ສອດຄ່ອງຂອງການກະທຳເຊັ່ນນັ້ນ ກໍບໍ່ໃຫຍ່ໄປກວ່າທີ່ໄດ້ຖືກສະແດງໄວ້ໃນສັນຍະລັກນັ້ນ. ມັນຄືສັດຮ້າຍທີ່ມີເຂົາຄ້າຍລູກແກະ—ໃນຄຳປະກາດຕົນເອງນັ້ນບໍລິສຸດ, ອ່ອນໂຍນ, ແລະບໍ່ເປັນພິດເປັນໄພ—ແຕ່ກ່າວເວົ້າດັ່ງມັງກອນ.” The Great Controversy, 441, 442.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ຮາກຖານຂອງສະຫະລັດອາເມລິກາໄດ້ຖືກເປັນຕົວແທນໂດຍຖະແຫຼງການເອກະລາດ ແລະ ລັດຖະທໍາມະນູນ ຊຶ່ງເປັນຕົວແທນຂອງໂປຣເຕສຕັງ ແລະ ລະບອບສາທາລະນະລັດຕາມລໍາດັບ. “ກໍາແພງ” ແຫ່ງການປົກປ້ອງ ແລະ ຄວາມຈະເລີນຮຸ່ງເຮືອງ ຄືລະບອບສາທາລະນະລັດ ແລະ ໂປຣເຕສຕັງ, ແລະ ໃນເວລາຂອງກົດໝາຍວັນອາທິດ ຫຼັກການຂອງທັງຖະແຫຼງການເອກະລາດ ແລະ ລັດຖະທໍາມະນູນຈະຖືກຄວໍ້າລົງ, ເພາະເນບູກາດເນັດຊາ “ຈະຕັ້ງເຄື່ອງສົງຄາມເຂົ້າຕໍ່ສູ້ກໍາແພງຂອງເຈົ້າ, ແລະ ດ້ວຍຂວານຂອງເຂົາ ເຂົາຈະທໍາລາຍຫໍຄອຍຂອງເຈົ້າລົງ.”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ໃນເວລາທີ່ກົດໝາຍວັນອາທິດຖືກບັງຄັບໃຊ້ “ຫໍຄອຍ” ທັງຫມົດຈະຖືກທຳລາຍລົງ, ແລະຫໍຄອຍນັ້ນເປັນສັນຍາລັກຂອງຄຣິດຈັກທີ່ປັດຊະຍາພື້ນຖານຂອງມັນຖືກສະແດງອອກໂດຍຄວາມພະຍາຍາມຂອງມະນຸດທີ່ຈະຊ່ວຍຕົນເອງໃຫ້ລອດ. ເມື່ອກ່າວເຖິງນິມໂຣດ ຜູ້ກະບົດຜູ້ຍິ່ງໃຫຍ່ ແລະຫໍຄອຍຂອງລາວ ພວກເຮົາໄດ້ຮັບແຈ້ງໃນ Prophets and Kings ວ່າ, “ເມື່ອຫໍຄອຍໄດ້ຖືກກໍ່ສ້າງສຳເລັດໄປບາງສ່ວນ, ບາງສ່ວນຂອງມັນຖືກໃຊ້ເປັນທີ່ຢູ່ອາໄສສຳລັບພວກຜູ້ກໍ່ສ້າງ; ຫ້ອງອື່ນໆອີກ, ທີ່ຕົບແຕ່ງຢ່າງຫລູຫລາ ແລະປະດັບປະດາຢ່າງງົດງາມ, ຖືກອຸທິດໄວ້ໃຫ້ແກ່ຮູບເຄົາລົບຂອງພວກເຂົາ. ປະຊາຊົນໄດ້ຊື່ນຊົມຍິນດີໃນຄວາມສຳເລັດຂອງຕົນ, ແລະໄດ້ສັນລະເສີນພຣະຂອງເງິນແລະຄຳ, ແລະໄດ້ຕັ້ງຕົນຂຶ້ນຕໍ່ຕ້ານຜູ້ປົກຄອງແຫ່ງຟ້າສະຫວັນແລະແຜ່ນດິນໂລກ.” ໃນເວລາກົດໝາຍວັນອາທິດ ເມືອງຕີເຣໄດ້ຊື່ນຊົມຍິນດີວ່າເຢຣູຊາເລັມຖືກໂຄ່ນລົງແລ້ວ, ແຕ່ການຫັນເຫອອກຈາກພຣະເຈົ້າໃນລະດັບຊາດຍ່ອມຕາມມາດ້ວຍຄວາມພິນາດໃນລະດັບຊາດ, ແລະແລ້ວກະສັດແຫ່ງທິດເໜືອຈະໂຄ່ນກຳແພງແລະຫໍຄອຍຂອງສະຫະລັດອາເມຣິກາລົງ.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ໃນບົດຄວາມຖັດໄປ ພວກເຮົາຈະເລີ່ມພິຈາລະນາວັນທີທັງຫົກຂອງເຢຣູຊາເລັມໃນໜັງສືເອເຊກຽນ។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ປະຫວັດສາດທີ່ຖືກຊ່ອນເຮືອນຂອງຂໍ້ທີ່ສີ່ສິບ - ເລກທີ ຊາວເຈັດ</dc:title>
  <dc:subject>ເອເຊກຽນ ເລກແປດ</dc:subject>
  <dc:creator>Jeff Pippenger</dc:creator>
  <cp:keywords/>
  <dc:description>Generated by ArticleDigger from hidden_history\27_hidden_history.json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