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Faharoa</w:t>
      </w:r>
    </w:p>
    <w:p>
      <w:pPr>
        <w:pStyle w:val="ArticleSubtitle"/>
        <w:jc w:val="left"/>
      </w:pPr>
      <w:r>
        <w:rPr>
          <w:rFonts w:ascii="Arial" w:hAnsi="Arial" w:eastAsia="Arial" w:cs="Arial"/>
        </w:rPr>
        <w:t>Pagănismu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2023-11-23</w:t>
      </w:r>
    </w:p>
    <w:p>
      <w:pPr>
        <w:pStyle w:val="ArticleBody"/>
        <w:jc w:val="left"/>
      </w:pPr>
      <w:r>
        <w:rPr>
          <w:rFonts w:ascii="Times New Roman" w:hAnsi="Times New Roman" w:eastAsia="Times New Roman" w:cs="Times New Roman"/>
        </w:rPr>
        <w:t>Ny tanjoko dia ny hampiseho ny fomba ahafahan’ilay “impito” ao amin’ny Levitikosy toko faha-enina amby roapolo ho “miafina eo imason’ny rehetra” ao amin’ny bokin’i Daniela, sady hamantarana koa fa nafenina tamin’ny alalan’ireo fitaovan’olombelona nampiasain’Andriamanitra tamin’ny fanolorana “ilay vato” izay mahasolafaka ao amin’ny bokin’i Daniela izany. Mba hanarahana ny fahazavan’ity fanolorana ity dia ilaina ny “fahitsiana.” Ny famaritana ny fahitsiana izay atolotro dia toy izao: fitoviana sy tsy fiovaovana eo amin’ny asan’ny olona, ny soatoaviny, ny fombafombany ary ny foto-keviny. Mitaky amintsika izany mba hifikitra amin’izay ambara ao anatin’ny Tenin’Andriamanitra, na dia tsy mifanaraka amin’ny hevitr’olombelona izay manohitra ny Tenin’Andriamanitra aza izany.</w:t>
      </w:r>
    </w:p>
    <w:p>
      <w:pPr>
        <w:pStyle w:val="ArticleScripture"/>
        <w:jc w:val="left"/>
      </w:pPr>
      <w:r>
        <w:rPr>
          <w:rFonts w:ascii="Times New Roman" w:hAnsi="Times New Roman" w:eastAsia="Times New Roman" w:cs="Times New Roman"/>
        </w:rPr>
        <w:t>“Ny fahitsiana hentitra dia tokony ho zavatra sarobidy tazonin’ny mpianatra tsirairay. Ny saina rehetra dia tokony hitodika amin’ny teny nambaran’Andriamanitra amin’ny fihainoana feno fanajana. Hazavana sy fahasoavana no homena izay mankatò an’Andriamanitra tahaka izany. Hahita zava-mahagaga ao amin’ny lalàny izy. Fahamarinana lehibe izay tsy noheverina sy tsy hita hatramin’ny andron’ny Pentekosta no hamirapiratra avy amin’ny tenin’Andriamanitra amin’ny fahadiovany voajanahary. Ho an’izay tena tia an’Andriamanitra dia hambaran’ny Fanahy Masina ireo fahamarinana izay efa nanjavona tao an-tsaina, ary hambarany koa ireo fahamarinana vaovao tanteraka. Izay mihinana ny nofon’ny Zanak’Andriamanitra sy misotro ny ràny dia hitondra avy ao amin’ny bokin’i Daniela sy ny Apokalypsy fahamarinana izay avy amin’ny tsindrimandrin’ny Fanahy Masina. Hampihetsika hery izay tsy azo tampenam-bava izy ireo. Hisokatra ny molotry ny zaza mba hanambara ireo zava-miafina izay nafenina tsy ho hitan’ny sain’ny olona. Ny Tompo no nifidy ny zavatra adala amin’izao tontolo izao mba hampifangaro saina ny hendry, ary ny zavatra malemy amin’izao tontolo izao mba hampifangaro saina ny mahery.” The Fundamentals of Christian Education, 474.</w:t>
      </w:r>
    </w:p>
    <w:p>
      <w:pPr>
        <w:pStyle w:val="ArticleBody"/>
        <w:jc w:val="left"/>
      </w:pPr>
      <w:r>
        <w:rPr>
          <w:rFonts w:ascii="Times New Roman" w:hAnsi="Times New Roman" w:eastAsia="Times New Roman" w:cs="Times New Roman"/>
        </w:rPr>
        <w:t>Ohatra mora iray maneho sady ny fahadisoan’olombelona hita ao amin’ny bokin’i Daniela no ny tsy fahavononana hifikitra amin’ny Tenin’Andriamanitra, dia hita ao amin’ilay teny nadika hoe “isan’andro” ao amin’ny Daniela toko fahavalo. Ny fahitsiana dia mitaky fa raha naneho hevitra momba izany teny izany i Ellen White, araka izay ataony, dia isika amin’ny maha Advantista Mitandrina ny Andro Fahafito izay milaza fa manohana ny Fanahin’ny Faminaniana, dia hampiasa avy hatrany ny fanamarihany momba io teny io mba hitarihana ny fahatakarantsika.</w:t>
      </w:r>
    </w:p>
    <w:p>
      <w:pPr>
        <w:pStyle w:val="ArticleScripture"/>
        <w:jc w:val="left"/>
      </w:pPr>
      <w:r>
        <w:rPr>
          <w:rFonts w:ascii="Times New Roman" w:hAnsi="Times New Roman" w:eastAsia="Times New Roman" w:cs="Times New Roman"/>
        </w:rPr>
        <w:t>“Dia hitako, mikasika ny ‘Daily,’ fa ny teny hoe ‘sorona’ dia nampidirin’ny fahendren’olombelona, ka tsy anisan’ny lahatsoratra; ary ny Tompo no nanome ny fahatakarana marina momba izany ho an’ireo izay nanambara ny antson’ny ora fitsarana. Fony mbola nisy firaisana, talohan’ny taona 1844, saiky niray hevitra tamin’ny fahatakarana marina ny ‘Daily’ ny rehetra; fa hatramin’ny 1844 kosa, tao anatin’ny fisafotofotoana, dia nisy hevitra hafa noraisina, ka fanjakazakan’ny haizina sy ny fisafotofotoana no nanaraka.” Review and Herald, 1 Novambra 1850.</w:t>
      </w:r>
    </w:p>
    <w:p>
      <w:pPr>
        <w:pStyle w:val="ArticleBody"/>
        <w:jc w:val="left"/>
      </w:pPr>
      <w:r>
        <w:rPr>
          <w:rFonts w:ascii="Times New Roman" w:hAnsi="Times New Roman" w:eastAsia="Times New Roman" w:cs="Times New Roman"/>
        </w:rPr>
        <w:t>Afaka mandany fotoana be isika amin’ireo fehezanteny roa ireo, satria rehefa tafiditra ao amin’ilay boky Early Writings izy ireo nony farany, dia nasian’ireo tonian-dahatsoratra olombelona famaritana diso lalana ny amin’izay voalaza; nefa tantara hafa izany. Ho an’ny tanjontsika dia tianay fotsiny ny hanondro teboka roa mifandray amin’izany. Ny teboka voalohany dia izao: milaza i Sister White fa “ny teny hoe ‘sacrifice’ dia nampidirin’ny fahendren’olombelona, ary tsy anisan’ny lahatsoratra izany.”</w:t>
      </w:r>
    </w:p>
    <w:p>
      <w:pPr>
        <w:pStyle w:val="ArticleScripture"/>
        <w:jc w:val="left"/>
      </w:pPr>
      <w:r>
        <w:rPr>
          <w:rFonts w:ascii="Times New Roman" w:hAnsi="Times New Roman" w:eastAsia="Times New Roman" w:cs="Times New Roman"/>
        </w:rPr>
        <w:t>Dia nandre olomasina iray niteny aho; ary olomasina iray hafa nilaza tamin’ilay olomasina izay niteny hoe: Mandra-pahoviana ny fahitana ny amin’ny fanatitra isan’andro sy ny fandikan-dalàna mahatonga fandravana, izay manolotra na ny fitoerana masina na ny maro mba ho voahitsakitsaka? Daniela 8:13.</w:t>
      </w:r>
    </w:p>
    <w:p>
      <w:pPr>
        <w:pStyle w:val="ArticleBody"/>
        <w:jc w:val="left"/>
      </w:pPr>
      <w:r>
        <w:rPr>
          <w:rFonts w:ascii="Times New Roman" w:hAnsi="Times New Roman" w:eastAsia="Times New Roman" w:cs="Times New Roman"/>
        </w:rPr>
        <w:t>Ny andininy teo aloha no fanontaniana izay mamoaka ny valin’ny andininy faha-14, ary izany valiny izany no maneho ny andry afovoany sy fototra ijoroan’ny Advantisma. Ary ao amin’io fanontaniana mihitsy io, izay miteraka izany fahazavana lehibe aseho ho andry afovoan’ny Advantisma izany, no ampahafantarana antsika fa ny fahendren’olombelona dia nanao fahadisoana tamin’ny nametrahany teny fanampiny iray tao amin’ny fandikana ilay andininy.</w:t>
      </w:r>
    </w:p>
    <w:p>
      <w:pPr>
        <w:pStyle w:val="ArticleBody"/>
        <w:jc w:val="left"/>
      </w:pPr>
      <w:r>
        <w:rPr>
          <w:rFonts w:ascii="Times New Roman" w:hAnsi="Times New Roman" w:eastAsia="Times New Roman" w:cs="Times New Roman"/>
        </w:rPr>
        <w:t>Misy teny an-jatony maro tokoa nampiana tao amin’ny fandikan-tenin’ny Baiboly KJV 1611, nefa indray mandeha monja no amantaràn’Andriamanitra ny iray amin’ireo teny nampiana an-jatony ireo ho diso. Ary mazava fa fahadisoana nateraky ny lafiny maha-olona tao amin’ilay fitambaran’ny maha-olona sy ny maha-Andriamanitra izay namokatra ny Tenin’Andriamanitra izany. Ny mbola manan-danja kokoa dia izao: tsy hisy ilàna fanamarihana voatsindrimandry momba ilay teny nampiana hoe “fanatitra” raha tsy zavatra niteraka fahatakarana diso ilay andininy izany. Mazava fa tena niteraka izany izy, satria ilay fanamarihana voatsindrimandry dia tsy vitan’ny hoe manondro fa tsy tokony ho eo io teny io, fa mbola manambara koa fa “ireo izay nitory ny antso momba ny ora fitsarana” dia nomen’ny Tompo “ny fomba fijery marina” momba ny “isan’andro”. Mitaky isika hampiasa ireo fehezanteny roa ireo araka izay vakiny marina ny fahitsiana.</w:t>
      </w:r>
    </w:p>
    <w:p>
      <w:pPr>
        <w:pStyle w:val="ArticleBody"/>
        <w:jc w:val="left"/>
      </w:pPr>
      <w:r>
        <w:rPr>
          <w:rFonts w:ascii="Times New Roman" w:hAnsi="Times New Roman" w:eastAsia="Times New Roman" w:cs="Times New Roman"/>
        </w:rPr>
        <w:t>Ireo izay nanambara ny antso momba ny ora fitsarana dia nanondro ny hoe “ny isan’andro” ho tandindona maneho ny fanompoan-tsampy na Roma mpanompo sampy, arakaraka ny tontolon-kevitra misy azy. Ny teny nadika hoe “isan’andro” dia miseho in-dimy ao amin’ny bokin’i Daniela. Ireo fisehoany dimy ireo dia samy anarana avokoa. Miseho in-efatra amby zato ao amin’ny Tenin’Andriamanitra io teny io, ary in-sivy amby sivifolo amin’izany no ampiasana azy ho mpamaritra, saingy ao amin’ny bokin’i Daniela irery ihany no ampiasana azy ho anarana. Ireo lehilahy nandika ny Baiboly King James dia nahita ilay teny in-sivy amby sivifolo ho mpamaritra, ka rehefa tonga teo amin’ny bokin’i Daniela izy, dia niezaka nanao azy ho mpamaritra mba hifanaraka amin’ireo fotoana rehetra hafa izay nisehoany ho mpamaritra. Mba hanaovana izany dia nanampy ny teny hoe “fanatitra” izy ireo. Fa Andriamanitra, tamin’ny alalan’i Ellen White, dia nilaza fa tokony hesorina ny hoe “fanatitra,” izay midika fa ny hoe “ny isan’andro” dia tokony ho takarina ho anarana.</w:t>
      </w:r>
    </w:p>
    <w:p>
      <w:pPr>
        <w:pStyle w:val="ArticleBody"/>
        <w:jc w:val="left"/>
      </w:pPr>
      <w:r>
        <w:rPr>
          <w:rFonts w:ascii="Times New Roman" w:hAnsi="Times New Roman" w:eastAsia="Times New Roman" w:cs="Times New Roman"/>
        </w:rPr>
        <w:t>Ireo izay manohitra ny torohevitr’Andriamanitra momba ity teny ity ao anatin’ny Advantisma dia mamaritra io teny io ho tandindon’ny asa fanompoan’i Kristy ao amin’ny fitoerana masina any an-danitra, nefa ireo izay nanambara ny antson’ny ora fitsarana no namaritra azy araka ny marina ho fanompoan-tsampy. Ny Advantisma ankehitriny dia mampiasa tandindon’ny hery satanika iray hanehoana an’i Kristy!</w:t>
      </w:r>
    </w:p>
    <w:p>
      <w:pPr>
        <w:pStyle w:val="ArticleBody"/>
        <w:jc w:val="left"/>
      </w:pPr>
      <w:r>
        <w:rPr>
          <w:rFonts w:ascii="Times New Roman" w:hAnsi="Times New Roman" w:eastAsia="Times New Roman" w:cs="Times New Roman"/>
        </w:rPr>
        <w:t>Amin’ny alalan’ny lojikan’olombelona diso no nanafenana tamin’ny Advantisma ny tena fahatakarana ny teny nadika hoe “ny isan’andro.” Ny Advantista izay miorina amin’ny lohahevitra miseho kisendrasendra mandritra ny taona ao amin’ny lesona isan-telovolan’ny Sekoly Sabata ny fianarany ara-paminaniana dia misotro amim-pahakamoana ny “Kool-Aid” aroso amin’ireny lesona isan-telovolana ireny, ka mbola hamafisin’ireo pasitera izay tsy manana ny fahitsim-po ilaina akory mba hamelany izay hevitra rehetra avy amin’ny fanamarihan’i Rahavavy White momba io lohahevitra io.</w:t>
      </w:r>
    </w:p>
    <w:p>
      <w:pPr>
        <w:pStyle w:val="ArticleBody"/>
        <w:jc w:val="left"/>
      </w:pPr>
      <w:r>
        <w:rPr>
          <w:rFonts w:ascii="Times New Roman" w:hAnsi="Times New Roman" w:eastAsia="Times New Roman" w:cs="Times New Roman"/>
        </w:rPr>
        <w:t>Ny tantaran’ilay adihevitra momba ny “isan’andro” dia tonga teo amin’ny teboka nifandimbiasan-javatra manodidina ny taona 1911, izay nilazan’i Rahavavy White mivantana fa ireo izay nandà ny fahatakaran’ireo mpisava lalana ny “isan’andro” ho fanompoan-tsampy, ary izay nampianatra fa ny “isan’andro” dia maneho ny asa fanompoan’i Kristy ao amin’ny fitoerana masina, dia nandray ny fahatakaran’izy ireo avy tamin’ny “anjely izay noroahina hiala tany an-danitra” (20 MR 17).</w:t>
      </w:r>
    </w:p>
    <w:p>
      <w:pPr>
        <w:pStyle w:val="ArticleBody"/>
        <w:jc w:val="left"/>
      </w:pPr>
      <w:r>
        <w:rPr>
          <w:rFonts w:ascii="Times New Roman" w:hAnsi="Times New Roman" w:eastAsia="Times New Roman" w:cs="Times New Roman"/>
        </w:rPr>
        <w:t>Ny fahamarinana momba ny “isan’andro” dia efa nofaritan’i Rahavavy White mazava tsara, ary ampianariny fa ny “anjely masina” no nitarika ny sain’i William Miller, ary ny “anjely noroahina avy tany an-danitra” kosa no mitarika ny sain’ireo izay mampianatra fa ny “isan’andro” dia maneho ny asa fanompoan’i Kristy ao amin’ny fitoerana masina any an-danitra. Ny fahamarinana momba ny “isan’andro”, araka izay nasehon’ireo izay nanambara ny antson’ny ora fitsarana, dia hitan’i William Miller.</w:t>
      </w:r>
    </w:p>
    <w:p>
      <w:pPr>
        <w:pStyle w:val="ArticleScripture"/>
        <w:jc w:val="left"/>
      </w:pPr>
      <w:r>
        <w:rPr>
          <w:rFonts w:ascii="Times New Roman" w:hAnsi="Times New Roman" w:eastAsia="Times New Roman" w:cs="Times New Roman"/>
        </w:rPr>
        <w:t>“Namaky ihany aho ka tsy nahita tranga hafa izay ahitana azy [ny isan’andro], afa-tsy ao amin’i Daniela. Dia noraisiko avy eo [noho ny fanampian’ny concordance] ireo teny izay mijoro mifandray aminy hoe: ‘esory;’ hesoriny ny isan’andro; ‘hatramin’ny fotoana hanesorana ny isan’andro,’ etc. Namaky hatrany aho, ka nihevitra fa tsy hahita fahazavana momba io andininy io; tamin’ny farany dia tonga tao amin’ny 2 Tes. ii, 7, 8 aho. ‘Fa ny zava-miafin’ny heloka dia efa miasa sahady; fa izay manakana ankehitriny ihany no manakana mandra-panaisotra azy hiala amin’ny lalana, ary amin’izany dia haseho ilay ratsy fanahy,’ etc. Ary rehefa tonga tamin’io andininy io aho, endrey, fa mazava sy be voninahitra toy inona ny fahamarinana niseho! Eo izany! Izany no isan’andro! Koa ankehitriny, inona no tian’i Paoly holazaina amin’ny hoe ‘izay manakana ankehitriny,’ na misakana? Amin’ny hoe ‘olona fahotana’ sy ilay ‘ratsy fanahy,’ dia ny Fanjakana Papaly no tiana holazaina. Koa inona ary no manakana ny Fanjakana Papaly tsy haseho? Fa ny fanompoan-tsampy izany; koa noho izany, ny ‘isan’andro’ dia tsy maintsy midika ny fanompoan-tsampy.” Second Advent Manual, 66.</w:t>
      </w:r>
    </w:p>
    <w:p>
      <w:pPr>
        <w:pStyle w:val="ArticleBody"/>
        <w:jc w:val="left"/>
      </w:pPr>
      <w:r>
        <w:rPr>
          <w:rFonts w:ascii="Times New Roman" w:hAnsi="Times New Roman" w:eastAsia="Times New Roman" w:cs="Times New Roman"/>
        </w:rPr>
        <w:t>Ny tena mampieritreritra fatratra momba ny fahitan’i Miller fa ny “isan’andro” dia naneho ny fanompoan-tsampy, dia ny toerana nahitany izany fahamarinana izany. Tao amin’ny andalan-tenin’ny soratr’i Paoly apostoly no nahitany azy, izay tsy vitan’ny hoe amaritan’i Paoly ny “isan’andro” ho fanompoan-tsampy, fa io ihany koa no andalan-teny manambara fa izay tsy nandray ny fitiavana ny fahamarinana dia omena fahadisoan-kevitra mahery. Ny fanekena ny “isan’andro” ho tandindon’ny asa fanompoan’i Kristy ao amin’ny fitoerana masina, dia ilay famaritana avy tamin’ireo anjely noroahina hiala tany an-danitra, ary izany no tandindon’ireo ao amin’ny Advantisma izay tsy manana ny fahitsiana ilaina mba hizara marina ny tenin’ny fahamarinana, ka noho izany dia efa voatendry handray fahadisoan-kevitra mahery sahady izy ireo.</w:t>
      </w:r>
    </w:p>
    <w:p>
      <w:pPr>
        <w:pStyle w:val="ArticleBody"/>
        <w:jc w:val="left"/>
      </w:pPr>
      <w:r>
        <w:rPr>
          <w:rFonts w:ascii="Times New Roman" w:hAnsi="Times New Roman" w:eastAsia="Times New Roman" w:cs="Times New Roman"/>
        </w:rPr>
        <w:t>Tsy te hampivily ny hevi-dehibe izay katsahintsika ho fantarina aho. Izany hevi-dehibe izany dia izao: ny “fotoana fito” izay voatondro ao amin’ilay fahitana iray ihany izay ahitana ny “isan’andro” dia nafenin’ny tanan’olombelona, na dia mbola hita maso miharihary aza. Ohatra mora fotsiny izao maneho ny fomba ampiasana amin’izao andro izao, amin’izao fotoana manan-danja indrindra mialoha indrindra ny krizy farany amin’ny faran’izao tontolo izao, ny fahadisoana tamin’ny fandikan-teny nataon’olombelona fahiny ela be izay, ka avy eo mbola ahodinkodinina ao an-tsain’olombelona amin’ny alalan’ireo anjely izay noroahina avy tany an-danitra, mba hanajambena ny saina tsy hahita ny fahamarinana izay eo anoloan’ny maso miharihary tokoa.</w:t>
      </w:r>
    </w:p>
    <w:p>
      <w:pPr>
        <w:pStyle w:val="ArticleBody"/>
        <w:jc w:val="left"/>
      </w:pPr>
      <w:r>
        <w:rPr>
          <w:rFonts w:ascii="Times New Roman" w:hAnsi="Times New Roman" w:eastAsia="Times New Roman" w:cs="Times New Roman"/>
        </w:rPr>
        <w:t>Tamin’ny vanim-potoana 1910 dia vao nanomboka nihodina ny fikomian’ny “fanatitra isan’andro”, ary i W. W. Prescott sy A. G. Daniells no nitarika ny asa satanika fandavana ny fahatakarana fototra momba ny “fanatitra isan’andro.” Ity lahatsoratra manaraka ity dia taratasy avy tamin’io fotoana io indrindra, izay anatrehan’i Sister White ny fomba fijery satanika milaza fa ny “fanatitra isan’andro” ao amin’ny bokin’i Daniela dia maneho ny asan’i Kristy ao amin’ny fitoerana masina. Tamin’izany fotoana izany dia nanosika ny hevitra izy roa lahy mba hiditra ao amin’ireo bokin’ireo mpisava lalana fahiny ka hanova ny fahatakaran’ireo mpisava lalana ho amin’ny famaritana satanika vaovaon’izy ireo. Ny fanantenako dia ny hahafahantsika mampihatra fahitsiana eo am-pamakiana ity lahatsoratra ity.</w:t>
      </w:r>
    </w:p>
    <w:p>
      <w:pPr>
        <w:pStyle w:val="ArticleScripture"/>
        <w:jc w:val="left"/>
      </w:pPr>
      <w:r>
        <w:rPr>
          <w:rFonts w:ascii="Times New Roman" w:hAnsi="Times New Roman" w:eastAsia="Times New Roman" w:cs="Times New Roman"/>
        </w:rPr>
        <w:t>“Amin’izao dingana iainantsika izao dia tsy tokony havilin-davitra hiala amin’ilay fahazavana manokana nomena [antsika] hodinihina amin’ny fivoriana lehibe sy manan-danja amin’ny konferansantsika ny saintsika. Ary teo Rahalahy Daniells, izay niasan’ny fahavalo ny sainy; ary ny sainao sy ny sain’i Loholona Prescott dia nohetsehin’ireo anjely izay noroahina avy tany an-danitra. Ny asan’i Satana dia ny hampivily ny sainareo mba hampidirana antsipiriany madinika sy tsipiriany kely izay tsy nentanin’ny Tompo anareo hampiditra azy. Tsy tena ilaina izany. Kanefa izany dia nisy heviny lehibe teo amin’ny raharahan’ny fahamarinana. Ary ny hevitry ny sainareo, raha azo tarihina hiala ho amin’ny antsipiriany madinika na tsipiriany kely ianareo, dia asan’ny famoronon-kevitr’i Satana izany. Mihevitra ianareo fa ny hanitsy zavatra madinika ao amin’ireo boky voasoratra dia hanao asa lehibe. Kanefa voatendry aho hilaza hoe: Ny fahanginana dia fahaiza-miteny.”</w:t>
      </w:r>
    </w:p>
    <w:p>
      <w:pPr>
        <w:pStyle w:val="ArticleScripture"/>
        <w:jc w:val="left"/>
      </w:pPr>
      <w:r>
        <w:rPr>
          <w:rFonts w:ascii="Times New Roman" w:hAnsi="Times New Roman" w:eastAsia="Times New Roman" w:cs="Times New Roman"/>
        </w:rPr>
        <w:t>“Tokony holazaiko hoe: Atsaharo ny fitadiavan-kilema. Raha mba azo tanterahina mantsy io fikasan’ny devoly io, dia hita aminareo fa ny asanareo no hoheverina ho tena mahagaga indrindra eo amin’ny famolavolana azy. Fikasan’ny fahavalo ny hampivondrona ireo lafin-javatra rehetra heverina ho azo anomezana tsiny eo amin’izay tsy ifanarahan’ny karazan-tsaina rehetra.”</w:t>
      </w:r>
    </w:p>
    <w:p>
      <w:pPr>
        <w:pStyle w:val="ArticleScripture"/>
        <w:jc w:val="left"/>
      </w:pPr>
      <w:r>
        <w:rPr>
          <w:rFonts w:ascii="Times New Roman" w:hAnsi="Times New Roman" w:eastAsia="Times New Roman" w:cs="Times New Roman"/>
        </w:rPr>
        <w:t>“Ka inona ary? Ho tanteraka mihitsy ny asa izay mahafaly ny devoly. Hisy fanehoana hatolotra ho an’ny any ivelany, tsy ny finoantsika akory, fa izay tena hifanaraka amin’izy ireo, ka hampivelatra toetra amam-panahy izay hiteraka fisavorovoroana lehibe sy handany ireo fotoana volamena izay tokony hampiasaina amim-pahazotoana hitondrana ny hafatra lehibe eo anatrehan’ny vahoaka. Ny fampianarana na ny famelabelarana amin’ny lohahevitra rehetra izay efa niasanay dia tsy hahazo hifanaraka avokoa, ary ny vokany dia ny hampisavoritaka ny sain’ny mpino sy ny tsy mpino. Izany indrindra no nokasain’i Satana hitranga—izay rehetra azo asandratra ho toy ny tsy fifanarahana.”</w:t>
      </w:r>
    </w:p>
    <w:p>
      <w:pPr>
        <w:pStyle w:val="ArticleScripture"/>
        <w:jc w:val="left"/>
      </w:pPr>
      <w:r>
        <w:rPr>
          <w:rFonts w:ascii="Times New Roman" w:hAnsi="Times New Roman" w:eastAsia="Times New Roman" w:cs="Times New Roman"/>
        </w:rPr>
        <w:t>“Vakisio ny Ezekiela, toko faha-28. Ankehitriny, indro, misy asa lehibe iray, izay ahafahan’ny fanahy hafahafa miditra an-tsehatra. Nefa manana asa hotanterahina ny Tompo mba hamonjena ireo fanahy very; ary ireo toerana izay azon’i Satana, rehefa miova endrika, fenoina, ka mitondra fikorontanana ao anatin’ny laharantsika, dia hotanterahiny amin’ny fahatanterahany izany, ary ireo fahasamihafana madinika rehetra ireo dia hihalehibe ka hiseho miharihary.”</w:t>
      </w:r>
    </w:p>
    <w:p>
      <w:pPr>
        <w:pStyle w:val="ArticleScripture"/>
        <w:jc w:val="left"/>
      </w:pPr>
      <w:r>
        <w:rPr>
          <w:rFonts w:ascii="Times New Roman" w:hAnsi="Times New Roman" w:eastAsia="Times New Roman" w:cs="Times New Roman"/>
        </w:rPr>
        <w:t>“Ary naseho tamiko hatramin’ny voalohany fa tsy nomen’ny Tompo an’i Loholona Daniells na i Prescott akory ny vesatr’ity asa ity. Moa havela hiditra va ny hafetsen’i Satana? Moa ity “Daily” ity va dia raharaha lehibe loatra ka hampidirina mba hampisafotofoto saina sy hanakanana ny fandrosoan’ny asa amin’izao fotoana lehibe izao? Tsy tokony ho izany, na inona na inona mety ho izy. Tsy tokony hampidirina ity lohahevitra ity, fa ny fanahy izay hampidirina dia ho fanakanana, ary Lucifera dia miambina ny fihetsika rehetra. Ny herin’i Satana dia hanomboka ny asany, ary hisy fisafotofotoana hampidirina ao amin’ny laharantsika. Tsy manana antso ianareo hikaroka ny tsy fitovian-kevitra izay tsy fanontaniana fitsapana; fa ny fahanginanareo dia teny mahery. Eo anoloako mazava tsara ny raharaha rehetra. Raha azon’ny devoly ampidirina amin’ireto lohahevitra ireto ny olona iray avy amin’ny antsika, araka izay nokasainy hatao, dia handresy ny asan’i Satana. Ankehitriny ny asa dia tsy maintsy raisina tsy misy hataka andro, ary tsy hisy [tsy fitovian-kevitra] hambara.”</w:t>
      </w:r>
    </w:p>
    <w:p>
      <w:pPr>
        <w:pStyle w:val="ArticleScripture"/>
        <w:jc w:val="left"/>
      </w:pPr>
      <w:r>
        <w:rPr>
          <w:rFonts w:ascii="Times New Roman" w:hAnsi="Times New Roman" w:eastAsia="Times New Roman" w:cs="Times New Roman"/>
        </w:rPr>
        <w:t>“I Satana dia hanosika ireo lehilahy izay efa nivoaka avy tamintsika mba hiara-dia amin’ny anjely ratsy sy hanakantsakana ny asantsika amin’ny raharaha tsy manan-danja, ary ho toy inona re ny fifaliana [hisy] ao amin’ny tobin’ny fahavalo. Mifanakaiky, mifanakaiky. Aoka halevina ny tsy fitoviana rehetra. Ny asantsika ankehitriny dia ny hanokana ny herintsika ara-batana rehetra sy ny herin’ny ati-doha sy ny rafi-pitatitra mba hanaisotra ireo tsy fitoviana ireo tsy ho sakana intsony, ary aoka hifanaraka avokoa ny rehetra. Raha navela i Satana, amin’ny fahendreny lehibe izay tsy nohamasinina, hahazo fitanana na dia kely indrindra aza, [dia hifaly izy].”</w:t>
      </w:r>
    </w:p>
    <w:p>
      <w:pPr>
        <w:pStyle w:val="ArticleScripture"/>
        <w:jc w:val="left"/>
      </w:pPr>
      <w:r>
        <w:rPr>
          <w:rFonts w:ascii="Times New Roman" w:hAnsi="Times New Roman" w:eastAsia="Times New Roman" w:cs="Times New Roman"/>
        </w:rPr>
        <w:t>“Ankehitriny, raha hitako ny fomba niasanao, dia noraisin’ny saiko ny toe-javatra manontolo sy ny vokany, raha toa ka handroso ianao ka hanome ny antoko izay nandao antsika na dia fahafahana kely indrindra aza hitondra fisafotofotoana ao amin’ny laharantsika. Ny tsy fahendrenao dia izany indrindra no irin’i Satana. Ny fanambarànao tamin’ny feo mahery dia tsy teo ambanin’ny fanentanan’ny Fanahy Masina. Nampianarina aho hilaza aminao fa ny fitadiavanao tsiny ao amin’ny asa soratr’ireo lehilahy izay notarihin’Andriamanitra dia tsy avy amin’ny fanentanan’Andriamanitra. Ary raha izany no fahendrena homen’i Loholona Daniells ny vahoaka, dia aza omena toerana ofisialy mihitsy izy, satria tsy mahay mandinika avy amin’ny antony ho amin’ny vokany. Ny fahanginanao amin’izao raharaha izao no fahendrenao. Ary ankehitriny, ny zavatra rehetra toy ny fitadiavana tsiny ao amin’ny boky navoakan’ireo lehilahy izay tsy velona intsony dia tsy asa nomen’Andriamanitra na iza na iza aminareo hatao. Fa raha ireo lehilahy ireo—dia Loholona Daniells sy Prescott—no nanaraka ny toromarika nomena mikasika ny fiasa tany an-tanàn-dehibe, dia ho maro, eny, ho tena maro, no ho resy lahatra ny amin’ny fahamarinana ka hibebaka, lehilahy mahay izay [ankehitriny] dia ao amin’ny toerana izay tsy hahatrarana azy velively.”</w:t>
      </w:r>
    </w:p>
    <w:p>
      <w:pPr>
        <w:pStyle w:val="ArticleScripture"/>
        <w:jc w:val="left"/>
      </w:pPr>
      <w:r>
        <w:rPr>
          <w:rFonts w:ascii="Times New Roman" w:hAnsi="Times New Roman" w:eastAsia="Times New Roman" w:cs="Times New Roman"/>
        </w:rPr>
        <w:t>“Izao tontolo izao dia tokony hoheverina ho fianakaviana lehibe iray. Ary rehefa manana loharanon’ny fahalalana toy izany hosintonina ianareo, nahoana no navelanareo ho ringana nandritra ny taona maro izao tontolo izao, kanefa efa nomen’ny Tompontsika Jesosy Kristy ny fanambarana? Ny fivavahana marina dia mampianatra antsika hihevitra ny lehilahy sy ny vehivavy rehetra ho olona izay azontsika anaovana soa.</w:t>
      </w:r>
    </w:p>
    <w:p>
      <w:pPr>
        <w:pStyle w:val="ArticleScripture"/>
        <w:jc w:val="left"/>
      </w:pPr>
      <w:r>
        <w:rPr>
          <w:rFonts w:ascii="Times New Roman" w:hAnsi="Times New Roman" w:eastAsia="Times New Roman" w:cs="Times New Roman"/>
        </w:rPr>
        <w:t>“Ity dia efa nivoaka an-tsoratra nandritra ny taona maro: ‘Saina Voalanjalanja,’ fijoroana ho an-dRahalahy Andrews. Ny saina dia azo kolokoloina mba ho tonga hery hahalala izay fotoana tokony hitenenana sy izay enta-mavesatra tokony horaisina sy hozakaina, fa Kristy no Mpampianatra anao. Ary natahotra mafy ny aminareo aho [raha nahita anareo] nanandratra ny fahendrenareo sy nizotra tamin’ny lalana hitondrana tsy fitovian-kevitra. Miantso lehilahy hendry ny Tompo, izay mahay mangina rehefa fahendrena ho azy ny manao izany. Raha te ho olona lavorary ianareo, dia mila fanamasinana amin’ny alalan’i Jesosy Kristy. Ankehitriny dia misy asa vao natomboka, ary aoka ho hita ny fahendrena ao amin’ny mpitandrina rehetra, ao amin’ny filohan’ny fivoriana [iray] rehetra. Fa nisy asa tokony ho noraisinareo an-tanana taona maro lasa izay, teo amin’ny toerana nilana anareo hanandratra ny feonareo ho amin’io asa io indrindra. Nanome toromarika manokana ny olony rehetra Kristy ny amin’izay tokony hataony sy ny zavatra izay tsy tokony hataony. Ary kely sisa ny fotoana ananantsika hiasana ny fahamarinan’ny Tompo. Azonareo tsara ny lalan’ny Tompo. Hitako ny fikasanareo hitantana ny zavatra araka ny hevitra noforoninareo ihany taorian’ny nametrahana anareo ho filoha. Nihevitra ianareo fa hanao zava-mahagaga, izay asa tsy napetrak’Andriamanitra teo an-tananareo hatao. Ankehitriny, ny asanareo dia tsy ny hampahory, fa ny hanafaka izay rehetra azo atao amin’ny filàna rehetra, raha neken’ny Tompo hanompo ianareo. Nefa ianareo dia efa nanome porofo sahady hatrany am-piandohana fa ny fahendrena sy ny fitsarana voahamasina dia tsy nasehonareo. Nampipoaka raharaha ianareo izay tsy ho nekena raha tsy omen’ny Tompo fahazavana.”</w:t>
      </w:r>
    </w:p>
    <w:p>
      <w:pPr>
        <w:pStyle w:val="ArticleScripture"/>
        <w:jc w:val="left"/>
      </w:pPr>
      <w:r>
        <w:rPr>
          <w:rFonts w:ascii="Times New Roman" w:hAnsi="Times New Roman" w:eastAsia="Times New Roman" w:cs="Times New Roman"/>
        </w:rPr>
        <w:t>“Nampianarina aho fa tsy tokony ho natao ny fihetsiketsehana maika tahaka izany, dia ny nifidianana anao ho filohan’ny conference na dia herintaona indray aza. Fa ny Tompo mandrara ny tsy hisian’ny raharaham-panaovana maika tahaka izany intsony mandra-pahatongan’ny raharaha eo anatrehan’ny Tompo amin’ny vavaka; ary satria efa tonga taminao ny hafatra fa ny asan’ny Tompo izay apetraka eo amin’ny filoha dia andraikitra tena manetriketrika indrindra, dia tsy nanana zo ara-môraly ianao hipoaka tahaka izay nataonao momba ny resaka ny amin’ny ‘Daily’ ka hihevitra fa ny herin’ny fitaomanao no hanapaka ny raharaha. Tao i Loholona Haskell, izay nitondra ireo andraikitra mavesatra, ary tao i Loholona Irwin sy lehilahy maromaro azoko hotononina, izay mitondra ireo andraikitra mavesatra.”</w:t>
      </w:r>
    </w:p>
    <w:p>
      <w:pPr>
        <w:pStyle w:val="ArticleScripture"/>
        <w:jc w:val="left"/>
      </w:pPr>
      <w:r>
        <w:rPr>
          <w:rFonts w:ascii="Times New Roman" w:hAnsi="Times New Roman" w:eastAsia="Times New Roman" w:cs="Times New Roman"/>
        </w:rPr>
        <w:t>«Taiza no fanajana nasehonao tamin’ireo lehilahy efa zokinjokiny? Fahefana inona no azonao nampiharina raha tsy nitondra ny lehilahy tompon’andraikitra rehetra handinika ny raharaha? Nefa andeha isika ankehitriny handinika izao raharaha izao. Tokony handinika indray isika ankehitriny raha didim-pitsaran’ny Tompo izany, manoloana ny asa izay natao tsinontsinona, ka hanehoanareo ny zotom-ponareo hitondrana ny asa mandritra ny taona iray hafa indray. Raha hitondra ny asa mandritra ny taona iray hafa ianareo miaraka amin’ny fanampiana izay hiray hina aminareo, dia tsy maintsy hisy fiovana hitranga ao aminareo sy amin’i Loholona Prescott. Ary manetre tena ao am-ponareo eo anatrehan’Andriamanitra. Tsy maintsy hahita ao aminareo ny Tompo fanehoana traikefa hafa, satria raha nisy olona nila ny hibebaka indray amin’izao fotoana izao, dia i Loholona Daniells sy i Loholona Prescott izany. »</w:t>
      </w:r>
    </w:p>
    <w:p>
      <w:pPr>
        <w:pStyle w:val="ArticleScripture"/>
        <w:jc w:val="left"/>
      </w:pPr>
      <w:r>
        <w:rPr>
          <w:rFonts w:ascii="Times New Roman" w:hAnsi="Times New Roman" w:eastAsia="Times New Roman" w:cs="Times New Roman"/>
        </w:rPr>
        <w:t>“Tokony hofidiana ny lehilahy fito izay lehilahy hendry, ary amin’ny alalan’ny fiasan’ny fahasoavan’Andriamanitra dia [haneho] porofo [momba ny] fibebahana indray. Fa izay lehilahy rehetra jamba loatra ka tsy mahay mandinika avy amin’ny antony mankany amin’ny vokany, hany ka tsy miraharaha ireo lehilahy izay nitondra ny andraikitry ny asa sy ireo filohan’ny konferansa ireo, [izany hoe] lehilahy [izay] nitondra ny asa nandritra ny roa taona mahery ka atao tsinontsinona, ary vokatra tampoka toy izany no miseho hany ka ataon’ny olona an-tsirambina ilay asa mihitsy izay napetraka teo anoloany nandritra ny taona maro—dia ny asa any an-tanàn-dehibe—ary tsy misy, na kely dia kely ihany, fiheverana omena ireo anti-panahy ho amin’ny torohevitra, fa kosa torina ireo zavatra nofidiny homena ny vahoaka, dia mitondra ny fijoroany ho vavolombelona ny amin’ny tsy maha-azo antoka ireo lehilahy hatokisana amin’ny asa lehibe sy mahatalanjona toy izany.”</w:t>
      </w:r>
    </w:p>
    <w:p>
      <w:pPr>
        <w:pStyle w:val="ArticleScripture"/>
        <w:jc w:val="left"/>
      </w:pPr>
      <w:r>
        <w:rPr>
          <w:rFonts w:ascii="Times New Roman" w:hAnsi="Times New Roman" w:eastAsia="Times New Roman" w:cs="Times New Roman"/>
        </w:rPr>
        <w:t>“Tsy maty Kristy. Tsy havelany velively hotanterahina amin’izao fomba hafahafa izao ny asany. Avelao ho amin’izay ihany ny boky. Raha misy fanovana tena ilaina, Andriamanitra no hampisy ny firindrana ao amin’izany fanovana izany araka izay mifanaraka; kanefa raha misy hafatra natolotra ho an’ny olona miaraka amin’ireo andraikitra lehibe tafiditra ao, dia [Andriamanitra] mitaky fahatokiana izay miasa amin’ny fitiavana ka manadio ny fanahy. Samy mila fibebahana sy fiovam-po indray ny Loholona Daniells sy Prescott. Efa niditra ny asa hafahafa iray, ary tsy mifanaraka amin’ny asa izay nahatongavan’i Kristy teto amin’izao tontolontsika izao hatao izany; ary izay rehetra tena niova fo dia hanao ny asan’i Kristy.”</w:t>
      </w:r>
    </w:p>
    <w:p>
      <w:pPr>
        <w:pStyle w:val="ArticleScripture"/>
        <w:jc w:val="left"/>
      </w:pPr>
      <w:r>
        <w:rPr>
          <w:rFonts w:ascii="Times New Roman" w:hAnsi="Times New Roman" w:eastAsia="Times New Roman" w:cs="Times New Roman"/>
        </w:rPr>
        <w:t>“Isika rehetra dia [tokony] hanatanteraka ny asa izay hanome voninahitra ny Ray. Tonga eo amin’ny fotoan-tsarotra isika—na hanaraka ny toetran’i Jesosy Kristy dieny izao, amin’izao fotoam-panomanana izao, na tsy hanandrana [izany] akory. Ry Loholona Daniells, [ianao tsy] tokony hihevitra ny tenanao ho afaka hampandrenesina avo ny feonao tahaka izay nataonao tamin’ny toe-javatra mitovy amin’izany. Ary fantaro fa ny filohan’ny fihaonambe dia tsy mpanapaka. Miara-miasa amin’ireo lehilahy hendry izay mitana ny toerana maha-filoham-piangonana sy efa neken’Andriamanitra izy. Tsy manan-jo hitsabaka amin’ny soratra ao amin’ny boky vita pirinty avy amin’ny penin’ireo izay neken’Andriamanitra izy. Tsy tokony hanjaka intsony izy ireo raha tsy mampiseho fihenan’ny fahefana mpanapaka sy mpifehy anjakazaka. Tonga ny fotoan-tsarotra, fa ho afa-baraka Andriamanitra.”</w:t>
      </w:r>
    </w:p>
    <w:p>
      <w:pPr>
        <w:pStyle w:val="ArticleScripture"/>
        <w:jc w:val="left"/>
      </w:pPr>
      <w:r>
        <w:rPr>
          <w:rFonts w:ascii="Times New Roman" w:hAnsi="Times New Roman" w:eastAsia="Times New Roman" w:cs="Times New Roman"/>
        </w:rPr>
        <w:t>“Ahoana no fijerin’ny Tompo ireo tanàna tsy mbola niasana? Kristy dia any an-danitra. Koa izao no fanekena tokony hatao: ‘Tsy misy fanapahana maha-mpanjaka. Ary ankehitriny no krizin’izao tontolo izao. Ankehitriny Izaho no Hery hamonjy na handringana. Ankehitriny no fotoana izay ananan’ny tanako ny anjaran’ny rehetra. Efa nomeko ny aiko hamonjy izao tontolo izao. Ary “Izaho, raha asandratra hiala amin’ny tany,” ny fahasoavana mahavonjy izay homenaiko dia hanaporofo fa izay rehetra hamboarina hitovy amin’ny endrika maha-Andriamanitra ary ho iray amiko dia hiasa tahaka ny iasako amin’ny herin’ny fahasoavako manavotra.’ Na iza na iza maniry, aoka izy hifandray amin’ny rahalahiny hanao ny asa nomena azy hatao, rehefa eo amin’ny toerana iandraiketana andraikitra eo ambanin’ny torohevitra omen’ny Tompo, ary aoka izy hitady amin’ny fahamaotonana indrindra hiasa amin’ny firindrana tanteraka amin’Ilay izay tia izao tontolo izao ka nanolotra ny ainy ho fanatitra feno ho famonjena izao tontolo izao. Miteny amin’ny mpitandrina antsika aho, fa raha miditra amin’ny asa ao amin’ny tanànantsika izy, dia aoka hisy fahanginana masina sy manetriketrika hanatrika ny fanompoana ny Teny. Tsy mahavita mamela ny fahatsapana tokony ho izy ao an-tsain’ny olona isika raha toa ka isika... [Ny ampahatelony ambany amin’ity pejy ity dia navela banga.]”</w:t>
      </w:r>
    </w:p>
    <w:p>
      <w:pPr>
        <w:pStyle w:val="ArticleScripture"/>
        <w:jc w:val="left"/>
      </w:pPr>
      <w:r>
        <w:rPr>
          <w:rFonts w:ascii="Times New Roman" w:hAnsi="Times New Roman" w:eastAsia="Times New Roman" w:cs="Times New Roman"/>
        </w:rPr>
        <w:t>“Mandika avy amin’ny Bokiko Fanamarihana aho. Ny fahamarinana araka izay ao amin’i Jesosy—lazao izany, ento am-bavaka izany, minoa ny teny rehetra amin’ny fahatsorany. Inona no ho tombony ho azonao raha aseho eo anatrehan’ireo lehilahy izay efa niala tamin’ny finoana ka nihaino fanahy mamitaka ny fahadisoana, dia lehilahy izay tsy ela akory izay no niaraka tamintsika tamin’ny finoana? Hijoro eo anilan’ny devoly va ianao? Atodiho amin’ireo saha mbola tsy voasa ny sainao. Asa maneran-tany no eo anoloantsika. Nomena sary maneho an’i John Kellogg aho.”</w:t>
      </w:r>
    </w:p>
    <w:p>
      <w:pPr>
        <w:pStyle w:val="ArticleScripture"/>
        <w:jc w:val="left"/>
      </w:pPr>
      <w:r>
        <w:rPr>
          <w:rFonts w:ascii="Times New Roman" w:hAnsi="Times New Roman" w:eastAsia="Times New Roman" w:cs="Times New Roman"/>
        </w:rPr>
        <w:t>“Olona iray tena nahasarika tokoa no naneho ny hevitra tao anatin’ireo fandresen-dahatra mamitaka nefa toa mitombina izay nentiny, dia firehana tsy mitovy amin’ny fahamarinan’ny Baiboly marina. Ary ireo izay noana sy mangetaheta zava-baovao dia nampandroso hevitra [toa mitombina sy mamitaka loatra] ka nahatonga an’i Loholona Prescott ho tao anatin’ny loza lehibe. Loholona Daniells koa dia tao anatin’ny loza lehibe [ho] voafono tao anaty fitaka, tamin’ny fiheverana fa raha azo tenenina hatraiza hatraiza ireo firehana ireo dia ho toy ny tontolo vaovao izany.</w:t>
      </w:r>
    </w:p>
    <w:p>
      <w:pPr>
        <w:pStyle w:val="ArticleScripture"/>
        <w:jc w:val="left"/>
      </w:pPr>
      <w:r>
        <w:rPr>
          <w:rFonts w:ascii="Times New Roman" w:hAnsi="Times New Roman" w:eastAsia="Times New Roman" w:cs="Times New Roman"/>
        </w:rPr>
        <w:t>“Eny, mety ho toy izany tokoa; kanefa, raha mbola variana sy lena tanteraka tamin’izany ny sainy, dia naseho tamiko fa Rahalahy Daniells sy Rahalahy Prescott dia nampiditra tao amin’ny fanandraman’izy ireo hevitra sy fihetseham-po manana endrika ara-panahy[ista], ka nitarika ny vahoakantsika ho amin’ny fihetseham-po tsara tarehy izay mety hamitaka, raha azo atao, na dia ny olom-boafidy aza. Tsy maintsy soratako amin’ny peniko [izao zava-misy izao], fa ireo rahalahy ireo dia hahita lesoka ao amin’ny hevitra mamitak’izy ireo, izay hampiditra ny fahamarinana ao anatin’ny tsy fahazoana antoka; ary [na dia izany aza] dia hijoro ho toy ny [olona manana] fahalalana ara-panahy lehibe izy ireo. Ankehitriny dia asaina milaza aminy aho [fa] rehefa naseho tamiko ity raharaha ity, tamin’ny fotoana nanandratàn’i Loholona Daniells ny feony tahaka ny trompetra teo am-panoloran-kevitra momba ny heviny ny amin’ny ‘Daily,’ dia naseho ihany koa ny vokatra haterak’izany any aoriana. Lasa very hevitra ny vahoakantsika. Hitako ny vokany, ary avy eo dia nomena fampitandremana aho fa raha Loholona Daniells, tsy miraharaha ny vokatra hiafarany, no ho voataonan’izany ka hamela ny tenany hino fa eo ambanin’ny tsindrimandrin’Andriamanitra izy, dia hafafy manerana ny laharantsika rehetra ny fisalasalana. Ary ho tonga amin’ny toerana izay hitondran’i Satana ny hafany isika. Tsy finoana sy fisalasalana mafy orina no hafafy ao an-tsain’ny olona, ary vokatra hafahafa sy ratsy no hisolo ny fahamarinana.—Ms 67, 1910, 1–8. Manuscript Release, boky faha-20, 17–22.”</w:t>
      </w:r>
    </w:p>
    <w:p>
      <w:pPr>
        <w:pStyle w:val="ArticleBody"/>
        <w:jc w:val="left"/>
      </w:pPr>
      <w:r>
        <w:rPr>
          <w:rFonts w:ascii="Times New Roman" w:hAnsi="Times New Roman" w:eastAsia="Times New Roman" w:cs="Times New Roman"/>
        </w:rPr>
        <w:t>Ireo izay nanambara ny antson’ny ora fitsarana dia nomena ny fahatakarana marina ny amin’“ilay isan’andro” ao amin’ny bokin’i Daniela. Tamin’ny alalan’ireo tanan’olombelona izay nandika ny bokin’i Daniela, ary taorian’izany tamin’ny alalan’olombelona izay notarihin’ireo anjely izay noroahina avy tany an-danitra, dia nafenina ny fahatakarana marina ny amin’“ilay isan’andro”, na dia hita miharihary aza izany. Ao amin’i Daniela, rehefa miseho ilay teny nadika hoe “ilay isan’andro”, dia tsy tokony hampidirina ao ny teny fanampin’olombelona hoe “fanatitra.” Ao amin’ny andininy fahatelo ambin’ny folo ao amin’ny Daniela toko fahavalo no ahitantsika ny iray amin’ireo in-dimy isehoan’izany ao amin’ny bokin’i Daniela. Ao amin’io andininy io indrindra koa no anondroana ilay “impito” ao amin’ny Levitikosy enina amby roapolo, nefa tamin’ny alalan’io karazana fanodikodinana maha-olombelona io ihany dia nafenina teo imason’ny rehetra izany.</w:t>
      </w:r>
    </w:p>
    <w:p>
      <w:pPr>
        <w:pStyle w:val="ArticleBody"/>
        <w:jc w:val="left"/>
      </w:pPr>
      <w:r>
        <w:rPr>
          <w:rFonts w:ascii="Times New Roman" w:hAnsi="Times New Roman" w:eastAsia="Times New Roman" w:cs="Times New Roman"/>
        </w:rPr>
        <w:t>Hodinihintsika ao amin’ny lahatsoratra manaraka izany zava-misy izany.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Faharoa</dc:title>
  <dc:subject>Pagănismu</dc:subject>
  <dc:creator>Jeff Pippenger</dc:creator>
  <cp:keywords/>
  <dc:description>Generated by ArticleDigger from daniel\02_daniel.json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