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Fahasivy</w:t>
      </w:r>
    </w:p>
    <w:p>
      <w:pPr>
        <w:pStyle w:val="ArticleSubtitle"/>
        <w:jc w:val="left"/>
      </w:pPr>
      <w:r>
        <w:rPr>
          <w:rFonts w:ascii="Arial" w:hAnsi="Arial" w:eastAsia="Arial" w:cs="Arial"/>
        </w:rPr>
        <w:t>Ny Hafatry ny Anjely Voalohany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2023-12-04</w:t>
      </w:r>
    </w:p>
    <w:p>
      <w:pPr>
        <w:pStyle w:val="ArticleBody"/>
        <w:jc w:val="left"/>
      </w:pPr>
      <w:r>
        <w:rPr>
          <w:rFonts w:ascii="Times New Roman" w:hAnsi="Times New Roman" w:eastAsia="Times New Roman" w:cs="Times New Roman"/>
        </w:rPr>
        <w:t>Ny toko voalohany ao amin’ny Daniela dia maneho ny hafatry ny anjely voalohany ao amin’ny Apokalypsy toko fahaefatra ambin’ny folo. I Jehoiakima dia manondro ara-tandindona fa ny fanomezan-kery ny hafatry ny anjely voalohany no resahina, fa tsy ny fahatongavany amin’ny “fotoanan’ny farany.” Ny mpaminany rehetra dia manondro ny “andro farany” amin’ny fitsarana famotopotorana, ka izany toko izany dia maneho ny 11 Septambra 2001, izay nanombohan’ny fizahan-toetra ny iray hetsy sy efatra arivo sy efatra alina. Ao amin’ny Malakia toko faha-3, izany fizotran-javatra izany dia aseho ho toy ny fanadiovana, rehefa misy iraka manomana ny lalana ho an’ilay iraky ny fanekena mba ho tonga tampoka ao amin’ny tempoliny. Ilay iraka manomana ny lalana, izay ilay “feo” miantso any an-tany efitra koa, dia fitsapana ihany koa, sady ampahany amin’ny fizotry ny fanadiovana. Ao amin’ny Malakia toko faha-3, ny iray hetsy sy efatra arivo sy efatra alina dia aseho ho zanak’i Levy. Ny zanak’i Levy dia maneho ireo izay nijoro niaraka tamin’i Mosesy, tao amin’ny fikomian’ny zanak’omby volamena izay naneho ny sarin’ny bibidia.</w:t>
      </w:r>
    </w:p>
    <w:p>
      <w:pPr>
        <w:pStyle w:val="ArticleBody"/>
        <w:jc w:val="left"/>
      </w:pPr>
      <w:r>
        <w:rPr>
          <w:rFonts w:ascii="Times New Roman" w:hAnsi="Times New Roman" w:eastAsia="Times New Roman" w:cs="Times New Roman"/>
        </w:rPr>
        <w:t>Ny fahafahana amin’ny fitsapana momba ny sarin’ny bibidia dia sary ara-Baiboly iray hafa maneho ny faharoa amin’ireo fitsapana telo izay mandrafitra ny dingan’ny fanadiovana. Ny zanak’i Levy dia tsy maintsy mandalo izany fitsapana izany alohan’ny hamehezana azy.</w:t>
      </w:r>
    </w:p>
    <w:p>
      <w:pPr>
        <w:pStyle w:val="ArticleBody"/>
        <w:jc w:val="left"/>
      </w:pPr>
      <w:r>
        <w:rPr>
          <w:rFonts w:ascii="Times New Roman" w:hAnsi="Times New Roman" w:eastAsia="Times New Roman" w:cs="Times New Roman"/>
        </w:rPr>
        <w:t>Ny famehezana ao amin’ny Ezekiela toko faha-valo sy faha-sivy dia ohatra iray hafa momba ny dingan’ny fanadiovana izay nanomboka tamin’ny 11 Septambra 2001. Ao amin’ny toko faha-valo, ireo ao Jerosalema izay amin’ny farany miankohoka amin’ny masoandro dia maneho ireo taranaka efatra amin’ny Adventisma Laodiseana. Ao amin’ny toko faha-sivy, ireo izay mandray ny tombo-kase dia misento sy mitomany noho ny fahavetavetana izay mitranga ao anatin’i Jerosalema. I Jerosalema dia fiangonan’Andriamanitra.</w:t>
      </w:r>
    </w:p>
    <w:p>
      <w:pPr>
        <w:pStyle w:val="ArticleBody"/>
        <w:jc w:val="left"/>
      </w:pPr>
      <w:r>
        <w:rPr>
          <w:rFonts w:ascii="Times New Roman" w:hAnsi="Times New Roman" w:eastAsia="Times New Roman" w:cs="Times New Roman"/>
        </w:rPr>
        <w:t>Ny hafatry ny anjely telo dia sary maneho ihany koa ny fizotry ny fanadiovana. Ireo hafatra telo ireo dia maneho dingam-pitsapana telo sosona, ary takiana ny zanak’i Levy handalo ny fitsapana voalohany vao afaka mirotsaka amin’ny fitsapana faharoa akory. Ny fitsapana fahatelo dia karazana fitsapana hafa, satria maneho fitsapana iray izay mamantatra raha nandalo tamim-pahombiazana ny fitsapana roa voalohany ny zanak’i Levy. Fitsapana famantarana ara-paminaniana izany. Ny fitsapana voalohany dia fitsapana ara-tsakafo (amin’ny lafiny ara-panahy), satria ny fandalovana na ny tsy fandalovana azy dia miankina amin’ny faneken’ny zanak’i Levy ny hafatra atolotry ny Fanahy Masina amin’ny alalan’i Elia, ilay iraka manomana ny lalana ho an’ilay iraky ny fanekena.</w:t>
      </w:r>
    </w:p>
    <w:p>
      <w:pPr>
        <w:pStyle w:val="ArticleBody"/>
        <w:jc w:val="left"/>
      </w:pPr>
      <w:r>
        <w:rPr>
          <w:rFonts w:ascii="Times New Roman" w:hAnsi="Times New Roman" w:eastAsia="Times New Roman" w:cs="Times New Roman"/>
        </w:rPr>
        <w:t>Ny andininy voalohany ao amin’ny bokin’ny Apokalypsy dia manasongadina ny maha-matotra io hafatra io. Fanahy iniana no amaritany fa ny hafatra izay alefan’ilay iraka olombelona, aseho amin’i Jaona, ho any amin’ny fiangonana, dia nomen’i Gabriela azy, izay nandray izany avy tamin’i Kristy, izay kosa nandray izany avy tamin’ny Ray. Ny hafatr’i Elia dia mitondra ny fahefan’ny maha-Andriamanitra, ary ny mandà ny hafatr’i Jaona, na i Elia, na ilay “feo miantso mafy any an-efitra”, dia mandà ny Fanambaran’i Jesosy Kristy.</w:t>
      </w:r>
    </w:p>
    <w:p>
      <w:pPr>
        <w:pStyle w:val="ArticleBody"/>
        <w:jc w:val="left"/>
      </w:pPr>
      <w:r>
        <w:rPr>
          <w:rFonts w:ascii="Times New Roman" w:hAnsi="Times New Roman" w:eastAsia="Times New Roman" w:cs="Times New Roman"/>
        </w:rPr>
        <w:t>Ny fitsapana faharoa dia fitsapana hita maso, fa raha vao nihinana ny hafatr’i Elia, izay tao an-tànan’ilay anjely nidina hanazava ny tany tamin’ny voninahiny, ny zanak’i Levy, dia efa nanaiky ny fomba fiasa ara-Baiboly izay ahafahany mamantatra marina ny famantarana ny fotoana izy ireo. Io fomba fiasa io no ahafahan’ny zanak’i Levy mahafantatra fa ireo famantarana ny fotoana ireo dia maneho fa miara-mitambatra ny fiangonana sy ny fanjakana any Etazonia, ho fahatanterahan’ny fitsapana ny sarin’ny bibidia. Ny mbola lehibe kokoa aza, ireo famantarana ny fotoana ireo, rehefa apetraka ao anatin’ny tontolon-kevitry ny tsipika masina fanavaozana, no votoatin’ny Alfa sy Omega, ka ny fiandohana no manazava mialoha ny fiafarana. Ny tsipika masina fanavaozana dia manondro fa tsy maintsy manao izay rehetra tratry ny heriny ny olon’Andriamanitra mba hiara-miasa amin’ny asa fanomanana ny tenany handray ny tombo-kasen’Andriamanitra.</w:t>
      </w:r>
    </w:p>
    <w:p>
      <w:pPr>
        <w:pStyle w:val="ArticleScripture"/>
        <w:jc w:val="left"/>
      </w:pPr>
      <w:r>
        <w:rPr>
          <w:rFonts w:ascii="Times New Roman" w:hAnsi="Times New Roman" w:eastAsia="Times New Roman" w:cs="Times New Roman"/>
        </w:rPr>
        <w:t>Koa amin’izany, ry malalako, tahaka ny efa nanekenareo mandrakariva, tsy fony teo aminareo ihany akory aho, fa mainka ankehitriny amin’ny tsy fisiako, dia tanteraho amin’ny tahotra sy hovitra ny famonjenareo. Fa Andriamanitra no miasa ao anatinareo na ny finiavana na ny fanaovana araka izay sitrapony. Ataovy ny zavatra rehetra tsy amim-pimonomononana sy fifandirana, mba ho tsy manan-tsiny sy tsy misy fitaka ianareo, dia zanak’Andriamanitra tsy manan-tsiny, eo afovoan’ny taranaka miolakolaka sy ratsy toetra, izay anjelanjelaranareo tahaka ny fanazavana eo amin’izao tontolo izao. Filipiana 2:12–15.</w:t>
      </w:r>
    </w:p>
    <w:p>
      <w:pPr>
        <w:pStyle w:val="ArticleBody"/>
        <w:jc w:val="left"/>
      </w:pPr>
      <w:r>
        <w:rPr>
          <w:rFonts w:ascii="Times New Roman" w:hAnsi="Times New Roman" w:eastAsia="Times New Roman" w:cs="Times New Roman"/>
        </w:rPr>
        <w:t>Daniela, Hanania, Misaela ary Azaria, izay efatra isa, dia misolo tena ny Advantista Mitandrina ny Andro Fahafito maneran-tany, izay manaiky ny 11 Septambra 2001 ho famantarana ny fidinan’ilay anjely ao amin’ny Apokalypsy toko faha-18, ary misafidy handray ny mana miafina izay eo an-tànany sy hihinana izany. Ny mana miafina izay tokony hohanina, araka izay vao notononin’ny apostoly Paoly, dia maneho an’Andriamanitra (ilay mana miafina), izay miasa ao anatin’ny vahoakany mba hanatanteraka ny sitrapony sy izay ankasitrahany. Paoly dia misolo tena ilay iraka ho an’ny Fiangonana ao Filadelfia, ary fahafatesana ny nandà ny hafany. Daniela, Hanania, Misaela ary Azaria dia misolo tena ireo izay misafidy hihinana ny mana miafina.</w:t>
      </w:r>
    </w:p>
    <w:p>
      <w:pPr>
        <w:pStyle w:val="ArticleScripture"/>
        <w:jc w:val="left"/>
      </w:pPr>
      <w:r>
        <w:rPr>
          <w:rFonts w:ascii="Times New Roman" w:hAnsi="Times New Roman" w:eastAsia="Times New Roman" w:cs="Times New Roman"/>
        </w:rPr>
        <w:t>Ary tamin’ireny dia nisy tamin’ny taranak’i Joda, dia Daniela sy Hanania sy Misaela ary Azaria; ireo no nomen’ny lehiben’ny tandapa anarana hafa: Daniela nataony hoe Beltesazara; Hanania nataony hoe Sadraka; Misaela nataony hoe Mesaka; ary Azaria nataony hoe Abednego. Fa Daniela kosa nanapa-kevitra tao am-pony tsy handoto ny tenany tamin’ny anjara hanin’ny mpanjaka, na tamin’ny divay izay nisotroany; koa dia nangataka tamin’ny lehiben’ny tandapa izy mba tsy handoto ny tenany. Daniela 1:6–8.</w:t>
      </w:r>
    </w:p>
    <w:p>
      <w:pPr>
        <w:pStyle w:val="ArticleBody"/>
        <w:jc w:val="left"/>
      </w:pPr>
      <w:r>
        <w:rPr>
          <w:rFonts w:ascii="Times New Roman" w:hAnsi="Times New Roman" w:eastAsia="Times New Roman" w:cs="Times New Roman"/>
        </w:rPr>
        <w:t>I Daniela dia manapa-kevitra fa maniry hihinana ny hafatra izay nidina avy any an-danitra tamin’ny 11 Septambra 2001, ary koa handà ny hafatra aseho ho sakafon’i Babylona sy ny fisotroany. I Aspenaza no nifidy izay amin’ireo babo Jodeana no tokony hoentina eo anatrehan’ny mpanjaka.</w:t>
      </w:r>
    </w:p>
    <w:p>
      <w:pPr>
        <w:pStyle w:val="ArticleScripture"/>
        <w:jc w:val="left"/>
      </w:pPr>
      <w:r>
        <w:rPr>
          <w:rFonts w:ascii="Times New Roman" w:hAnsi="Times New Roman" w:eastAsia="Times New Roman" w:cs="Times New Roman"/>
        </w:rPr>
        <w:t>Ary ny mpanjaka niteny tamin’i Aspenaza, lehiben’ny tandapany, mba hitondra ny sasany tamin’ny zanak’Isiraely, dia avy tamin’ny taranaky ny mpanjaka sy tamin’ny andriana; zatovo tsy misy tsiny akory, fa tsara tarehy, sady mahay amin’ny fahendrena rehetra, kinga amin’ny fahalalana, mahafantatra ny siansa, ary manan-kery hijoro eo an-dapan’ny mpanjaka, ka hampianarina ny soratra sy ny fitenin’ny Kaldeana. Daniela 1:4, 5.</w:t>
      </w:r>
    </w:p>
    <w:p>
      <w:pPr>
        <w:pStyle w:val="ArticleBody"/>
        <w:jc w:val="left"/>
      </w:pPr>
      <w:r>
        <w:rPr>
          <w:rFonts w:ascii="Times New Roman" w:hAnsi="Times New Roman" w:eastAsia="Times New Roman" w:cs="Times New Roman"/>
        </w:rPr>
        <w:t>Raha arahintsika ilay rojom-pibaikoana aseho ao amin’ny Apokalypsy toko voalohany, andininy voalohany, dia i Nebokadnezara no nanome baiko an’i Aspenaza hifidy ireo zaza izay nahatanteraka ny faminaniana nambaran’i Isaia tamin’i Hezekia. Nentin’i Aspenaza ilay hafatra, ary avy eo dia nomeny an’i Melzara, lehiben’ny tandapa. I Nebokadnezara dia maneho ny Ray any an-danitra; i Aspenaza maneho an’i Kristy, ary i Melzara maneho an’i Gabriela. Fantatr’i Aspenaza izay zaza tokony hofidiny, ary fantany fa handray fanapahan-kevitra marina momba ny sakafo i Daniela, talohan’ny nitondrany azy teo anatrehan’ny mpanjaka.</w:t>
      </w:r>
    </w:p>
    <w:p>
      <w:pPr>
        <w:pStyle w:val="ArticleScripture"/>
        <w:jc w:val="left"/>
      </w:pPr>
      <w:r>
        <w:rPr>
          <w:rFonts w:ascii="Times New Roman" w:hAnsi="Times New Roman" w:eastAsia="Times New Roman" w:cs="Times New Roman"/>
        </w:rPr>
        <w:t>Ary ankehitriny Andriamanitra nampiditra an’i Daniela ho amin’ny fitia sy ny fitiavana lalina teo anatrehan’ny lehiben’ny tandapa. Ary hoy ny lehiben’ny tandapa tamin’i Daniela: Matahotra ny mpanjakako aho, izay nanendry ny hanina sy ny fisotroanareo; fa nahoana no hahitany ny tavanareo ho ratsy tarehy noho ny an’ny zatovo izay mitovy sokajy aminareo? dia hampidi-doza ny lohako eo anatrehan’ny mpanjaka hianareo. Daniela 1:9, 10.</w:t>
      </w:r>
    </w:p>
    <w:p>
      <w:pPr>
        <w:pStyle w:val="ArticleBody"/>
        <w:jc w:val="left"/>
      </w:pPr>
      <w:r>
        <w:rPr>
          <w:rFonts w:ascii="Times New Roman" w:hAnsi="Times New Roman" w:eastAsia="Times New Roman" w:cs="Times New Roman"/>
        </w:rPr>
        <w:t>Eto i Melzara dia manondro ny dingana voalohany amin’ny hafatry ny anjely telo. Ny dingana voalohany dia ny hatahotra an’Andriamanitra, araka ny asehon’ny fahatahoran’i Melzara an’i Nebokadnezara. Ny teny hebreo hoe “fahamarinana,” izay noforonina tamin’ny fampiraisana ny litera voalohany, fahatelo ambin’ny folo ary farany amin’ny abidy hebreo, dia efa naseho teo aloha tao amin’ireo lahatsoratra ireo fa maneho ny fizahan-toetra amin’ny dingana telo, dia ny an’ny anjely telo. Tamin’ny fanaovana izany dia niorina tamin’ny vavolombelona maro fa ny hafatry ny anjely voalohany dia nahitana tao anatiny avokoa ireo fizahan-toetra telo izay asehon’ny hafatry ny anjely telo. Ny hafatry ny anjely voalohany dia faritana ho filazantsara mandrakizay, ka izany no mamaritra azy ho ilay filazantsara iray ihany hatramin’ny andron’i Adama ka hatramin’ny Fiavian’i Kristy Fanindroany.</w:t>
      </w:r>
    </w:p>
    <w:p>
      <w:pPr>
        <w:pStyle w:val="ArticleScripture"/>
        <w:jc w:val="left"/>
      </w:pPr>
      <w:r>
        <w:rPr>
          <w:rFonts w:ascii="Times New Roman" w:hAnsi="Times New Roman" w:eastAsia="Times New Roman" w:cs="Times New Roman"/>
        </w:rPr>
        <w:t>Ary hitako koa anjely iray hafa nanidina teo afovoan’ny lanitra, nanana ny filazantsara mandrakizay hotorina amin’izay monina ambonin’ny tany sy amin’ny firenena sy fokom-pirenena sy fiteny ary vahoaka rehetra, nanao tamin’ny feo mahery hoe: Matahora an’Andriamanitra, ary omeo voninahitra Izy; fa tonga ny andro fitsarany; ary miankohofa eo anoloan’Izay nanao ny lanitra sy ny tany sy ny ranomasina ary ny loharanon’ny rano. Apokalypsy 14:6, 7.</w:t>
      </w:r>
    </w:p>
    <w:p>
      <w:pPr>
        <w:pStyle w:val="ArticleBody"/>
        <w:jc w:val="left"/>
      </w:pPr>
      <w:r>
        <w:rPr>
          <w:rFonts w:ascii="Times New Roman" w:hAnsi="Times New Roman" w:eastAsia="Times New Roman" w:cs="Times New Roman"/>
        </w:rPr>
        <w:t>Ny dingana voalohany amin’ny hafatry ny anjely voalohany dia ny fahatahorana an’Andriamanitra. Ny dingana faharoa dia ny hanomezana voninahitra Azy, ary ny fahatelo dia ny fahatongavan’ny ora fitsarany. Mifandray amin’ny hafatry ny anjely roa hafa, ny hafatry ny anjely voalohany dia hoe: “Matahora an’Andriamanitra.” Avy eo ny hafatry ny anjely faharoa dia manambara ny fahalavoan’i Babylona, ary na ao amin’ny hetsika Millerita an’ilay anjely voalohany, na ao amin’ny hetsiky ny anjely fahatelo, ny fiantsoana hivoaka avy ao Babylona no toerana anatanterahana ny fanehoana ny firotsahan’ny Fanahy Masina. Ao anatin’izany vanim-potoana izany, na aseho ho ny Antso amin’ny Misasakalina izany, na ny antso mafy, na ny ranonorana farany, ireo izay mitory ny hafatra dia manome voninahitra an’Andriamanitra. Ny hafatry ny anjely faharoa no toerana anomezana voninahitra an’Andriamanitra, ary izany vanim-potoana izany dia mitarika ho amin’ny teboka iray eo amin’ny fotoana izay nanombohan’ny fitsarana famotopotorana teo amin’ny tantara Millerita, na ny fitsarana ilay mpijangajanga Babylona izay mitranga ao amin’ny krizin’ny lalàn’ny Alahady.</w:t>
      </w:r>
    </w:p>
    <w:p>
      <w:pPr>
        <w:pStyle w:val="ArticleBody"/>
        <w:jc w:val="left"/>
      </w:pPr>
      <w:r>
        <w:rPr>
          <w:rFonts w:ascii="Times New Roman" w:hAnsi="Times New Roman" w:eastAsia="Times New Roman" w:cs="Times New Roman"/>
        </w:rPr>
        <w:t>Ny tahotr’i Melzara dia maneho ny hafatry ny anjely voalohany, ary izany no manomboka ny fizahan-toetra ara-tsakafo mandritra ny folo andro, izay ny isa folo koa dia manambara fizahan-toetra. Ny filazan’i Melzara fa matahotra ny mpanjaka izy dia mitovy amin’ny an’i Daniela izay natahotra an’Andriamanitra mihoatra noho ny mpanjaka, ka nikendry tao am-pony tsy handoto tena amin’ny sakafo avy any Babylona. Ny vanim-potoana nanaovana fizahan-toetra an’i Daniela sy ireo lehilahy mendrika telo dia telo taona, ka izany dia maneho ireo dingana telo amin’ny hafatry ny anjely telo.</w:t>
      </w:r>
    </w:p>
    <w:p>
      <w:pPr>
        <w:pStyle w:val="ArticleScripture"/>
        <w:jc w:val="left"/>
      </w:pPr>
      <w:r>
        <w:rPr>
          <w:rFonts w:ascii="Times New Roman" w:hAnsi="Times New Roman" w:eastAsia="Times New Roman" w:cs="Times New Roman"/>
        </w:rPr>
        <w:t>Ary ny mpanjaka nanendry ho azy isan’andro anjara avy amin’ny hanin’ny mpanjaka sy ny divay izay nosotroiny; ka notezaina telo taona izy ireo, mba hiseho eo anatrehan’ny mpanjaka rehefa tapitra izany. Daniela 1:5.</w:t>
      </w:r>
    </w:p>
    <w:p>
      <w:pPr>
        <w:pStyle w:val="ArticleBody"/>
        <w:jc w:val="left"/>
      </w:pPr>
      <w:r>
        <w:rPr>
          <w:rFonts w:ascii="Times New Roman" w:hAnsi="Times New Roman" w:eastAsia="Times New Roman" w:cs="Times New Roman"/>
        </w:rPr>
        <w:t>Ny toko voalohan’i Daniela dia maneho ny fanomezam-pahefana ny hafatry ny anjely voalohany, ary eo no manamarika ny fiandohan’ny fitsapana momba ny sakafo, izay tao amin’ny tantara Millerita dia nasehon’ny fihinanana ilay boky kely. Ny fotoam-pitsapana ho an’i Daniela sy ireo lehilahy mendrika telo dia tontosa tao anatin’ireo folo andro voalohany amin’ireo telo taona ireo. Ny isa folo dia tandindon’ny fizotry ny fitsapana, araka ny naseho tamin’ny Isiraely fahiny raha nandà ny fitsapana fahafolo izy ireo, izay nasehon’ny hafatr’i Josoa sy Kaleba. Aseho koa izany amin’ny andron’ny fanenjehana tao amin’ny fiangonan’i Smyrna.</w:t>
      </w:r>
    </w:p>
    <w:p>
      <w:pPr>
        <w:pStyle w:val="ArticleScripture"/>
        <w:jc w:val="left"/>
      </w:pPr>
      <w:r>
        <w:rPr>
          <w:rFonts w:ascii="Times New Roman" w:hAnsi="Times New Roman" w:eastAsia="Times New Roman" w:cs="Times New Roman"/>
        </w:rPr>
        <w:t>Aza matahotra ny amin’izay zavatra hiaretanao: indro, ny devoly hanipy ny sasany aminareo ao an-tranomaizina mba hizahan-toetra anareo; ary hanana fahoriana hafoloana ianareo: aoka ho mahatoky hatramin’ny fahafatesana ianao, ary homeko anao ny satroboninahitry ny fiainana. Apokalypsy 2:10.</w:t>
      </w:r>
    </w:p>
    <w:p>
      <w:pPr>
        <w:pStyle w:val="ArticleBody"/>
        <w:jc w:val="left"/>
      </w:pPr>
      <w:r>
        <w:rPr>
          <w:rFonts w:ascii="Times New Roman" w:hAnsi="Times New Roman" w:eastAsia="Times New Roman" w:cs="Times New Roman"/>
        </w:rPr>
        <w:t>Ny torohevitra ho an’ny fiangonana tao Smyrna dia ny tsy hatahotra ny fizahan-toetra, fa raha natahotra an’Andriamanitra izy ireo, dia hamaliany valisoa ny fahatahorany araka an’Andriamanitra amin’ny satroboninahitry ny fiainana. Izany fahatahorana araka an’Andriamanitra izany dia asehon’ny fanirian’i Daniela hihinana ny mana avy any an-danitra.</w:t>
      </w:r>
    </w:p>
    <w:p>
      <w:pPr>
        <w:pStyle w:val="ArticleScripture"/>
        <w:jc w:val="left"/>
      </w:pPr>
      <w:r>
        <w:rPr>
          <w:rFonts w:ascii="Times New Roman" w:hAnsi="Times New Roman" w:eastAsia="Times New Roman" w:cs="Times New Roman"/>
        </w:rPr>
        <w:t>Dia niteny tamin’i Melzara Daniela, ilay notendren’ny lehiben’ny tandapa hiandraikitra an’i Daniela sy Hanania sy Misaela ary Azaria: Masìna ianao, andramo ny mpanomponao hafoloana; ary aoka homeny legioma hohaninay sy rano hosotroinay. Dia aoka hojerena eo anatrehanao ny tarehinay sy ny tarehin’ireo zatovo izay mihinana ny anjara hanin’ny mpanjaka; ary araka izay hitanao no ataovy amin’ny mpanomponao. Dia nekeny tamin’izany raharaha izany izy, ka notsapainy hafoloana. Daniela 1:10–14.</w:t>
      </w:r>
    </w:p>
    <w:p>
      <w:pPr>
        <w:pStyle w:val="ArticleBody"/>
        <w:jc w:val="left"/>
      </w:pPr>
      <w:r>
        <w:rPr>
          <w:rFonts w:ascii="Times New Roman" w:hAnsi="Times New Roman" w:eastAsia="Times New Roman" w:cs="Times New Roman"/>
        </w:rPr>
        <w:t>Ny fitsapana voalohany dia ny hatahotra an’Andriamanitra, araka ny asehon’i Melzara sy Daniela izay nikasa tao am-pony tsy handoto ny tenany amin’ny hanin’i Babylona sy ny fisotrony. Ny singa faharoa amin’ny hafatry ny anjely voalohany dia ny hanome voninahitra an’Andriamanitra, izay maneho fisehoana hita maso ny vokatry ny sakafo. Rehefa tapitra ny folo andro, dia nanome voninahitra an’Andriamanitra i Daniela sy ireo tanora telo mendrika tamin’ny bika aman’endriny ara-batana.</w:t>
      </w:r>
    </w:p>
    <w:p>
      <w:pPr>
        <w:pStyle w:val="ArticleScripture"/>
        <w:jc w:val="left"/>
      </w:pPr>
      <w:r>
        <w:rPr>
          <w:rFonts w:ascii="Times New Roman" w:hAnsi="Times New Roman" w:eastAsia="Times New Roman" w:cs="Times New Roman"/>
        </w:rPr>
        <w:t>Ary tamin’ny faran’ny folo andro, ny tarehin’izy ireo dia hita ho tsara tarehy kokoa sy nofony kokoa noho ny ankizy rehetra izay nihinana ny anjara hanin’ny mpanjaka. Dia nesorin’i Melzara ny anjaran-kanin’izy ireo sy ny divay izay tokony hosotroiny, ka nomeny voan-javamaniry izy. Ary ireo zaza efatra ireo dia nomen’Andriamanitra fahalalana sy fahaizana tamin’ny fianarana sy fahendrena rehetra; ary Daniela dia nanana fahatakarana ny fahitana sy ny nofy rehetra. Daniela 1:15–17.</w:t>
      </w:r>
    </w:p>
    <w:p>
      <w:pPr>
        <w:pStyle w:val="ArticleBody"/>
        <w:jc w:val="left"/>
      </w:pPr>
      <w:r>
        <w:rPr>
          <w:rFonts w:ascii="Times New Roman" w:hAnsi="Times New Roman" w:eastAsia="Times New Roman" w:cs="Times New Roman"/>
        </w:rPr>
        <w:t>Nandalo tamin’ilay fitsapana voalohany momba ny sakafo ireo zaza efatra, dia ilay toerana nianjeran’i Adama sy Eva, ary izay naneho ny fitsapana voalohany izay natrehin’i Kristy avy hatrany taorian’ny batisany. Ny batisan’i Kristy no fanomezam-pahefana ny hafatra voalohany ao amin’ny tsipika faminaniany. Izy no nanome hery sy nankatoa ny hafatra nambara tamin’ny alalan’ilay “feo any an-efitra”. Avy eo, tahaka an’i Daniela sy ireo mendrika telo, dia nozahana tamin’ny resaka sakafo nandritra ny efapolo andro i Kristy, tahaka an’i Daniela koa izay nozahana nandritra ny folo andro. Daniela sy Kristy dia samy naneho mialoha ilay fitsapana ny mana miafina tao an-tanan’ilay anjely izay nidina tamin’ny 11 Septambra 2001. Fitsapana roa hafa no hanaraka ho an’i Kristy, ary ho an’i Daniela. Ny fitsapana faharoa dia ilay toerana nanomezan’i Daniela sy ireo mendrika telo voninahitra an’Andriamanitra tamin’ny endrik’izy ireo. Ny fitsapana izay nanaraka ny fitsapana momba ny sakafo ho an’i Kristy dia naneho ny voninahitra koa.</w:t>
      </w:r>
    </w:p>
    <w:p>
      <w:pPr>
        <w:pStyle w:val="ArticleScripture"/>
        <w:jc w:val="left"/>
      </w:pPr>
      <w:r>
        <w:rPr>
          <w:rFonts w:ascii="Times New Roman" w:hAnsi="Times New Roman" w:eastAsia="Times New Roman" w:cs="Times New Roman"/>
        </w:rPr>
        <w:t>Dia hoy ny devoly taminy hoe: Raha Zanak’Andriamanitra hianao, dia asaovy tonga mofo ity vato ity. Ary Jesosy namaly azy ka nanao hoe: Voasoratra hoe: Tsy mofo ihany no hiveloman’ny olona, fa ny teny rehetra izay aloaky ny vavan’Andriamanitra. Ary ny devoly nitondra Azy niakatra teny an-tendrombohitra avo ka nampiseho Azy ny fanjakana rehetra amin’izao tontolo izao tao anatin’ny indray mipi-maso. Dia hoy ny devoly taminy hoe: Homena Anao izao fahefana rehetra izao sy ny voninahiny; fa efa natolotra ahy izany, ary izay tiako no omeko azy. Koa raha Hianao àry hiankohoka eto anatrehako, dia ho Anao avokoa izy rehetra. Fa Jesosy namaly ka nanao taminy hoe: Mialà ao ivohoko, ry Satana; fa voasoratra hoe: Jehovah Andriamanitrao no hiankohofanao, ary Izy irery ihany no hotompoinao. Matio 4:3–8.</w:t>
      </w:r>
    </w:p>
    <w:p>
      <w:pPr>
        <w:pStyle w:val="ArticleBody"/>
        <w:jc w:val="left"/>
      </w:pPr>
      <w:r>
        <w:rPr>
          <w:rFonts w:ascii="Times New Roman" w:hAnsi="Times New Roman" w:eastAsia="Times New Roman" w:cs="Times New Roman"/>
        </w:rPr>
        <w:t>Rehefa tafita tamin’ny fizahan-toetra momba ny sakafo Kristy, dia natolotr’i Satana taminy avy eo ny “voninahitra” an’ireo fanjakana rehetra amin’izao tontolo izao, nefa Kristy kosa nifidy ny hanome voninahitra ny Mpanjakan’ny mpanjaka rehetra. Adama sy Eva dia tsy nahomby tamin’ny fizahan-toetra voalohany, ka niaraka tamin’izay dia nitady hanafina ny endriky ny tenany tamin’ny ravin’aviavy, satria tsy naneho intsony ny voninahitr’Andriamanitra izy ireo, araka ny nasehon’ilay fitafiana mazava izay efa notafiany taloha. Rehefa nandalo ny fizahan-toetra momba ny sakafo Daniela sy ireo telo lahy mendrika, dia nomena azy avy eo ny “fahalalana sy fahaizana amin’ny fianarana rehetra ary fahendrena; ary Daniela nanana fahalalana tamin’ny fahitana rehetra sy ny nofy.”</w:t>
      </w:r>
    </w:p>
    <w:p>
      <w:pPr>
        <w:pStyle w:val="ArticleBody"/>
        <w:jc w:val="left"/>
      </w:pPr>
      <w:r>
        <w:rPr>
          <w:rFonts w:ascii="Times New Roman" w:hAnsi="Times New Roman" w:eastAsia="Times New Roman" w:cs="Times New Roman"/>
        </w:rPr>
        <w:t>Nandalo tamin’ilay fitsapana faharoa izy ireo, dia fitsapana hita maso izay notanterahin’i Melzara. Ao amin’ny tantaran’ny Millerita, ny hafatry ny anjely faharoa no nanamarika ny fanavahana teo amin’izay nanaiky sy izay nandà ny hafatry ny “feo” miantso any an-efitra, araka ny nisoloan’i William Miller tena azy. Ara-paminaniana, ny hetsika Millerita tamin’izany dia tonga ilay tandroka hita maso sady tokana marina an’ny Protestantisma, ary izay nandà ny hafatra sy ny hetsika dia tonga zanakavavin’i Roma. Nifidy hihinana ny sakafon’i Babylona sy hisotro ny divainy izy ireo, fa tsy ny boky kely. Tamin’ny faran’ny telo taona, dia nentina ho eo anatrehan’i Nebokadnezara i Daniela sy ireo mendrika mba hotsaraina.</w:t>
      </w:r>
    </w:p>
    <w:p>
      <w:pPr>
        <w:pStyle w:val="ArticleScripture"/>
        <w:jc w:val="left"/>
      </w:pPr>
      <w:r>
        <w:rPr>
          <w:rFonts w:ascii="Times New Roman" w:hAnsi="Times New Roman" w:eastAsia="Times New Roman" w:cs="Times New Roman"/>
        </w:rPr>
        <w:t>Ary tamin’ny faran’ny andro izay nolazain’ny mpanjaka hampidirana azy ireo, dia nampidirin’ny lehiben’ny tandapa teo anatrehan’i Nebokadnezara izy. Ary niresaka taminy ny mpanjaka; ary tamin’izy rehetra dia tsy nisy hita tahaka an’i Daniela sy Hanania sy Misaela ary Azaria; koa dia nijanona teo anatrehan’ny mpanjaka izy. Ary tamin’ny zavatra rehetra momba ny fahendrena sy ny fahalalana izay nanontanian’ny mpanjaka azy, dia hitany fa impolo heny no nihoaran’izy ireo noho ny mpisikidy rehetra sy ny mpanandro rehetra izay tao amin’ny fanjakany rehetra. Ary Daniela naharitra mandra-pahatongan’ny taona voalohan’i Kyrosy mpanjaka. Daniela 1:18–21.</w:t>
      </w:r>
    </w:p>
    <w:p>
      <w:pPr>
        <w:pStyle w:val="ArticleBody"/>
        <w:jc w:val="left"/>
      </w:pPr>
      <w:r>
        <w:rPr>
          <w:rFonts w:ascii="Times New Roman" w:hAnsi="Times New Roman" w:eastAsia="Times New Roman" w:cs="Times New Roman"/>
        </w:rPr>
        <w:t>Nandalo tamin’ilay fizahan-toetra naharitra “folo” andro i Daniela sy ireo namany telo mendrika, ary avy eo, raha nandalo ny fanadinana farany/fitsapana farany izy ireo, dia hita fa “folo” heny hendry noho ny hafa rehetra.</w:t>
      </w:r>
    </w:p>
    <w:p>
      <w:pPr>
        <w:pStyle w:val="ArticleBody"/>
        <w:jc w:val="left"/>
      </w:pPr>
      <w:r>
        <w:rPr>
          <w:rFonts w:ascii="Times New Roman" w:hAnsi="Times New Roman" w:eastAsia="Times New Roman" w:cs="Times New Roman"/>
        </w:rPr>
        <w:t>Ny toko voalohan’i Daniela no firesahana voalohany momba ny hafatry ny anjely voalohany ao amin’ilay boky izay ahitana ny bokin’i Daniela sy ny Apokalypsy. Mitondra ireo toetra mitovy tanteraka amin’ilay anjely voalohany ao amin’ny Apokalypsy toko faha-efatra ambin’ny folo izy. Manohana ny fahamarinana voalaza voalohany ao amin’ny andininy voalohan’ny Apokalypsy izany; satria Nebokadnezara dia nanome hafatra ho an’i Aspenaza, izay avy eo dia nanome ny hafatra ho an’i Melzara, ary izy kosa dia nifandray tamin’i Daniela. Ny Ray dia nanome hafatra ho an’i Kristy, izay avy eo dia nanome ny hafatra ho an’i Gabriela, ary izy kosa dia nifandray tamin’i Jaona.</w:t>
      </w:r>
    </w:p>
    <w:p>
      <w:pPr>
        <w:pStyle w:val="ArticleBody"/>
        <w:jc w:val="left"/>
      </w:pPr>
      <w:r>
        <w:rPr>
          <w:rFonts w:ascii="Times New Roman" w:hAnsi="Times New Roman" w:eastAsia="Times New Roman" w:cs="Times New Roman"/>
        </w:rPr>
        <w:t>Ny hafatra izay ampitaina, dia ilay hafatra izay sokafana ankehitriny, ka mampahafantatra ny fizotry ny fifandraisan’ny Ray amin’ny fiangonany. Ny zavatra voalohany fidin’ny Ray hambara amin’ny fiangonany dia ny fizotry ny fitsapana amin’ny dingana telo an’ireo anjely telo. Ny Teny faminanian’Andriamanitra dia nandahatra tamim-pitandremana lehibe tokoa io fizotran-javatra io tamin’ny alalan’ny andalana faminaniana maro, ary koa tamin’ny alalan’ny tantaran’ny Milerita. Ireo fahamarinana ireo dia singa tena ilaina amin’ilay mana miafina izay teo an-tanan’ilay anjely, fony izy nidina tamin’ny 11 Septambra 2001.</w:t>
      </w:r>
    </w:p>
    <w:p>
      <w:pPr>
        <w:pStyle w:val="ArticleBody"/>
        <w:jc w:val="left"/>
      </w:pPr>
      <w:r>
        <w:rPr>
          <w:rFonts w:ascii="Times New Roman" w:hAnsi="Times New Roman" w:eastAsia="Times New Roman" w:cs="Times New Roman"/>
        </w:rPr>
        <w:t>Tsy azo atao ny mandray anjara, ary noho izany dia tsy hahavita ny fitsapana faharoa, raha tsy efa nahavita ny fitsapana voalohany ianao. Naseho mazava io fahamarinana io teo amin’ny tantaran’i Kristy sy ny Millerita. Ny Daniela toko faharoa no fitsapana faharoa, izay araka ny nambaran-dRahavavy White hoe: “our eternal destiny will be decided.” Mbola ambara koa fa izany no fitsapana izay tsy maintsy “pass, before we are sealed.” Efa saika hifarana izao izany fitsapana izany.</w:t>
      </w:r>
    </w:p>
    <w:p>
      <w:pPr>
        <w:pStyle w:val="ArticleBody"/>
        <w:jc w:val="left"/>
      </w:pPr>
      <w:r>
        <w:rPr>
          <w:rFonts w:ascii="Times New Roman" w:hAnsi="Times New Roman" w:eastAsia="Times New Roman" w:cs="Times New Roman"/>
        </w:rPr>
        <w:t>Ny toko faharoa ao amin’i Daniela dia momba ny fitsapana ny sarin’ilay bibidia, ary mendrika tokoa raha momba ny sary lehibe iray io toko io; ary noho i Daniela nandalo ny fitsapana momba ny sakafo, ka notahina tamin’ny “fahatakarana” sy “fahendrena” “in-folo heny” mihoatra, no nahafahany namantatra izany fitsapana izany. Tahaka ny fampitandremana momba ilay fitsapana ao amin’ny asa soratr’i Ellen White, ny fitsapana ny sary ao amin’ny Daniela toko faharoa dia fitsapana maneho vokatra mifandraika amin’ny fiainana na fahafatesana.</w:t>
      </w:r>
    </w:p>
    <w:p>
      <w:pPr>
        <w:pStyle w:val="ArticleScripture"/>
        <w:jc w:val="left"/>
      </w:pPr>
      <w:r>
        <w:rPr>
          <w:rFonts w:ascii="Times New Roman" w:hAnsi="Times New Roman" w:eastAsia="Times New Roman" w:cs="Times New Roman"/>
        </w:rPr>
        <w:t>Noho izany antony izany dia tezitra ny mpanjaka sady vinitra indrindra ka nandidy handringana ny olon-kendry rehetra tany Babylona. Dia nivoaka ny didy mba hovonoina ny olon-kendry; ary notadiavina Daniela sy ny namany mba hovonoina. Daniela 2:12, 13.</w:t>
      </w:r>
    </w:p>
    <w:p>
      <w:pPr>
        <w:pStyle w:val="ArticleBody"/>
        <w:jc w:val="left"/>
      </w:pPr>
      <w:r>
        <w:rPr>
          <w:rFonts w:ascii="Times New Roman" w:hAnsi="Times New Roman" w:eastAsia="Times New Roman" w:cs="Times New Roman"/>
        </w:rPr>
        <w:t>Misy olana ara-paminaniana vitsivitsy hafa ao amin’ny Daniela toko voalohany izay ilaintsika hodinihina, ary hotohizantsika ao amin’ny lahatsoratra manaraka ireo olana ireo.</w:t>
      </w:r>
    </w:p>
    <w:p>
      <w:pPr>
        <w:pStyle w:val="ArticleScripture"/>
        <w:jc w:val="left"/>
      </w:pPr>
      <w:r>
        <w:rPr>
          <w:rFonts w:ascii="Times New Roman" w:hAnsi="Times New Roman" w:eastAsia="Times New Roman" w:cs="Times New Roman"/>
        </w:rPr>
        <w:t>“Nahita aho fa nisy antokon’olona izay nijoro tamim-pitandremana tsara sy mafy orina, ka tsy nanome fankasitrahana ireo izay te hampihontsona ny finoana efa niorina ao amin’ny tena. Nijery azy ireo tamin’ny fankatoavana Andriamanitra. Naseho ahy ny dingana telo—ny hafatry ny anjely voalohany, faharoa, ary fahatelo. Hoy ilay anjely niaraka tamiko: ‘Loza ho an’izay hanaisotra vato iray na hampihetsika tsimatra iray amin’ireo hafatra ireo. Ny fahatakarana marina ireo hafatra ireo dia zava-dehibe mahakasika aina sy fahafatesana. Miankina amin’ny fomba andraisana azy ny anjaran’ny fanahy.’ Dia nentina nidina namakivaky ireo hafatra ireo indray aho, ka hitako fa lafo tokoa no nividianan’ny vahoakan’Andriamanitra ny fanandramany. Tamin’ny alalan’ny fahoriana be sy ady mafy no nahazoana izany. Notarihin’Andriamanitra tsikelikely izy ireo mandra-pametrany azy eo ambonin’ny sehatra mafy sy tsy azo hozongozonina. Nahita olona tsirairay aho nanatona ilay sehatra ka nandinika ny fanorenana. Ny sasany, tamin-kafaliana, dia niakatra teo aminy avy hatrany. Ny hafa kosa nanomboka nitady tsiny tamin’ny fanorenana. Naniry izy ireo mba hisy fanatsarana hatao, dia ho lavorary kokoa ilay sehatra, ary ho sambatra lavitra kokoa ny olona. Ny sasany nidina niala teo amin’ilay sehatra mba handinika azy ka nanambara fa diso no nametrahana azy. Nefa hitako fa saiky ny rehetra dia nijoro mafy teo ambonin’ilay sehatra ka nananatra ireo izay nidina hiala teo mba hampitsahatra ny fitarainany; fa Andriamanitra no Mpanorina Lehibe, ary niady taminy izy ireo. Naverin’izy ireo notantaraina ny asa mahagaga nataon’Andriamanitra, izay nitarika azy ho eo amin’ilay sehatra mafy orina, ary niray hina izy ireo nanopy ny masony ho any an-danitra ka tamin’ny feo mahery nankalaza an’Andriamanitra. Nisy fiantraikany tamin’ny sasany tamin’ireo izay nitaraina sy nandao ilay sehatra izany, ka izy ireo koa, tamin’ny endrika manetry tena, dia niakatra teo aminy indray.”</w:t>
      </w:r>
    </w:p>
    <w:p>
      <w:pPr>
        <w:pStyle w:val="ArticleScripture"/>
        <w:jc w:val="left"/>
      </w:pPr>
      <w:r>
        <w:rPr>
          <w:rFonts w:ascii="Times New Roman" w:hAnsi="Times New Roman" w:eastAsia="Times New Roman" w:cs="Times New Roman"/>
        </w:rPr>
        <w:t>“Naverina indray aho hiverina amin’ny fanambaràna ny fiavian’i Kristy voalohany. Jaona dia nirahina tamin’ny fanahy sy ny herin’i Elia mba hanomana ny lalan’i Jesosy. Izay nandà ny fijoroana vavolombelon’i Jaona dia tsy nahazo soa tamin’ny fampianaran’i Jesosy. Ny fanoherany ny hafatra izay naminany mialoha ny fiaviany no nametraka azy teo amin’ny toerana izay tsy hahafahany handray mora foana ny porofo mahery indrindra fa Izy no Mesia. Satana no nitarika ireo nandà ny hafatr’i Jaona handroso lavidavitra kokoa hatrany, ka handà sy hanombo amin’ny hazofijaliana an’i Kristy. Tamin’ny fanaovany izany dia nametraka ny tenany teo amin’ny toerana izay tsy hahafahany mandray ny fitahiana tamin’ny andro Pentekosta, izay tokony ho nampianatra azy ny lalana mankany amin’ny fitoerana masina any an-danitra. Ny [fisarahan’]ny efitra lamba tao amin’ny tempoly dia naneho fa tsy horaisina intsony ny fanatitra sy ny fombafomba jiosy. Efa natolotra ilay Fanatitra lehibe ary efa nekena, ary ny Fanahy Masina izay nidina tamin’ny andro Pentekosta dia nitondra ny sain’ny mpianatra niala tamin’ny fitoerana masina teto an-tany ho any amin’ilay any an-danitra, izay efa nidiran’i Jesosy tamin’ny rany, mba handrotsahany amin’ny mpianany ny soa azo avy amin’ny fanavotany. Fa ny Jiosy kosa dia navela tao anatin’ny haizina tanteraka. Very avokoa ny fahazavana rehetra izay mety ho azony momba ny drafi-pamonjena izy, ary mbola nitoky ihany tamin’ny fanatitra sy fanomezana tsy misy ilàna azy. Efa naka ny toeran’ilay teto an-tany ny fitoerana masina any an-danitra, nefa tsy nanana fahalalana izany fiovana izany izy. Koa noho izany dia tsy afaka nahazo soa tamin’ny fanelanelanan’i Kristy tao amin’ny fitoerana masina izy.”</w:t>
      </w:r>
    </w:p>
    <w:p>
      <w:pPr>
        <w:pStyle w:val="ArticleScripture"/>
        <w:jc w:val="left"/>
      </w:pPr>
      <w:r>
        <w:rPr>
          <w:rFonts w:ascii="Times New Roman" w:hAnsi="Times New Roman" w:eastAsia="Times New Roman" w:cs="Times New Roman"/>
        </w:rPr>
        <w:t>“Maro no mijery amim-pahatahorana ny nataon’ny Jiosy tamin’ny nandavany sy nanombohany an’i Kristy tamin’ny hazo fijaliana; ary raha mamaky ny tantaran’ny fampahafaham-baraka nahazo Azy izy, dia mihevitra fa tia Azy, ary tsy ho nandà Azy tahaka an’i Petera, na nanombo Azy tamin’ny hazo fijaliana tahaka ny nataon’ny Jiosy. Kanefa Andriamanitra, Izay mamaky ny fon’ny olona rehetra, dia nampandalo fitsapana izany fitiavana an’i Jesosy izay nambarany fa tsapany izany. Ny lanitra rehetra dia nijery tamim-pahalianana lalina indrindra ny fomba nandraisana ny hafatry ny anjely voalohany. Nefa maro tamin’izay nilaza fa tia an’i Jesosy, ary nandatsa-dranomaso rehefa namaky ny tantaran’ny hazo fijaliana, no naneso ny vaovao mahafaly momba ny fihaviany. Tsy nandray ny hafatra tamin-kafaliana izy, fa nilaza kosa fa fitaka izany. Nankahala ireo izay tia ny fisehoany izy ka nandroaka azy ireny hiala tao amin’ny fiangonana. Izay nandà ny hafatra voalohany dia tsy nahazo tombontsoa tamin’ny faharoa; ary tsy mba nahazo tombontsoa tamin’ilay antso tamin’ny misasakalina koa izy, izay natao hanomanana azy hiditra miaraka amin’i Jesosy amin’ny alalan’ny finoana ho ao amin’ny fitoerana masina indrindra ao amin’ny fitoerana masina any an-danitra. Ary tamin’ny nandavany ireo hafatra roa voalohany dia efa nanamaizina ny fahalalany izy ka tsy mahita hazavana ao amin’ny hafatry ny anjely fahatelo, izay mampiseho ny lalana mankamin’ny fitoerana masina indrindra. Hitako fa tahaka ny nanomboan’ny Jiosy an’i Jesosy tamin’ny hazo fijaliana no nanomboan’ireo fiangonana araka ny anarana ihany ireo hafatra ireo; koa noho izany dia tsy mahalala ny lalana mankany amin’ny fitoerana masina indrindra izy, ary tsy mahazo tombontsoa amin’ny fanelanelanan’i Jesosy any. Tahaka ny Jiosy, izay nanatitra ny fanatitra tsy mahasoa nataony, no anolorany ny vavaka tsy mahasoa ataony ho any amin’ilay efitra izay efa nilaozan’i Jesosy; ary Satana, faly amin’izany fitaka izany, dia maka endrika ara-pivavahana, ka mitarika ny sain’ireo milaza tena ho Kristiana ireo ho any aminy, sady miasa amin’ny heriny sy ny famantarany ary ny fahagagana mandainga ataony, mba hamatorany azy mafy ao anatin’ny fandriky ny tenany.”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Fahasivy</dc:title>
  <dc:subject>Ny Hafatry ny Anjely Voalohany</dc:subject>
  <dc:creator>Jeff Pippenger</dc:creator>
  <cp:keywords/>
  <dc:description>Generated by ArticleDigger from daniel\09_daniel.json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