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Iraika amby telo amby roapolo sy zato</w:t>
      </w:r>
    </w:p>
    <w:p>
      <w:pPr>
        <w:pStyle w:val="ArticleSubtitle"/>
        <w:jc w:val="left"/>
      </w:pPr>
      <w:r>
        <w:rPr>
          <w:rFonts w:ascii="Arial" w:hAnsi="Arial" w:eastAsia="Arial" w:cs="Arial"/>
        </w:rPr>
        <w:t>Famoahana ny Hevi-dehibe Ara-paminaniana ao amin’i Daniela 11:40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Andininy fahefapolo ao amin’ny Daniela toko faha-11 dia iray amin’ireo andininy lalina indrindra ao amin’ny Tenin’Andriamanitra, tahaka an’i Daniela toko faha-8, andininy faha-14. Ny andininy faha-40 dia asehon’ny Ony Hiddekel, ary ny Ony Ulai kosa no maneho an’i Daniela toko faha-8, andininy faha-14.</w:t>
      </w:r>
    </w:p>
    <w:p>
      <w:pPr>
        <w:pStyle w:val="ArticleBody"/>
        <w:jc w:val="left"/>
      </w:pPr>
      <w:r>
        <w:rPr>
          <w:rFonts w:ascii="Times New Roman" w:hAnsi="Times New Roman" w:eastAsia="Times New Roman" w:cs="Times New Roman"/>
        </w:rPr>
        <w:t>Ny andininy faha-efapolo dia manomboka amin’ireto teny ireto: “ary amin’ny andro farany,” ka izany no manondro mazava tsara fa ny fiandohan’ilay andininy dia 1798. Ny teny iraika amby dimampolo ao amin’ilay andininy dia novahana ny tombo-kaseny tamin’ny 1989, rehefa fantatra fa nanondro ny firodanan’ny Firaisana Sovietika tamin’izany fotoana izany izy ireo. Ireo teny iraika amby dimampolo ao amin’ilay andininy ireo dia maneho na ny andro farany tamin’ny 1798, ary avy eo koa andro farany iray hafa tamin’ny 1989. Alpha sy Omega no nametraka ny soniany teo amin’ilay andininy ho an’izay rehetra vonona hahita sy hihaino. Ny andro farany ho an’ny fihetsik’ireo anjely voalohany sy fahatelo dia aseho ao anatin’io andininy iray io.</w:t>
      </w:r>
    </w:p>
    <w:p>
      <w:pPr>
        <w:pStyle w:val="ArticleBody"/>
        <w:jc w:val="left"/>
      </w:pPr>
      <w:r>
        <w:rPr>
          <w:rFonts w:ascii="Times New Roman" w:hAnsi="Times New Roman" w:eastAsia="Times New Roman" w:cs="Times New Roman"/>
        </w:rPr>
        <w:t>Ny andininy manaraka dia manondro ny fotoana handresen’ny fitondram-papa ny Etazonia, izay aseho ho tany mahafinaritra, amin’ny maha-mpanjakan’ny avaratra azy, amin’ilay lalàn’ny Alahady izay ho avy tsy ho ela any Etazonia. Noho izany, na dia manondro ny fotoan’ny farany amin’ny taona 1798 ho fiandohana aza ny teny ao amin’ny andininy faha-efapolo, ary ny fotoan’ny farany amin’ny taona 1989 ho fiafarana, ny tena zava-misy dia tsy mifarana raha tsy amin’ny andininy faha-iraika amby efapolo ny tantara ara-paminaniana aseho ao amin’ny andininy faha-efapolo, rehefa mandresy ny tany mahafinaritra ny mpanjakan’ny avaratra. Midika izany fa ny tantara manomboka amin’ny firodanan’ny Firaisana Sovietika tamin’ny taona 1989 ka hatramin’ilay lalàn’ny Alahady ho avy tsy ho ela ao amin’ny andininy faha-iraika amby efapolo, dia maneho ny tantaran’i Etazonia hatramin’ny Filoha Ronald Reagan ka hatramin’ilay lalàn’ny Alahady ho avy tsy ho ela. Izany tantara izany dia ahitana ny 11 Septambra 2001 sy ny manaraka hatramin’ny ora isehoan’ilay horohorontany lehibe ao amin’ny Apokalypsy toko faha-iraika ambin’ny folo.</w:t>
      </w:r>
    </w:p>
    <w:p>
      <w:pPr>
        <w:pStyle w:val="ArticleBody"/>
        <w:jc w:val="left"/>
      </w:pPr>
      <w:r>
        <w:rPr>
          <w:rFonts w:ascii="Times New Roman" w:hAnsi="Times New Roman" w:eastAsia="Times New Roman" w:cs="Times New Roman"/>
        </w:rPr>
        <w:t>Rehefa nosokafana tamin’ny voalohany ilay andininy, dia nisy adihevitra natsangana nanohitra ilay fahamarinana hoe: “ny filazan’i Pippenger fa ilay andininy dia maneho ny tantara manomboka amin’ny 1798 ka hatramin’ny lalàna Alahady dia filazana tsy misy antony, satria ny andininy ao amin’ny Baiboly dia tsy mba maneho vanim-potoana ara-tantara lava tahaka izany velively.” Tsy mbola nodinihinay ny foto-kevitra hoe misy fetrany ve ny halavan’ny vanim-potoana azo apetraka ao anatin’ny andininy iray, nefa dia tsaroanay avy hatrany fa ny Apokalypsy toko faha-telo ambin’ny folo, andininy faha-iraika ambin’ny folo, dia manondro izany tantara izany ihany, ary ataony ao anatin’ny andininy iray izany. Ny tantaran’ilay bibidia avy amin’ny tany dia nanomboka tamin’ny 1798, ary ny fitenenan’ilay bibidia avy amin’ny tany tahaka ny dragona dia tanteraka amin’ilay lalàna Alahady ho avy tsy ho ela.</w:t>
      </w:r>
    </w:p>
    <w:p>
      <w:pPr>
        <w:pStyle w:val="ArticleScripture"/>
        <w:jc w:val="left"/>
      </w:pPr>
      <w:r>
        <w:rPr>
          <w:rFonts w:ascii="Times New Roman" w:hAnsi="Times New Roman" w:eastAsia="Times New Roman" w:cs="Times New Roman"/>
        </w:rPr>
        <w:t>“Ary rehefa nesorina tamin’ny Fahefany ny herin’ny Fiketrahana Papa ka voatery nitsahatra tsy hanenjika izy, dia hitan’i Jaona ny hery vaovao iray niakatra mba hamerina ny feon’ilay dragona sy hanohy ilay asa masiaka sy miteny ratsy an’Andriamanitra ihany. Io hery io, ilay farany izay hiady amin’ny fiangonana sy ny lalàn’Andriamanitra, dia naseho tamin’ny tandindona ho bibidia manana tandroka tahaka ny zanak’ondry.” Signs of the Times, November 1, 1899.</w:t>
      </w:r>
    </w:p>
    <w:p>
      <w:pPr>
        <w:pStyle w:val="ArticleBody"/>
        <w:jc w:val="left"/>
      </w:pPr>
      <w:r>
        <w:rPr>
          <w:rFonts w:ascii="Times New Roman" w:hAnsi="Times New Roman" w:eastAsia="Times New Roman" w:cs="Times New Roman"/>
        </w:rPr>
        <w:t>Raha nisy olona mila ho hentitra ara-teknika, ny andininy faha-efapolo dia mandrakotra ny tantaran’ny 1798, hatramin’ny andininy faha-iraika amby efapolo, ary ao amin’ny andininy faha-iraika amby efapolo no amaritana ny lalàn’ny Alahady; koa, tsy tahaka ilay andininy tokana ao amin’ny Apokalypsy toko faha-telo ambin’ny folo, ny andininy faha-efapolo dia somary fohy kokoa tokoa, satria ao amin’ny andininy manaraka no misy ny lalàn’ny Alahady, kanefa ao amin’ny Apokalypsy toko faha-telo ambin’ny folo, ny 1798 ka hatramin’ny lalàn’ny Alahady dia ao anatin’ny andininy iray ihany. Mampahafantatra antsika Rahavavy White fa ilay “tsipika faminaniana iray ihany” izay ao amin’ny bokin’i Daniela dia averina raisina ao amin’ny bokin’ny Apokalypsy, ary ny Apokalypsy toko faha-telo ambin’ny folo, andininy faha-iraika ambin’ny folo, dia mora foana no mandalo mivantana eo ambonin’ny andininy faha-efapolo, raha misafidy hampihatra ny foto-kevitry ny tsipika eo ambonin’ny tsipika ianao.</w:t>
      </w:r>
    </w:p>
    <w:p>
      <w:pPr>
        <w:pStyle w:val="ArticleBody"/>
        <w:jc w:val="left"/>
      </w:pPr>
      <w:r>
        <w:rPr>
          <w:rFonts w:ascii="Times New Roman" w:hAnsi="Times New Roman" w:eastAsia="Times New Roman" w:cs="Times New Roman"/>
        </w:rPr>
        <w:t>Rehefa mampihatra tokoa ny foto-kevitry ny andalana manampy andalana ianao, dia ho hitanao fa ilay fanehoana ny bibidia avy amin’ny tany ao amin’ny Apokalypsy 13 (Etazonia), izay aseho ao amin’ny andininy faha-40 amin’ny hoe “kalesy sy sambo ary mpitaingin-tsoavaly,” dia miova avy amin’ny bibidia tahaka ny zanak’ondry manana tandroka roa tamin’ny 1798 ho tonga bibidia miteny toy ny dragona amin’ilay lalàn’ny Alahady izay ho avy tsy ho ela, ary koa fa ilay bibidia tahaka ny zanak’ondry dia manana tandroka roa.</w:t>
      </w:r>
    </w:p>
    <w:p>
      <w:pPr>
        <w:pStyle w:val="ArticleBody"/>
        <w:jc w:val="left"/>
      </w:pPr>
      <w:r>
        <w:rPr>
          <w:rFonts w:ascii="Times New Roman" w:hAnsi="Times New Roman" w:eastAsia="Times New Roman" w:cs="Times New Roman"/>
        </w:rPr>
        <w:t>Ny andininy faha-efapolo dia maneho koa ireo fitopolo taona ara-panoharana izay anadinoana ilay vehivavy janga avy any Tyro, fa ireo fitopolo taona ara-panoharana dia tahaka ny andron’ny mpanjaka iray, ary ny mpanjaka dia fanjakana. Araka ny andininy faha-efapolo sy ny filaharan’ny Apokalypsy toko fahatelo ambin’ny folo, ny fanjakan’ny faminanian’ny Baiboly izay manjaka mandritra ireo fitopolo taona ara-panoharana ao amin’ny Isaia toko fahatelo amby roa-polo dia ilay bibidia avy amin’ny tany, izay manana tandroka roa mahery. Ilay bibidia avy amin’ny tany dia manomboka amin’ny tandroka roa mahery izay maneho ny Repoblikanisma sy ny Protestanta, nefa raha manakaiky ny fahatanterahany ao amin’ny andininy faha-iraika amby efapolo ny tantaran’ny andininy faha-efapolo, dia ireo hery roa ara-paminaniana ireo no faritana avy eo hoe “sambo” (hery ara-toekarena), sy “kalesy mbamin’ny mpitaingin-tsoavaly” (tanjaka ara-miaramila).</w:t>
      </w:r>
    </w:p>
    <w:p>
      <w:pPr>
        <w:pStyle w:val="ArticleBody"/>
        <w:jc w:val="left"/>
      </w:pPr>
      <w:r>
        <w:rPr>
          <w:rFonts w:ascii="Times New Roman" w:hAnsi="Times New Roman" w:eastAsia="Times New Roman" w:cs="Times New Roman"/>
        </w:rPr>
        <w:t>Nandritra ireo fito-polo taona ara-paminaniana ao amin’ny Isaia toko faha-telo amby roapolo, dia hadino ilay janga avy any Tyro, izay ao amin’ny andininy faha-efapolo no mpanjakan’ny avaratra. Kanefa amin’ny faran’ireo fito-polo taona ara-paminaniana ireo dia mbola hijangajanga indray miaraka amin’ireo mpanjakan’ny tany izy, tahaka izay nitranga teo amin’ny tantara nialoha ny firodanan’ny Firaisana Sovietika, rehefa samy manamafy ny mpahay tantara rehetra fa ny Filoha Reagan dia nahazo fiaraha-miafina tamin’ilay antikristin’ny faminanian’ny Baiboly mba hampirodana ny Firaisana Sovietika. Tao anatin’ilay vanim-potoana nialoha ny taona 1989 dia efa nanomboka fifandraisana miafina sy tsy ara-dalàna tamin’ilay lehilahin’ny ota i Reagan; koa dia nanomboka nanao fanazaran-kira ireo mpitendrin’i Nebokadnezara ho amin’ilay hira izay natombok’ilay janga efa hadino hihira. Ny asa fanompoana maneran-tany tsy mbola nisy toa azy nataon’i Jaona Paoly II, tao anatin’izany tantara izany indrindra, no fiandohan’ilay “hira sy dihy” izay nahatonga “izao tontolo rehetra izao” “hitalanjona nanaraka ny bibidia”.</w:t>
      </w:r>
    </w:p>
    <w:p>
      <w:pPr>
        <w:pStyle w:val="ArticleBody"/>
        <w:jc w:val="left"/>
      </w:pPr>
      <w:r>
        <w:rPr>
          <w:rFonts w:ascii="Times New Roman" w:hAnsi="Times New Roman" w:eastAsia="Times New Roman" w:cs="Times New Roman"/>
        </w:rPr>
        <w:t>Ny andininy faha-efapolo koa dia maneho ny tantaran’ny Advantisma Laodiseana, izay nanomboka tamin’ny taona 1798 ho Sardisy; avy eo ireo tao Sardisy dia nanaiky ny fahazavana izay nosokafana ny tombo-kaseny, ary avy eo ny hetsika Filadelfiana dia nivoaka avy tao Sardisy. Rehefa nandà ny fahazavan’ny taona 1856 ny hetsika Filadelfiana, dia niala avy amin’ny maha-hetsika azy ka nivadika ho fiangonana Laodiseana izy tamin’ny taona 1863. Koa izany fiangonana izany dia voatendry havoaka avy amin’ny vavan’ny Tompo ao amin’ny andininy faha-iraika amby efapolo, izay ilay lalàna alahady ho avy tsy ho ela. Ny andininy faha-efapolo dia maneho tsy ny tantaran’i Etazonia ihany, fa ny tantaran’ny Advantisma Laodiseana koa.</w:t>
      </w:r>
    </w:p>
    <w:p>
      <w:pPr>
        <w:pStyle w:val="ArticleBody"/>
        <w:jc w:val="left"/>
      </w:pPr>
      <w:r>
        <w:rPr>
          <w:rFonts w:ascii="Times New Roman" w:hAnsi="Times New Roman" w:eastAsia="Times New Roman" w:cs="Times New Roman"/>
        </w:rPr>
        <w:t>Ny Advantisma Laodiseana dia nomena ny fahazavana avy amin’ny Tenin’Andriamanitra ho toy ny vatofantsika sy heriny, ary ny governemantan’i Etazonia dia nomena ny fahazavana avy amin’ny Lalàm-panorenan’i Etazonia ho toy ny vatofantsika sy heriny. Samy nanomboka ara-paminaniana ho tandroka izy ireo tamin’ny taona 1798, ary amin’ny faran’ireo fitopolo taona ara-tandindona, ny tandroka Repoblikana niodivitra sy ny tandroka Protestanta niodivitra dia hiara-hivondrona ho tandroka iray ka hiteny tahaka ny dragona.</w:t>
      </w:r>
    </w:p>
    <w:p>
      <w:pPr>
        <w:pStyle w:val="ArticleBody"/>
        <w:jc w:val="left"/>
      </w:pPr>
      <w:r>
        <w:rPr>
          <w:rFonts w:ascii="Times New Roman" w:hAnsi="Times New Roman" w:eastAsia="Times New Roman" w:cs="Times New Roman"/>
        </w:rPr>
        <w:t>Ny tandroka roa ao amin’ny andininy faha-efapolo dia ny fitondrana sy ny fiangonana voafidy, izay maneho tsipika roa amin’ny faminaniana izay miara-mandeha, satria aseho ho tandroka roa eo amin’ny bibidia iray izy ireo. Na aiza na aiza alehan’ilay bibidia dia mandeha koa ireo tandroka roa, ary manao izany ao anatin’io tantara ara-paminaniana io ihany. Ny tandroky ny Protestantisma dia manana toetra ara-paminaniana roa sosona, izay asehon’i Laodikia sy Filadelfia. Ny tandroky ny Repoblikanisma koa dia manana toetra ara-paminaniana roa sosona, izay asehon’ny antoko politika Repoblikana sy Demokratika. Ny faharoa amin’ny toetra roa sosona an’ny tandroka tsirairay dia miakatra any aoriana ary miakatra avo kokoa, araka ny Daniela toko fahavalo.</w:t>
      </w:r>
    </w:p>
    <w:p>
      <w:pPr>
        <w:pStyle w:val="ArticleScripture"/>
        <w:jc w:val="left"/>
      </w:pPr>
      <w:r>
        <w:rPr>
          <w:rFonts w:ascii="Times New Roman" w:hAnsi="Times New Roman" w:eastAsia="Times New Roman" w:cs="Times New Roman"/>
        </w:rPr>
        <w:t>Dia natopiko ny masoko, ka nahita aho; ary, indro, nisy ondrilahy iray nitsangana teo anoloan’ny ony, izay nanana tandroka roa; ary avo ireo tandroka roa ireo; nefa ny iray dia avo noho ny iray kosa, ary ilay avo kokoa no nipoitra tatỳ aoriana. Daniela 8:3.</w:t>
      </w:r>
    </w:p>
    <w:p>
      <w:pPr>
        <w:pStyle w:val="ArticleBody"/>
        <w:jc w:val="left"/>
      </w:pPr>
      <w:r>
        <w:rPr>
          <w:rFonts w:ascii="Times New Roman" w:hAnsi="Times New Roman" w:eastAsia="Times New Roman" w:cs="Times New Roman"/>
        </w:rPr>
        <w:t>Ny toetra roa sosona an’ny tandroka tsirairay dia aseho eo amin’ny tsipik’i Kristy amin’ny alalan’ny Sadoseo sy ny Fariseo, izay eo amin’ny tandroka Repoblikana dia mifanandrify amin’ny liberalisma (mpomba ny fanandevozana, demokrasia, woke-ism ary globalisma), sy ny konservatisma (manohitra ny fanandevozana, repoblika araka ny Lalàm-panorenana, mpandala nentin-drazana, MAGA). Ny toetra roa sosona an’ilay tandroka Protestanta dia mifanandrify amin’i Filadelfia sy Laodikia. Tsy misy fitoviana lavorary eo amin’ny fizaràn’ireo tandroka roa ho tandindona roa sosona, satria na ny liberalisma mandroso na ny MAGA-isme konservativa dia samy tsy mivoaka ho eo amin’ny lafiny marina amin’ny raharaha lalàn’ny Alahady, fa ny Fariseo sy ny Sadoseo dia niara-tonga teo amin’ny hazo fijaliana; kanefa amin’ilay lalàn’ny Alahady ho avy tsy ho ela, izay notandindonin’ny hazo fijaliana, dia aloan’ny vavan’ny Tompo i Laodikia, ary ny tandroka Filadelfiana dia asandratra amin’izay ho faneva. Na izany aza, ny toetra roa sosona an’ireo tandroka roa ireo dia asehon’ilay ady hevitra ara-teolojika teo amin’ny Fariseo sy ny Sadoseo, ary ilay mpitondra hafatra ho an’ny jentilisa (Paoly), teo amin’ny tantaran’i Kristy, dia Fariseon’ny Fariseo fahiny.</w:t>
      </w:r>
    </w:p>
    <w:p>
      <w:pPr>
        <w:pStyle w:val="ArticleBody"/>
        <w:jc w:val="left"/>
      </w:pPr>
      <w:r>
        <w:rPr>
          <w:rFonts w:ascii="Times New Roman" w:hAnsi="Times New Roman" w:eastAsia="Times New Roman" w:cs="Times New Roman"/>
        </w:rPr>
        <w:t>Ny metodôlôjian’ny orana farany, izay tsipika eo ambonin’ny tsipika, dia mamoaka fahazavana lehibe ao amin’ny andininy faha-efapolo rehefa ampiharina izany. Ny Apokalypsy toko faharoa ka hatramin’ny fahavalo ambin’ny folo dia mifanaraka tanteraka amin’io andininy faha-efapolo io avokoa. Ny fijoroana vavolombelon’ny Isaia toko fahatelo amby roa-polo momba ilay vehivavy janga any Tyro dia mifanaraka amin’ilay andininy koa. Mazava ho azy fa misy andalan-teny maro hafa izay tokony hapetraka eo ambonin’ny andininy faha-efapolo, nefa angamba ny fampiharana “tsipika eo ambonin’ny tsipika” manan-danja indrindra momba ny andininy faha-efapolo dia ny andininy faha-efapolo ihany.</w:t>
      </w:r>
    </w:p>
    <w:p>
      <w:pPr>
        <w:pStyle w:val="ArticleBody"/>
        <w:jc w:val="left"/>
      </w:pPr>
      <w:r>
        <w:rPr>
          <w:rFonts w:ascii="Times New Roman" w:hAnsi="Times New Roman" w:eastAsia="Times New Roman" w:cs="Times New Roman"/>
        </w:rPr>
        <w:t>Ao amin’ny andininy faha-efapolo dia samy aseho avokoa ny fotoanan’ny farany tamin’ny 1798 sy ny fotoanan’ny farany tamin’ny 1989. Izany dia mitarika ny mpianatry ny faminaniana hametraka ny fotoanan’ny farany tamin’ny 1798 ho eo ambonin’ny fotoanan’ny farany tamin’ny 1989. Rehefa atao izany, ny tantaran’ny andininy faha-efapolo dia mamoaka tsipika roa, izay samy manomboka amin’ny 1798, ary mitohy hatramin’ny lalàn’ny Alahady antomotra ao amin’ny andininy faha-iraika amby efapolo. Ny tsipika izay manomboka amin’ny 1798 dia mampahafantatra ny hafatra anatiny an’ny vahoakan’Andriamanitra amin’ny andro farany, ary ny tsipika izay manomboka amin’ny 1989 kosa dia mampahafantatra ny hafatra ivelany an’ny vahoakan’Andriamanitra amin’ny andro farany ao anatin’io tantara io ihany. Koa ny andininy faha-efapolo dia mitahiry ao anatiny ny tandindona asehon’ilay fifandraisana ara-paminaniana anatiny sy ivelany mitovy amin’ny an’ny fiangonana fito sy ny tombo-kase fito ao amin’ny bokin’ny Apokalypsy. Ary io tranga ara-paminaniana io dia aseho ao anatin’ny andininy iray monja, izay voaforona amin’ny teny iraika amby dimampolo!</w:t>
      </w:r>
    </w:p>
    <w:p>
      <w:pPr>
        <w:pStyle w:val="ArticleBody"/>
        <w:jc w:val="left"/>
      </w:pPr>
      <w:r>
        <w:rPr>
          <w:rFonts w:ascii="Times New Roman" w:hAnsi="Times New Roman" w:eastAsia="Times New Roman" w:cs="Times New Roman"/>
        </w:rPr>
        <w:t>Nekena’ny Millerita ny hafatra anatiny sy ivelany ao amin’ireo fiangonana fito sy tombo-kase fito, nefa fantany koa fa ireo trompetra fito dia nisolo tena andalana fahatelo amin’ny fahamarinana, izay singa iray tao anatin’ny tantara asehon’ireo fiangonana fito sy ireo tombo-kase fito. Ny trompetra dia, araka ny filazan’i Miller, “ireo fitsarana manokana” nentina namely an’i Roma. Takatr’ireo Millerita fa ny fitsaran’Andriamanitra asehon’ireo trompetra fito dia mifandray amin’ny tantaran’ireo fiangonana fito sy amin’ny tantara mifanindran-dalana asehon’ireo tombo-kase fito.</w:t>
      </w:r>
    </w:p>
    <w:p>
      <w:pPr>
        <w:pStyle w:val="ArticleBody"/>
        <w:jc w:val="left"/>
      </w:pPr>
      <w:r>
        <w:rPr>
          <w:rFonts w:ascii="Times New Roman" w:hAnsi="Times New Roman" w:eastAsia="Times New Roman" w:cs="Times New Roman"/>
        </w:rPr>
        <w:t>Ny andininy faha-efapolo dia ahitana ny tantaran’ny 11 Septambra 2001, ary ao amin’ny andininy faha-efapolo no ahafantarana fa ny tsipika ara-paminaniana momba ireo trompetra fito dia mifanaraka koa amin’izany. Tonga tamin’ny 1798 ny anjely voalohany mba hanambara ny fanokafana ny fitsarana tamin’ny 1844. Mizara ho fitsarana fanadihadiana sy fitsarana fanatanterahana izany fitsarana izany. Ny tantaran’ny andininy faha-efapolo dia ny tantaran’ny fitsarana fanadihadiana, ary ny tantaran’ny andininy faha-iraika amby efapolo sy manomboka eo mandra-pitsangan’i Mikaela sy ny fandatsahana ireo loza fito farany dia ny tantaran’ny fitsarana fanatanterahana.</w:t>
      </w:r>
    </w:p>
    <w:p>
      <w:pPr>
        <w:pStyle w:val="ArticleBody"/>
        <w:jc w:val="left"/>
      </w:pPr>
      <w:r>
        <w:rPr>
          <w:rFonts w:ascii="Times New Roman" w:hAnsi="Times New Roman" w:eastAsia="Times New Roman" w:cs="Times New Roman"/>
        </w:rPr>
        <w:t>Manomboka ny fitsarana fanatanterahana rehefa miteny tahaka ny dragona i Etazonia.</w:t>
      </w:r>
    </w:p>
    <w:p>
      <w:pPr>
        <w:pStyle w:val="ArticleScripture"/>
        <w:jc w:val="left"/>
      </w:pPr>
      <w:r>
        <w:rPr>
          <w:rFonts w:ascii="Times New Roman" w:hAnsi="Times New Roman" w:eastAsia="Times New Roman" w:cs="Times New Roman"/>
        </w:rPr>
        <w:t>“Ny tandroka tahaka ny an’ny zanak’ondry sy ny feon’ny dragona ao amin’ilay tandindona dia manondro fifanoherana miharihary eo amin’ny filazana sy ny fampiharana ataon’ilay firenena aseho amin’izany. Ny ‘fitenenan’ ilay firenena dia ny asan’ny manam-pahefana mpanao lalàna sy mpitsara ao aminy. Amin’ny alalan’izany asa izany no handavany amin’ny tenany ihany ireo foto-kevitra malalaka sy milamina izay nambarany ho fototry ny politikany. Ny faminaniana milaza fa hiteny ‘tahaka ny dragona’ izy ary hampihatra ‘ny fahefana rehetra an’ilay bibidia voalohany’ dia maminany mazava ny fivoaran’ny fanahin’ny tsy fandeferana sy ny fanenjehana izay nasehon’ireo firenena asehon’ny dragona sy ilay bibidia mitovitovy amin’ny leoparda. Ary ny filazana fa ilay bibidia manan-tandroka roa dia ‘mampanaiky ny tany sy izay monina eo aminy hiankohoka amin’ilay bibidia voalohany’ dia manambara fa ny fahefan’ity firenena ity dia hampiasaina amin’ny fanerena ny fitandremana fomba iray izay ho fihetsika fanomezam-boninahitra ny papa.” Ilay Ady Lehibe, 443.</w:t>
      </w:r>
    </w:p>
    <w:p>
      <w:pPr>
        <w:pStyle w:val="ArticleBody"/>
        <w:jc w:val="left"/>
      </w:pPr>
      <w:r>
        <w:rPr>
          <w:rFonts w:ascii="Times New Roman" w:hAnsi="Times New Roman" w:eastAsia="Times New Roman" w:cs="Times New Roman"/>
        </w:rPr>
        <w:t>Rehefa “miteny” i Etazonia, ka mampihatra ny lalàna alahady izay ho avy tsy ho ela, dia “miteny” koa ny “feo faharoa” ao amin’ny Apokalypsy toko faha-valo ambin’ny folo, amin’ny fiantsoana ny lehilahy sy ny vehivavy hivoaka avy ao Babylona.</w:t>
      </w:r>
    </w:p>
    <w:p>
      <w:pPr>
        <w:pStyle w:val="ArticleScripture"/>
        <w:jc w:val="left"/>
      </w:pPr>
      <w:r>
        <w:rPr>
          <w:rFonts w:ascii="Times New Roman" w:hAnsi="Times New Roman" w:eastAsia="Times New Roman" w:cs="Times New Roman"/>
        </w:rPr>
        <w:t>Ary nandre feo hafa avy any an-danitra aho nanao hoe: Mivoaha avy ao aminy, ry oloko, mba tsy hiraisanareo amin’ny fahotany, ary mba tsy handraisanareo anjara amin’ny lozany. Fa ny fahotany efa tonga hatrany an-danitra, ary Andriamanitra efa nahatsiaro ny helony. Valio izy araka izay namaliany anareo, ary ampio indroa avo heny ho azy araka ny asany; ao amin’ny kapoaka izay namenoany no mamenoa ho azy indroa avo heny. Apokalypsy 18:4–6.</w:t>
      </w:r>
    </w:p>
    <w:p>
      <w:pPr>
        <w:pStyle w:val="ArticleBody"/>
        <w:jc w:val="left"/>
      </w:pPr>
      <w:r>
        <w:rPr>
          <w:rFonts w:ascii="Times New Roman" w:hAnsi="Times New Roman" w:eastAsia="Times New Roman" w:cs="Times New Roman"/>
        </w:rPr>
        <w:t>Ao amin’ny andininy fahiraika amby efapolo, rehefa miteny i Etazonia, ireo izay mbola ao anatin’ilay tontolo telo sosona an’i Babylona maoderina dia antsoina hivoaka rehefa miteny ilay “feo faharoa” ao amin’ny Apokalypsy toko fahavalo ambin’ny folo. Ireo izay antsoina hivoaka amin’izay dia aseho ao amin’ny andininy fahiraika amby efapolo ho “Edoma sy Moaba ary ny lohan’ny zanak’i Amona.” Ao amin’ilay andininy, ireo izay aseho amin’ilay tandindona telo sosona an’i Babylona maoderina dia afa-mandositra ny tanan’ny mpanjakan’ny avaratra (ny papa). Ny teny hebreo adika hoe “afa-mandositra” dia midika hoe mandositra amin’ny alalan’ny fitsoahana malama, ary ny heviny raiki-tampisaka ao anatiny dia hoe tanterahina ny fandosirana hiala amin-javatra iray izay, talohan’izany fandosirana izany, no nitazona ireo izay nandositra ho babo.</w:t>
      </w:r>
    </w:p>
    <w:p>
      <w:pPr>
        <w:pStyle w:val="ArticleScripture"/>
        <w:jc w:val="left"/>
      </w:pPr>
      <w:r>
        <w:rPr>
          <w:rFonts w:ascii="Times New Roman" w:hAnsi="Times New Roman" w:eastAsia="Times New Roman" w:cs="Times New Roman"/>
        </w:rPr>
        <w:t>Ary hiditra ao amin’ny tany mahafinaritra koa izy, ary firenena maro no ho resy; nefa ireto kosa no ho afaka amin’ny tànany, dia Edoma sy Moaba ary ny lohan’ny zanak’i Amona. Ary haninjitra ny tànany amin’ny firenena koa izy; ary ny tany Egypta dia tsy ho afa-mandositra. Daniela 11:41, 42.</w:t>
      </w:r>
    </w:p>
    <w:p>
      <w:pPr>
        <w:pStyle w:val="ArticleBody"/>
        <w:jc w:val="left"/>
      </w:pPr>
      <w:r>
        <w:rPr>
          <w:rFonts w:ascii="Times New Roman" w:hAnsi="Times New Roman" w:eastAsia="Times New Roman" w:cs="Times New Roman"/>
        </w:rPr>
        <w:t>Ao amin’ny andininy faha-roa amby efapolo, ny fahefana papaly (ny mpanjakan’ny avaratra) dia mandresy ny sakana ara-jeografia fahatelo, rehefa azony i Egypta, izay tandindon’ny Firenena Mikambana, araka ny asehon’ny fitsingerenan’ny andro nahaterahan’i Heroda, rehefa resin’ny dihy mamitaka nataon’i Salome (Etazonia) izy, dia ilay zanakavavin’i Herodiasy (ny fahefana papaly). Izany no manondro ny fotoana izay ifanarahan’ny Firenena Mikambana (ireo “mpanjaka folo” ao amin’ny Apokalypsy fito ambin’ny folo) hanolotra ny fanjakany ho an’ilay bibidia mandritra ny adiny iray. Io adiny iray io dia ilay ora amin’ilay “horohoron-tany lehibe” ao amin’ny Apokalypsy iraika ambin’ny folo, ary ilay “ora” itsarana ilay vehivavy janga Babylona. Ao amin’ny andininy faha-roa amby efapolo, i Egypta (ny Firenena Mikambana) dia “tsy ho afa-mandositra.”</w:t>
      </w:r>
    </w:p>
    <w:p>
      <w:pPr>
        <w:pStyle w:val="ArticleBody"/>
        <w:jc w:val="left"/>
      </w:pPr>
      <w:r>
        <w:rPr>
          <w:rFonts w:ascii="Times New Roman" w:hAnsi="Times New Roman" w:eastAsia="Times New Roman" w:cs="Times New Roman"/>
        </w:rPr>
        <w:t>Ny teny hebreo adika hoe “handositra” ao amin’ny andininy faha-roa amby efapolo dia hafa noho ny teny hebreo ao amin’ny andininy faha-iray amby efapolo. Ao amin’ny andininy faha-roa amby efapolo, ny teny hoe “handositra” dia midika hoe “tsy mahita fanafahana”, fa ny andininy faha-iray amby efapolo kosa dia manondro fa ireo talohan’ilay lalàna Alahady izay ho avy tsy ho ela dia efa nifampitantana tamin’ny fahefana papaly, ka avy eo dia afa-miala toy ny amin’ny fitsoahana noho ny fahalefahana. Talohan’ny ora isehoan’ny krizin’ny lalàna Alahady, ireo ao amin’ny fiombonan’i Babylona maoderina dia efa nanaiky ny hevitra satanika fa ny Alahady no androm-pivavahana ho an’Andriamanitra. Rehefa ampiharina ny mariky ny bibidia, ny olona iray dia afaka na manaiky izany noho ny antony rehetra, na mino marina tokoa fa izany no izy. Ny mino izany dia ny mandray ny marika eo amin’ny handrina, ary ny manaiky izany fotsiny dia ny mandray ny marika eo amin’ny tananao.</w:t>
      </w:r>
    </w:p>
    <w:p>
      <w:pPr>
        <w:pStyle w:val="ArticleBody"/>
        <w:jc w:val="left"/>
      </w:pPr>
      <w:r>
        <w:rPr>
          <w:rFonts w:ascii="Times New Roman" w:hAnsi="Times New Roman" w:eastAsia="Times New Roman" w:cs="Times New Roman"/>
        </w:rPr>
        <w:t>Ireo izay afa-mandositra ny tanan’ny fahefan’ny papa amin’ny lalàna momba ny Alahady, dia mandà ilay hevi-dratsin’i Satana fa ny androm-pivavahana nomen’Andriamanitra dia ny andron’ny masoandro, indrindra amin’izay fotoana izay iarahan’i Etazonia sy ny Firenena Mikambana tanana amin’ilay vehivavy janga avy any Roma, dia ny fahefan’ny papa, mpanjakan’ny avaratra.</w:t>
      </w:r>
    </w:p>
    <w:p>
      <w:pPr>
        <w:pStyle w:val="ArticleScripture"/>
        <w:jc w:val="left"/>
      </w:pPr>
      <w:r>
        <w:rPr>
          <w:rFonts w:ascii="Times New Roman" w:hAnsi="Times New Roman" w:eastAsia="Times New Roman" w:cs="Times New Roman"/>
        </w:rPr>
        <w:t>“Ny Protestanta any Etazonia no ho lohalaharana amin’ny faninjirana ny tanany manerana ny hantsana mba handray ny tanan’ny Spiritisma; hanatsotra ny tanany hiampita ny hantsana lalina izy mba hifampitantana amin’ny fahefana romana; ary eo ambanin’ny herin’ity firaisana telo sosona ity, ity firenena ity dia hanaraka ny dian’i Roma amin’ny fanitsakitsahana ny zon’ny fieritreretana.” The Great Controversy, 588.</w:t>
      </w:r>
    </w:p>
    <w:p>
      <w:pPr>
        <w:pStyle w:val="ArticleBody"/>
        <w:jc w:val="left"/>
      </w:pPr>
      <w:r>
        <w:rPr>
          <w:rFonts w:ascii="Times New Roman" w:hAnsi="Times New Roman" w:eastAsia="Times New Roman" w:cs="Times New Roman"/>
        </w:rPr>
        <w:t>Zava-dehibe ny maka fotoana hametrahana mazava ny firafitry ny andininy enina farany ao amin’i Daniela toko faha-iraika ambin’ny folo, raha mbola miroso amin’ny fandinihantsika ny andininy faha-efapolo isika. Ny mpanjakan’ny avaratra, izay i Roma Maoderina, dia mandresy sakana ara-jeografia telo mba hampiorenana azy eo amin’ny seza fiandrianan’ny tany. Nandresy sakana ara-jeografia telo i Roma jentilisa, tahaka izany koa i Roma papa, ka dia toy izany no andresen’i Roma Maoderina ny mpanjakan’ny atsimo (ny Firaisana Sovietika taloha) ao amin’ny andininy faha-efapolo, ary avy eo mandresy ny tany be voninahitra (Etazonia) ao amin’ny andininy faha-iraika amby efapolo, ary avy eo i Egypta (ny Firenena Mikambana) ao amin’ny andininy faha-roa amby efapolo sy faha-telo amby efapolo.</w:t>
      </w:r>
    </w:p>
    <w:p>
      <w:pPr>
        <w:pStyle w:val="ArticleBody"/>
        <w:jc w:val="left"/>
      </w:pPr>
      <w:r>
        <w:rPr>
          <w:rFonts w:ascii="Times New Roman" w:hAnsi="Times New Roman" w:eastAsia="Times New Roman" w:cs="Times New Roman"/>
        </w:rPr>
        <w:t>Nefa araka izay asehon’ilay teny nindramina teo aloha nataon-dRahavavy White, dia miara-mifanome tanana amin’ny fahefan’ny papa sy ny Firenena Mikambana i Etazonia amin’io fotoana io ihany. Ny firaisana telo sosona misy ny dragona sy ny bibidia ary ny mpaminany sandoka dia tanteraka amin’ilay lalàna Alahady ho avy tsy ho ela, na dia ny Daniela toko fahairaika ambin’ny folo andininy fahaefatra amby efapolo ka hatramin’ny fahaefatra amby efapolo sy telo aza no manondro ny fandresena mitranga miaraka nefa misesy. Ny filaharana aseho eo dia maneho ny fandehan’ny toe-javatra, nefa izy rehetra dia tanteraka amin’ilay lalàna Alahady ho avy tsy ho ela.</w:t>
      </w:r>
    </w:p>
    <w:p>
      <w:pPr>
        <w:pStyle w:val="ArticleBody"/>
        <w:jc w:val="left"/>
      </w:pPr>
      <w:r>
        <w:rPr>
          <w:rFonts w:ascii="Times New Roman" w:hAnsi="Times New Roman" w:eastAsia="Times New Roman" w:cs="Times New Roman"/>
        </w:rPr>
        <w:t>Amin’izay fotoana izay no “feo faharoa” ao amin’ny Apokalypsy toko fahavalo ambin’ny folo “miteny,” eo amin’izay “itenenan’i” Etazonia. Miteny Andriamanitra eo amin’izay sy amin’ny fotoana itenenan’i Satana. Ao amin’ny andininy faha-44, ny vaovao avy any atsinanana sy avaratra dia mampitebiteby ny mpanjakan’ny avaratra ary manomboka ny fandripahan-dra papaly farany. Ny andininy faha-44, tahaka ny andininy faha-42 sy faha-43, dia manomboka ao amin’ny andininy faha-41, rehefa ilay anjely mahery ao amin’ny Apokalypsy toko fahavalo ambin’ny folo no manomboka ny antsony ho an’ireo ondry hafa Azy mba hivoaka avy ao Babylona.</w:t>
      </w:r>
    </w:p>
    <w:p>
      <w:pPr>
        <w:pStyle w:val="ArticleBody"/>
        <w:jc w:val="left"/>
      </w:pPr>
      <w:r>
        <w:rPr>
          <w:rFonts w:ascii="Times New Roman" w:hAnsi="Times New Roman" w:eastAsia="Times New Roman" w:cs="Times New Roman"/>
        </w:rPr>
        <w:t>Ny hafatra atolony dia ilay hafatra izay manondro ny Silamo amin’ny loza fahatelo ho fitaovam-pitsarany sy ho famaizana ny vehivavy janga avy any Babylona. Ny Silamo no aseho ho “vaovao avy any atsinanana”, ary ny fahefam-papa (ilay mpanjakan’ny avaratra sandoka) no “vaovao avy any avaratra”. Daniela toko fahiraika ambin’ny folo andininy faha-efapolo dia manondro ny fitsarana famotopotorana, ary ny andininy faha-iraika amby efapolo ka hatramin’ny faha-dimy amby efapolo kosa dia manondro ny fitsarana fanatanterahana.</w:t>
      </w:r>
    </w:p>
    <w:p>
      <w:pPr>
        <w:pStyle w:val="ArticleBody"/>
        <w:jc w:val="left"/>
      </w:pPr>
      <w:r>
        <w:rPr>
          <w:rFonts w:ascii="Times New Roman" w:hAnsi="Times New Roman" w:eastAsia="Times New Roman" w:cs="Times New Roman"/>
        </w:rPr>
        <w:t>Hanohy ny fandinihantsika ny andininy faha-efapolo ao amin’ny Daniela iraika ambin’ny folo isika ao amin’ny lahatsoratra manaraka.</w:t>
      </w:r>
    </w:p>
    <w:p>
      <w:pPr>
        <w:pStyle w:val="ArticleScripture"/>
        <w:jc w:val="left"/>
      </w:pPr>
      <w:r>
        <w:rPr>
          <w:rFonts w:ascii="Times New Roman" w:hAnsi="Times New Roman" w:eastAsia="Times New Roman" w:cs="Times New Roman"/>
        </w:rPr>
        <w:t>“Tamin’ny fotoana iray, fony aho tany an-tanànan’i New York, dia nantsoina aho tamin’ny fahitana tamin’ny alina mba hijery trano nitsangana rihana mifanesy niakatra ho any an-danitra. Ireo trano ireo dia nohamarinina fa tsy mety mirehitra, ary naorina mba hanomezam-boninahitra ny tompony sy ny mpanao azy. Niakatra hatrany, avo kokoa hatrany, ireo trano ireo, ary tao aminy no nampiasana ny akora lafo indrindra. Ireo izay tompon’ireo trano ireo dia tsy nanontany tena hoe: ‘Ahoana no fomba tsara indrindra ahafahantsika manome voninahitra an’Andriamanitra?’ Tsy tao an-tsainy ny Tompo.”</w:t>
      </w:r>
    </w:p>
    <w:p>
      <w:pPr>
        <w:pStyle w:val="ArticleScripture"/>
        <w:jc w:val="left"/>
      </w:pPr>
      <w:r>
        <w:rPr>
          <w:rFonts w:ascii="Times New Roman" w:hAnsi="Times New Roman" w:eastAsia="Times New Roman" w:cs="Times New Roman"/>
        </w:rPr>
        <w:t>“Nieritreritra aho hoe: ‘Enga anie ka ireo izay mandany ny fananany toy izao hahita ny lalany araka ny fahitan’Andriamanitra azy! Manangona trano mijoalajoala izy, nefa endrey ny hadalan’ny fandaminany sy ny fikasany eo imason’Ilay Mpanjakan’izao rehetra izao. Tsy mandinika amin’ny herin’ny fo sy ny saina rehetra izy ny amin’ny fomba hanomezany voninahitra an’Andriamanitra. Very tsy hitany intsony izao, dia ny adidy voalohan’ny olombelona.’”</w:t>
      </w:r>
    </w:p>
    <w:p>
      <w:pPr>
        <w:pStyle w:val="ArticleScripture"/>
        <w:jc w:val="left"/>
      </w:pPr>
      <w:r>
        <w:rPr>
          <w:rFonts w:ascii="Times New Roman" w:hAnsi="Times New Roman" w:eastAsia="Times New Roman" w:cs="Times New Roman"/>
        </w:rPr>
        <w:t>“Raha niakatra ireo trano avo sy miezinezina ireo, dia nifaly tamin’ny fireharehana feno fanirian-daza ny tompony, satria nanam-bola hampiasaina hanomezana fahafaham-po ny tenany sy hampiteraka ny fialonan’ny namany. Betsaka tamin’ny vola izay nampiasainy tahaka izany no azo tamin’ny fampahoriana, tamin’ny fanorotoroana ny mahantra. Hadinon’izy ireo fa any an-danitra dia voatahiry ny fitanana an-tsoratra momba ny raharaham-barotra rehetra; voasoratra ao ny fifanarahana tsy marina rehetra sy ny asa fitaka rehetra. Ho avy ny fotoana izay hahatongavan’ny olona, amin’ny fitaka sy ny fiavonavonany, amin’ny teboka iray izay tsy havelan’ny Tompo hihoarany, ka hianarany fa misy fetra ny fahari-pon’i Jehovah.”</w:t>
      </w:r>
    </w:p>
    <w:p>
      <w:pPr>
        <w:pStyle w:val="ArticleScripture"/>
        <w:jc w:val="left"/>
      </w:pPr>
      <w:r>
        <w:rPr>
          <w:rFonts w:ascii="Times New Roman" w:hAnsi="Times New Roman" w:eastAsia="Times New Roman" w:cs="Times New Roman"/>
        </w:rPr>
        <w:t>“Ny sehatra izay nandalo teo anoloako avy eo dia fanairana noho ny afo. Nijery ireo trano avo sy heverina ho tsy mety may ny olona ka nanao hoe: ‘Azo antoka tanteraka ireo.’ Kanjo levon’ny afo ireo trano ireo toy ny hoe vita tamin’ny dity. Tsy nahavita na inona na inona hanakanana ny fandringanana ny fiara famonoana afo. Tsy nahavita nampandeha ny milina ny mpamono afo.”</w:t>
      </w:r>
    </w:p>
    <w:p>
      <w:pPr>
        <w:pStyle w:val="ArticleScripture"/>
        <w:jc w:val="left"/>
      </w:pPr>
      <w:r>
        <w:rPr>
          <w:rFonts w:ascii="Times New Roman" w:hAnsi="Times New Roman" w:eastAsia="Times New Roman" w:cs="Times New Roman"/>
        </w:rPr>
        <w:t>“Nampianarina aho fa rehefa tonga ny andron’ny Tompo, raha tsy mbola misy fiovana mitranga ao am-pon’ireo olona mirehareha sy fatra-paniry laza, dia ho hitan’ny olona fa ilay tanana izay nahery hamonjy dia ho nahery koa handringana. Tsy misy hery etỳ an-tany mahavonjy ny tanan’Andriamanitra. Tsy misy akora azo ampiasaina amin’ny fanorenana trano izay haharitra hiaro azy amin’ny fandringanana rehefa tonga ny fotoana voatendrin’Andriamanitra handefasany famaizana amin’ny olona noho ny tsy firaharahiany ny lalàny sy noho ny fitiavan-tenany fatra-paniry laza.”</w:t>
      </w:r>
    </w:p>
    <w:p>
      <w:pPr>
        <w:pStyle w:val="ArticleScripture"/>
        <w:jc w:val="left"/>
      </w:pPr>
      <w:r>
        <w:rPr>
          <w:rFonts w:ascii="Times New Roman" w:hAnsi="Times New Roman" w:eastAsia="Times New Roman" w:cs="Times New Roman"/>
        </w:rPr>
        <w:t>“Tsy maro, na dia eo anivon’ny mpanabe sy ny mpitondra fanjakana aza, no mahatakatra ny antony fototra iorenan’ny toetry ny fiaraha-monina ankehitriny. Ireo izay mitana ny fehin’ny fitondram-panjakana dia tsy mahavaha ny olan’ny fahalotoam-pitondrantena, ny fahantrana, ny fahantrana lalina, ary ny fitomboan’ny heloka bevava. Miezaka foana izy ireo, nefa zava-poana, ny hametraka ny raharaham-barotra eo amin’ny fototra azo antoka kokoa. Raha ny olona no hihaino bebe kokoa ny fampianaran’ny Tenin’Andriamanitra, dia hahita vahaolana ho an’ireo olana mampisafotofoto azy izy.”</w:t>
      </w:r>
    </w:p>
    <w:p>
      <w:pPr>
        <w:pStyle w:val="ArticleScripture"/>
        <w:jc w:val="left"/>
      </w:pPr>
      <w:r>
        <w:rPr>
          <w:rFonts w:ascii="Times New Roman" w:hAnsi="Times New Roman" w:eastAsia="Times New Roman" w:cs="Times New Roman"/>
        </w:rPr>
        <w:t>Ny Soratra Masina dia manoritsoritra ny toetry ny izao tontolo izao mialoha indrindra ny fiavian’i Kristy fanindroany. Momba ireo olona izay manangona harena be amin’ny alalan’ny halatra sy ny fanararaotana dia izao no voasoratra: “Efa namory harena ho an’ny andro farany hianareo. Indro, ny karaman’ny mpiasa izay nijinja ny tanimbolinareo, izay notananareo tamin’ny fitaka, dia miantso; ary ny fitarainan’ireo mpijinja dia efa tafiditra ao an-tsofin’ny Tompon’ny maro. Efa niaina tamin’ny fahafinaretana teto an-tany sy nanaram-po hianareo; efa namahan-tena toy ny amin’ny andro famonoana hianareo. Efa nanameloka sy namono ny marina hianareo; ary tsy manohitra anareo izy.” Jakoba 5:3–6.</w:t>
      </w:r>
    </w:p>
    <w:p>
      <w:pPr>
        <w:pStyle w:val="ArticleScripture"/>
        <w:jc w:val="left"/>
      </w:pPr>
      <w:r>
        <w:rPr>
          <w:rFonts w:ascii="Times New Roman" w:hAnsi="Times New Roman" w:eastAsia="Times New Roman" w:cs="Times New Roman"/>
        </w:rPr>
        <w:t>“Fa iza no mamaky ny fampitandremana omen’ireo famantarana ny andro izay tanteraka haingana? Inona no fahatsapana aterak’izany eo amin’ny olona araka izao tontolo izao? Fiovana inona no hita eo amin’ny toe-tsainy? Tsy mihoatra noho izay hita tamin’ny toe-tsain’ny mponina tamin’ny andron’i Noa. Rotiky ny raharahan’izao tontolo izao sy ny fahafinaretana, ireo olona talohan’ny Safodrano dia ‘tsy nahalala mandra-pahatongan’ny Safodrano ka nifaoka azy rehetra.’ Matio 24:39. Nanana fampitandremana nalefan’ny lanitra izy, nefa nandà tsy hihaino. Ary ankehitriny izao tontolo izao, izay tsy miraharaha tanteraka ny feon’ny fampitandreman’Andriamanitra, dia mihazakazaka mankany amin’ny fandringanana mandrakizay.”</w:t>
      </w:r>
    </w:p>
    <w:p>
      <w:pPr>
        <w:pStyle w:val="ArticleScripture"/>
        <w:jc w:val="left"/>
      </w:pPr>
      <w:r>
        <w:rPr>
          <w:rFonts w:ascii="Times New Roman" w:hAnsi="Times New Roman" w:eastAsia="Times New Roman" w:cs="Times New Roman"/>
        </w:rPr>
        <w:t>“Ny tany izao dia ahetsiky ny fanahin’ny ady. Ny faminaniana ao amin’ny toko fahiraika ambin’ny folo ao amin’i Daniela dia saika tonga amin’ny fahatanterahany tanteraka. Tsy ho ela dia hiseho ireo toe-javatra mampahory voalaza ao amin’ny faminaniana.”</w:t>
      </w:r>
    </w:p>
    <w:p>
      <w:pPr>
        <w:pStyle w:val="ArticleScripture"/>
        <w:jc w:val="left"/>
      </w:pPr>
      <w:r>
        <w:rPr>
          <w:rFonts w:ascii="Times New Roman" w:hAnsi="Times New Roman" w:eastAsia="Times New Roman" w:cs="Times New Roman"/>
        </w:rPr>
        <w:t>Fijoroana ho an’ny Fiangonana, boky FAHASIVY, pejy FAHIRAIRA AMBIN’NY FOLO.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Iraika amby telo amby roapolo sy zato</dc:title>
  <dc:subject>Famoahana ny Hevi-dehibe Ara-paminaniana ao amin’i Daniela 11:40</dc:subject>
  <dc:creator>Jeff Pippenger</dc:creator>
  <cp:keywords/>
  <dc:description>Generated by ArticleDigger from daniel\123_daniel.json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