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Enina amby roapolo amby zato</w:t>
      </w:r>
    </w:p>
    <w:p>
      <w:pPr>
        <w:pStyle w:val="ArticleSubtitle"/>
        <w:jc w:val="left"/>
      </w:pPr>
      <w:r>
        <w:rPr>
          <w:rFonts w:ascii="Arial" w:hAnsi="Arial" w:eastAsia="Arial" w:cs="Arial"/>
        </w:rPr>
        <w:t>Famoahana ny Fitantarana ara-paminaniana: Fandalinana ny Daniela Toko fahiraika ambin’ny folo sy ny Zava-mitranga Ankehitriny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2024-03-09</w:t>
      </w:r>
    </w:p>
    <w:p>
      <w:pPr>
        <w:pStyle w:val="ArticleBody"/>
        <w:jc w:val="left"/>
      </w:pPr>
      <w:r>
        <w:rPr>
          <w:rFonts w:ascii="Times New Roman" w:hAnsi="Times New Roman" w:eastAsia="Times New Roman" w:cs="Times New Roman"/>
        </w:rPr>
        <w:t>Ny andininy faha-efapolo ao amin’ny Daniela toko faha-iraika ambin’ny folo dia mampifanaraka ny tantaran’ny tandroka protestanta an’ilay bibidia avy amin’ny tany amin’ny tandroka repoblikana an’ilay bibidia avy amin’ny tany. Samy manomboka amin’ny 1798 ireo tandroka roa ireo, ary ny fijoroany ho vavolombelona dia mitohy mandra-pahatongan’ilay lalàna Alahady izay ho avy tsy ho ela any Etazonia. Samy nomena taratasy roa sosona avy amin’Andriamanitra izy roa tonta, izay natao hitsapana ny tandroka tsirairay. Ny Baiboly King James (Testamenta Taloha sy Testamenta Vaovao) no natao hitsapana ny tandroka ara-pivavahan’ilay bibidia avy amin’ny tany, ary ny Fanambarana ny Fahaleovantena sy ny Lalàm-panorenan’i Etazonia kosa no natao hitsapana ny tandroka ara-politikan’ilay bibidia avy amin’ny tany. Ny andininy faha-efapolo dia tantaran’ilay bibidia avy amin’ny tany, ary ny fijoroany ho vavolombelona ara-tantara dia manomboka amin’ny 1776, ary amin’ny 1798 dia manomboka manatanteraka ny anjara asany amin’ny maha-fanjakana fahenina ao amin’ny faminanian’ny Baiboly azy.</w:t>
      </w:r>
    </w:p>
    <w:p>
      <w:pPr>
        <w:pStyle w:val="ArticleBody"/>
        <w:jc w:val="left"/>
      </w:pPr>
      <w:r>
        <w:rPr>
          <w:rFonts w:ascii="Times New Roman" w:hAnsi="Times New Roman" w:eastAsia="Times New Roman" w:cs="Times New Roman"/>
        </w:rPr>
        <w:t>I Jesosy mandrakariva ny farany amin’ny alalan’ny fiandohana, ary ny faran’i Etazonia dia efa naseho tao amin’ny tantaran’ny fiandohany. Ny vanim-potoanan’ny fiafaran’i Etazonia dia naseho tao amin’ny andininy faha-roa ao amin’ny Daniela toko faha-iraika ambin’ny folo, satria ao no anehoana filoha enina, manomboka amin’i Ronald Reagan. Reagan no filoha voalohany ao amin’ny vanim-potoana farany amin’ny tantara ara-paminanian’ilay bibidia avy amin’ny tany. Izany vanim-potoana izany dia nanomboka tamin’ny fotoanan’ny farany tamin’ny taona 1989. Kanefa ny andininy faha-roa dia miresaka an’i Reagan, Bush voalohany, Clinton, Bush faharoa, Obama ary Trump ihany. Ilaina ny tsipika hafa mba hamenoana ny tantara izay tonga hatramin’ilay lalàna Alahady ho avy tsy ho ela. Ny taona 1989 ka hatramin’ilay lalàna Alahady ho avy tsy ho ela dia tsipika manokana ao amin’ny andininy faha-roa ao amin’ny Daniela toko faha-iraika ambin’ny folo.</w:t>
      </w:r>
    </w:p>
    <w:p>
      <w:pPr>
        <w:pStyle w:val="ArticleBody"/>
        <w:jc w:val="left"/>
      </w:pPr>
      <w:r>
        <w:rPr>
          <w:rFonts w:ascii="Times New Roman" w:hAnsi="Times New Roman" w:eastAsia="Times New Roman" w:cs="Times New Roman"/>
        </w:rPr>
        <w:t>Ny taona 1798 no manamarika ny fiandohana, ary ny lalàn’ny Alahady no manamarika ny fiafaran’ny tantara ara-paminaniana momba ilay biby avy amin’ny tany amin’ny maha-fanjakana fahenina azy ao amin’ny faminanian’ny Baiboly; ary 1798 no manamarika ny fiandohany. Ny roa amby roanjato sy roapolo taona izay nanomboka tamin’ny 1776 dia tsipika ara-paminaniana iray hafa momba ilay biby avy amin’ny tany, izay mampahafantatra fe-potoana iray izay manomboka amin’ny 1776 ary mifarana amin’ny 1996, rehefa nalamina ho fomba ofisialy ny hafatra avy amin’ny fahalalana voaseho tamin’ny 1989. Io fe-potoana roa amby roanjato sy roapolo taona io dia manondro ny hoavin’i Amerika, izay tamin’ny fiandohany ny fahaleovantena tamin’ny fitondrana ara-panjakana an’ireo mpanjaka eoropeana sy tamin’ny fahefan’ny fiangonana katolika izay navoaka tamin’ny 1776, dia hesorina amin’ilay lalàn’ny Alahady ho avy tsy ho ela. Ny 1776 ka hatramin’ny 1989 dia tsipika manokana ao amin’ny tantara ara-paminaniana momba ilay biby avy amin’ny tany.</w:t>
      </w:r>
    </w:p>
    <w:p>
      <w:pPr>
        <w:pStyle w:val="ArticleBody"/>
        <w:jc w:val="left"/>
      </w:pPr>
      <w:r>
        <w:rPr>
          <w:rFonts w:ascii="Times New Roman" w:hAnsi="Times New Roman" w:eastAsia="Times New Roman" w:cs="Times New Roman"/>
        </w:rPr>
        <w:t>Ny telopolo taona nanomboka tamin’ny 508 ka hatramin’ny 538 dia maneho vanim-potoana ara-paminaniana mialoha ny nanorenana ny fahefan’ny papa ho fanjakana fahadimy ao amin’ny faminanian’ny Baiboly tamin’ny 538. Ny Etazonia dia mamolavola tanteraka ny sarin’ilay bibidia amin’ny lalàna Alahady izay ho avy tsy ho ela. Ny vanim-potoana telopolo taona fiomanana ho amin’ny fanorenana ny fahefan’ny papa tamin’ny 538 dia singa iray amin’ny sarin’ilay bibidia papaly. Nisy vanim-potoana fiomanana nitarika ho amin’ny 1798, tamin’izay ny bibidia avy amin’ny tany no nandray ny seza fiandrianana ho fanjakana fahenina ao amin’ny faminanian’ny Baiboly. Ny vanim-potoana nanomboka tamin’ny 1776 ka hatramin’ny 1798 dia mifanaraka amin’ny vanim-potoana 508 ka hatramin’ny 538.</w:t>
      </w:r>
    </w:p>
    <w:p>
      <w:pPr>
        <w:pStyle w:val="ArticleBody"/>
        <w:jc w:val="left"/>
      </w:pPr>
      <w:r>
        <w:rPr>
          <w:rFonts w:ascii="Times New Roman" w:hAnsi="Times New Roman" w:eastAsia="Times New Roman" w:cs="Times New Roman"/>
        </w:rPr>
        <w:t>Nasehon’i Jesosy amin’ny fiandohany ny fiafaran’ny zavatra iray, ka ny vanim-potoana ara-paminaniana aseho ao amin’ny tantaran’ny 1776 ka hatramin’ny 1798, izay vavolombelon’ny vanim-potoana ara-paminaniana 508 ka hatramin’ny 538, dia manome vavolombelona roa. Ireo vanim-potoana roa ireo dia manome vavolombelona roa ny amin’ny zava-misy fa misy vanim-potoana ara-paminaniana voafaritra manokana izay mialoha ny fanandratana eo amin’ny seza fiandrianan’ny fanjakana iray ao amin’ny faminanian’ny Baiboly. Miara-manaporofo izy ireo fa ny vanim-potoana manomboka amin’ny fotoanan’ny farany tamin’ny 1989 ka hatramin’ny lalàn’ny Alahady dia mifanaraka amin’ireo vanim-potoana roa izay nialoha ny 538 sy ny 1798.</w:t>
      </w:r>
    </w:p>
    <w:p>
      <w:pPr>
        <w:pStyle w:val="ArticleBody"/>
        <w:jc w:val="left"/>
      </w:pPr>
      <w:r>
        <w:rPr>
          <w:rFonts w:ascii="Times New Roman" w:hAnsi="Times New Roman" w:eastAsia="Times New Roman" w:cs="Times New Roman"/>
        </w:rPr>
        <w:t>Ny tantara ara-paminaniana hatramin’ny andron’ny farany tamin’ny 1989 ka hatramin’ny lalàn’ny Alahady ao amin’ny andininy faha-efapolo amby iray ao amin’ny Daniela iraika ambin’ny folo, dia noharafitry ny tandindona ao amin’ilay fe-potoana telopolo taona hatramin’ny 508 ka hatramin’ny 538, ary noharafitry ny tandindona ihany koa ao amin’ilay roa amby roapolo taona hatramin’ny 1776 ka hatramin’ny 1798.</w:t>
      </w:r>
    </w:p>
    <w:p>
      <w:pPr>
        <w:pStyle w:val="ArticleBody"/>
        <w:jc w:val="left"/>
      </w:pPr>
      <w:r>
        <w:rPr>
          <w:rFonts w:ascii="Times New Roman" w:hAnsi="Times New Roman" w:eastAsia="Times New Roman" w:cs="Times New Roman"/>
        </w:rPr>
        <w:t>Ny andininy faharoa ao amin’ny Daniela iraika ambin’ny folo dia manondro fa rehefa tonga i Trump, izay manankarena indrindra amin’ireo filoha rehetra ao anatin’ity vanim-potoana ara-paminaniana ity, dia “hanetsika”, izany hoe “hamoha”, izao tontolo izao manontolo amin’ny fikasan’ireo globalista, izay amin’izany fotoana izany dia miezaka hamerina handrafitra ny rafitry ny izao tontolo izao ho rafitra misy ambaratonga roa, ka ny sangany no hanjaka amin’ireo mpiasa toy ny drôna. Ilay antsoiny hoe “great reset”, laharam-pahamehana voalohany ao aminy ny hanafoana ny saranga antonony, mba hahatonga ireo sangany, izay asehon’ireo olo-malaza ara-tantara toy i Marie Antoinette teo amin’ny tantara, ho voaaro sy hosaronana tsy hifandray amin’ireo vahoaka madinika izay namokatra ny mofomamy madinika sy kanto ho azy.</w:t>
      </w:r>
    </w:p>
    <w:p>
      <w:pPr>
        <w:pStyle w:val="ArticleBody"/>
        <w:jc w:val="left"/>
      </w:pPr>
      <w:r>
        <w:rPr>
          <w:rFonts w:ascii="Times New Roman" w:hAnsi="Times New Roman" w:eastAsia="Times New Roman" w:cs="Times New Roman"/>
        </w:rPr>
        <w:t>Ny fivavahan’ny globalista dia spiritualisma New Age, ary ny filozofiany momba ny woke-ism sy ny Diversity, Equity and Inclusion, miaraka amin’ny ideôlôjia voahozongozona antsoina hoe Critical Race Theory, narahin’ilay “siansa” antsoina lainga hoe global warming, mbamin’ny ezaka miafiny amin’ny fanaraha-maso ny mponina mahafaty taranaka iray manontolo, dia niseho miharihary raha tonga teo amin’ny tantara i Trump mba “hampihetsika” izao fanjakana rehetra izao hanohitra an’i Grecia.</w:t>
      </w:r>
    </w:p>
    <w:p>
      <w:pPr>
        <w:pStyle w:val="ArticleBody"/>
        <w:jc w:val="left"/>
      </w:pPr>
      <w:r>
        <w:rPr>
          <w:rFonts w:ascii="Times New Roman" w:hAnsi="Times New Roman" w:eastAsia="Times New Roman" w:cs="Times New Roman"/>
        </w:rPr>
        <w:t>Ny fahatongavan’i Trump tamin’ny taona 2016 dia manamarika ny fihavian’ny fifohazana sandoka (stir up), hosoka noforonin’i Satana, mba hanimbana mialoha ny fifohazan’ireo virijina ao amin’ny Matio toko fahadimy amby roapolo. Ny globalista, na eo amin’ny sehatra maneran-tany, na ao anatin’i Etazonia, dia aseho ara-paminaniana ho ilay dragona. Izy ireo no mpanjaka folo, ny banky lehibe eran-tany, ny mpivarotra miliaridera maneran-tany, ny free-masons ary ireo fikambanana miafina hafa.</w:t>
      </w:r>
    </w:p>
    <w:p>
      <w:pPr>
        <w:pStyle w:val="ArticleBody"/>
        <w:jc w:val="left"/>
      </w:pPr>
      <w:r>
        <w:rPr>
          <w:rFonts w:ascii="Times New Roman" w:hAnsi="Times New Roman" w:eastAsia="Times New Roman" w:cs="Times New Roman"/>
        </w:rPr>
        <w:t>Ny fahefan’ilay dragona maneran-tany dia ireo izay manampahaizana manokana amin’ny ady amin’ny alalan’ny lalàna (lawfare), tahaka an’i Satana izay aseho matetika ao amin’ny fandaharana ara-pitsarana ao amin’ny Tenin’Andriamanitra. Rehefa nampitandrina mialoha ny olony mahatoky Andriamanitra ny amin’ny fanenjehana izay mandrakariva manaraka ireo izay miaina araka ny toe-panahy araka an’Andriamanitra, dia nampanantena Izy fa hoentina eo anatrehan’ny fitsaran’ny tany izy ireo mba hanome fijoroana ho vavolombelona. Satana no tandindon’ireo mpitsara voaolana, ireo Lehiben’ny Fampanoavana voaolana izay manjaka ankehitriny ao amin’ilay tany izay nahetsiky ny Trumpisma, ary ireo fitsarana sy mpisolovava voaolana ireo dia mandrakariva manohana fikambanana izay mampiroborobo sy miteraka fikomiana sy fikorontanana, izay tandindona fototra an’i Satana nandritra ny tantara manontolo.</w:t>
      </w:r>
    </w:p>
    <w:p>
      <w:pPr>
        <w:pStyle w:val="ArticleBody"/>
        <w:jc w:val="left"/>
      </w:pPr>
      <w:r>
        <w:rPr>
          <w:rFonts w:ascii="Times New Roman" w:hAnsi="Times New Roman" w:eastAsia="Times New Roman" w:cs="Times New Roman"/>
        </w:rPr>
        <w:t>Ang Unyong Sobyet ay isang sagisag na makahuhula ng dragon, sapagkat, bukod sa iba pang mga bagay, ang ateismo ni Faraon ay isang pangunahing katangian ng dragon. Ang hari ng timog sa talatang apatnapu ay ang hari ng salitang Hebreo na “negev,” na nangangahulugang Ehipto, at sa talata ay isinalin bilang “timog.” Si Faraon ang sagisag sa Biblia ng ateismo ng Pransiya, ang hari ng timog sa “panahon ng wakas” noong 1798, at gayundin ng Unyong Sobyet sa “panahon ng wakas” noong 1989. Kapuwa sila mga kapangyarihan ng dragon, at kapuwa nagmula sa kaharian ng dragon na paganong Roma.</w:t>
      </w:r>
    </w:p>
    <w:p>
      <w:pPr>
        <w:pStyle w:val="ArticleBody"/>
        <w:jc w:val="left"/>
      </w:pPr>
      <w:r>
        <w:rPr>
          <w:rFonts w:ascii="Times New Roman" w:hAnsi="Times New Roman" w:eastAsia="Times New Roman" w:cs="Times New Roman"/>
        </w:rPr>
        <w:t>Etazonia no tandindon’ny Protestanta niodina amin’ny andro farany, ary ny fahefan’ny papa dia nanodinkodina ny ady teo amin’ny Protestanta niodina sy ny dragona, dia ny Firaisana Sovietika, mba handresena ny voalohan’ireo sakana telo izay resiny eo am-piverenany eo amin’ny seza fiandrianan’ny tany. Ny sakana manaraka dia ny Protestanta niodina ihany, izay ho resin’ny fahefan’ny papa amin’ilay lalàn’ny Alahady izay ho avy tsy ho ela.</w:t>
      </w:r>
    </w:p>
    <w:p>
      <w:pPr>
        <w:pStyle w:val="ArticleBody"/>
        <w:jc w:val="left"/>
      </w:pPr>
      <w:r>
        <w:rPr>
          <w:rFonts w:ascii="Times New Roman" w:hAnsi="Times New Roman" w:eastAsia="Times New Roman" w:cs="Times New Roman"/>
        </w:rPr>
        <w:t>Ny hery sy ny fahefan’ny Filoha Trump no nanomboka ny fifohazana momba ireo lozan’ny fanatontoloana izay nitombo ka lasa ady maneran-tany eo amin’ilay dragona sy ny Protestanta niodina. Ny fahefana papaly dia mampiasa ady eo amin’ireo hery roa ireo ihany, dia ny dragona sy ny Protestanta niodina, mba hamokatra ny toe-javatra hampianjera ny sakana ara-jeografia faharoa tahaka ny nataony tamin’ny fampianjerana ny sakana ara-jeografia voalohany. Ao no misy ny lojikan’ny fomba anoloran’ilay fanjakana fahafiton’ny Firenena Mikambana (izay fahefan’ilay dragona) ny fanjakany haingana dia haingana ho an’ny bibidia amin’ilay lalàn’ny Alahady ho avy tsy ho ela. Manao izany izy satria fahavalo efa resy hatramin’ny taona 1989.</w:t>
      </w:r>
    </w:p>
    <w:p>
      <w:pPr>
        <w:pStyle w:val="ArticleBody"/>
        <w:jc w:val="left"/>
      </w:pPr>
      <w:r>
        <w:rPr>
          <w:rFonts w:ascii="Times New Roman" w:hAnsi="Times New Roman" w:eastAsia="Times New Roman" w:cs="Times New Roman"/>
        </w:rPr>
        <w:t>Amin’ny ambaratonga iray dia io ihany no tolona izay nampiasain’ny fahefana papaly nampianjera ny dragona, dia ny Firaisana Sovietika, tamin’ny taona 1989; nefa ny tolona ankehitriny ataon’ny fivoarana “woke-ism” manohitra ny “MAGA-ism”-n’ny Protestanta nihemotra dia natao handresena ny Protestanta nihemotra, fa tsy ny dragona. Tamin’ny ankapobeny dia natomboka tamin’ny taona 2016 izany ady izany, ary avy eo, tamin’ny taona 2020, ny dragona, izay ao amin’ny Soratra Masina no rain’ny lainga, dia nangalatra ny fifidianana, ka tamin’izany no “namonoany” ara-politika an’i Trump sy ny hetsika Repoblikana MAGA. Ao amin’ny Apokalypsy toko faha-11, ny bibidia avy amin’ny lavaka tsy hita noanoa, izay ilay bibidian’ny tsy finoana an’Andriamanitra, dia namono ireo vavolombelona roa, ary navela teny an-dalambe izy ireo mandra-pahavelony indray. Ny fitsipik’i William Miller dia manambara fa ny tandindona ara-paminaniana dia manana fampiharana mihoatra ny iray.</w:t>
      </w:r>
    </w:p>
    <w:p>
      <w:pPr>
        <w:pStyle w:val="ArticleBody"/>
        <w:jc w:val="left"/>
      </w:pPr>
      <w:r>
        <w:rPr>
          <w:rFonts w:ascii="Times New Roman" w:hAnsi="Times New Roman" w:eastAsia="Times New Roman" w:cs="Times New Roman"/>
        </w:rPr>
        <w:t>Rehefa izao mandinika ny adin’ilay dragona sy ny Protestantisma nihemotra izay mitondra ny bibin’ny tany ho amin’ny famaranana azy isika, ireo vavolombelona roa ireo dia ireo tandroka roa an’ilay bibin’ny tany. Ny tandroka Repoblikana dia novonoina tamin’ny 2020, tamin’ilay hery ara-Baiboly izay ny rainy dia rain’ny lainga. Eo afovoan-tena indrindra amin’izany ady izany isika ao anatin’ity tantara ankehitriny ity. Ao amin’ny andininy faha-41 ao amin’ny Daniela 11, ny lalàna alahady izay ho avy tsy ho ela dia hampiharina, ary araka ny tsindrimandry dia ny Protestantisma nihemotra no hanatanteraka izany asa satanika izany.</w:t>
      </w:r>
    </w:p>
    <w:p>
      <w:pPr>
        <w:pStyle w:val="ArticleScripture"/>
        <w:jc w:val="left"/>
      </w:pPr>
      <w:r>
        <w:rPr>
          <w:rFonts w:ascii="Times New Roman" w:hAnsi="Times New Roman" w:eastAsia="Times New Roman" w:cs="Times New Roman"/>
        </w:rPr>
        <w:t>“Ny Protestanta ao Etazonia no ho voalohany haninjitra ny tanany hiampita ny hantsana mba hihazona ny tanan’ny Fampianaran’ny Fanahy; hanatsoaka ny tanany hiampita ny lavaka mangitsokitsoka izy mba hifampitantana amin’ny fahefana romana; ary eo ambanin’ny herin’ity firaisana telo sosona ity, ity firenena ity dia hanaraka ny dian’i Roma amin’ny fanitsakitsahana ny zon’ny fieritreretana.” The Great Controversy, 588.</w:t>
      </w:r>
    </w:p>
    <w:p>
      <w:pPr>
        <w:pStyle w:val="ArticleBody"/>
        <w:jc w:val="left"/>
      </w:pPr>
      <w:r>
        <w:rPr>
          <w:rFonts w:ascii="Times New Roman" w:hAnsi="Times New Roman" w:eastAsia="Times New Roman" w:cs="Times New Roman"/>
        </w:rPr>
        <w:t>Ny fifamatorana sarotra misy eo amin’ny zava-mitranga eo amin’ny olombelona dia aseho amin’ilay tolona izay nanomboka tamin’ny 2016. Mba handinihana araka ny tokony ho izy ireo hery ao anatin’izany tolona izany, dia zava-dehibe ny hazava tsara ny amin’izay asehon’ny tsirairay amin’ireo hery telo izay mitarika izao tontolo izao ho any Armagedona, satria samy manana ny toetra faminaniana miavaka azy avy izy ireo. Ny bokin’ny Apokalypsy dia mitana mandrakariva ny filaharana hoe ny dragona no voalohany, arahin’ny bibidia, izay arahin’ny mpaminany sandoka; koa hanomboka hamantatra ireo toetra faminanian’ny dragona isika, avy eo ny bibidia, ary farany ny mpaminany sandokan’ny Protestanta nihemotra tamin’ny finoana.</w:t>
      </w:r>
    </w:p>
    <w:p>
      <w:pPr>
        <w:pStyle w:val="ArticleBody"/>
        <w:jc w:val="left"/>
      </w:pPr>
      <w:r>
        <w:rPr>
          <w:rFonts w:ascii="Times New Roman" w:hAnsi="Times New Roman" w:eastAsia="Times New Roman" w:cs="Times New Roman"/>
        </w:rPr>
        <w:t>Ny Demaokraty mandroso dia tsy ireo Protestanta nihemotra tamin’ny finoana ao Etazonia; izy ireo no solontena ara-paminaniana ny fanatontoloana sy ny dragona. Alohan’ny lalàna Alahady izay ho avy tsy ho ela, dia tsy maintsy miverina eo amin’ny fitondrana ny antoko Repoblikana mba hanatanteraka ny fitantarana ara-paminaniana. Farao, izay tandindon’ny fahefan’ny dragona, ary ilay fahefan’ny dragona an’i Roma jentilisa tamin’ny andron’i Kristy, dia manome vavolombelona roa fa amin’ny andro farany ny fahefan’ny dragona no hery mampiroborobo ny famonoana zaza madinika, tahaka izay nitranga tamin’ny andron’i Mosesy sy tamin’ny andron’i Kristy.</w:t>
      </w:r>
    </w:p>
    <w:p>
      <w:pPr>
        <w:pStyle w:val="ArticleBody"/>
        <w:jc w:val="left"/>
      </w:pPr>
      <w:r>
        <w:rPr>
          <w:rFonts w:ascii="Times New Roman" w:hAnsi="Times New Roman" w:eastAsia="Times New Roman" w:cs="Times New Roman"/>
        </w:rPr>
        <w:t>Ny andro farany dia ireo andron’ny efatra arivo amby efatra alina sy iray hetsy, izay mihira ny fihiran’i Mosesy sy ny Zanak’ondry; ary ao amin’ny tantaran’i Mosesy sy ny Zanak’ondry dia nitady hamono zaza ny herin’ilay dragona. Nanao izany izy ireo, satria fantatr’i Satana fa efa hampiray handroso ny Mpanafaka, dia Mosesy, sy ny Mpanavotra, dia Kristy, ny Tompo. Amin’ny andro farany dia midina amin-katezerana lehibe ilay dragona, satria fantany fa fohy ny androny; ary ny herin’ilay dragona no mampiroborobo ny famonoana zaza minono, amin’ny fikasana handringana ireo izay mety ho isan’ireo efatra arivo amby efatra alina sy iray hetsy. Ireo Demokraty mandroso, maneran-tany, sôsialista dia TSY ireo izay “lohalaharana” amin’ny fanamafisana ilay firaisana telo tonta izay hitranga amin’ilay lalàna Alahady ho avy tsy ho ela, fa ny Demokraty dia ny herin’ilay dragona, fa tsy ilay mpaminany sandoka.</w:t>
      </w:r>
    </w:p>
    <w:p>
      <w:pPr>
        <w:pStyle w:val="ArticleScripture"/>
        <w:jc w:val="left"/>
      </w:pPr>
      <w:r>
        <w:rPr>
          <w:rFonts w:ascii="Times New Roman" w:hAnsi="Times New Roman" w:eastAsia="Times New Roman" w:cs="Times New Roman"/>
        </w:rPr>
        <w:t>“Amin’ny alalan’ny didy manery ny fananganana ny fahefan’ny Papa, ka mandika ny lalàn’Andriamanitra, dia hisaraka tanteraka amin’ny fahamarinana ny firenentsika. Raha haninjitra ny tanany hiampita ny hantsana ny Protestantisma mba hihazona ny tanan’ny fahefana romana, raha hanatsotra ny tanany hihoatra ny lavaka mangitsokitsoka izy mba hifandray tanana amin’ny Spiritualisma, raha eo ambanin’ny herin’ity firaisana telo sosona ity ny firenentsika ka handà ny foto-kevitra rehetra ao amin’ny Lalàmpanorenany amin’ny maha-fitondram-panjakana protestanta sy repoblikana azy, ary hanao fepetra ho amin’ny fampielezana ny lainga sy ny fitaka papaly, amin’izay dia ho fantatsika fa tonga ny fotoana hiasan’i Satana amin’ny fomba mahagaga, ary efa akaiky ny farany.” Testimonies, boky faha-5, 451.</w:t>
      </w:r>
    </w:p>
    <w:p>
      <w:pPr>
        <w:pStyle w:val="ArticleBody"/>
        <w:jc w:val="left"/>
      </w:pPr>
      <w:r>
        <w:rPr>
          <w:rFonts w:ascii="Times New Roman" w:hAnsi="Times New Roman" w:eastAsia="Times New Roman" w:cs="Times New Roman"/>
        </w:rPr>
        <w:t>Ny toetra ara-paminaniana ananan’ireo hery telo izay mitarika izao tontolo izao ho any Armagedona dia voamarika mazava tsara ao amin’ny Tenin’Andriamanitra. Ny herin’ny dragona dia mampandroso lalàna izay mamporisika ny famonoana zaza amin’ny fotoana izay kasain’Andriamanitra hananganana vahoaka iray izay efa notandindomin’i Mosesy sy Kristy. Ny Demokraty liberaly no herin’ny dragona ao amin’ilay ady ao anatin’i Etazonia izay mialoha sy tandindon’ilay ady mitovy eo amin’ny sehatra maneran-tany aorian’ny lalàn’ny Alahady izay ho avy tsy ho ela ao Etazonia. Ny dragona dia rain’ny lainga, ary ireo globalista liberaly mandroso dia malaza amin’ny fandaingana.</w:t>
      </w:r>
    </w:p>
    <w:p>
      <w:pPr>
        <w:pStyle w:val="ArticleScripture"/>
        <w:jc w:val="left"/>
      </w:pPr>
      <w:r>
        <w:rPr>
          <w:rFonts w:ascii="Times New Roman" w:hAnsi="Times New Roman" w:eastAsia="Times New Roman" w:cs="Times New Roman"/>
        </w:rPr>
        <w:t>Nahoana no tsy azonareo ny teniko? satria tsy mahahaino ny teniko ianareo. Ianareo dia avy amin-drainareo, dia ny devoly; ary ny filàn-drainareo no tianareo hatao. Izy dia mpamono olona hatramin’ny taloha, ary tsy nitoetra tamin’ny fahamarinana, satria tsy misy fahamarinana ao aminy. Raha miteny lainga izy, dia avy amin’ny azy no itenenany; fa mpandainga izy sady rain’ny lainga. Jaona 8:43, 44.</w:t>
      </w:r>
    </w:p>
    <w:p>
      <w:pPr>
        <w:pStyle w:val="ArticleBody"/>
        <w:jc w:val="left"/>
      </w:pPr>
      <w:r>
        <w:rPr>
          <w:rFonts w:ascii="Times New Roman" w:hAnsi="Times New Roman" w:eastAsia="Times New Roman" w:cs="Times New Roman"/>
        </w:rPr>
        <w:t>Ny devoly, izay Satana sy ilay dragona, dia mpamono olona (fanalan-jaza) sady mpandainga hatramin’ny voalohany. Rehefa niady hevitra tamim-piheveran-dratsy tamin’i Pilato ny Jiosy tia mifandahatra, dia nambarany tamin-kasahiana fa tsy manana mpanjaka afa-tsy Kaisara izy; ary Kaisara dia tandindon’i Roma jentilisa, izay fahefana dragona.</w:t>
      </w:r>
    </w:p>
    <w:p>
      <w:pPr>
        <w:pStyle w:val="ArticleScripture"/>
        <w:jc w:val="left"/>
      </w:pPr>
      <w:r>
        <w:rPr>
          <w:rFonts w:ascii="Times New Roman" w:hAnsi="Times New Roman" w:eastAsia="Times New Roman" w:cs="Times New Roman"/>
        </w:rPr>
        <w:t>«Noho izany, na dia maneho an’i Satana voalohany indrindra aza ilay dragona, dia tandindon’i Roma mpanompo sampy koa izy amin’ny heviny faharoa.» The Great Controversy, 439.</w:t>
      </w:r>
    </w:p>
    <w:p>
      <w:pPr>
        <w:pStyle w:val="ArticleBody"/>
        <w:jc w:val="left"/>
      </w:pPr>
      <w:r>
        <w:rPr>
          <w:rFonts w:ascii="Times New Roman" w:hAnsi="Times New Roman" w:eastAsia="Times New Roman" w:cs="Times New Roman"/>
        </w:rPr>
        <w:t>Misy manontany tena ny antony mahatonga ny Jiosy maoderina ho mpanohana ny fanatontoloana liberaly, nefa ireo mpanohana ny fanatontoloana ireo dia mitana fankahalana lehibe toy izany amin’ny Jiosy maoderina. Satria nifidy ny hanana ny mpanjakan’i Roma mpanompo sampy ho mpanjakany tokana izy ireo. Na dia maro amin’ny taranaka Hebreo aza no manan-tsaina, ny safidy nataon’izy ireo fahiny handà ny Mesia ho Mpanjakany no nanagadrana azy ireo ho ao amin’ny valan’ny dragona.</w:t>
      </w:r>
    </w:p>
    <w:p>
      <w:pPr>
        <w:pStyle w:val="ArticleScripture"/>
        <w:jc w:val="left"/>
      </w:pPr>
      <w:r>
        <w:rPr>
          <w:rFonts w:ascii="Times New Roman" w:hAnsi="Times New Roman" w:eastAsia="Times New Roman" w:cs="Times New Roman"/>
        </w:rPr>
        <w:t>Fa niantso mafy ireo hoe: Esory Izy, esory Izy, homboina amin’ny hazo fijaliana Izy. Hoy Pilato tamin’ireo: Ny Mpanjakanareo va no homboiko amin’ny hazo fijaliana? Namaly ireo lohan’ny mpisorona hoe: Tsy manana mpanjaka afa-tsy Kaisara izahay. Jaona 19:15.</w:t>
      </w:r>
    </w:p>
    <w:p>
      <w:pPr>
        <w:pStyle w:val="ArticleBody"/>
        <w:jc w:val="left"/>
      </w:pPr>
      <w:r>
        <w:rPr>
          <w:rFonts w:ascii="Times New Roman" w:hAnsi="Times New Roman" w:eastAsia="Times New Roman" w:cs="Times New Roman"/>
        </w:rPr>
        <w:t>Ireo mpanjakan’i Eoropa no nanatanteraka ny fanenjehana ho an’ny papa, ary ireo mpanjaka folo ao amin’ny Apokalypsy toko fahafito ambin’ny folo no hiady amin’ny Zanak’ondry, ary izany no ataony amin’ny famonoana ny mpanaraka Azy.</w:t>
      </w:r>
    </w:p>
    <w:p>
      <w:pPr>
        <w:pStyle w:val="ArticleScripture"/>
        <w:jc w:val="left"/>
      </w:pPr>
      <w:r>
        <w:rPr>
          <w:rFonts w:ascii="Times New Roman" w:hAnsi="Times New Roman" w:eastAsia="Times New Roman" w:cs="Times New Roman"/>
        </w:rPr>
        <w:t>Ireo no hiady amin’ny Zanak’ondry, ary ny Zanak’ondry haharesy azy; fa Izy no Tompon’ny tompo sy Mpanjakan’ny mpanjaka; ary izay miaraka aminy dia voantso sy voafidy ary mahatoky. Apokalypsy 17:14.</w:t>
      </w:r>
    </w:p>
    <w:p>
      <w:pPr>
        <w:pStyle w:val="ArticleBody"/>
        <w:jc w:val="left"/>
      </w:pPr>
      <w:r>
        <w:rPr>
          <w:rFonts w:ascii="Times New Roman" w:hAnsi="Times New Roman" w:eastAsia="Times New Roman" w:cs="Times New Roman"/>
        </w:rPr>
        <w:t>Ny toetra ara-paminaniana ananan’ny herin’ilay dragona dia manondro fa izy ireo no manatanteraka mivantana ny famonoana zaza madinika sy ny Kristiana amin’ny andro farany, araka ny aseho eo amin’ny hazo fijaliana sy ny Coliseum ao amin’ny tantaran’i Roma mpanompo sampy. Ireo mpanjakan’ny dragona no nampiasa ny Inquisition tamin’ny Andro Antenatenany mba hanatanterahana ireo fandatsahan-drà ho an’i Roma papaly. Izy ireo no mamono zaza madinika ary izy ireo no mpandainga ambony indrindra. Adolph Hitler no tandindona maoderina amin’ny mpamono olona faobe sy amin’ny maha-mpandainga azy. Hitler dia Demokraty sosialy.</w:t>
      </w:r>
    </w:p>
    <w:p>
      <w:pPr>
        <w:pStyle w:val="ArticleBody"/>
        <w:jc w:val="left"/>
      </w:pPr>
      <w:r>
        <w:rPr>
          <w:rFonts w:ascii="Times New Roman" w:hAnsi="Times New Roman" w:eastAsia="Times New Roman" w:cs="Times New Roman"/>
        </w:rPr>
        <w:t>Ny liberaly mandroso dia manaraka ny dian-tongotr’i Adolph Hitler, izay mpitarika ny National Socialist German Workers’ Party, izay fantatra amin’ny anarana mahazatra hoe Antoko Nazi. Teo ambany fitarihany dia nanatanteraka fitondrana jadona tsy refesi-mandidy ny Antoko Nazi ary tompon’andraikitra tamin’ny habibiana maro, anisan’izany ny Famonoana Tambabe ny Jiosy. Matetika ny antokon’i Hitler no ampifandraisina amin’ny firehana nasionalisma tafahoatra, fanavakavaham-bolonkoditra, fankahalana ny Jiosy, ary fitondrana jadona. Joseph Goebbels, izay Minisitry ny Propagandy tany Alemaina Nazi nandritra ny Ady Lehibe Faharoa, dia nilaza hoe: “Raha miteny lainga lehibe ampy ianao ka manohy mamerimberina izany, dia hino izany amin’ny farany ny olona.”</w:t>
      </w:r>
    </w:p>
    <w:p>
      <w:pPr>
        <w:pStyle w:val="ArticleBody"/>
        <w:jc w:val="left"/>
      </w:pPr>
      <w:r>
        <w:rPr>
          <w:rFonts w:ascii="Times New Roman" w:hAnsi="Times New Roman" w:eastAsia="Times New Roman" w:cs="Times New Roman"/>
        </w:rPr>
        <w:t>Ny lainga iray mahazatra aparitaky ny Demokraty liberaly mandroso amin’izao andro izao dia izao: ny elatra ankavanana mpandala ny nentin-drazana ao amin’ny antoko Repoblikana amin’izao vanim-potoana maoderina izao no nolazaina ho mitovy endrika amin’ny Nazia tamin’ny andron’i Hitler. Ny fitantarana ara-tantara diso ataon’izy ireo dia mamantatra araka ny tokony ho izy ny antokon’i Hitler ho antoko ankavanana faratampony tamin’ny androny, nefa mandrakariva izy ireo no manaisotra ny marina fa i Hitler dia ankavanana faratampony ihany raha oharina amin’ny Kominista izay fahavalony avy amin’ny elatra havia tamin’ireo tolona ara-politika voalohany nataony. Ny Repoblikana dia tsy isalasalana fa eo ankavanan’ny Demokraty ao amin’ny sehatra ara-politikan’i Etazonia, kanefa ny toetra hafa rehetra nanamarika an’i Alemaina Nazia tamin’ny andron’i Hitler dia maneho ireo toetra ara-paminaniana ananan’ny antoko Demokraty.</w:t>
      </w:r>
    </w:p>
    <w:p>
      <w:pPr>
        <w:pStyle w:val="ArticleBody"/>
        <w:jc w:val="left"/>
      </w:pPr>
      <w:r>
        <w:rPr>
          <w:rFonts w:ascii="Times New Roman" w:hAnsi="Times New Roman" w:eastAsia="Times New Roman" w:cs="Times New Roman"/>
        </w:rPr>
        <w:t>Ny Baiboly dia manambara fa ho fantatrareo amin’ny voany izy, fa tsy amin’ny maridrefy mihetsiketsika eo amin’ny ilany ankavanana na ilany ankavia amin’ny sehatra ara-politika. Ny ultra-nasionalisma teo amin’ny tantaran’i Hitler dia tsy mamaritra ny fitiavan-tanindrazana ao amin’ny hetsika MAGA. Ny ultra-nasionalisman’i Hitler dia nasehon’ny fanondroany firazanana tompo, ary izany no mamaritra ny ezaky ny globalista hanorina rafitra ara-tsaranga misy ambaratonga roa ao anatin’i Etazonia sy maneran-tany. Mazava ho azy fa ny globalista dia mihevitra ny tenany ho eo amin’ny ambaratonga ambony ao amin’izany rafitra izany, araka ny asehon’ilay firazanana tompo an’i Hitler.</w:t>
      </w:r>
    </w:p>
    <w:p>
      <w:pPr>
        <w:pStyle w:val="ArticleBody"/>
        <w:jc w:val="left"/>
      </w:pPr>
      <w:r>
        <w:rPr>
          <w:rFonts w:ascii="Times New Roman" w:hAnsi="Times New Roman" w:eastAsia="Times New Roman" w:cs="Times New Roman"/>
        </w:rPr>
        <w:t>Ny fahaiza-mandainga sy manendrikendrika ary miampanga dia toetra mampiavaka ny dragona, ary ohatra mahazatra amin’izany fomba izany ny fiampangana olona hafa ho nanao ireo asa na nitana ireo toerana izay ianao ihany no tena manohana sy manatanteraka. Zava-mitranga isan’andro izany any Amerika sy amin’izao tontolo izao ankehitriny, ary toetran’ny devoly izany, fa izy no “mpitory ny rahalahy”.</w:t>
      </w:r>
    </w:p>
    <w:p>
      <w:pPr>
        <w:pStyle w:val="ArticleScripture"/>
        <w:jc w:val="left"/>
      </w:pPr>
      <w:r>
        <w:rPr>
          <w:rFonts w:ascii="Times New Roman" w:hAnsi="Times New Roman" w:eastAsia="Times New Roman" w:cs="Times New Roman"/>
        </w:rPr>
        <w:t>Ary natsipy ilay dragona lehibe, dia ilay menarana ela, izay atao hoe Devoly sy Satana, ilay mamitaka izao tontolo izao rehetra izao; natsipy tamin’ny tany izy, ary natsipy niaraka taminy koa ny anjeliny. Ary nandre feo mahery aho tany an-danitra nanao hoe: Ankehitriny dia tonga ny famonjena sy ny hery ary ny fanjakan’Andriamanitsika sy ny fahefan’ny Kristiny; fa naongana ilay mpiampanga ny rahalahintsika, izay niampanga azy teo anatrehan’Andriamanitsika andro aman’alina. Apokalypsy 12:9, 10.</w:t>
      </w:r>
    </w:p>
    <w:p>
      <w:pPr>
        <w:pStyle w:val="ArticleBody"/>
        <w:jc w:val="left"/>
      </w:pPr>
      <w:r>
        <w:rPr>
          <w:rFonts w:ascii="Times New Roman" w:hAnsi="Times New Roman" w:eastAsia="Times New Roman" w:cs="Times New Roman"/>
        </w:rPr>
        <w:t>Ny Alemaina notarihin’i Hitler, izay tandindon’ny faminaniana mitovy amin’ireo globalista progresista amin’izao androntsika sy vanim-potoanantsika izao, dia nanana milina fampielezan-kevitra niniana sy nokendrena tsara, tahaka ny ananan’ireo liberaly progresista ankehitriny koa; ary eo no averimberina ankehitriny ireo lainga goavana, izay nofaritan’i Joseph Goebbels, minisitry ny Fampielezan-kevitra tao amin’ny Alemaina Nazi, amin’ny fahitsiana ara-matematika ananan’ny algôritma voarindra amin’ny ordinatera manerana ireo lalan-tserasera sy fitaovam-pifandraisana samihafa manodidina ny planeta tany. (CNN, MSNBC, BBC, NPR, Google, Facebook, sy ny sisa tsy hita isa).</w:t>
      </w:r>
    </w:p>
    <w:p>
      <w:pPr>
        <w:pStyle w:val="ArticleBody"/>
        <w:jc w:val="left"/>
      </w:pPr>
      <w:r>
        <w:rPr>
          <w:rFonts w:ascii="Times New Roman" w:hAnsi="Times New Roman" w:eastAsia="Times New Roman" w:cs="Times New Roman"/>
        </w:rPr>
        <w:t>Ny Afo tao amin’ny Reichstag dia zava-nitranga lehibe teo amin’ny tantaran’i Alemaina, nialoha ny Ady Lehibe Faharoa. Manome famaritana mahazatra momba ny lainga tanterahin’ireo globalista liberaly mandroso izany ao amin’ny fiezahany hampiorina fitondrana tokana maneran-tany. Tamin’ny alin’ny 27 Febroary 1933 no nitrangan’izany, rehefa nodorana ny tranoben’ny Reichstag tao Berlin, izay nitoeran’ny parlemanta alemà (mifandraika amin’ny tranoben’ny Capitol any Etazonia tamin’ny 6 Janoary 2020).</w:t>
      </w:r>
    </w:p>
    <w:p>
      <w:pPr>
        <w:pStyle w:val="ArticleBody"/>
        <w:jc w:val="left"/>
      </w:pPr>
      <w:r>
        <w:rPr>
          <w:rFonts w:ascii="Times New Roman" w:hAnsi="Times New Roman" w:eastAsia="Times New Roman" w:cs="Times New Roman"/>
        </w:rPr>
        <w:t>Nolazaina fa doro tanana ilay afo, ary izany no nanome fialan-tsiny ho an’ny fitondrana Nazi, teo ambany fitarihan’i Adolf Hitler sy Hermann Göring, hanosehana ny Didim-panjakana momba ny Afon’ny Reichstag. Io didim-panjakana io, izay nosoniavin’ny filohan’i Alemaina Paul von Hindenburg, dia nampitsahatra ny fahalalahana sivily ary namela ny fisamborana sy fitazonana am-ponja ireo mpanohitra ara-politika. Izany dia nanamarika dingana lehibe teo amin’ny fanamafisana ny fahefan’ny Nazi sy ny fikorontanan’ireo andrim-panjakana demaokratika tao Alemaina.</w:t>
      </w:r>
    </w:p>
    <w:p>
      <w:pPr>
        <w:pStyle w:val="ArticleBody"/>
        <w:jc w:val="left"/>
      </w:pPr>
      <w:r>
        <w:rPr>
          <w:rFonts w:ascii="Times New Roman" w:hAnsi="Times New Roman" w:eastAsia="Times New Roman" w:cs="Times New Roman"/>
        </w:rPr>
        <w:t>Afo izay, izay eken’ny ankamaroan’ny mpahay tantara marina fa napetraky ny olon’i Hitler, dia tandindon’ireo zava-nitranga tamin’ny 6 Janoary 2020 sy ny fandravana manaraka ny zo araka ny Lalàm-panorenana an’ireo izay tsy nanao na inona na inona afa-tsy izay nekena tanteraka teo ambanin’ireo foto-kevitra voarakitra ao amin’ny Lalàm-panorenana, indrindra raha oharina amin’ny tsy fanarahan-dalàna sy ny fandravana nateraky ny hetsika Black Life Matters sy Antifa, hetsika izay derain sy tohanan’ny liberaly mandroso. Ny 6 Janoary dia vokatry ny dragona, ary nanehoana izany mialoha tamin’ny alalan’ny Nazia tao amin’ny Alemainan’i Hitler.</w:t>
      </w:r>
    </w:p>
    <w:p>
      <w:pPr>
        <w:pStyle w:val="ArticleBody"/>
        <w:jc w:val="left"/>
      </w:pPr>
      <w:r>
        <w:rPr>
          <w:rFonts w:ascii="Times New Roman" w:hAnsi="Times New Roman" w:eastAsia="Times New Roman" w:cs="Times New Roman"/>
        </w:rPr>
        <w:t>Ny Demokraty sosialista any Etazonia dia mamerimberina hatrany ny fanondroana an’i Trump ho mariky Hitler, satria ny foto-kevitra iasan’izy ireo dia izao: raha mandainga lehibe ampy ianao ka mamerina izany tsy an-kijanona amin’ny alalan’ny milina fampielezan-kevitra ara-media anananao, dia hino izany ihany amin’ny farany ireo sarambaben’i Marie Antoinette.</w:t>
      </w:r>
    </w:p>
    <w:p>
      <w:pPr>
        <w:pStyle w:val="ArticleBody"/>
        <w:jc w:val="left"/>
      </w:pPr>
      <w:r>
        <w:rPr>
          <w:rFonts w:ascii="Times New Roman" w:hAnsi="Times New Roman" w:eastAsia="Times New Roman" w:cs="Times New Roman"/>
        </w:rPr>
        <w:t>Hotohizantsika amin’ny lahatsoratra manaraka izao fandalinana izao.</w:t>
      </w:r>
    </w:p>
    <w:p>
      <w:pPr>
        <w:pStyle w:val="ArticleScripture"/>
        <w:jc w:val="left"/>
      </w:pPr>
      <w:r>
        <w:rPr>
          <w:rFonts w:ascii="Times New Roman" w:hAnsi="Times New Roman" w:eastAsia="Times New Roman" w:cs="Times New Roman"/>
        </w:rPr>
        <w:t>Miangòna hianareo, ry firenena, nefa hovakivakina ianareo; ary mihainoa, ianareo rehetra any amin’ny tany lavitra: misikìna, nefa hovakivakina ianareo; misikìna, nefa hovakivakina ianareo. Mifampiràsa saina, nefa ho tonga tsinontsinona izany; mitenena teny, nefa tsy haharitra izany; fa Andriamanitra no momba antsika. Fa Jehovah niteny tamiko toy izao tamin’ny tanana mahery ka nananatra ahy mba tsy handehanako amin’ny lalan’ity firenena ity, ka nanao hoe: Aza milaza hoe: Firaisan-kina, amin’izay rehetra ilazan’ity firenena ity hoe: Firaisan-kina; ary aza matahotra izay atahorany, na mangorohoro. Jehovah, Tompon’ny maro, no hamasino; ary aoka Izy no hatahoranareo, sady aoka Izy no hampangorohoro anareo. Dia ho fitoerana masina Izy; nefa ho vato mahasolafaka sy ho vatolampy mahatafintohina amin’ny taranak’Isiraely roa tonta, ary ho fandrika sy ho tonta ho an’ny mponina any Jerosalema. Ary maro aminy no ho tafintohina ka ho lavo sy ho vaky, ary ho voafandrika sy ho voasambotra. Fehezo ny fanambarana, asio tombo-kase ny lalàna ao amin’ny mpianatro. Isaia 8:9–16.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Enina amby roapolo amby zato</dc:title>
  <dc:subject>Famoahana ny Fitantarana ara-paminaniana: Fandalinana ny Daniela Toko fahiraika ambin’ny folo sy ny Zava-mitranga Ankehitriny</dc:subject>
  <dc:creator>Jeff Pippenger</dc:creator>
  <cp:keywords/>
  <dc:description>Generated by ArticleDigger from daniel\126_daniel.json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