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Roapolo amby Zato iray</w:t>
      </w:r>
    </w:p>
    <w:p>
      <w:pPr>
        <w:pStyle w:val="ArticleSubtitle"/>
        <w:jc w:val="left"/>
      </w:pPr>
      <w:r>
        <w:rPr>
          <w:rFonts w:ascii="Arial" w:hAnsi="Arial" w:eastAsia="Arial" w:cs="Arial"/>
        </w:rPr>
        <w:t>Fampisehoana ny Toetra Ara-paminaniana an’ilay Fikambanam-pahotana: Hevitra avy ao amin’i Isaia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Ny toetra ara-paminaniana ananan’ilay dragona dia ny fiombonam-panjakana, araka ny namaritan’i Isaia azy.</w:t>
      </w:r>
    </w:p>
    <w:p>
      <w:pPr>
        <w:pStyle w:val="ArticleScripture"/>
        <w:jc w:val="left"/>
      </w:pPr>
      <w:r>
        <w:rPr>
          <w:rFonts w:ascii="Times New Roman" w:hAnsi="Times New Roman" w:eastAsia="Times New Roman" w:cs="Times New Roman"/>
        </w:rPr>
        <w:t>Miombòna ianareo, ry firenena, nefa hopotehina ho vakivaky; ary mihainoa, ianareo rehetra avy any amin’ny tany lavitra: misikìna ianareo, nefa hopotehina ho vakivaky; misikìna ianareo, nefa hopotehina ho vakivaky. Misainà tetika ianareo, nefa ho tonga tsinontsinona izany; mitenena teny ianareo, nefa tsy haharitra izany; fa Andriamanitra momba antsika. Fa toy izao no nitenenan’i Jehovah tamiko tamin’ny tanana mahery, sady nampianatra ahy mba tsy handeha amin’ny lalan’ity firenena ity, ka nanao hoe: Aza milaza hoe: Fikambanana, amin’izay rehetra ilazan’ity firenena ity hoe: Fikambanana; ary aza matahotra izay atahorany, na raiki-tahotra. Jehovah, Tompon’ny maro, no hamasino; ary aoka Izy no hatahoranareo, ary aoka Izy no hampangovitra anareo. Ary Izy ho fitoerana masina; nefa ho vato mahatafintohina sy vatolampy mahasolafaka ho an’ny taranak’Isiraely roa tonta, ho fandrika sy ho harato ho an’ny mponina ao Jerosalema. Ary maro amin’izy ireo no ho tafintohina, ka ho lavo sy ho vaky, ary ho voafandrika sy ho tratra. Fehezo ny fanambarana, asio tombo-kase ny lalàna eo amin’ny mpianatro. Isaia 8:9–16.</w:t>
      </w:r>
    </w:p>
    <w:p>
      <w:pPr>
        <w:pStyle w:val="ArticleBody"/>
        <w:jc w:val="left"/>
      </w:pPr>
      <w:r>
        <w:rPr>
          <w:rFonts w:ascii="Times New Roman" w:hAnsi="Times New Roman" w:eastAsia="Times New Roman" w:cs="Times New Roman"/>
        </w:rPr>
        <w:t>Amin’ny andro farany, amin’ny fotoan’ny fanisiana tombo-kase ny efatra arivo amby efa-polo sy iray hetsy, rehefa hoy Isaia: “Afatory ny fanambarana, tombohy eo amin’ny mpianatro ny lalàna,” dia misy “firaisan-kina ratsy” eto ambonin’ny tany. Zava-dehibe ny mahatakatra fa ny tantaran’i Etazonia izay mitondra mankany amin’ny lalàna alahady dia mialoha lalana sy maneho sahady ireo tranga ireo ihany eo amin’ny sehatra maneran-tany.</w:t>
      </w:r>
    </w:p>
    <w:p>
      <w:pPr>
        <w:pStyle w:val="ArticleScripture"/>
        <w:jc w:val="left"/>
      </w:pPr>
      <w:r>
        <w:rPr>
          <w:rFonts w:ascii="Times New Roman" w:hAnsi="Times New Roman" w:eastAsia="Times New Roman" w:cs="Times New Roman"/>
        </w:rPr>
        <w:t>“Hanaraka ny ohatry ny Etazonia ny firenena hafa. Na dia izy aza no mitarika amin’izany, dia mbola ho tonga amin’ny vahoakantsika any amin’ny faritra rehetra amin’izao tontolo izao ihany io krizy io.” Testimonies, volume 6, 395.</w:t>
      </w:r>
    </w:p>
    <w:p>
      <w:pPr>
        <w:pStyle w:val="ArticleBody"/>
        <w:jc w:val="left"/>
      </w:pPr>
      <w:r>
        <w:rPr>
          <w:rFonts w:ascii="Times New Roman" w:hAnsi="Times New Roman" w:eastAsia="Times New Roman" w:cs="Times New Roman"/>
        </w:rPr>
        <w:t>Nofaritanin’i Sister White tamim-pitandremana izay tena atao hoe “fikambanan-dratsy”, ary izy io dia maneho ny liberalisma mandroso an’ireo mpanohana ny fanatontoloana maoderina. Raha manao izany izy, dia mamerimberina mitanisa ireo andininy teo aloha ao amin’i Isaia, izay manondro fikambanan-dratsy iray mandritra ny fotoanan’ny fanisiana tombo-kase ny iray hetsy sy efatra arivo amby efatra alina.</w:t>
      </w:r>
    </w:p>
    <w:p>
      <w:pPr>
        <w:pStyle w:val="ArticleScripture"/>
        <w:jc w:val="left"/>
      </w:pPr>
      <w:r>
        <w:rPr>
          <w:rFonts w:ascii="Times New Roman" w:hAnsi="Times New Roman" w:eastAsia="Times New Roman" w:cs="Times New Roman"/>
        </w:rPr>
        <w:t>“Ny Tompo dia manambara amin’ny alalan’ny mpaminany Isaia hoe: Isaia 8:9–13 voatonona.”</w:t>
      </w:r>
    </w:p>
    <w:p>
      <w:pPr>
        <w:pStyle w:val="ArticleScripture"/>
        <w:jc w:val="left"/>
      </w:pPr>
      <w:r>
        <w:rPr>
          <w:rFonts w:ascii="Times New Roman" w:hAnsi="Times New Roman" w:eastAsia="Times New Roman" w:cs="Times New Roman"/>
        </w:rPr>
        <w:t>“Misy ireo izay manontany raha mety amin’ny Kristiana ny ho anisan’ny Free Masons sy ireo fikambanana miafina hafa. Aoka izay rehetra toy izany handinika ny Soratra Masina vao avy notononina. Raha Kristiana tokoa isika, dia tsy maintsy ho Kristiana hatraiza hatraiza, ary tsy maintsy mandinika sy mankatò ny torohevitra nomena mba hahatonga antsika ho Kristiana araka ny fenitry ny Tenin’Andriamanitra.” Evangelism, 617, 618.</w:t>
      </w:r>
    </w:p>
    <w:p>
      <w:pPr>
        <w:pStyle w:val="ArticleBody"/>
        <w:jc w:val="left"/>
      </w:pPr>
      <w:r>
        <w:rPr>
          <w:rFonts w:ascii="Times New Roman" w:hAnsi="Times New Roman" w:eastAsia="Times New Roman" w:cs="Times New Roman"/>
        </w:rPr>
        <w:t>Ny firaisana tsikombakomba ratsy fanahy amin’ny andro farany dia mifandray amin’ny Freemasons sy ireo fikambanana miafina hafa. Ny fivavahany dia spiritisma, ary izy dia ahitana ireo banky lehibe eran-tany sy ireo mpandranto miliardera amin’ny tany, izay “mampivondrona eo afovoany ny harena sy ny fahefana eto amin’izao tontolo izao,” ary izay mampiroborobo hetsika toy ny Antifa sy Black Lives Matter mba hampirehetana “ny fanahin’ny korontana, ny rotaka ary ny fandatsahan-dra” amin’ny ambaratonga “maneran-tany,” amin’ny fiezahana hamerina ny anarikian’ny “French Revolution.”</w:t>
      </w:r>
    </w:p>
    <w:p>
      <w:pPr>
        <w:pStyle w:val="ArticleScripture"/>
        <w:jc w:val="left"/>
      </w:pPr>
      <w:r>
        <w:rPr>
          <w:rFonts w:ascii="Times New Roman" w:hAnsi="Times New Roman" w:eastAsia="Times New Roman" w:cs="Times New Roman"/>
        </w:rPr>
        <w:t>“Ny fanahy mivadi-pinoana dia manambara fa ny olona dia andriamanitra madinika tsy lavo; fa ‘ny saina tsirairay dia hitsara ny tenany ihany;’ fa ‘ny fahalalana marina dia mametraka ny olona ho ambonin’ny lalàna rehetra;’ fa ‘ny ota rehetra atao dia tsy manan-tsiny;’ satria ‘izay rehetra misy dia marina,’ ary ‘Andriamanitra tsy manameloka.’ Ny ratsy indrindra amin’ny olombelona dia asehony ho any an-danitra, sady asandratra indrindra any. Koa dia ambarany amin’ny olona rehetra hoe: ‘Tsy maninona izay ataonareo; miainà araka izay itiavanareo azy, fa ny lanitra no fonenanareo.’ Noho izany dia maro no tarihina hino fa ny filàna no lalàna ambony indrindra, fa ny fanao tsy voafehy no fahafahana, ary fa ny olona dia tompon’andraikitra amin’ny tenany ihany.”</w:t>
      </w:r>
    </w:p>
    <w:p>
      <w:pPr>
        <w:pStyle w:val="ArticleScripture"/>
        <w:jc w:val="left"/>
      </w:pPr>
      <w:r>
        <w:rPr>
          <w:rFonts w:ascii="Times New Roman" w:hAnsi="Times New Roman" w:eastAsia="Times New Roman" w:cs="Times New Roman"/>
        </w:rPr>
        <w:t>“Amin’ny fanomezana fampianarana toy izany eo am-piandohan’ny fiainana indrindra, rehefa ny firehetan’ny filàna no mahery indrindra, ary ny fitakiana ny fifehezan-tena sy ny fahadiovana no maika indrindra, aiza ny fiarovana ny hatsaram-panahy? inona no hisakana izao tontolo izao tsy ho tonga Sodoma faharoa? Mandritra izany fotoana izany koa, ny fikorontanana dia mitady hamafa ny lalàna rehetra, tsy ny an’Andriamanitra ihany fa ny an’olombelona koa. Ny fanangonan-karena sy fahefana eo afovoan-tanana; ny firaisan-kina goavana natao hampanan-karena ny vitsy amin’ny fandaniana ny maro; ny firaisan’ireo saranga mahantra mba hiaro ny tombontsoany sy ny fitakiany; ny toe-panahin’ny tsy fahatoniana, ny korontana ary ny fandatsahan-dra; ny fielezan’ireo fampianarana ihany eran’izao tontolo izao izay nitarika ho amin’ny Revolisiona Frantsay—ireo rehetra ireo dia samy mitarika hampiditra izao tontolo izao manontolo ao anatin’ny tolona mitovy amin’ilay nampihovitrovitra an’i Frantsa.” Education, 227, 228.</w:t>
      </w:r>
    </w:p>
    <w:p>
      <w:pPr>
        <w:pStyle w:val="ArticleBody"/>
        <w:jc w:val="left"/>
      </w:pPr>
      <w:r>
        <w:rPr>
          <w:rFonts w:ascii="Times New Roman" w:hAnsi="Times New Roman" w:eastAsia="Times New Roman" w:cs="Times New Roman"/>
        </w:rPr>
        <w:t>Ny olona rehetra misaina tsara dia tokony hanontany tena hoe inona no mitranga amin’ny fivoriana tahaka ilay vao haingana natao tany Davos, izay anehoan’ny olona ny tetikasany momba ny planeta Tany nefa tsy misy fiheverana velively ny sisa amin’ny mponin’ny tany? Inona avy ireo tsiambaratelo noresahina tany? Mazava ho azy fa i Davos dia iray monja amin’ireo fivoriana miafina sady voafetra maromaro an’ny mpanankarena lavitrisa eto amin’izao tontolo izao, ny bankyra, ny mpanao politika simba, ary ny lehilahy vetaveta ara-pitondran-tena, izay mamolavola ny tetikasa avo lenta ananany ho an’ny planeta Tany.</w:t>
      </w:r>
    </w:p>
    <w:p>
      <w:pPr>
        <w:pStyle w:val="ArticleScripture"/>
        <w:jc w:val="left"/>
      </w:pPr>
      <w:r>
        <w:rPr>
          <w:rFonts w:ascii="Times New Roman" w:hAnsi="Times New Roman" w:eastAsia="Times New Roman" w:cs="Times New Roman"/>
        </w:rPr>
        <w:t>“Amin’izao andro farany izao dia misy fitaka hafahafa sy teôria noforonin’olombelona mitsangana, izay ambaran’Andriamanitra fa ho torotoroina. Ny fanahin’ny fierem-bola no nitarika ny olona hitady tombontsoa araka izao tontolo izao, ary tamin’ny fandaniam-poana sy ny fisehosehoana no niezahany nanafina ny asa ratsiny izay nataony mba hahatratrarany ny tanjony. Ny olona mitana toerana ambony sady atokisana dia nampiseho izany faniriana tsy ara-dalàna hahazo tombony izany; nanao an-keriny sy fandrobana izy, ary nanome fahafaham-po ny filan-dratsin’ny fony, mandra-pahalotoan’ny tanànantsika noho ny faharatsiany. Nambaran’Andriamanitra fa hasehony miharihary ireo asa fitaka sy fandrobana ireo amin’ny asan’izy ireny ihany. Amin’ny toe-javatra sasany dia efa nilatsaka mafy tamin’ireo tanàna ireo sahady ny fitsaran’Andriamanitra.”</w:t>
      </w:r>
    </w:p>
    <w:p>
      <w:pPr>
        <w:pStyle w:val="ArticleScripture"/>
        <w:jc w:val="left"/>
      </w:pPr>
      <w:r>
        <w:rPr>
          <w:rFonts w:ascii="Times New Roman" w:hAnsi="Times New Roman" w:eastAsia="Times New Roman" w:cs="Times New Roman"/>
        </w:rPr>
        <w:t>“Isaia 8:8–12 notononina.” Review and Herald, 18 Jolay 1907.</w:t>
      </w:r>
    </w:p>
    <w:p>
      <w:pPr>
        <w:pStyle w:val="ArticleBody"/>
        <w:jc w:val="left"/>
      </w:pPr>
      <w:r>
        <w:rPr>
          <w:rFonts w:ascii="Times New Roman" w:hAnsi="Times New Roman" w:eastAsia="Times New Roman" w:cs="Times New Roman"/>
        </w:rPr>
        <w:t>Ny tanàna dia efa simba, araka ny efa voalaza mialoha ao amin’ny andalana teo aloha, ary izany fahasimbana izany dia ateraky ny fikambanan-dratsy ao amin’ny Isaia toko faha-valo. Efa nosimban’ireo “olona mitana toerana ambony ianteherana” izy ireo, izay “nanambara” ny “faniriany hahazo tombony tsy ara-dalàna.” Mora hita ireo tanàna simba ao amin’ireo fanjakana izay nahavoafidy ireo mpampanoa lalàna ambony amin’ny vola avy amin’ireo kaominista tahaka an’i George Soros. Hita izany rehefa tsy ampiharina ny lalàna efa niorina noho ny ataon’ireo mpanao politika simba any Washington, DC. Hita izany amin’ireo lalàna izay ampiasaina amin’ireo izay eo amin’ny lafy mifanohitra amin’ny sehatra politika ihany, araka ny asehon’ny olona tahaka an’i Nancy Pelosi sy Adam Schiff.</w:t>
      </w:r>
    </w:p>
    <w:p>
      <w:pPr>
        <w:pStyle w:val="ArticleScripture"/>
        <w:jc w:val="left"/>
      </w:pPr>
      <w:r>
        <w:rPr>
          <w:rFonts w:ascii="Times New Roman" w:hAnsi="Times New Roman" w:eastAsia="Times New Roman" w:cs="Times New Roman"/>
        </w:rPr>
        <w:t>Amin’ny fandikan-dalàna sy ny lainga atao amin’i Jehovah, ary amin’ny fialana tsy hanaraka an’Andriamanitsika, amin’ny fitenenana fampahoriana sy fikomiana, amin’ny fieritreretana sy fanononana avy ao am-po teny lainga. Ary voatosika mihemotra ny fitsarana, ary mijanona lavitra ny fahamarinana; fa lavo eny an-dalambe ny fahamarinana, ary tsy mahazo miditra ny hitsiny. Eny, tsy eo intsony ny fahamarinana; ary izay miala amin’ny ratsy dia manao ny tenany ho rembin’olona; ary Jehovah nahita izany, ka tsy sitrany ny tsy fisian’ny fitsarana. Isaia 59:13–15.</w:t>
      </w:r>
    </w:p>
    <w:p>
      <w:pPr>
        <w:pStyle w:val="ArticleBody"/>
        <w:jc w:val="left"/>
      </w:pPr>
      <w:r>
        <w:rPr>
          <w:rFonts w:ascii="Times New Roman" w:hAnsi="Times New Roman" w:eastAsia="Times New Roman" w:cs="Times New Roman"/>
        </w:rPr>
        <w:t>Ao amin’ilay andalan-teny teo aloha avy ao amin’ny Review and Herald, ireo lehilahy izay mitana toerana ambony iankinan’ny fitokisana dia manondro mpanao politika simba, izay ny tahirim-bolany ao Wall Street dia mandrakariva mihoatra noho izay vokatra tsara indrindra mety ho azo, noho ny asany eo amin’ny fanaovan-dalàna izay manome alalana ara-dalàna ny “insider trading” ho an’ny tenany ihany, fa tsy ho an’iza na iza hafa. Avereno dinihina ny tantaran’i Martha Stewart. Ireo tanàna ao amin’ilay andalan-teny dia simba noho ny faharatsiany, ary izany dia miseho indrindra ao amin’ireo tanàna sy fanjakana tantanan’ireo Demokraty globalista.</w:t>
      </w:r>
    </w:p>
    <w:p>
      <w:pPr>
        <w:pStyle w:val="ArticleBody"/>
        <w:jc w:val="left"/>
      </w:pPr>
      <w:r>
        <w:rPr>
          <w:rFonts w:ascii="Times New Roman" w:hAnsi="Times New Roman" w:eastAsia="Times New Roman" w:cs="Times New Roman"/>
        </w:rPr>
        <w:t>Ny fikambanan-dratsy amin’ny andro farany dia ahitana ny dragona sy ny bibidia ary ny mpaminany sandoka; ary ny bibidia sy ny mpaminany sandoka dia samy manana ny toetra faminaniana ratsiny avy; nefa ny toetra izay miseho miharihary indrindra ao amin’ny globalisma liberaly dia ireo toetran’ny dragona.</w:t>
      </w:r>
    </w:p>
    <w:p>
      <w:pPr>
        <w:pStyle w:val="ArticleScripture"/>
        <w:jc w:val="left"/>
      </w:pPr>
      <w:r>
        <w:rPr>
          <w:rFonts w:ascii="Times New Roman" w:hAnsi="Times New Roman" w:eastAsia="Times New Roman" w:cs="Times New Roman"/>
        </w:rPr>
        <w:t>“Ary ny Apokalypsy 17:13–14 no voatonona hoe: ‘Ireo dia iray saina.’ Hisy fatoram-piraisana maneran-tany, firindrana lehibe iray, fiombonan-kery avy amin’ny herin’i Satana. ‘Ary hanome ny fahefany sy ny heriny ho an’ilay biby.’ Amin’izany no anehoana ilay hery jadona sy mpampahory mitovy manohitra ny fahafahana ara-pivavahana, dia ny fahalalahana hanompo an’Andriamanitra araka izay takin’ny feon’ny fieritreretana, tahaka ilay nanehoan’ny fahefana papaly azy fahiny, rehefa nanenjika ireo izay sahy nandà tsy hifanaraka amin’ny fombafomba sy ny lanonana ara-pivavahana romanista izy.”</w:t>
      </w:r>
    </w:p>
    <w:p>
      <w:pPr>
        <w:pStyle w:val="ArticleScripture"/>
        <w:jc w:val="left"/>
      </w:pPr>
      <w:r>
        <w:rPr>
          <w:rFonts w:ascii="Times New Roman" w:hAnsi="Times New Roman" w:eastAsia="Times New Roman" w:cs="Times New Roman"/>
        </w:rPr>
        <w:t>“Sa pakiggubat nga pagaahion sa katapusang mga adlaw, ang tanang mahugaw nga mga gahum nga mitalikod sa ilang pagkamaunongon sa balaod ni Jehova mahiusa sa pagsukol batok sa katawohan sa Dios. Niining pakiggubat, ang Igpapahulay sang ikaupat nga sugo amo ang daku nga punto sang pagatalantangan; kay sa sugo bahin sa Igpapahulay, ang daku nga Maghahatag-sang-Balaod nagapaila sa Iya kaugalingon bilang ang Manunuga sang mga langit kag sang duta.” The Seventh-day Adventist Bible Commentary, 983.</w:t>
      </w:r>
    </w:p>
    <w:p>
      <w:pPr>
        <w:pStyle w:val="ArticleBody"/>
        <w:jc w:val="left"/>
      </w:pPr>
      <w:r>
        <w:rPr>
          <w:rFonts w:ascii="Times New Roman" w:hAnsi="Times New Roman" w:eastAsia="Times New Roman" w:cs="Times New Roman"/>
        </w:rPr>
        <w:t>Hodinihintsika ao amin’ireo lahatsoratra manaraka ny toetra ara-paminanian’ilay bibidia sy ny Protestanta nihemotra. Zava-dehibe ny mamantatra izay efa nambara momba ny antoko politika iza no mitarika sy misintona ny tady amin’ny fampiharana ny lalàna Alahady. Mazava ho azy fa miara-mivondrona amin’ny raharahan’ny lalàna Alahady ireo antoko roa tonta (Demokraty sy Repoblikana), tahaka ny niarahan’ny Fariseo sy ny Sadoseo teo amin’ny hazo fijaliana, nefa tsy misy antony ara-drariny hanambarana fa azo ampifandraisina amin’ny antoko Demokraty ny anarana hoe Protestanta na Protestanta nihemotra, satria mazava fa izy no herin’ilay dragona.</w:t>
      </w:r>
    </w:p>
    <w:p>
      <w:pPr>
        <w:pStyle w:val="ArticleBody"/>
        <w:jc w:val="left"/>
      </w:pPr>
      <w:r>
        <w:rPr>
          <w:rFonts w:ascii="Times New Roman" w:hAnsi="Times New Roman" w:eastAsia="Times New Roman" w:cs="Times New Roman"/>
        </w:rPr>
        <w:t>Ny tantaran’ny fanisiana tombo-kase ny iray hetsy sy efatra arivo amby efatra alina dia ilay tantara izay ahafantarana ny firaisan-tetika ratsy resahin’i Isaia ao amin’ny toko fahavalo. Izany tantara izany dia nanomboka tamin’ny 11 Septambra 2001, fony teo amin’ny fitondrana ny filoha fahefatra, Bush faharoa. Ao amin’izany tantara izany no hahatongavan’ny filoha fahenina amin’ny taona 2016, ary hampifoha (hanaitra) ny fanjakana manontolon’i Grecia izy; fa hampifoha izao tontolo izao ho amin’ny ady eo amin’ny fahefan’ny dragona sy ny Protestanta nihemotra izy, izay manatanteraka ny asa famerenana ny bibidia eo amin’ny seza fiandrianan’ny tany.</w:t>
      </w:r>
    </w:p>
    <w:p>
      <w:pPr>
        <w:pStyle w:val="ArticleBody"/>
        <w:jc w:val="left"/>
      </w:pPr>
      <w:r>
        <w:rPr>
          <w:rFonts w:ascii="Times New Roman" w:hAnsi="Times New Roman" w:eastAsia="Times New Roman" w:cs="Times New Roman"/>
        </w:rPr>
        <w:t>Ny fankahalana jamba sy tsy mandinika manohitra an’i Trump dia heverin’ny maro ho toy ny endriky ny hadalana, satria mifototra amin’ny tsy fahitsiana sy ny lojika tsy ara-drariny izany. Miezaka mamaritra io fankahalana tsy azo hamarinina an’i Trump io izao tontolo izao, nefa ny zava-misy dia tsy hadalana tsotra araka ny maha-olombelona eo amin’ny anjaran’ny globalista izany, fa fanehoana mihoatra ny voajanahary amin’ny fahatanterahan’ny faminaniana mandritra ny tantaran’ny fanisiana tombo-kase ny iray hetsy sy efatra arivo amby efatra alina.</w:t>
      </w:r>
    </w:p>
    <w:p>
      <w:pPr>
        <w:pStyle w:val="ArticleScripture"/>
        <w:jc w:val="left"/>
      </w:pPr>
      <w:r>
        <w:rPr>
          <w:rFonts w:ascii="Times New Roman" w:hAnsi="Times New Roman" w:eastAsia="Times New Roman" w:cs="Times New Roman"/>
        </w:rPr>
        <w:t>“Endrey anie ka mba nanana fahatsapana ny amin’ilay fandringanana mananontanona ny tanàna an’arivony, izay efa saiky natolotra ho amin’ny fanompoan-tsampy ankehitriny! Kanefa maro amin’ireo izay tokony hitory ny fahamarinana no miampanga sy manameloka ny rahalahiny. Rehefa tonga amin’ny saina ny herin’Andriamanitra mampiova fo, dia hisy fiovana miharihary. Tsy hanana fironana hitsikera sy handrava intsony ny olona. Tsy hijoro amin’ny toerana izay manakantsakana ny fahazavana tsy hamirapiratra amin’izao tontolo izao izy. Hitsahatra ny fitsikerany sy ny fiampangany. Miantso hifamotoana ho amin’ny ady ny herin’ny fahavalo. Ady mafy no miandry antsika. Mifandrindrà akaiky, ry rahalahiko sy ranabaviko, mifandrindrà akaiky. Mifamatòra amin’i Kristy. ‘Aza milaza hoe: Fiokoana,... ary aza matahotra izay atahorany, na mangovita noho izany. Jehovah, Tompon’ny maro, Izy no hamasino; ary aoka Izy no hatahoranareo sy hangovitanareo. Ary ho fitoerana masina Izy; nefa ho vato mahatafintohina sy vatolampy mahasolafaka ho an’ny taranak’Isiraely roa tonta, ary ho fandrika sy harato ho an’ny mponina ao Jerosalema. Ary maro amin’izy ireo no ho tafintohina sy ho lavo ary ho torotoro, ary ho voafandrika sy ho voasambotra.’</w:t>
      </w:r>
    </w:p>
    <w:p>
      <w:pPr>
        <w:pStyle w:val="ArticleScripture"/>
        <w:jc w:val="left"/>
      </w:pPr>
      <w:r>
        <w:rPr>
          <w:rFonts w:ascii="Times New Roman" w:hAnsi="Times New Roman" w:eastAsia="Times New Roman" w:cs="Times New Roman"/>
        </w:rPr>
        <w:t>“Ny tany dia toy ny teatra. Ny mpilalao, dia ireo mponina eo aminy, no miomana hilalao ny anjara asany ao amin’ilay tantara lehibe farany. Very tsy hitan’ny maso intsony Andriamanitra. Eo amin’ny vahoaka be amin’ny taranak’olombelona dia tsy misy firaisan-kina, afa-tsy rehefa miara-mikambana ny olona mba hanatanteraka ny tanjony feno fitiavan-tena. Mijery Andriamanitra. Ho tanteraka ny fikasan’Andriamanitra momba ireo olom-peheziny mpikomy. Tsy natolotra ho eo an-tanan’ny olona izao tontolo izao, na dia avelan’Andriamanitra hanjaka mandritra ny fotoana fohy aza ny herin’ny fisavoritahana sy ny tsy filaminana. Misy hery avy any ambany miasa hampisy ireo sehatra lehibe farany amin’ilay tantara,—dia Satana miseho ho Kristy, ka miasa amin’ny famitahana rehetra avy amin’ny tsy fahamarinana ao amin’ireo izay mamatotra ny tenany hiaraka ao amin’ny fikambanana miafina. Ireo izay manaiky ho voataonan’ny fitiavana lalina hikambana dia manatanteraka ny tetik’ilay fahavalo. Hanaraka ny antony ny vokany.”</w:t>
      </w:r>
    </w:p>
    <w:p>
      <w:pPr>
        <w:pStyle w:val="ArticleScripture"/>
        <w:jc w:val="left"/>
      </w:pPr>
      <w:r>
        <w:rPr>
          <w:rFonts w:ascii="Times New Roman" w:hAnsi="Times New Roman" w:eastAsia="Times New Roman" w:cs="Times New Roman"/>
        </w:rPr>
        <w:t>“Ny fandikan-dalàna dia saiky tonga amin’ny fetra farany. Mameno izao tontolo izao ny fikorontanana, ary tsy ho ela dia hisy fampihorohoroana lehibe hihatra amin’ny olombelona. Tena akaiky dia akaiky ny farany. Isika izay mahalala ny fahamarinana dia tokony hiomana ho amin’izay tsy ho ela dia hipoaka amin’izao tontolo izao toy ny fahagagana mandresy lahatra.” Review and Herald, 10 Septambra 1903.</w:t>
      </w:r>
    </w:p>
    <w:p>
      <w:pPr>
        <w:pStyle w:val="ArticleBody"/>
        <w:jc w:val="left"/>
      </w:pPr>
      <w:r>
        <w:rPr>
          <w:rFonts w:ascii="Times New Roman" w:hAnsi="Times New Roman" w:eastAsia="Times New Roman" w:cs="Times New Roman"/>
        </w:rPr>
        <w:t>Ny finoana silamo amin’ny loza fahatelo dia saika hamely “tanàna an’arivony,” ary ny Adventisma Laodikiana dia tsy mahatsapa akory ny fandringanana manatona izay efa akaiky hitranga. Ao anatin’ilay fe-potoana izay anatanterahan’ilay fiombonana ratsin’i Isaia ny asany, dia misy “hery avy any ambany” satanika izay “miasa hampisy ny seho lehibe farany ao amin’ilay tantara an-tsehatra,” ary tonga ho “fahagagana manafotra” ireo zavatra ireo. Ny hadalana aseho manoloana an’i Trump dia vokatry ny hery avy any ambany. Anisan’ireo seho farany amin’ny tantaran’ity tany ity izany.</w:t>
      </w:r>
    </w:p>
    <w:p>
      <w:pPr>
        <w:pStyle w:val="ArticleBody"/>
        <w:jc w:val="left"/>
      </w:pPr>
      <w:r>
        <w:rPr>
          <w:rFonts w:ascii="Times New Roman" w:hAnsi="Times New Roman" w:eastAsia="Times New Roman" w:cs="Times New Roman"/>
        </w:rPr>
        <w:t>Tsy tokony ho takatra ho fanohanana an’i Trump izao, fa Tenin’Andriamanitra fotsiny izao, izay tsy mba diso na oviana na oviana. Mandritra ny fanisiana tombo-kase ny iray hetsy sy efatra alina amby efatra arivo, dia manondraka ny heriny avy any ambony Andriamanitra, raha i Satana kosa mampihatra ny heriny avy any ambany.</w:t>
      </w:r>
    </w:p>
    <w:p>
      <w:pPr>
        <w:pStyle w:val="ArticleScripture"/>
        <w:jc w:val="left"/>
      </w:pPr>
      <w:r>
        <w:rPr>
          <w:rFonts w:ascii="Times New Roman" w:hAnsi="Times New Roman" w:eastAsia="Times New Roman" w:cs="Times New Roman"/>
        </w:rPr>
        <w:t>“Raha tiantsika ny hanana ny fanahy sy ny herin’ny hafatry ny anjely fahatelo, dia tsy maintsy asehontsika miaraka ny lalàna sy ny filazantsara, satria miara-mandeha izy roa. Raha ny hery avy any ambany kosa no manetsika ny zanaky ny tsy fankatoavana hanafoana ny lalàn’Andriamanitra sy hanitsakitsaka ny fahamarinana fa Kristy no fahamarinantsika, dia misy hery avy any ambony koa miasa amin’ny fon’ireo izay mahatoky mba hanandratra ny lalàna sy hanandratra an’i Jesosy ho Mpamonjy tonga lafatra. Raha tsy ampidirina ao amin’ny fanandraman’ny olon’Andriamanitra ny hery avy amin’Andriamanitra, dia ho babo amin’ny sain’ny maro ny teoria sy ny hevitra diso, hoesorina hiala amin’ny fanandraman’ny maro i Kristy sy ny fahamarinany, ary ny finoany dia ho tsy manan-kery na aina.” Gospel Workers, 161.</w:t>
      </w:r>
    </w:p>
    <w:p>
      <w:pPr>
        <w:pStyle w:val="ArticleBody"/>
        <w:jc w:val="left"/>
      </w:pPr>
      <w:r>
        <w:rPr>
          <w:rFonts w:ascii="Times New Roman" w:hAnsi="Times New Roman" w:eastAsia="Times New Roman" w:cs="Times New Roman"/>
        </w:rPr>
        <w:t>Ny fanehoana ny herin’i Satana izay miseho mialoha sy mitondra mankany amin’ilay lalàna Alahady ho avy tsy ho ela, dia tandindon’ny asa fara tampon’ny herin’i Satana izay hiseho amin’ilay lalàna Alahady ho avy tsy ho ela.</w:t>
      </w:r>
    </w:p>
    <w:p>
      <w:pPr>
        <w:pStyle w:val="ArticleScripture"/>
        <w:jc w:val="left"/>
      </w:pPr>
      <w:r>
        <w:rPr>
          <w:rFonts w:ascii="Times New Roman" w:hAnsi="Times New Roman" w:eastAsia="Times New Roman" w:cs="Times New Roman"/>
        </w:rPr>
        <w:t>“Avy amin’ny didy izay mampampihatra ny fanorenana ny Fanjakana Papaly, ho fandikana ny lalàn’Andriamanitra, dia hisaraka tanteraka amin’ny fahamarinana ny firenentsika. Rehefa hanatsotra ny tanany hiampita ny hantsana ny Fivavahana Protestanta mba hihazona ny tanan’ny fahefana romana, rehefa hanatsotra ny tanany hiampita ny lavaka mangitsokitsoka izy mba hifampitantana amin’ny Fampianarana avy amin’ny Fanahy, rehefa eo ambanin’ny herin’izao firaisana telo sosona izao ny firenentsika ka handà ny foto-kevitra rehetra ao amin’ny Lalàm-panorenany amin’ny maha-governemanta protestanta sy repoblikana azy, ary hanome lalana ho amin’ny fampielezana ny lainga sy ny fitaka papaly, dia ho fantatsika amin’izay fa tonga ny fotoana hisehoan’ny asa mahagaga ataon’i Satana ary efa akaiky ny farany.” Testimonies, boky faha-5, 451.</w:t>
      </w:r>
    </w:p>
    <w:p>
      <w:pPr>
        <w:pStyle w:val="ArticleBody"/>
        <w:jc w:val="left"/>
      </w:pPr>
      <w:r>
        <w:rPr>
          <w:rFonts w:ascii="Times New Roman" w:hAnsi="Times New Roman" w:eastAsia="Times New Roman" w:cs="Times New Roman"/>
        </w:rPr>
        <w:t>Ny tosika izay mipoitra avy any ambany amin’izao fotoana izao, ka mampiseho ny asany ao amin’ireo solontena manerantanin’ilay dragona any Etazonia, dia haverina hiseho ao amin’ireo firenena maneran-tany rehefa tonga ny lalàna momba ny Alahady. Na dia amin’izao aza, ireo firenena maneran-tany dia efa mampiseho io hadalana mihoatra ny voajanahary io ihany momba an’i Trump.</w:t>
      </w:r>
    </w:p>
    <w:p>
      <w:pPr>
        <w:pStyle w:val="ArticleScripture"/>
        <w:jc w:val="left"/>
      </w:pPr>
      <w:r>
        <w:rPr>
          <w:rFonts w:ascii="Times New Roman" w:hAnsi="Times New Roman" w:eastAsia="Times New Roman" w:cs="Times New Roman"/>
        </w:rPr>
        <w:t>“Ny firenena hafa dia hanaraka ny ohatry ny Etazonia. Na dia izy aza no mitarika eo alohany, dia mbola hihatra amin’ny olontsikantsika any amin’ny faritra rehetra amin’izao tontolo izao ihany io krizy io.” Testimonies, boky faha-6, 395.</w:t>
      </w:r>
    </w:p>
    <w:p>
      <w:pPr>
        <w:pStyle w:val="ArticleBody"/>
        <w:jc w:val="left"/>
      </w:pPr>
      <w:r>
        <w:rPr>
          <w:rFonts w:ascii="Times New Roman" w:hAnsi="Times New Roman" w:eastAsia="Times New Roman" w:cs="Times New Roman"/>
        </w:rPr>
        <w:t>Izay faritan’ireo Repoblikana ao Etazonia ho hadalana eo amin’ny anjaran’ny Demokrasia, noho ny fanoherany tsy ara-drariny an’i Trump, dia tena fisehoana mihoatra ny voajanahary an’ny herin’i Satana izay tanteraka amin’ny Daniela toko faha-iraika ambin’ny folo, andininy faha-roa. Trump, filoha fahenina hatramin’ny andron’ny farany tamin’ny 1989, dia voatendry mba “hanaitra” (hampifoha) ireo mpanohana ny fanatontoloana ara-tsosialista eran’izao tontolo izao. Mihoatra ny voajanahary ny fankahalana azy, ary izany dia tandindon’ny mialoha ny fisehoan’ny herin’i Satana izay ho tonga amin-kery lehibe kokoa amin’ilay lalàn’ny Alahady izay ho avy tsy ho ela.</w:t>
      </w:r>
    </w:p>
    <w:p>
      <w:pPr>
        <w:pStyle w:val="ArticleBody"/>
        <w:jc w:val="left"/>
      </w:pPr>
      <w:r>
        <w:rPr>
          <w:rFonts w:ascii="Times New Roman" w:hAnsi="Times New Roman" w:eastAsia="Times New Roman" w:cs="Times New Roman"/>
        </w:rPr>
        <w:t>Ny fisehoan’ny hery avy any ambany, araka ny filazan’i Rahavavy White, dia mitranga mandritra ilay firaisan-kina ratsy, izay anomezan’i Isaia fampitandremana ao amin’ny toko fahavalo, ary amin’izany fotoana izany no anatanterahana ny fanisiana tombo-kasen’Andriamanitra ny olony.</w:t>
      </w:r>
    </w:p>
    <w:p>
      <w:pPr>
        <w:pStyle w:val="ArticleScripture"/>
        <w:jc w:val="left"/>
      </w:pPr>
      <w:r>
        <w:rPr>
          <w:rFonts w:ascii="Times New Roman" w:hAnsi="Times New Roman" w:eastAsia="Times New Roman" w:cs="Times New Roman"/>
        </w:rPr>
        <w:t>Fehezo ny vavolombelona, asio tombo-kase eo amin’ny lalàna eo amin’ny mpianatro. Isaia 8:16.</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“Ny zavatra mahatahotra sady manana toetra mihoatra ny voajanahary dia tsy ho ela dia haseho eny amin’ny lanitra, ho famantarana ny herin’ireo demonia mpanao fahagagana. Ny fanahin’ny devoly dia hivoaka ho any amin’ny mpanjakan’ny tany sy ho any amin’izao tontolo izao manontolo, mba hamatotra azy ireo ao anatin’ny fitaka sy handrisika azy hampiray hina amin’i Satana amin’ny tolona farany ataony hanohitra ny fitondram-panjakan’ny lanitra. Amin’ny alalan’ireo asam-pahefana ireo dia samy ho voafitaka na ny mpitondra na ny vahoaka. Hisy olona hitsangana hilaza tena ho Kristy mihitsy, ka hitaky ny anarana sy ny fiankohofana izay an’ny Mpanavotra izao tontolo izao. Hanao fahagagana mahatalanjona amin’ny fanasitranana izy ireo, ary hilaza fa manana fanambarana avy any an-danitra izay mifanohitra amin’ny fijoroana vavolombelon’ny Soratra Masina.”</w:t>
      </w:r>
    </w:p>
    <w:p>
      <w:pPr>
        <w:pStyle w:val="ArticleScripture"/>
        <w:jc w:val="left"/>
      </w:pPr>
      <w:r>
        <w:rPr>
          <w:rFonts w:ascii="Times New Roman" w:hAnsi="Times New Roman" w:eastAsia="Times New Roman" w:cs="Times New Roman"/>
        </w:rPr>
        <w:t>“Amin’ny maha-asa famaranana sy fara tampony ao amin’ilay tantara lehibe momba ny famitahana, Satana tenany mihitsy no hisandoka ho Kristy. Efa ela ny fiangonana no nilaza fa miandrandra ny fihavian’ny Mpamonjy ho fahatanterahan’ny fanantenany. Ankehitriny ilay mpamitaka lehibe dia hampiseho hoatra ny hoe efa tonga Kristy. Any amin’ny faritra samihafa eran-tany, Satana dia hiseho eo anivon’ny olona amin’ny maha-zavaboary manan-kaja sy mamirapiratra fatratra, mitovy amin’ilay fanoritsoritana ny Zanak’Andriamanitra nomen’i Jaona ao amin’ny Apokalypsy. Apokalypsy 1:13–15. Ny voninahitra manodidina azy dia tsy misy azo ampitahaina amin’izay mbola hitan’ny mason’ny olombelona mety maty hatrizay. Manako eny amin’ny habakabaka ny antsoantson’ny fandresena: ‘Tonga Kristy! Tonga Kristy!’ Miankohoka amin’ny fiankohofana eo anatrehany ny olona, raha izy kosa manandratra ny tanany ka manonona fitahiana ho azy ireo, tahaka ny nitahian’i Kristy ny mpianany fony Izy tety an-tany. Malefaka sy tony ny feony, nefa feno firindrana. Amin’ny feo malemy fanahy sady feno fangoraham-po no anehoany ny sasany amin’ireo fahamarinana feno fahasoavana sy avy any an-danitra ihany koa, izay nambaran’ny Mpamonjy; sitraniny ny aretin’ny olona, ary avy eo, amin’ilay toetra sandoka ijoroany ho Kristy, dia ambarany fa novany ho Alahady ny Sabata, ary didiany ny rehetra hanamasina ny andro izay nolazainy fa notsofiny fitahiana. Ambara aminy fa ireo izay mbola maharitra mitandrina ho masina ny andro fahafito dia miteny ratsy ny anarany, satria mandà tsy hihaino ny anjeliny izay nirahiny hitondra fahazavana sy fahamarinana ho azy ireo. Izany no famitahana mahery, saika tsy hay tohaina. Tahaka ny Samaritanina izay voafitaky Simona Magosy, ny vahoaka maro, na ny kely na ny lehibe, dia mihaino ireo famosaviana ireo ka manao hoe: Izy no ‘hery lehibe avy amin’Andriamanitra.’ Asan’ny Apostoly 8:10.”</w:t>
      </w:r>
    </w:p>
    <w:p>
      <w:pPr>
        <w:pStyle w:val="ArticleScripture"/>
        <w:jc w:val="left"/>
      </w:pPr>
      <w:r>
        <w:rPr>
          <w:rFonts w:ascii="Times New Roman" w:hAnsi="Times New Roman" w:eastAsia="Times New Roman" w:cs="Times New Roman"/>
        </w:rPr>
        <w:t>“Kanefa ny olon’Andriamanitra tsy ho voafitaka. Ny fampianaran’ity kristy sandoka ity dia tsy mifanaraka amin’ny Soratra Masina. Ny fitahiany dia ambara ho an’ireo mpivavaka amin’ilay bibidia sy ny sariny, dia ilay sokajin’olona izay ambaran’ny Baiboly fa haidiny aminy ny fahatezeran’Andriamanitra tsy misy fangarony.”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Roapolo amby Zato iray</dc:title>
  <dc:subject>Fampisehoana ny Toetra Ara-paminaniana an’ilay Fikambanam-pahotana: Hevitra avy ao amin’i Isaia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