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Faha-129</w:t>
      </w:r>
    </w:p>
    <w:p>
      <w:pPr>
        <w:pStyle w:val="ArticleSubtitle"/>
        <w:jc w:val="left"/>
      </w:pPr>
      <w:r>
        <w:rPr>
          <w:rFonts w:ascii="Arial" w:hAnsi="Arial" w:eastAsia="Arial" w:cs="Arial"/>
        </w:rPr>
        <w:t>Fanehoana ny Hevitra Ara-paminaniana: Ny Tandroka Repoblikana sy ny Fihetsiketsehana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Mandinika ny andininy faha-efapolo ao amin’i Daniela 11 isika, ary miresaka ny tsipika faminanian’ny andininy faha-efapolo, izay mifandray amin’ilay tandroky ny Repoblikanisma. Miorina amin’ny fotoanan’ny farany izay tonga tamin’ny 1989 isika amin’ny fampiharana izany. Io tsipika io dia maneho ny tantara hatramin’ny 1989 ka hatramin’ny lalàn’ny Alahady izay ho avy tsy ho ela, ary aloky ny vanim-potoana ara-paminaniana nanomboka tamin’ny 508 ka hatramin’ny 538 izany, fony ny fahefana papaly vao nampaherezina voalohany sady nampihatra lalàn’ny Alahady tamin’ny Konsilin’i Orléans. Aloky ny tsipika manomboka amin’ny nahaterahan’i Kristy ka hatramin’ny batisany koa izany.</w:t>
      </w:r>
    </w:p>
    <w:p>
      <w:pPr>
        <w:pStyle w:val="ArticleBody"/>
        <w:jc w:val="left"/>
      </w:pPr>
      <w:r>
        <w:rPr>
          <w:rFonts w:ascii="Times New Roman" w:hAnsi="Times New Roman" w:eastAsia="Times New Roman" w:cs="Times New Roman"/>
        </w:rPr>
        <w:t>Ampianay koa amin’ireo tsipika ireo ny tsipiky ny tantara ara-paminaniana hita ao amin’ny andininy faharoa ao amin’ny Daniela 11. Ao no ahitantsika fa ny filoha fahenina an’i Etazonia taorian’ny fotoanan’ny farany tamin’ny 1989 dia i Donald Trump, izay, araka ny ambaran’ilay andininy, “mampifoha” (manaitra) ny fanjakan’i Gresia manontolo (fanatontoloana), tamin’ny fifidianana tamin’ny 2016.</w:t>
      </w:r>
    </w:p>
    <w:p>
      <w:pPr>
        <w:pStyle w:val="ArticleBody"/>
        <w:jc w:val="left"/>
      </w:pPr>
      <w:r>
        <w:rPr>
          <w:rFonts w:ascii="Times New Roman" w:hAnsi="Times New Roman" w:eastAsia="Times New Roman" w:cs="Times New Roman"/>
        </w:rPr>
        <w:t>Avy eo dia nanomboka nandinika ireo toetra ara-paminaniana mifandraika amin’ireo fahefana telo izay mandrafitra ilay firaisana telo sosona an’ny dragona sy ny bibidia ary ny mpaminany sandoka isika, izay miaraka, hatramin’ny taona 1989, no mitarika izao tontolo izao ho amin’ny fifaranan’ny fotoam-pahasoavana, eo amin’ny adin’ilay andro lehiben’Andriamanitra, izay Armagedona. Dinihintsika ireo toetra ara-paminaniana ireo mba hamantarana ireo toetra ara-politikan’ilay tandroka Repoblikana an’ilay bibidia avy amin’ny tany ao amin’ny Apokalypsy toko faha-telo ambin’ny folo. Ireo tandroka roa, dia ny Repoblikanisma sy ny Protestantisma, dia naseho tamin’ireo tandroka roa teo amin’ilay ondrilahy an’i Medo-Persia, ao amin’ny Daniela toko fahavalo.</w:t>
      </w:r>
    </w:p>
    <w:p>
      <w:pPr>
        <w:pStyle w:val="ArticleScripture"/>
        <w:jc w:val="left"/>
      </w:pPr>
      <w:r>
        <w:rPr>
          <w:rFonts w:ascii="Times New Roman" w:hAnsi="Times New Roman" w:eastAsia="Times New Roman" w:cs="Times New Roman"/>
        </w:rPr>
        <w:t>Dia nangangkat ny masoko aho ka nahita; ary, indro, nisy ondrilahy iray nijoro teo anoloan’ny renirano, sady nanana tandroka roa izy; ary avo ireo tandroka roa ireo, nefa ny iray avo noho ny iray, ary ilay avo kokoa no nipoitra tatỳ aoriana. Daniela 8:3.</w:t>
      </w:r>
    </w:p>
    <w:p>
      <w:pPr>
        <w:pStyle w:val="ArticleBody"/>
        <w:jc w:val="left"/>
      </w:pPr>
      <w:r>
        <w:rPr>
          <w:rFonts w:ascii="Times New Roman" w:hAnsi="Times New Roman" w:eastAsia="Times New Roman" w:cs="Times New Roman"/>
        </w:rPr>
        <w:t>Ny Medo-Persia dia hery roa sosona, tahaka an’i Frantsa tamin’ny Revolisiona Frantsay, ary tahaka izany koa i Etazonia. Ireo tandroka roa an’i Etazonia dia ny Repoblikanisma sy ny Protestantisma, nefa ilay biby avy amin’ny tany manana tandroka roa dia miova avy amin’ny biby tahaka ny zanak’ondry tany am-piandohany ho amin’ny biby miteny tahaka ny dragona any amin’ny fiafarany. Ireo tsipika ara-paminaniana roa amin’ilay tandroka dia mandeha mifanitsy amin’ny iray sy ny iray ao amin’ny Daniela toko faha-11 andininy faha-40, ary rehefa dinihina miaraka izy roa dia samy manomboka amin’ny andron’ny farany tamin’ny 1798. Rehefa dinihina tsirairay anefa ireo tandroka, ny tandroky ny Protestantisma dia ampifandraisina ara-paminaniana amin’ny andron’ny farany tamin’ny 1798, ary ny tandroky ny Repoblikanisma kosa dia ampifandraisina amin’ny andron’ny farany tamin’ny 1989.</w:t>
      </w:r>
    </w:p>
    <w:p>
      <w:pPr>
        <w:pStyle w:val="ArticleBody"/>
        <w:jc w:val="left"/>
      </w:pPr>
      <w:r>
        <w:rPr>
          <w:rFonts w:ascii="Times New Roman" w:hAnsi="Times New Roman" w:eastAsia="Times New Roman" w:cs="Times New Roman"/>
        </w:rPr>
        <w:t>Samy manana toetra roa ireo tandroka roa ireo, araka ny tandindon’ny Synedriona tamin’ny andron’i Kristy, izay nahitana Sadoseo sy Fariseo. Ny Sadoseo dia liberaly ary ny Fariseo dia mpandala ny nentin-drazana; ary na dia fahavalo nifanenjika aza izy ireo, dia niray hina hanohitra an’i Kristy teo amin’ny hazo fijaliana. Amin’ilay lalàn’ny Alahady izay ho avy tsy ho ela, ireo tandroka roa amin’ny Protestantisma nihemotra sy ny Repoblikanisma nihemotra dia hanorina fifandraisan’ny fiangonana sy ny fanjakana hiady amin’ireo mpitandrina mahatoky ny Sabata andro fahafito an’i Kristy; kanefa raha mandroso manerana ny tantaran’ilay bibidia avy amin’ny tany ireo tandroka roa ireo, dia samy manana adihevitra anatiny aseho amin’ny liberalisman’ny Sadoseo sy ny firaiketana amin’ny nentin-drazan’ny Fariseo ny tandroka tsirairay.</w:t>
      </w:r>
    </w:p>
    <w:p>
      <w:pPr>
        <w:pStyle w:val="ArticleBody"/>
        <w:jc w:val="left"/>
      </w:pPr>
      <w:r>
        <w:rPr>
          <w:rFonts w:ascii="Times New Roman" w:hAnsi="Times New Roman" w:eastAsia="Times New Roman" w:cs="Times New Roman"/>
        </w:rPr>
        <w:t>Amin’izao isika dia mandinika ny tandroky ny Repoblikanisma, ary ankehitriny dia mariho fa ny antoko Demaokraty dia manara-dia ny fiandohany hatrany amin’ny tena fiantombohan’ny tantaran’i Etazonia. Niorina tamin’ny 1828 izy, nefa ny fiandohany ara-politika dia tao amin’i Thomas Jefferson sy James Madison. Araka ny fijoroana vavolombelon’ireo tandroka roa ao amin’ny Medo-Persia, ny antoko Repoblikana dia naorina tamin’ny 1854, ho fanoherana ny toeran’ny antoko Demaokraty mpomba ny fanandevozana. Koa izany no nahatonga azy ho ilay tandroka “ambony kokoa” ao amin’ny Daniela toko faha-valo, satria izy no tandroka izay niakatra tatỳ aoriana.</w:t>
      </w:r>
    </w:p>
    <w:p>
      <w:pPr>
        <w:pStyle w:val="ArticleBody"/>
        <w:jc w:val="left"/>
      </w:pPr>
      <w:r>
        <w:rPr>
          <w:rFonts w:ascii="Times New Roman" w:hAnsi="Times New Roman" w:eastAsia="Times New Roman" w:cs="Times New Roman"/>
        </w:rPr>
        <w:t>Momba ny toetra roa sosona an’ilay tandroka Repoblikana, ny antoko Demokraty no nipoitra voalohany ary ny antoko Repoblikana no nipoitra farany. Ny olana niteraka ny antoko Repoblikana dia ny fijoroany manohitra ny fanandevozana, ho fanoherana ny fijoroan’ny antoko Demokraty manohana ny fanandevozana. Lohahevitra iombonan’ireo tandroka roa ireo ny fanandevozana ara-politika na ara-panahy. Izany no nahatonga ny taona 1863 ho teboka fihodinana ho an’ireo tandroka roa tonta. Tamin’ny 1863 ilay tandroka Repoblikana dia nanambara fahafahana ho an’ny andevo, ary ny fanoheran’ny antoko Demokraty izany fahafahana izany no niteraka tsy ny antoko Repoblikana ofisialy ihany, fa koa ny Ady an-trano tany Etazonia. Tamin’ny 1776 dia niteny i Etazonia ka nandà ny fanandevozan’ireo mpanjaka eoropeana (Statecraft) sy ny papa (Churchcraft). Avy eo tamin’ny 1789 dia niteny i Etazonia raha vao nanan-kery ny Lalàm-panorenana. Ilay bibidia avy amin’ny tany dia tamin’ny fomba mahomby “nitelina ny safo-drano” fanenjehana eoropeana avy amin’ny fahefana papaly sy ny fanjakana tarihin’ny mpanjaka.</w:t>
      </w:r>
    </w:p>
    <w:p>
      <w:pPr>
        <w:pStyle w:val="ArticleScripture"/>
        <w:jc w:val="left"/>
      </w:pPr>
      <w:r>
        <w:rPr>
          <w:rFonts w:ascii="Times New Roman" w:hAnsi="Times New Roman" w:eastAsia="Times New Roman" w:cs="Times New Roman"/>
        </w:rPr>
        <w:t>Ary ny menarana namoaka rano avy tamin’ny vavany tahaka ny riaka hanenjika ilay vehivavy, mba hahatonga azy hoentin’ny riaka. Fa ny tany nanampy ilay vehivavy, ary ny tany nanokatra ny vavany ka nitelina ilay riaka izay navoakan’ilay dragona avy tamin’ny vavany. Dia tezitra tamin’ilay vehivavy ny dragona ka lasa nandeha hiady tamin’ny sisa amin’ny taranany, dia ireo izay mitandrina ny didin’Andriamanitra sy manana ny fijoroana ho vavolombelon’i Jesosy Kristy. Apokalypsy 12:15–17</w:t>
      </w:r>
    </w:p>
    <w:p>
      <w:pPr>
        <w:pStyle w:val="ArticleBody"/>
        <w:jc w:val="left"/>
      </w:pPr>
      <w:r>
        <w:rPr>
          <w:rFonts w:ascii="Times New Roman" w:hAnsi="Times New Roman" w:eastAsia="Times New Roman" w:cs="Times New Roman"/>
        </w:rPr>
        <w:t>Ary tamin’ny nahaterahan’i Etazonia amin’ny maha-fanjakana fahenina amin’ny faminanian’ny Baiboly azy tamin’ny 1798, dia niteny indray i Etazonia; ary tamin’ny nanaovany izany dia napetrany ao anaty firaketana izay holazain’i Etazonia amin’ny farany, satria i Jesosy mandrakariva mampiseho ny farany amin’ny alalan’ny fiandohana. Ilay bibidia avy amin’ny tany dia hiteny tahaka ny dragona amin’ilay lalàn’ny Alahady ho avy tsy ho ela, ary rehefa manao izany izy dia mitsahatra tsy ho ilay fanjakana fahenina amin’ny faminanian’ny Baiboly intsony. Izay nolazainy tamin’ny fiandohany, amin’ny maha-fanjakana amin’ny faminanian’ny Baiboly azy tamin’ny 1798, no maneho izay mbola holazainy indray, rehefa miteny tahaka ny dragona izy.</w:t>
      </w:r>
    </w:p>
    <w:p>
      <w:pPr>
        <w:pStyle w:val="ArticleBody"/>
        <w:jc w:val="left"/>
      </w:pPr>
      <w:r>
        <w:rPr>
          <w:rFonts w:ascii="Times New Roman" w:hAnsi="Times New Roman" w:eastAsia="Times New Roman" w:cs="Times New Roman"/>
        </w:rPr>
        <w:t>Ny lalànan’ny fifindra-monina tamin’ny taona 1798 dia nantsoina hoe **Alien and Sedition Acts**, ary andiana lalàna efatra nolanian’ny Kongresin’i Etazonia sady nosoniavin’ny Filoha John Adams ho lalàna tamin’ny taona 1798. Ireo lalàna ireo dia nifantoka indrindra tamin’ny raharaha mikasika ireo vahiny (olona avy any ivelany) monina tao Etazonia, ary nisy fiantraikany lehibe teo amin’ny fifindra-monina nandritra izany vanim-potoana izany. Ireto avy àry ireo lalàna efatra:</w:t>
      </w:r>
    </w:p>
    <w:p>
      <w:pPr>
        <w:pStyle w:val="ArticleBody"/>
        <w:jc w:val="left"/>
      </w:pPr>
      <w:r>
        <w:rPr>
          <w:rFonts w:ascii="Times New Roman" w:hAnsi="Times New Roman" w:eastAsia="Times New Roman" w:cs="Times New Roman"/>
        </w:rPr>
        <w:t>Ny Lalàna momba ny Fanomezana ny Zom-pirenena tamin’ny 1798: Ity lalàna ity dia nanalava ny fepetra takiana amin’ny faharetan’ny fonenan’ny mpifindra monina mba hahazoany ho olom-pirenen’i Etazonia, avy amin’ny dimy taona ho efatra ambin’ny folo taona. Nahatonga ny fahazoan’ny mpifindra monina ho olom-pirenena sy ny fandraisany anjara amin’ny dingana ara-politika ho sarotra kokoa izany.</w:t>
      </w:r>
    </w:p>
    <w:p>
      <w:pPr>
        <w:pStyle w:val="ArticleBody"/>
        <w:jc w:val="left"/>
      </w:pPr>
      <w:r>
        <w:rPr>
          <w:rFonts w:ascii="Times New Roman" w:hAnsi="Times New Roman" w:eastAsia="Times New Roman" w:cs="Times New Roman"/>
        </w:rPr>
        <w:t>Ny Lalàna momba ny Vahiny Sakaiza: Io lalàna io dia nanome alalana ny Filoha handroaka izay vahiny tsy olom-pirenena rehetra heverina ho “mampidi-doza ny fiadanana sy ny filaminan’i Etazonia” amin’ny fotoanan’ny fandriampahalemana. Nomeny fahefana malalaka ny Filoha amin’ny fandroahana vahiny.</w:t>
      </w:r>
    </w:p>
    <w:p>
      <w:pPr>
        <w:pStyle w:val="ArticleBody"/>
        <w:jc w:val="left"/>
      </w:pPr>
      <w:r>
        <w:rPr>
          <w:rFonts w:ascii="Times New Roman" w:hAnsi="Times New Roman" w:eastAsia="Times New Roman" w:cs="Times New Roman"/>
        </w:rPr>
        <w:t>Ny Lalànan’ny Fahavalon-tsy Firenena (Alien Enemies Act): Ity lalàna ity dia nanome fahefana ny Filoha hisambotra, hitàna am-ponja, ary handroaka hiala amin’ny firenena izay lehilahy olom-pirenen’ny firenena fahavalo rehetra mandritra ny fotoanan’ny ady. Natao indrindra izy io hanatrarana ireo mety ho mpitsikilo na mpanakorontana avy amin’ireo firenena fahavalo.</w:t>
      </w:r>
    </w:p>
    <w:p>
      <w:pPr>
        <w:pStyle w:val="ArticleBody"/>
        <w:jc w:val="left"/>
      </w:pPr>
      <w:r>
        <w:rPr>
          <w:rFonts w:ascii="Times New Roman" w:hAnsi="Times New Roman" w:eastAsia="Times New Roman" w:cs="Times New Roman"/>
        </w:rPr>
        <w:t>Ny Lalànan’ny Fikomiana (Sedition Act): Na dia tsy mifandray mivantana amin’ny fifindra-monina aza izy, dia nataon’ity lalàna ity ho heloka bevava ny famoahana fanambarana tsy marina, manala baràka, na feno fankahalana manohitra ny governemanta Amerikana, ny Kongresy, na ny Filoha, amin’ny fikasana hanaratsy azy ireo na hampitondra azy ireo amin’ny fanaratsiana sy ny tsy fitokisana imasom-bahoaka. Nampiasaina izy io mba hanerena sy hanakanana ny tsy fitovian-kevitra ara-politika sy ny tsikera.</w:t>
      </w:r>
    </w:p>
    <w:p>
      <w:pPr>
        <w:pStyle w:val="ArticleBody"/>
        <w:jc w:val="left"/>
      </w:pPr>
      <w:r>
        <w:rPr>
          <w:rFonts w:ascii="Times New Roman" w:hAnsi="Times New Roman" w:eastAsia="Times New Roman" w:cs="Times New Roman"/>
        </w:rPr>
        <w:t>Ny votoatin’ny Lalànan’ny Vahiny sy ny Fampirisihana Hikomy, teo am-piandohan’i Etazonia amin’ny maha-fanjakana fahenina azy tamin’ny 1798, dia mampiseho mazava ny fikasan’i Donald Trump sy ireo mpanohana azy ao amin’ny MAGA. Io lalàna io no “fitenenana” voalohany, ary rehefa miteny tahaka ny dragona ilay biby avy amin’ny tany amin’ny “farany,” dia hitovy indrindra amin’izany ireo lalàna. Ny zava-misy fa ny tontolon’ny tantara ankehitriny dia maneho tanteraka ny lojika mahatonga ireny lalàna ireny haverina indray no sonian’i Kristy amin’ny maha-Alfa sy Omega Azy. Teo afovoan’ny “fitenenan” ilay biby avy amin’ny tany tamin’ny 1863 no nisy ny Fanambaràna Fanafahana nataon’ny filoha Repoblikana voalohany.</w:t>
      </w:r>
    </w:p>
    <w:p>
      <w:pPr>
        <w:pStyle w:val="ArticleBody"/>
        <w:jc w:val="left"/>
      </w:pPr>
      <w:r>
        <w:rPr>
          <w:rFonts w:ascii="Times New Roman" w:hAnsi="Times New Roman" w:eastAsia="Times New Roman" w:cs="Times New Roman"/>
        </w:rPr>
        <w:t>Ny Fanambaràna Fanafahana dia nanamarika ny ivon’ny Ady an-trano indrindra, ka noho izany, ny famaritana ny teny hebreo hoe “fahamarinana” dia hita ao amin’ireo mari-pamantarana telo amin’ny fitenenan’ilay bibidia avy amin’ny tany. Ny litera voalohany amin’ny abidy hebreo dia mitovy amin’ny litera farany, ary ny litera fahatelo ambin’ny folo no tandindon’ny fikomiana.</w:t>
      </w:r>
    </w:p>
    <w:p>
      <w:pPr>
        <w:pStyle w:val="ArticleBody"/>
        <w:jc w:val="left"/>
      </w:pPr>
      <w:r>
        <w:rPr>
          <w:rFonts w:ascii="Times New Roman" w:hAnsi="Times New Roman" w:eastAsia="Times New Roman" w:cs="Times New Roman"/>
        </w:rPr>
        <w:t>Tokony hodinihina eto fa ny taona 1863, sy ny fikomiana voatondro ao, dia tanteraka koa tao amin’ny fiangonana Advantista Laodikiana izay asehon’ilay tandroka Protestanta, tamin’izay fotoana izay ihany koa no nanehoan’ilay tandroka Repoblikana fikomiana ara-politika. Ny toetra roa sosona an’ilay tandroka Protestanta dia naseho tamin’ny fifindran’ny hetsika Advantista Filadelfiana ho amin’ny fiangonana Advantista Laodikiana, ary ny toetra roa sosona an’ilay tandroka Repoblikana dia naseho tamin’ny adihevitra teo amin’ny fijoroan’ny antoko Demokraty manohana ny fanandevozana, izay niteraka ny antoko Repoblikana manohitra ny fanandevozana sy ny filoha Repoblikana voalohany.</w:t>
      </w:r>
    </w:p>
    <w:p>
      <w:pPr>
        <w:pStyle w:val="ArticleBody"/>
        <w:jc w:val="left"/>
      </w:pPr>
      <w:r>
        <w:rPr>
          <w:rFonts w:ascii="Times New Roman" w:hAnsi="Times New Roman" w:eastAsia="Times New Roman" w:cs="Times New Roman"/>
        </w:rPr>
        <w:t>Ny filoha Repoblikana voalohany dia apetraka eo afovoan’ilay sonia ara-paminaniana misy dingana telo momba ny “fahamarinana.” Noho izany dia izy no fiafaran’ny vanim-potoana voalohany sy fiandohan’ny vanim-potoana faharoa, tahaka ny nahatonga ny hazo fijaliana ho fiafaran’ny telo taona sy tapany nanaovan’i Kristy ny asa fanompoany manokana, ary koa fiandohan’ny telo taona sy tapany nanaovany ny asa fanompoany tao amin’ny maha-olona ireo mpianany. Ny fiandohan’ny asa fanompoany manokana dia tamin’ny batisany, izay naneho ara-panamantarana ny fahafatesany, ary io vanim-potoana io dia nifarana tamin’ny fahafatesany. Ny fahafatesany no nanomboka ny asa fanompoan’ny mpianany, izay nifarana tamin’ny fahafatesan’i Stefana mpianany.</w:t>
      </w:r>
    </w:p>
    <w:p>
      <w:pPr>
        <w:pStyle w:val="ArticleBody"/>
        <w:jc w:val="left"/>
      </w:pPr>
      <w:r>
        <w:rPr>
          <w:rFonts w:ascii="Times New Roman" w:hAnsi="Times New Roman" w:eastAsia="Times New Roman" w:cs="Times New Roman"/>
        </w:rPr>
        <w:t>Ny “fitenenana” nateraky ny Alien and Sedition Acts tamin’ny 1798 no fiandohan’ny vanim-potoana iray izay nifarana tamin’ny “fitenenana” nateraky ny Emancipation Proclamation. Ny Emancipation Proclamation no nanamarika ny fiandohan’ny vanim-potoana faharoa izay hifarana rehefa “miteny” tahaka ny dragona i Etazonia. Ny filoha izay “niteny” tamin’ny 1863 dia ilay filoha Repoblikana voalohany; noho izany, ny filoha farany dia ho Repoblikana koa.</w:t>
      </w:r>
    </w:p>
    <w:p>
      <w:pPr>
        <w:pStyle w:val="ArticleBody"/>
        <w:jc w:val="left"/>
      </w:pPr>
      <w:r>
        <w:rPr>
          <w:rFonts w:ascii="Times New Roman" w:hAnsi="Times New Roman" w:eastAsia="Times New Roman" w:cs="Times New Roman"/>
        </w:rPr>
        <w:t>Misy fihetsiketsehana roa vokarin’ireo anjely telo ao amin’ny Apokalypsy toko faha-efatra ambin’ny folo. Ny hafatry ny anjely voalohany sy faharoa dia nasehon’ny fihetsiketsehana Millerita, izay nikomy ka tonga Fiangonana ofisialy tamin’ny taona 1863. Mandrakariva i Jesosy no maneho ny faran’ny zavatra iray amin’ny alalan’ny fiandohan’izany zavatra izany. Ny fihetsiketsehan’ny anjely fahatelo, izay ilay anjely mahery koa ao amin’ny Apokalypsy toko faha-valo ambin’ny folo, no farany amin’ireo fihetsiketsehana roa an’ireo anjely telo. Izay nanomboka tamin’ny 1798 ho fihetsiketsehan’ny tandroka protestanta marina, dia nivadika ho Fiangonana tao amin’ny fikomiana tamin’ny 1863, ary rehefa mifarana amin’ny lalàna alahady ho avy tsy ho ela ny tantaran’ilay bibidia avy amin’ny tany, dia hiverina ho fihetsiketsehana tsy ofisialy indray ilay Fiangonana mpikomy tamin’ny 1863; fa izay nanomboka ho fihetsiketsehana dia mifarana ho fihetsiketsehana.</w:t>
      </w:r>
    </w:p>
    <w:p>
      <w:pPr>
        <w:pStyle w:val="ArticleBody"/>
        <w:jc w:val="left"/>
      </w:pPr>
      <w:r>
        <w:rPr>
          <w:rFonts w:ascii="Times New Roman" w:hAnsi="Times New Roman" w:eastAsia="Times New Roman" w:cs="Times New Roman"/>
        </w:rPr>
        <w:t>Amin’ny fifandimbiasan’ilay tandroka Protestanta eo am-piandohana sy eo amin’ny fiafarana, dia miova ho Fiangonana ny hetsika iray, ary avy eo miverina ho hetsika indray amin’ny farany. Tamin’ny teboka fifindrana voalohany, teo am-piandohana, dia niova ho Laodikia i Filadelfia; ary tamin’ny teboka fifindrana teo amin’ny fiafarana, dia miova miverina ho Filadelfia i Laodikia.</w:t>
      </w:r>
    </w:p>
    <w:p>
      <w:pPr>
        <w:pStyle w:val="ArticleBody"/>
        <w:jc w:val="left"/>
      </w:pPr>
      <w:r>
        <w:rPr>
          <w:rFonts w:ascii="Times New Roman" w:hAnsi="Times New Roman" w:eastAsia="Times New Roman" w:cs="Times New Roman"/>
        </w:rPr>
        <w:t>Ho an’ny tandroka Repoblikana, ny teboka fifindrana dia ny tantara nitarika ho amin’ny Ady an-trano, izay namokatra ny antoko Repoblikana. Ho an’ny tandroka Protestanta, ny teboka fifindrana dia ny taona 1856 hatramin’ny 1863, izay tantara fifindrana mitovy tanteraka amin’ny an’ny tandroka Repoblikana. Niorina tamin’ny 1854, ny fivoriambe nasionaly voalohan’ny antoko Repoblikana manohitra ny fanandevozana dia tamin’ny 1856. Ho an’ny tandroka Protestanta, ny tandindon’ny fikomiana dia ny fandaminana ara-dalàna ny Fiangonana iray. Ho an’ny tandroka Repoblikana, ny antoko Demaokraty mpomba ny fanandevozana no tandindon’ny fikomiana.</w:t>
      </w:r>
    </w:p>
    <w:p>
      <w:pPr>
        <w:pStyle w:val="ArticleBody"/>
        <w:jc w:val="left"/>
      </w:pPr>
      <w:r>
        <w:rPr>
          <w:rFonts w:ascii="Times New Roman" w:hAnsi="Times New Roman" w:eastAsia="Times New Roman" w:cs="Times New Roman"/>
        </w:rPr>
        <w:t>Ny anjely fahatelo dia niverina tany Kadesy fanindroany tamin’ny 11 Septambra 2001, ary ny tetezamita avy amin’ny Fiangonana ho amin’ny hetsika dia nanomboka tao anatin’ny rafitra ara-paminaniana an’ilay fanoharana momba ireo virijina folo. Ny fahadisoam-panantenana voalohany dia nitranga tamin’ny 18 Jolay 2020 tao amin’ny fahatanterahana farany sy lavorary an’ilay fanoharana momba ireo virijina folo, ary tamin’io taona io ihany dia nahazo “ratra mahafaty” ara-politika ny filoha fahenina hatramin’ny fotoan’ny farany tamin’ny 1989, ilay filoha izay tokony “hanaitra” ny fanjakan’i Grecia, tahaka ny nahazoan’ilay filoha Repoblikana voalohany ratra mahafaty ara-bakiteny.</w:t>
      </w:r>
    </w:p>
    <w:p>
      <w:pPr>
        <w:pStyle w:val="ArticleBody"/>
        <w:jc w:val="left"/>
      </w:pPr>
      <w:r>
        <w:rPr>
          <w:rFonts w:ascii="Times New Roman" w:hAnsi="Times New Roman" w:eastAsia="Times New Roman" w:cs="Times New Roman"/>
        </w:rPr>
        <w:t>Ny fandatsahana voafetra amin’ny ranonorana farany dia nanomboka tamin’ny 11 Septambra 2001, ary mitohy izany mandra-pahatongan’ilay lalàna alahady izay ho avy tsy ho ela, ka amin’izany fotoana izany ny ranonorana farany dia harotsaka tsy misy fetra. Ny ranonorana farany dia hery avy any ambony, ary i Rahavavy White dia mamaritra imbetsaka fa mandritra ny fotoana ihoaran’ny hery iray avy any ambony, dia hisy hery satanika hiakatra avy any ambany. Misy hery satanika telo ao amin’ny bokin’ny Apokalypsy izay miakatra avy amin’ny lavaka tsy hita noanoa an’i Satana. Ny finoana silamo dia niakatra avy tao amin’ny lavaka tsy hita noanoa tamin’ny 11 Septambra 2001, mifanaraka amin’ilay setroka izay niakatra avy tao amin’ny lavaka tsy hita noanoa tamin’ny Loza voalohany, ao amin’ny toko fahasivy.</w:t>
      </w:r>
    </w:p>
    <w:p>
      <w:pPr>
        <w:pStyle w:val="ArticleScripture"/>
        <w:jc w:val="left"/>
      </w:pPr>
      <w:r>
        <w:rPr>
          <w:rFonts w:ascii="Times New Roman" w:hAnsi="Times New Roman" w:eastAsia="Times New Roman" w:cs="Times New Roman"/>
        </w:rPr>
        <w:t>Ary ny anjely fahadimy nitsofoka ny trompetra, ka nahita kintana iray latsaka avy tany an-danitra ho amin’ny tany aho; ary nomena azy ny fanalahidin’ny lavaka tsy hita noanoa. Dia nosokafany ny lavaka tsy hita noanoa; ary nisy setroka niakatra avy tamin’ilay lavaka, tahaka ny setroky ny lafaoro lehibe; ary nohamainin’ny setroky ny lavaka ny masoandro sy ny rivotra. Ary nisy valala nivoaka avy tamin’ny setroka ho amin’ny tany; ary nomena hery izy, tahaka ny ananan’ny maingoka amin’ny tany hery. Ary nasaina izy mba tsy hanimba ny ahitra amin’ny tany, na zava-maitso akory, na hazo akory aza; fa ny olona izay tsy manana ny tombo-kasen’Andriamanitra eo amin’ny handriny ihany. Apokalypsy 9:1–4.</w:t>
      </w:r>
    </w:p>
    <w:p>
      <w:pPr>
        <w:pStyle w:val="ArticleBody"/>
        <w:jc w:val="left"/>
      </w:pPr>
      <w:r>
        <w:rPr>
          <w:rFonts w:ascii="Times New Roman" w:hAnsi="Times New Roman" w:eastAsia="Times New Roman" w:cs="Times New Roman"/>
        </w:rPr>
        <w:t>Rehefa tonga tamin’ny 11 Septambra 2001 ny silamo an’ilay loza fahatelo, araka izay nanehoan’ny loza voalohany azy mialoha, dia tsy nahazo nandratra ireo izay nanana ny tombo-kasen’Andriamanitra izany, ka tamin’izany no ahafantarana ny fiandohan’ny fanisiana tombo-kase ny iray hetsy sy efatra amby efa-polo arivo. Ny famaranana ny fanisiana tombo-kase dia amin’ilay lalàna alahady izay ho avy tsy ho ela any Etazonia, izay toerana iakaran’ilay bibidia avy any an-dranomasina, izay efa nahazo ratra mahafaty ka efa hadino, avy ao amin’ny lavaka tsy hita noanoa mba ho tonga fanjakana fahavalo izay avy amin’ny fito.</w:t>
      </w:r>
    </w:p>
    <w:p>
      <w:pPr>
        <w:pStyle w:val="ArticleScripture"/>
        <w:jc w:val="left"/>
      </w:pPr>
      <w:r>
        <w:rPr>
          <w:rFonts w:ascii="Times New Roman" w:hAnsi="Times New Roman" w:eastAsia="Times New Roman" w:cs="Times New Roman"/>
        </w:rPr>
        <w:t>Ilay bibidia izay hitanao dia teo taloha, nefa tsy eo ankehitriny; ary hiakatra avy ao amin’ny lavaka tsy hita noanoa izy ka ho any amin’ny fandringanana; ary ho gaga izay monina ambonin’ny tany, dia izay tsy voasoratra ao amin’ny bokin’ny fiainana hatramin’ny fanorenan’izao tontolo izao ny anarany, raha mahita ilay bibidia izay teo taloha, nefa tsy eo ankehitriny, kanefa mbola ho eo indray. Apokalypsy 17:8</w:t>
      </w:r>
    </w:p>
    <w:p>
      <w:pPr>
        <w:pStyle w:val="ArticleBody"/>
        <w:jc w:val="left"/>
      </w:pPr>
      <w:r>
        <w:rPr>
          <w:rFonts w:ascii="Times New Roman" w:hAnsi="Times New Roman" w:eastAsia="Times New Roman" w:cs="Times New Roman"/>
        </w:rPr>
        <w:t>Ny vanim-potoana ara-paminanian’ny fanisiana tombo-kase ny iray hetsy sy efatra arivo sy efatra alina dia nanomboka tamin’ny hery iray niakatra avy tao amin’ny lavaka tsy hita noanoa, ary hifarana amin’ny hery iray izay hiakatra avy amin’ny lavaka tsy hita noanoa izy. Eo afovoan’izany tantara izany, dia miakatra avy ao amin’ny lavaka tsy hita noanoa koa ilay bibidia mpandà an’Andriamanitra, dia ilay herin’ilay dragona “woke”, mba hamono ny vavolombelona roa. Alfa sy Omega no nametraka ny soniany teo amin’izany tantara izany.</w:t>
      </w:r>
    </w:p>
    <w:p>
      <w:pPr>
        <w:pStyle w:val="ArticleScripture"/>
        <w:jc w:val="left"/>
      </w:pPr>
      <w:r>
        <w:rPr>
          <w:rFonts w:ascii="Times New Roman" w:hAnsi="Times New Roman" w:eastAsia="Times New Roman" w:cs="Times New Roman"/>
        </w:rPr>
        <w:t>Ary rehefa vitany ny fijoroany ho vavolombelona, dia hiady aminy ilay bibidia miakatra avy ao amin’ny lavaka tsy hita noanoa, ka handresy azy sy hamono azy. Ary ny fatiny dia handry eny amin’ny lalambe ao amin’ilay tanàna lehibe, izay ara-panahy no iantsoana azy hoe Sodoma sy Egypta, dia ilay toerana izay nanomboana ny Tompontsika koa. Ary ny olona avy amin’ny firenena sy ny fokom-pirenena ary ny fiteny sy ny jentilisa dia hijery ny fatiny mandritra ny telo andro sy tapany, ary tsy havelany halevina ao am-pasana ny fatiny. Ary izay monina ambonin’ny tany dia hifaly noho ny aminy, ka hiravoravo sy hifanome fanomezana; satria ireo mpaminany roa ireo dia nampijaly izay nonina ambonin’ny tany. Ary rehefa afaka telo andro sy tapany, dia niditra tao aminy ny Fanahin’aina avy tamin’Andriamanitra, ka nitsangana teo amin’ny tongony izy; ary tahotra lehibe no nahazo izay nahita azy. Apokalypsy 11:7–11.</w:t>
      </w:r>
    </w:p>
    <w:p>
      <w:pPr>
        <w:pStyle w:val="ArticleBody"/>
        <w:jc w:val="left"/>
      </w:pPr>
      <w:r>
        <w:rPr>
          <w:rFonts w:ascii="Times New Roman" w:hAnsi="Times New Roman" w:eastAsia="Times New Roman" w:cs="Times New Roman"/>
        </w:rPr>
        <w:t>Tamin’ny taona 2020, novonoina ireo tandroka Repoblikana sy Protestanta marina. Ny iray dia tamin’ny alalan’ny fahefan’ilay dragona ara-politikan’ny tsy finoana an’Andriamanitra, ary ny iray kosa tamin’ny alalan’ny fahefan’ilay dragona ara-panahin’ny tsy finoana an’Andriamanitra. Avy eo dia maty nandritra ny fe-potoana iray izay aseho ho telo andro sy tapany izy ireo, ary rehefa afaka izany dia nitsangana tamin’ny tongony, ka raiki-tahotra lehibe ireo izay aseho ho ny fahefan’ilay dragona. Ny tahotra izay asehon’ny Demokraty mandroso amin’izao fotoana izao noho ny fiverenan’ny herin’i Donald Trump eo amin’ny sehatra ara-politika dia fahatanterahan’ny faminaniana. Ny “tahotra” izay asehon’ireo izay nanaraka ny asa fanompoan’ny Future for America kosa dia maneho karazana tahotra hafa.</w:t>
      </w:r>
    </w:p>
    <w:p>
      <w:pPr>
        <w:pStyle w:val="ArticleBody"/>
        <w:jc w:val="left"/>
      </w:pPr>
      <w:r>
        <w:rPr>
          <w:rFonts w:ascii="Times New Roman" w:hAnsi="Times New Roman" w:eastAsia="Times New Roman" w:cs="Times New Roman"/>
        </w:rPr>
        <w:t>Ireo tokony hatahotra ny hafatry ny Future for America dia ny Advantista Laodikeana, izay samy voaantso ho isan’ireo iray hetsy sy efatra alina sy efatra arivo avokoa. Kanefa amin’ny maha-Laodikeana voamarina azy, miaina ao amin’ny taranaka fahefatra, izay taranak’ny menarana sy ny mpanitsakitsa-bady, dia tsy manana tahotra izy ireo. Ny tahotra izay ilainy horaisina dia ny filazantsara mandrakizay, izay mandidy ny olona mba “hatahotra an’Andriamanitra ka hanome voninahitra Azy; fa tonga ny andro fitsarany.”</w:t>
      </w:r>
    </w:p>
    <w:p>
      <w:pPr>
        <w:pStyle w:val="ArticleBody"/>
        <w:jc w:val="left"/>
      </w:pPr>
      <w:r>
        <w:rPr>
          <w:rFonts w:ascii="Times New Roman" w:hAnsi="Times New Roman" w:eastAsia="Times New Roman" w:cs="Times New Roman"/>
        </w:rPr>
        <w:t>Izany ora izany no oran’ilay horohoron-tany lehibe, izay mitranga rehefa atsangana ho faneva ireo vavolombelona roa avy amin’ny efatra arivo sy iray alina sy iray hetsy, amin’izay fotoana indrindra anesorana ny Fiangonana Laodiseana hiala amin’ny vavan’ny Tompo.</w:t>
      </w:r>
    </w:p>
    <w:p>
      <w:pPr>
        <w:pStyle w:val="ArticleBody"/>
        <w:jc w:val="left"/>
      </w:pPr>
      <w:r>
        <w:rPr>
          <w:rFonts w:ascii="Times New Roman" w:hAnsi="Times New Roman" w:eastAsia="Times New Roman" w:cs="Times New Roman"/>
        </w:rPr>
        <w:t>Hotohizintsika ao amin’ny lahatsoratra manaraka ity fianarana ity.</w:t>
      </w:r>
    </w:p>
    <w:p>
      <w:pPr>
        <w:pStyle w:val="ArticleScripture"/>
        <w:jc w:val="left"/>
      </w:pPr>
      <w:r>
        <w:rPr>
          <w:rFonts w:ascii="Times New Roman" w:hAnsi="Times New Roman" w:eastAsia="Times New Roman" w:cs="Times New Roman"/>
        </w:rPr>
        <w:t>“‘Ary rehefa mahavita ny fanambaràny izy, ilay bibidia miakatra avy any amin’ny lavaka tsy hita noanoa dia hiady aminy, ka handresy azy sy hamono azy. Ary ny fatiny dia handry eny amin’ny làlan’ny tanàna lehibe, izay antsoina ara-panahy hoe Sodoma sy Egypta, izay koa no nanomboana ny Tompontsika tamin’ny hazo fijaliana.’ [Apokalypsy 11:7, 8.]”</w:t>
      </w:r>
    </w:p>
    <w:p>
      <w:pPr>
        <w:pStyle w:val="ArticleScripture"/>
        <w:jc w:val="left"/>
      </w:pPr>
      <w:r>
        <w:rPr>
          <w:rFonts w:ascii="Times New Roman" w:hAnsi="Times New Roman" w:eastAsia="Times New Roman" w:cs="Times New Roman"/>
        </w:rPr>
        <w:t>“Ireo zava-nitranga ireo dia tsy maintsy hitranga teo akaikin’ny famaranana ny fotoana izay nijoroan’ny vavolombelona nanao fijoroana tamin’ny lamba fisaonana. Tamin’ny alalan’ny fahefan’ny papa dia efa ela Satana no nifehy ny fahefana izay nanapaka tao amin’ny Fiangonana sy ny Fanjakana. Ny vokatra mahatahotra dia hita manokana indrindra tao amin’ireo firenena izay nandà ny fahazavan’ny Fanavaozana. Nisy toe-pahavoazana ara-pitondran-tena sy fahalotoana nitovy tamin’ny toetry Sodoma talohan’ny nandringanana azy, ary tamin’ny fanompoan-tsampy sy ny haizina ara-panahy izay nanjaka tany Egypta tamin’ny andron’i Mosesy.”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Faha-129</dc:title>
  <dc:subject>Fanehoana ny Hevitra Ara-paminaniana: Ny Tandroka Repoblikana sy ny Fihetsiketsehana Farany</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