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Ny Bokin’i Daniela - Faha-enina amby telopolo sy zato</w:t>
      </w:r>
    </w:p>
    <w:p>
      <w:pPr>
        <w:pStyle w:val="ArticleSubtitle"/>
        <w:jc w:val="left"/>
      </w:pPr>
      <w:r>
        <w:rPr>
          <w:rFonts w:ascii="Arial" w:hAnsi="Arial" w:eastAsia="Arial" w:cs="Arial"/>
        </w:rPr>
        <w:t>Ny Tetezamita Ara-paminaniana an’i Etazonia: Avy amin’ny Fanjakana Fahenina ho amin’ny Firaisana Telo Sosona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2024-03-11</w:t>
      </w:r>
    </w:p>
    <w:p>
      <w:pPr>
        <w:pStyle w:val="ArticleBody"/>
        <w:jc w:val="left"/>
      </w:pPr>
      <w:r>
        <w:rPr>
          <w:rFonts w:ascii="Times New Roman" w:hAnsi="Times New Roman" w:eastAsia="Times New Roman" w:cs="Times New Roman"/>
        </w:rPr>
        <w:t>Rehefa hampihatra ny lalàn’ny Alahady izay ho avy tsy ho ela i Etazonia, dia hitsahatra tsy ho fanjakana fahenina ao amin’ny faminanian’ny Baiboly intsony izy, ka hifindra ho ampahatelon’ilay firaisana telo sosona an’i Roma Maoderina. Ny filoha izay hampihatra ny lalàn’ny Alahady no ho filoha farany, ary ho filoha Repoblikana izy. Miorina amin’ny vavolombelona roa izany.</w:t>
      </w:r>
    </w:p>
    <w:p>
      <w:pPr>
        <w:pStyle w:val="ArticleBody"/>
        <w:jc w:val="left"/>
      </w:pPr>
      <w:r>
        <w:rPr>
          <w:rFonts w:ascii="Times New Roman" w:hAnsi="Times New Roman" w:eastAsia="Times New Roman" w:cs="Times New Roman"/>
        </w:rPr>
        <w:t>Abraham Lincoln, izay filoha Repoblikana voalohany, dia “niteny” ny Fanambaràna ny Fanafahana tamin’ny 1863, izay mari-pamantarana afovoany amin’ny fitenenana ao amin’ny tantara ara-paminaniana momba ilay bibidia avy amin’ny tany. Rehefa “niteny” ny Fanambaràna ny Fanafahana i Lincoln, tamin’ny 1863, dia izy no filoha Repoblikana voalohany, ka noho izany dia tandindon’ilay filoha Repoblikana farany. Abraham Lincoln dia maneho ny mari-pamantarana farany amin’ny vanim-potoana voalohany amin’ilay bibidia avy amin’ny tany, ary koa ny mari-pamantarana voalohany amin’ny vanim-potoana faharoa amin’ilay bibidia avy amin’ny tany. Mandrakariva i Jesosy no maneho ny farany amin’ny alalan’ny fiandohana. Rehefa miteny tahaka ny dragona ilay bibidia avy amin’ny tany, amin’ny faran’ny vanim-potoana faharoa amin’ireo vanim-potoana roa ireo, dia ho filoha Repoblikana ny filoha, araka ny tandindon’i Lincoln.</w:t>
      </w:r>
    </w:p>
    <w:p>
      <w:pPr>
        <w:pStyle w:val="ArticleBody"/>
        <w:jc w:val="left"/>
      </w:pPr>
      <w:r>
        <w:rPr>
          <w:rFonts w:ascii="Times New Roman" w:hAnsi="Times New Roman" w:eastAsia="Times New Roman" w:cs="Times New Roman"/>
        </w:rPr>
        <w:t>Ny vavolombelona faharoa manamarina fa ny filoha farany dia ho filoha Repoblikana dia ilay vanim-potoana izay nanomboka tamin’ny fotoan’ny farany tamin’ny 1989 niaraka tamin’i Ronald Reagan. Ilay vanim-potoana ara-paminaniana manomboka amin’ny 1989 ka hatramin’ny lalàna alahady ho avy tsy ho ela dia nasehon’ilay vanim-potoana ara-paminaniana fiomanana ho an’i Roma papa handray ny seza fiandrianana ao amin’ny tantaran’ny 508 ka hatramin’ny 538. Io vanim-potoana ara-paminaniana fiomanana ho amin’ny fanomezam-pahefana ny antikristy tamin’ny 538 io dia nasehon’ny telopolo taona niomanan’i Kristy mialoha, izany hoe hatramin’ny nahaterahany ka hatramin’ny batisany.</w:t>
      </w:r>
    </w:p>
    <w:p>
      <w:pPr>
        <w:pStyle w:val="ArticleBody"/>
        <w:jc w:val="left"/>
      </w:pPr>
      <w:r>
        <w:rPr>
          <w:rFonts w:ascii="Times New Roman" w:hAnsi="Times New Roman" w:eastAsia="Times New Roman" w:cs="Times New Roman"/>
        </w:rPr>
        <w:t>Ny antikristy dia nanana vanim-potoana fiomanana telopolo taona izay nanao sandoka ny telopolo taona fiomanan’i Kristy. Ny vanim-potoana fiomanana telopolo taona ho an’i Kristy, ary koa ho an’ny antikristy, dia manome vavolombelona roa momba ny vanim-potoana fiomanana ho amin’ny fanasitranana ny fery mahafaty amin’ny lalàna Alahady izay ho avy tsy ho ela. Izany vanim-potoana fiomanana izany dia nanomboka tamin’ny fotoanan’ny farany tamin’ny 1989, tahaka ny nahatongavan’ny vanim-potoana fiomanan’i Kristy rehefa teraka Izy, izay nanamarika ny fotoanan’ny farany teo amin’ny tantara ara-paminaniany.</w:t>
      </w:r>
    </w:p>
    <w:p>
      <w:pPr>
        <w:pStyle w:val="ArticleBody"/>
        <w:jc w:val="left"/>
      </w:pPr>
      <w:r>
        <w:rPr>
          <w:rFonts w:ascii="Times New Roman" w:hAnsi="Times New Roman" w:eastAsia="Times New Roman" w:cs="Times New Roman"/>
        </w:rPr>
        <w:t>Alohan’ny filoha farany, ny andininy faharoa ao amin’ny Daniela iraika ambin’ny folo dia mampianatra fa hisy filoha enina izay mitohy mandra-pahatongan’ilay filoha manankarena izay “manaitra” ny fanjakan’ireo globalista. Ny voalohany amin’ireo filoha enina ireo dia i Ronald Reagan, Repoblikana. Ronald Reagan sy Abraham Lincoln no manome ireo vavolombelona roa. Ny mari-dalana amin’ny fikomiana tamin’ny 1863, sy ny tsipiky ny filoha manomboka amin’ny 1989, no manondro mazava ireo toetra mampiavaka ny filoha farany an’i Etazonia.</w:t>
      </w:r>
    </w:p>
    <w:p>
      <w:pPr>
        <w:pStyle w:val="ArticleBody"/>
        <w:jc w:val="left"/>
      </w:pPr>
      <w:r>
        <w:rPr>
          <w:rFonts w:ascii="Times New Roman" w:hAnsi="Times New Roman" w:eastAsia="Times New Roman" w:cs="Times New Roman"/>
        </w:rPr>
        <w:t>Ronald Reagan dia tandindon’ny voalohany, ka noho izany dia maneho ny farany. Reagan dia kintan’ny haino aman-jery teo aloha, ary Demokraty teo aloha izay niova ho Repoblikana. Nalaza izy noho ny fampiasany ny teny anglisy tamin’ny fomba nandranitra sy nahasaringotra. Nalaza koa izy noho ny fahatsapany vazivazy. Protestanta nambarany ampahibemaso izy, nefa nasehony fa tsy tena azony ny dikan’ny hoe Protestanta, rehefa nanao fiombonana tamin’ilay antikristin’ny faminanian’ny Baiboly izy.</w:t>
      </w:r>
    </w:p>
    <w:p>
      <w:pPr>
        <w:pStyle w:val="ArticleBody"/>
        <w:jc w:val="left"/>
      </w:pPr>
      <w:r>
        <w:rPr>
          <w:rFonts w:ascii="Times New Roman" w:hAnsi="Times New Roman" w:eastAsia="Times New Roman" w:cs="Times New Roman"/>
        </w:rPr>
        <w:t>Nanohana an’i Amerika izy, ary tsy natahotra ara-politika. Nialoha azy ny filoha tsy nahomby indrindra tamin’izany vanim-potoanan’ny politika maoderina izany, ary io nodimbiasany io dia niondrika teo anatrehan’ny fitakian’ny Islama radikaly. Angamba ny zavatra manan-danja indrindra nolazainy, ary izay anomezana voninahitra azy ho nahatanterahany, dia tamin’izy nilaza hoe: “Atoa Gorbachev, ravaho ity manda ity.”</w:t>
      </w:r>
    </w:p>
    <w:p>
      <w:pPr>
        <w:pStyle w:val="ArticleBody"/>
        <w:jc w:val="left"/>
      </w:pPr>
      <w:r>
        <w:rPr>
          <w:rFonts w:ascii="Times New Roman" w:hAnsi="Times New Roman" w:eastAsia="Times New Roman" w:cs="Times New Roman"/>
        </w:rPr>
        <w:t>I Donald Trump dia tandindon’ny farany, ary noho izany dia nasehon’ny voalohany mialoha. Trump dia kintan’ny haino aman-jery taloha, ary Demokraty taloha izay niova ho Repoblikana. Fantatra amin’ny fampiasany ny teny anglisy amin’ny fomba manaitra adihevitra izy. Fantatra amin’ny fahatsapany vazivazy izy. Milaza ho Protestanta izy, nefa efa nasehony fa tsy tena mahatakatra ny dikan’ny hoe Protestanta, ary hanao firaisan-kina amin’ilay antikristin’ny faminaniana ao amin’ny Baiboly izy amin’ilay lalàn’ny Alahady ho avy tsy ho ela.</w:t>
      </w:r>
    </w:p>
    <w:p>
      <w:pPr>
        <w:pStyle w:val="ArticleBody"/>
        <w:jc w:val="left"/>
      </w:pPr>
      <w:r>
        <w:rPr>
          <w:rFonts w:ascii="Times New Roman" w:hAnsi="Times New Roman" w:eastAsia="Times New Roman" w:cs="Times New Roman"/>
        </w:rPr>
        <w:t>Momba an’i Amerika izy, ary tsy matahotra eo amin’ny lafiny politika. Nialohavan’ny filoha tsy nahomby indrindra tamin’izany vanim-potoanan’ny politika maoderina izany izy, ary rehefa ho voafidy indray izy amin’ny 2024, dia mbola ho nialohavan’ilay filoha vaovao tsy nahomby indrindra amin’ny vanim-potoanan’ny politika maoderina indray izy. Amin’ireo tranga roa ireo, ireo nodimbiasany dia fantatra amin’ny fiondrehana amin’ny fitakian’ny silamo radikaly. Azo antoka indrindra fa ny zavatra manan-danja indrindra izay efa nolazainy hatramin’izay, ary izay hahazoany dera noho ny fanatanterahany azy, dia ny hoe: “Amboary ny manda.”</w:t>
      </w:r>
    </w:p>
    <w:p>
      <w:pPr>
        <w:pStyle w:val="ArticleBody"/>
        <w:jc w:val="left"/>
      </w:pPr>
      <w:r>
        <w:rPr>
          <w:rFonts w:ascii="Times New Roman" w:hAnsi="Times New Roman" w:eastAsia="Times New Roman" w:cs="Times New Roman"/>
        </w:rPr>
        <w:t>Tsy filazana akory izany fa i Jimmy Carter, Barack Hussein Obama ary Joe Biden dia tsy nahomby tokoa tamin’ny fitondrany, fa ny tiana ambara dia izao: ny fahombiazan’izy ireo dia niorina tamin’ny asany handravana ireo foto-kevitra voasoritra sy voatahiry ao amin’ny Lalàm-panorenan’i Etazonia, dia ilay antontan-taratasy izay samy nianianan’izy ireo tsirairay avy fa hotanan’izy ireo sy harovany; sady mifamatotra amin’ny zava-misy koa fa navelan’i Carter hitazona takalon’aina ny Islama mandra-pahatongan’ny fifidianana an’i Reagan, ary i Obama kosa dia nanao fitetezam-pialan-tsiny tany amin’ny tontolo islamika ary nanome vola amin’ny tànana mitentina farafahakeliny iray lavitrisa dolara ho an’ny banky fototry ny Islama radikaly, ary lava loatra ka tsy azo tanisaina ny firaketana an-tsoratr’i Biden momba ny fanohanany ny Islama.</w:t>
      </w:r>
    </w:p>
    <w:p>
      <w:pPr>
        <w:pStyle w:val="ArticleBody"/>
        <w:jc w:val="left"/>
      </w:pPr>
      <w:r>
        <w:rPr>
          <w:rFonts w:ascii="Times New Roman" w:hAnsi="Times New Roman" w:eastAsia="Times New Roman" w:cs="Times New Roman"/>
        </w:rPr>
        <w:t>Ronald Reagan dia nanatanteraka ny asa fandravana ilay manda ara-panoharana antsoina hoe “ny Ridao vy”, ary tamin’ny 11 Novambra 1989 dia nianjera ny Rindrin’i Berlin ho famantarana ara-bakiteny ny fandresena ara-panahy. Handrava ilay manda ara-panoharan’ny fisarahana eo amin’ny Fiangonana sy ny Fanjakana i Trump, ary ny Loza fahatelo no hanome famantarana ara-bakiteny momba izany tranga izany. Izany tranga izany no hamarana ny vanim-potoanan’ny fanisiana tombo-kase ny efatra arivo amby efatra alina sy iray hetsy, izay nanomboka tamin’ny fahatongavan’ny Islaman’ny Loza fahatelo, izay nanome famantarana ara-bakiteny hamantarana fa efa nanomboka ny asa ara-panahin’ny vanim-potoanan’ny fanisiana tombo-kase. Ny 7 Oktobra 2023 no nanome ny teboka afovoan’ireo famantarana ara-tantara ara-bakiteny telo amin’ny fotoanan’ny fanisiana tombo-kase ny efatra arivo amby efatra alina sy iray hetsy.</w:t>
      </w:r>
    </w:p>
    <w:p>
      <w:pPr>
        <w:pStyle w:val="ArticleBody"/>
        <w:jc w:val="left"/>
      </w:pPr>
      <w:r>
        <w:rPr>
          <w:rFonts w:ascii="Times New Roman" w:hAnsi="Times New Roman" w:eastAsia="Times New Roman" w:cs="Times New Roman"/>
        </w:rPr>
        <w:t>Teo afovoan’izany tantaran’ny fanisiana tombo-kase izany, ilay filoha fahenina hatramin’i Ronald Reagan dia novonoina ara-politika an’ohatra tamin’ilay bibidia niakatra avy tao amin’ny lavaka tsy hita noanoa. Ilay bibidia avy amin’ny lavaka tsy hita noanoa tamin’ny fiandohan’ny andron’ny fanisiana tombo-kase dia ny Silamo, misolo tena an’i Mohammed, famantarana ny mpaminany sandoka. Ilay bibidia avy amin’ny lavaka tsy hita noanoa amin’ny faran’ny andron’ny fanisiana tombo-kase dia ilay bibidia avy amin’ny ranomasina, dia ny Katolisisma, izay sitrana amin’izany ny feriny mahafaty. Ilay bibidia avy amin’ny lavaka tsy hita noanoa izay miakatra eo afovoan’ny andron’ny fanisiana tombo-kase dia ilay bibidian’ny tsy finoana an’Andriamanitra, dia ny dragona. Ilay bibidia dragona avy amin’ny lavaka tsy hita noanoa, eo afovoan’ny andron’ny fanisiana tombo-kase, no mamono ny vavolombelona roa ao amin’ny Apokalypsy toko fahiraika ambin’ny folo.</w:t>
      </w:r>
    </w:p>
    <w:p>
      <w:pPr>
        <w:pStyle w:val="ArticleBody"/>
        <w:jc w:val="left"/>
      </w:pPr>
      <w:r>
        <w:rPr>
          <w:rFonts w:ascii="Times New Roman" w:hAnsi="Times New Roman" w:eastAsia="Times New Roman" w:cs="Times New Roman"/>
        </w:rPr>
        <w:t>Ny ankolafin’ilay dragona demokraty mpomba ny fanandevozana tamin’ny Ady an-trano Amerikana dia namono ara-bakiteny ny filoha Repoblikana voalohany. Nifarana tamin’ny fomba ofisialy tamin’ny 9 Aprily 1865 ny Ady an-trano, ary nodimandry herinandro tatỳ aoriana, tamin’ny faha-15, i Lincoln, na dia voatifitra ny andro talohan’izay aza izy. Nifarana tamin’ny Sabata andro fahafito ny ady, ary nodimandry tamin’ny Sabata andro fahafito i Lincoln.</w:t>
      </w:r>
    </w:p>
    <w:p>
      <w:pPr>
        <w:pStyle w:val="ArticleBody"/>
        <w:jc w:val="left"/>
      </w:pPr>
      <w:r>
        <w:rPr>
          <w:rFonts w:ascii="Times New Roman" w:hAnsi="Times New Roman" w:eastAsia="Times New Roman" w:cs="Times New Roman"/>
        </w:rPr>
        <w:t>Ireo mpanantontolo iray izay nofohazina (nampihetsiketsika) hanohitra ilay filoha mpanankarena sy mahery dia nahavita famonoana ara-politika tamin’ny 3 Novambra 2020. Ilay bibidia avy amin’ny lavaka tsy hita noanoa dia naneho ny bibidian’ny dragona izay, ara-tandindona, namono ny filoha repoblikana farany, araka ny tandindon’ny fahafatesana ara-bakiteny an’ilay filoha repoblikana voalohany. Ny Tenin’Andriamanitra dia mampahafantatra fa rehefa nifaly noho ny fahafatesany izao tontolo izao, dia hijoro amin’ny tongony izy. Efa amin’ny taona 2024 isika izao, ary miharihary fa niverina ho velona i Trump, na dia eo aza ny ady atao aminy amin’ny alalan’ny lalàna, ny lainga, ny propagandy ary ny vola atsipy hanoherana azy.</w:t>
      </w:r>
    </w:p>
    <w:p>
      <w:pPr>
        <w:pStyle w:val="ArticleBody"/>
        <w:jc w:val="left"/>
      </w:pPr>
      <w:r>
        <w:rPr>
          <w:rFonts w:ascii="Times New Roman" w:hAnsi="Times New Roman" w:eastAsia="Times New Roman" w:cs="Times New Roman"/>
        </w:rPr>
        <w:t>Ao amin’ilay fifandirana izay miseho any Etazonia, ka amin’izany dia mialoha lalana ny fifandirana mitovy amin’izany eo amin’izao tontolo izao, dia hisy hery satana avy any ambany hiakatra mandritra ny fotoana izay ihoaran’ny herin’Andriamanitra avy any ambony, araka ny anehoan’ny ranonorana fara.</w:t>
      </w:r>
    </w:p>
    <w:p>
      <w:pPr>
        <w:pStyle w:val="ArticleBody"/>
        <w:jc w:val="left"/>
      </w:pPr>
      <w:r>
        <w:rPr>
          <w:rFonts w:ascii="Times New Roman" w:hAnsi="Times New Roman" w:eastAsia="Times New Roman" w:cs="Times New Roman"/>
        </w:rPr>
        <w:t>Ao anatin’ny tantaran’ny 11 Septambra 2001, mandra-pahatongan’ilay lalàna Alahady izay ho avy tsy ho ela any Etazonia, ny Islaman’ny Loza fahatelo dia niakatra avy tao amin’ny lavaka tsy hita noanoa tahaka ny setroka, ka maneho ny setroky ny trano nirehitra teo am-piandohan’izany tantara izany. Tamin’ny 2016, ny woke-isme kaoministan’ireo globalista dia niakatra hamono ireo vavolombelona roa. Avy eo, amin’ilay lalàna Alahady izay ho avy tsy ho ela, ny papasie, izay amin’izany dia ho tonga ilay bibidia fahavalo izay avy amin’ny fito, dia hiakatra eo amin’ny seza fiandrianan’ny tany raha sitrana ny feriny nahafaty azy.</w:t>
      </w:r>
    </w:p>
    <w:p>
      <w:pPr>
        <w:pStyle w:val="ArticleBody"/>
        <w:jc w:val="left"/>
      </w:pPr>
      <w:r>
        <w:rPr>
          <w:rFonts w:ascii="Times New Roman" w:hAnsi="Times New Roman" w:eastAsia="Times New Roman" w:cs="Times New Roman"/>
        </w:rPr>
        <w:t>Ny biby izay maneho ny fahefana avy any ambany, mandritra ny fotoana izay ilatsahan’ny ranonorana farany ho hery avy any ambony, dia maneho “Fahamarinana” ara-paminaniana. Ny voalohany izay hiakatra tahaka ny setroka dia ny Silamo amin’ny Loza fahatelo, amin’ny fotoana hanenoan’ny feo voalohany ao amin’ny Apokalypsy toko faha-valo ambin’ny folo, ary miakatra izy rehefa manomboka “refesina” ny ranonorana farany. Ny biby farany hiakatra dia ny papa, amin’ny fotoana hanenoan’ny feo faharoa ao amin’ny Apokalypsy toko faha-valo ambin’ny folo, ary miakatra izy rehefa arotsaka tsy misy fetra ny ranonorana farany.</w:t>
      </w:r>
    </w:p>
    <w:p>
      <w:pPr>
        <w:pStyle w:val="ArticleBody"/>
        <w:jc w:val="left"/>
      </w:pPr>
      <w:r>
        <w:rPr>
          <w:rFonts w:ascii="Times New Roman" w:hAnsi="Times New Roman" w:eastAsia="Times New Roman" w:cs="Times New Roman"/>
        </w:rPr>
        <w:t>Ny voalohany dia tandindon’ny farany, ary ilay bibidia miakatra eo afovoany dia ilay bibidian’ny fanatontoloana tsy mino an’Andriamanitra izay namono ny vavolombelona roa tamin’ny taona 2020. Ny vavolombelona iray dia ilay tandroka Protestanta, ary ny iray kosa dia ilay tandroka Repoblikana. Ny fikomiana sy ny fikorontanana mifandray amin’ilay bibidian’ny tsy finoana an’Andriamanitra dia asehon’ny litera fahatelo ambin’ny folo amin’ny abidy Hebreo, ary io bibidia avy amin’ny lavaka tsy hita noanoa io dia tonga teo anelanelan’ny bibidia voalohany sy farany avy amin’ny lavaka tsy hita noanoa, ka izany no mamorona ny hevitr’ilay teny Hebreo hoe “fahamarinana”, na dia fahamarinana manondro ny hery satanika izay miakatra avy any ambany aza izany, amin’ny andro izay ihoaran’ny hery any an-danitra avy any ambony.</w:t>
      </w:r>
    </w:p>
    <w:p>
      <w:pPr>
        <w:pStyle w:val="ArticleBody"/>
        <w:jc w:val="left"/>
      </w:pPr>
      <w:r>
        <w:rPr>
          <w:rFonts w:ascii="Times New Roman" w:hAnsi="Times New Roman" w:eastAsia="Times New Roman" w:cs="Times New Roman"/>
        </w:rPr>
        <w:t>Telo andro sy tapany taorian’ny namonoana ireo vavolombelona roa dia nisy “feo eo anelanelany” nanomboka nanako. Izany no “feon’ny miantso any an-efitra”. Io feo io no “fifaranan’ny” feon’ilay iraka manomana ny làlana ho an’ny Iraky ny Fanekena, ary fiandohan’ny feon’i Elia, miantso ny lehilahy sy ny vehivavy ho any an-Tendrombohitra Karmela.</w:t>
      </w:r>
    </w:p>
    <w:p>
      <w:pPr>
        <w:pStyle w:val="ArticleScripture"/>
        <w:jc w:val="left"/>
      </w:pPr>
      <w:r>
        <w:rPr>
          <w:rFonts w:ascii="Times New Roman" w:hAnsi="Times New Roman" w:eastAsia="Times New Roman" w:cs="Times New Roman"/>
        </w:rPr>
        <w:t>“Ry rahalahy sy anabavy, enga anie ka mba hahazo milaza zavatra aho hanaitra anareo ho amin’ny maha-zava-dehibe izao fotoana izao sy ny hevitry ny zava-mitranga izay tanterahina ankehitriny. Asongadiko aminareo ny hetsika masiaka atao izao mba hamerana ny fahafahana ara-pivavahana. Rava ny fahatsiarovana masina nohamasinin’Andriamanitra, ary eo amin’ny toerany no ijoroan’ny sabata sandoka iray, izay tsy mitondra fahamasinana, eo anatrehan’izao tontolo izao. Ary raha ny herin’ny maizina kosa no mampihetsi-po ireo singa avy any ambany, ny Tompo Andriamanitry ny lanitra dia mandefa hery avy any ambony hihaona amin’ny hamehana amin’ny fanaitairana ireo masoivohony velona mba hanandratra ny lalàn’ny lanitra. Ankehitriny, dieny izao indrindra, no fotoantsika hiasana any amin’ny tany hafa firenena. Rehefa i Amerika, ilay tanin’ny fahafahana ara-pivavahana, no hampiray tena amin’ny papa amin’ny fanerena ny feon’ny fieritreretana sy fanosehana ny olona hanome voninahitra ny sabata sandoka, dia hotarihina hanaraka ny ohatra asehony ny vahoaka amin’ny firenena rehetra ambonin’ny tany rehetra. Ny vahoakantsika dia mbola tsy mifoha na dia ny antsasany akory aza mba hanao izay rehetra azony atao, amin’ny alalan’ireo fitaovana eo am-pelatanany, mba hanitarana ny hafatra fampitandremana.”</w:t>
      </w:r>
    </w:p>
    <w:p>
      <w:pPr>
        <w:pStyle w:val="ArticleScripture"/>
        <w:jc w:val="left"/>
      </w:pPr>
      <w:r>
        <w:rPr>
          <w:rFonts w:ascii="Times New Roman" w:hAnsi="Times New Roman" w:eastAsia="Times New Roman" w:cs="Times New Roman"/>
        </w:rPr>
        <w:t>“Andriamanitra Tompo any an-danitra dia tsy handefa ny fitsarany amin’izao tontolo izao noho ny tsy fankatoavana sy ny fandikan-dalàna, mandra-panaony efa naniraka ny mpiambina Azy hanome ny fampitandremana. Tsy hamehy ny fotoam-pahasoavana Izy mandra-panambarana mazava kokoa ny hafatra. Ny lalàn’Andriamanitra dia tsy maintsy hasandratra; ny fitakiany dia tsy maintsy aseho amin’ny toetrany marina sy masina, mba hahatonga ny olona handray fanapahan-kevitra na ho an’ny fahamarinana na hanohitra azy. Kanefa ny asa dia hohafohezina amin’ny fahamarinana. Ny hafatry ny fahamarinan’i Kristy dia tsy maintsy haneno hatramin’ny faran’ny tany iray ka hatramin’ny farany, hanomana ny lalan’ny Tompo. Izany no voninahitr’Andriamanitra, izay mamarana ny asan’ny anjely fahatelo.” Testimonies, boky faha-6, 18, 19.</w:t>
      </w:r>
    </w:p>
    <w:p>
      <w:pPr>
        <w:pStyle w:val="ArticleBody"/>
        <w:jc w:val="left"/>
      </w:pPr>
      <w:r>
        <w:rPr>
          <w:rFonts w:ascii="Times New Roman" w:hAnsi="Times New Roman" w:eastAsia="Times New Roman" w:cs="Times New Roman"/>
        </w:rPr>
        <w:t>Ny hafatra izay nanomboka tamin’ny faran’ny Jolay 2023 dia izao no “manambara mazava tsara” ny “fampitandremana,” ka mampahafantatra “ny maha-zava-dehibe izao fotoana izao, sy ny hevitra lalina ananan’ireo fisehoan-javatra izay miseho ankehitriny.” Izy dia manondro mazava tsara “ireo herin’ny maizina” izay “mampihetsika ireo singa avy any ambany,” ary fa “ny Tompo Andriamanitry ny lanitra” no nanomboka “nandefa hery avy any ambony” tamin’ny 11 Septambra 2001. Izy dia “manako” ny “hafatry ny fahamarinan’i Kristy” “hatramin’ny faran’ny tany iray ka hatramin’ny ilany.” Fotoana ambony indrindra izao mba “hifoha” “amin’ny maha-zava-dehibe izao fotoana izao,” fa Andriamanitra dia handeha hanomboka “handefa amin’izao tontolo izao ny fitsarany noho ny tsy fankatoavana sy ny fandikan-dalàna.”</w:t>
      </w:r>
    </w:p>
    <w:p>
      <w:pPr>
        <w:pStyle w:val="ArticleBody"/>
        <w:jc w:val="left"/>
      </w:pPr>
      <w:r>
        <w:rPr>
          <w:rFonts w:ascii="Times New Roman" w:hAnsi="Times New Roman" w:eastAsia="Times New Roman" w:cs="Times New Roman"/>
        </w:rPr>
        <w:t>Ny andalan’ny faminaniana izay aseho amin’ny 1989 ho fotoanan’ny farany ao amin’ny andininy faha-efapolo, dia manasongadina ny tantara ivelany amin’ilay andalam-paminaniana anatiny izay aseho amin’ny 1798 ho fotoanan’ny farany ao amin’ny andininy faha-efapolo ao amin’ny Daniela toko faha-iraika ambin’ny folo. Ny tantara ara-paminaniana izay manomboka amin’ny 1989 ao amin’ilay andininy dia manondro ny dingana telo amin’ny fanasitranana ny ratra mahafatin’i Roma papaly. Hatramin’ny 1989 ka mandra-pahasitranan’izany ratra izany amin’ny lalàn’ny Alahady izay ho avy tsy ho ela dia maneho vanim-potoana ara-paminaniana voafaritra tsara. Ny andininy faha-roa ao amin’ny Daniela toko faha-iraika ambin’ny folo dia manampy andalana faharoa amin’ny fanondroana ny anjara asa ara-paminaniana ananan’ireo filohan’i Etazonia, manomboka amin’i Ronald Reagan tamin’ny 1989. Ilay vanim-potoana ara-paminaniana izay mitondra mankany amin’ny lalàn’ny Alahady dia manana vavolombelona faharoa ao amin’ireo telopolo taona fiomanana izay tontosa hatramin’ny 508 ka hatramin’ny 538, rehefa nandray ny seza fiandrianana ny fahefana papaly tamin’ny voalohany ary namoaka lalàn’ny Alahady tamin’io taona io ihany.</w:t>
      </w:r>
    </w:p>
    <w:p>
      <w:pPr>
        <w:pStyle w:val="ArticleBody"/>
        <w:jc w:val="left"/>
      </w:pPr>
      <w:r>
        <w:rPr>
          <w:rFonts w:ascii="Times New Roman" w:hAnsi="Times New Roman" w:eastAsia="Times New Roman" w:cs="Times New Roman"/>
        </w:rPr>
        <w:t>Kristy dia natao batisa ary nanomboka ny asa fanompoany naharitra telo taona sy tapany fony Izy telopolo taona. Ny fahefana maha-papa dia sandoka satanika an’i Kristy, ary ny telopolo taona hatramin’ny 508 ka hatramin’ny 538 dia maka tahaka amin’ny fomba sandoka ny telopolo taona voalohan’i Kristy izay nitarika ho amin’ny batisany. Ny asa fanompoany naharitra telo taona sy tapany dia nosandokaina tamin’ireo telo taona sy tapany ara-paminaniana izay nampisehoan’ny fahefana maha-papa tamin’izao tontolo izao ny asa fanompoany mitondra fahafatesana, ho sandoka maka tahaka ny asa fanompoan’i Kristy mitondra fiainana.</w:t>
      </w:r>
    </w:p>
    <w:p>
      <w:pPr>
        <w:pStyle w:val="ArticleBody"/>
        <w:jc w:val="left"/>
      </w:pPr>
      <w:r>
        <w:rPr>
          <w:rFonts w:ascii="Times New Roman" w:hAnsi="Times New Roman" w:eastAsia="Times New Roman" w:cs="Times New Roman"/>
        </w:rPr>
        <w:t>Tamin’ny faran’ny asany Izy dia maty, nitsahatra tao am-pasana tamin’ny andro fahafito, ary avy eo dia natsangana tamin’ny maty. Tamin’ny 1798, tamin’ny faran’ny asa fanompoana satanikan’ny papa nandritra ny telo taona sy tapany ara-paminaniana, dia nahazo ny ratra mahafaty ny papa, avy eo dia hadino nandritra ny fitopolo taona an’ohatra izy, mandra-pitsangany amin’ny maty ho ilay fahavalo izay avy amin’ny fito. Natsangana tamin’ny maty tamin’ny andro voalohany amin’ny herinandro Kristy, nefa araka ny filaharany dia ny andro voalohany no andro “fahavalo”, ary izy dia “avy amin’ny fito” andro izay noforonin’i Kristy. Ny valo amin’ny maha-isa azy dia maneho ny “fitsanganana amin’ny maty”, ary ny papa dia atsangana amin’ny maty, satria izy no fanjakana iray amin’ireo fanjakan’ny faminanian’ny Baiboly izay voamarika fa nahazo ratra mahafaty.</w:t>
      </w:r>
    </w:p>
    <w:p>
      <w:pPr>
        <w:pStyle w:val="ArticleBody"/>
        <w:jc w:val="left"/>
      </w:pPr>
      <w:r>
        <w:rPr>
          <w:rFonts w:ascii="Times New Roman" w:hAnsi="Times New Roman" w:eastAsia="Times New Roman" w:cs="Times New Roman"/>
        </w:rPr>
        <w:t>Nambaran’i Paoly fa, rehefa nampandalovin’Andriamanitra ny Isiraely fahiny namakivaky ny Ranomasina Mena, dia naseho ara-tandindona tamin’izany ny batisa.</w:t>
      </w:r>
    </w:p>
    <w:p>
      <w:pPr>
        <w:pStyle w:val="ArticleScripture"/>
        <w:jc w:val="left"/>
      </w:pPr>
      <w:r>
        <w:rPr>
          <w:rFonts w:ascii="Times New Roman" w:hAnsi="Times New Roman" w:eastAsia="Times New Roman" w:cs="Times New Roman"/>
        </w:rPr>
        <w:t>Ary koa, ry rahalahy, tsy tiako ny tsy hahalalanareo fa ny razantsika rehetra dia teo ambanin’ny rahona, ary samy namaky ny ranomasina avokoa; ary izy rehetra dia natao batisa ho amin’i Mosesy tao amin’ny rahona sy tao amin’ny ranomasina. 1 Korintiana 10:1, 2</w:t>
      </w:r>
    </w:p>
    <w:p>
      <w:pPr>
        <w:pStyle w:val="ArticleBody"/>
        <w:jc w:val="left"/>
      </w:pPr>
      <w:r>
        <w:rPr>
          <w:rFonts w:ascii="Times New Roman" w:hAnsi="Times New Roman" w:eastAsia="Times New Roman" w:cs="Times New Roman"/>
        </w:rPr>
        <w:t>Ny fomba fanompoam-pivavahana amin’ny batisa ho an’ny Isiraely ara-panahy no nisolo ny fomba fanompoam-pivavahana amin’ny famorana ho an’ny Isiraely ara-bakiteny, ary ny famorana dia tsy maintsy natao tamin’ny andro fahavalo. Noho izany, Kristy dia natsangana tamin’ny andro fahavalo, izay avy amin’ny fito; ary rehefa atsangana ho velona indray amin’ny maha-fahavalo izay avy amin’ny fito ny fahefana papaly, dia io no fifanandrifian-javatra satanika amin’ny tsipik’i Kristy. Ny telopolo taona niomanana mba hampiakarana ny fahefana papaly eo amin’ny seza fiandrianana dia nohaingoina mialoha tamin’ny alalan’ny telopolo taona teo amin’ny fiainan’i Kristy ho fiomanana amin’ny batisany, ny asany fanompoana, ary ny fahafatesany. Samy mampahafantatra fe-potoana iray mitondra mankany amin’ny fahafatesan’ny fanjakana fahenina ao amin’ny faminanian’ny Baiboly ireo tsipika roa ireo. Samy maneho ny vanim-potoana farany an’ilay bibidia avy amin’ny tany ireo tsipika roa ireo. Ao amin’ny tsipik’i Kristy, ny fahaterahany no nanamarika ny “fotoan’ny farany” ho an’izany tantara izany.</w:t>
      </w:r>
    </w:p>
    <w:p>
      <w:pPr>
        <w:pStyle w:val="ArticleBody"/>
        <w:jc w:val="left"/>
      </w:pPr>
      <w:r>
        <w:rPr>
          <w:rFonts w:ascii="Times New Roman" w:hAnsi="Times New Roman" w:eastAsia="Times New Roman" w:cs="Times New Roman"/>
        </w:rPr>
        <w:t>Noho izany, manana tsipika efatra isika. Ny fotoanan’ny farany ao amin’ny andininy faha-efapolo tamin’ny 1989 ka hatramin’ny lalàna alahady ao amin’ny andininy faha-iraika amby efapolo. Ny fanolorana ny filoham-pirenena ao amin’ny andininy faharoa, ary ny telopolo taona fiomanana ho an’i Kristy sy ny antikristy. Ny telopolo taona an’i Kristy dia nanomboka tamin’ny “fotoanan’ny farany” teo amin’ny tsipiny, izay voamariky ny nahaterahany. Ny fotoanan’ny farany tamin’ny 1798 dia tandindon’ny fiafaran’ny fahababoana fitopolo taona nahazo an’i Isiraely ara-bakiteny tao Babylona ara-bakiteny. Koa izany no anombohan’ny Daniela iraika ambin’ny folo andininy faharoa amin’i Dariosa, satria Dariosa no nanomboka nanjaka tamin’ny fahalavoan’i Babylona. Ny 1989 no fotoanan’ny farany ao amin’ny andininy faha-efapolo, ary ny Daniela iraika ambin’ny folo andininy faharoa koa dia fotoanan’ny farany, ary ny telopolo taona fiomanan’i Kristy dia nanomboka teo amin’ny “fotoanan’ny farany”. Ny telo amin’ireo tsipika efatra ireo dia manana ny “fotoanan’ny farany” voamarika mazava ho mari-dalana fanombohana.</w:t>
      </w:r>
    </w:p>
    <w:p>
      <w:pPr>
        <w:pStyle w:val="ArticleBody"/>
        <w:jc w:val="left"/>
      </w:pPr>
      <w:r>
        <w:rPr>
          <w:rFonts w:ascii="Times New Roman" w:hAnsi="Times New Roman" w:eastAsia="Times New Roman" w:cs="Times New Roman"/>
        </w:rPr>
        <w:t>Ny tsipika roa misy roanjato sy roapolo taona ao amin’ny fihetsiky ny anjely voalohany sy ny fihetsiky ny anjely fahatelo dia manondro ny roanjato sy roapolo ho tandindon’ny rohy mampifandray ny maha-olombelona sy ny maha-Andriamanitra. Ny fiandohan’ilay rohy an’ohatra misy roanjato sy roapolo taona, izay nanomboka tamin’ny 1776, dia nitarika ho amin’ny 1996.</w:t>
      </w:r>
    </w:p>
    <w:p>
      <w:pPr>
        <w:pStyle w:val="ArticleBody"/>
        <w:jc w:val="left"/>
      </w:pPr>
      <w:r>
        <w:rPr>
          <w:rFonts w:ascii="Times New Roman" w:hAnsi="Times New Roman" w:eastAsia="Times New Roman" w:cs="Times New Roman"/>
        </w:rPr>
        <w:t>Io vanim-potoana io dia naseho mialoha tamin’ny alalan’ny roa amby roapolo amby roanjato taona, nanomboka tamin’ny 1611 ka hatramin’ny 1831, tao amin’ny tantara Millerita. Ny vanim-potoana manomboka amin’ny Fanambaràna ny Fahaleovantena tamin’ny 1776 ka hatramin’ny 1798, rehefa nandray ny seza fiandrianana ilay bibidia avy amin’ny tany ho fanjakana fahenina ao amin’ny faminanian’ny Baiboly, dia maneho ireo roa voalohany amin’ireo mari-pamantarana telo ao anatin’ilay roa amby roapolo amby roanjato taona izay nifarana tamin’ny 1996.</w:t>
      </w:r>
    </w:p>
    <w:p>
      <w:pPr>
        <w:pStyle w:val="ArticleBody"/>
        <w:jc w:val="left"/>
      </w:pPr>
      <w:r>
        <w:rPr>
          <w:rFonts w:ascii="Times New Roman" w:hAnsi="Times New Roman" w:eastAsia="Times New Roman" w:cs="Times New Roman"/>
        </w:rPr>
        <w:t>Ny taona 1776 hatramin’ny 1798 dia maneho vanim-potoana iray izay mitarika ho amin’ny fanomezam-pahefana ny fanjakana fahenina ao amin’ny faminanian’ny Baiboly, ka noho izany dia mifanaraka amin’ny telo-polo taona fiomanan’i Kristy sy ny antikristy. Ny vanim-potoana mialoha ny fanomezam-pahefana ilay bibidia avy amin’ny tany dia maneho ny vanim-potoana mialoha ny fanomezam-pahefana ilay firaisana telo sosona, izay ilay bibidia fahavalo, nefa avy amin’ny fito. Ilay bibidia fahavalo, izay avy amin’ny fito, dia ny fisehoana faharoa sady farany amin’ny fahefan’ny papa mitondra izao tontolo izao. Tamin’ny fisehoana voalohan’ny fahefan’ny papa nitondra izao tontolo izao dia nisy vanim-potoana telo-polo taona fiomanana.</w:t>
      </w:r>
    </w:p>
    <w:p>
      <w:pPr>
        <w:pStyle w:val="ArticleBody"/>
        <w:jc w:val="left"/>
      </w:pPr>
      <w:r>
        <w:rPr>
          <w:rFonts w:ascii="Times New Roman" w:hAnsi="Times New Roman" w:eastAsia="Times New Roman" w:cs="Times New Roman"/>
        </w:rPr>
        <w:t>Andalana misesy andalana, ny tantaran’ny taona 1989 hatramin’ny lalàn’ny Alahady; ny tantaran’ny telopolo taona izay nitarika ho amin’ny 538; ny tantaran’ny telopolo taona izay nitarika ho amin’ny batisan’i Kristy; ny tantaran’ny andininy faharoa ao amin’ny Daniela toko faha-iraika ambin’ny folo, manomboka amin’i Ronald Reagan ka hatramin’ny lalàn’ny Alahady; ary ny tantara hatramin’ny 1776 ka hatramin’ny 1798, dia samy maneho tantara iray ihany amin’ny andro farany. Tena ilaina ny mazava tsara momba izany zava-misy izany, satria ny tantara manomboka amin’ny 1776 ka hatramin’ny 1798 no tsipika mampiray ny tsipika rehetra ho tonga amin’ny fahazavana mazava.</w:t>
      </w:r>
    </w:p>
    <w:p>
      <w:pPr>
        <w:pStyle w:val="ArticleBody"/>
        <w:jc w:val="left"/>
      </w:pPr>
      <w:r>
        <w:rPr>
          <w:rFonts w:ascii="Times New Roman" w:hAnsi="Times New Roman" w:eastAsia="Times New Roman" w:cs="Times New Roman"/>
        </w:rPr>
        <w:t>Ao anatin’izany tsipika ara-paminaniana eo amin’ny tantara izany, izay tantara famaranan’ilay biby avy amin’ny tany ao amin’ny Apokalypsy toko fahatelo ambin’ny folo, dia misy tsipika anatiny iray izay miresaka amin’ny vahoakan’Andriamanitra, araka ny asehon’ny tandrok’i Protestantisma marina, ary misy tsipika ivelany iray araka ny asehon’ny tandrok’i Repoblikanisma. Ao amin’ireo tandroka roa ireo dia misy ady sy fifanolanana roa sosona izay resahin’ny faminaniana. Efa namantatra ireo singa ara-paminanian’ny dragona sy ny biby ary ny mpaminany sandoka ary ny Silamo isika, izay miseho eo amin’ny tantara manomboka amin’ny 1989 ka hatramin’ny lalàna Alahady.</w:t>
      </w:r>
    </w:p>
    <w:p>
      <w:pPr>
        <w:pStyle w:val="ArticleBody"/>
        <w:jc w:val="left"/>
      </w:pPr>
      <w:r>
        <w:rPr>
          <w:rFonts w:ascii="Times New Roman" w:hAnsi="Times New Roman" w:eastAsia="Times New Roman" w:cs="Times New Roman"/>
        </w:rPr>
        <w:t>Ny toetra ara-paminaniana ananan’ilay dragona dia izy no rain’ny lainga, izy no mpamono olona, ary izy no mpitarika ireo firaisana miafina eto an-tany, tahaka ny naha-izy azy tany an-danitra. Ny fivavahany dia ny spiritisma. Izy no tompon-daka amin’izay antsoina ankehitriny hoe “lawfare”, izy no mpisolovava tsy masina, ilay mpiampanga ny rahalahintsika, tahaka ny naha-izy azy teo amin’ny fitsaran’ny lanitra raha nifanditra ny amin’ny fankatoavana sy ny finoan’i Joba izy, ary raha nifanditra ny amin’ny fatin’i Mosesy izy, ary koa tahaka ny nifanditra ny amin’ny asan’i Kristy tamin’ny fanesorana ny fitafiana maloto tsy ho amin’i Josoa ao amin’ny Zakaria toko fahatelo. Izy no ilay manapaka ny fanjakana, ary ilay manandra-tena ho Andriamanitra.</w:t>
      </w:r>
    </w:p>
    <w:p>
      <w:pPr>
        <w:pStyle w:val="ArticleBody"/>
        <w:jc w:val="left"/>
      </w:pPr>
      <w:r>
        <w:rPr>
          <w:rFonts w:ascii="Times New Roman" w:hAnsi="Times New Roman" w:eastAsia="Times New Roman" w:cs="Times New Roman"/>
        </w:rPr>
        <w:t>Ny fivavahan’ilay bibidia dia ny Katolisisma, ary izy no ilay vehivavy mamitaka izao tontolo izao amin’ny alalan’ny lovantsofina sy ny fomba amam-panao, izay ampinoany ny mpanaraka azy fa tsy maintsy ankatoavina mihoatra noho ny Tenin’Andriamanitra. Mamitaka izao tontolo izao amin’ny alalan’ny odiny izy, izay ao amin’ny Apokalypsy toko fahavalo ambin’ny folo andininy faha-roa amby roapolo, dia ny teny grika hoe pharmakeia, izay midika hoe “fanafody”. Izy no ilay manao fijangajangana amin’ny mpanjakan’ny tany. Izy no sandoka mifanandrify amin’Ilay izay efa maty, nefa velona indray. Izy no ilay adino, ary avy eo tsaroana indray, ary izy no fahavalo izay avy amin’ny fito. Izy no ilay bibidia izay anaovan’i Etazonia sary, sady anaovany sary ho azy.</w:t>
      </w:r>
    </w:p>
    <w:p>
      <w:pPr>
        <w:pStyle w:val="ArticleBody"/>
        <w:jc w:val="left"/>
      </w:pPr>
      <w:r>
        <w:rPr>
          <w:rFonts w:ascii="Times New Roman" w:hAnsi="Times New Roman" w:eastAsia="Times New Roman" w:cs="Times New Roman"/>
        </w:rPr>
        <w:t>Ny mpaminany sandoka dia ny Protestantisma nihemotra tamin’ny finoana, izay milaza amim-pireharehana fa zavatra iray izy, nefa lavin’ny Tenin’Andriamanitra izany; ary noho ny fandavany ny Tenin’Andriamanitra dia tsy manana ny hery omen’ny Tenin’Andriamanitra izy. Raha tsy eo ny herin’ny Tenin’Andriamanitra, ny fiangonana na ny vahoaka iray izay mbola milaza amim-pireharehana ihany ho vahoakan’Andriamanitra, dia voatery ara-lojika hiantehitra amin’ny fahefana sivily mba hisehoana ho toy ny manao ny asan’Andriamanitra izy. Ny Protestantisma nihemotra tamin’ny finoana no mpaminanin’i Bala sy i Astarta, izay manolotra ny dihy famitahana ho an’i Jezebela sy i Herodiasa, ary izy koa no Salome, zanakavavin’i Herodiasa.</w:t>
      </w:r>
    </w:p>
    <w:p>
      <w:pPr>
        <w:pStyle w:val="ArticleBody"/>
        <w:jc w:val="left"/>
      </w:pPr>
      <w:r>
        <w:rPr>
          <w:rFonts w:ascii="Times New Roman" w:hAnsi="Times New Roman" w:eastAsia="Times New Roman" w:cs="Times New Roman"/>
        </w:rPr>
        <w:t>Ireo hery telo ireo dia miray ho firaisana avo telo heny, nefa raha ny marina dia mifankahala izy ireo. Raha tsy takatra ny zava-misy fa ao anatin’ny fifanandrinana izy samy izy, dia tsy ho azo atao ny hahatakatra ny fomba haneken’ireo mpanjaka folo (ny Firenena Mikambana) hanome ny fanjakany ho an’ny fahefana papaly, ary ao amin’io toko io ihany koa hihinana ny nofony sy handoro azy amin’ny afo. Ny fifanandrinana eo amin’ireo hery ireo dia tokony hampianarina ireo mpianatr’Andriamanitra momba ny faminaniana.</w:t>
      </w:r>
    </w:p>
    <w:p>
      <w:pPr>
        <w:pStyle w:val="ArticleBody"/>
        <w:jc w:val="left"/>
      </w:pPr>
      <w:r>
        <w:rPr>
          <w:rFonts w:ascii="Times New Roman" w:hAnsi="Times New Roman" w:eastAsia="Times New Roman" w:cs="Times New Roman"/>
        </w:rPr>
        <w:t>Ang Islam no ikapitong trompeta, ary amin’ny maha-fahoriana fahatelo azy dia izy no fitaovam-pitsarana ampiasain’Andriamanitra hitondrana fitsarana amin’i Babylona maoderina, tahaka ny nitondran’ireo trompeta efatra voalohany fitsarana tamin’i Roma mpanompo sampy tandrefana ary tahaka ny nitondran’ny trompeta fahadimy sy fahenina fitsarana tamin’i Roma papaly sy i Roma mpanompo sampy tatsinanana.</w:t>
      </w:r>
    </w:p>
    <w:p>
      <w:pPr>
        <w:pStyle w:val="ArticleBody"/>
        <w:jc w:val="left"/>
      </w:pPr>
      <w:r>
        <w:rPr>
          <w:rFonts w:ascii="Times New Roman" w:hAnsi="Times New Roman" w:eastAsia="Times New Roman" w:cs="Times New Roman"/>
        </w:rPr>
        <w:t>Hanohy ity fianarana ity isika ao amin’ny lahatsoratra manaraka.</w:t>
      </w:r>
    </w:p>
    <w:p>
      <w:pPr>
        <w:pStyle w:val="ArticleScripture"/>
        <w:jc w:val="left"/>
      </w:pPr>
      <w:r>
        <w:rPr>
          <w:rFonts w:ascii="Times New Roman" w:hAnsi="Times New Roman" w:eastAsia="Times New Roman" w:cs="Times New Roman"/>
        </w:rPr>
        <w:t>“Amin’izao fotoana manan-danja manokana izao, ireo mpiandry ny andian’ondrin’Andriamanitra dia tokony hampianatra ny vahoaka fa misy fifanandrinana eo amin’ireo hery ara-panahy. Tsy olombelona no mamorona izao hamafin’ny fihetseham-po misy ankehitriny eo amin’ny tontolo ara-pivavahana izao. Hery iray avy amin’ny synagoga ara-panahin’i Satana no mamelona sy mampiditra ao amin’ireo singa ara-pivavahan’izao tontolo izao, ka manetsika ny olona hanao asa hentitra mba hanosehana ny tombony efa azon’i Satana, amin’ny fitarihana ny tontolo ara-pivavahana ho amin’ny ady mafy sy voafaritra tsara hanohitra ireo izay manao ny tenin’Andriamanitra ho mpitari-dalana azy sy ho hany fototry ny fampianarana. Ny ezaka mahatalanjona ataon’i Satana dia aseho ankehitriny mba hanangonana ny foto-kevitra rehetra sy ny hery rehetra izay azony ampiasaina hanoherana ny fitakiana mamatotra ataon’ny lalàn’i Jehovah, indrindra fa ny didy fahefatra, izay mamaritra hoe iza no Mpahary ny lanitra sy ny tany.”</w:t>
      </w:r>
    </w:p>
    <w:p>
      <w:pPr>
        <w:pStyle w:val="ArticleScripture"/>
        <w:jc w:val="left"/>
      </w:pPr>
      <w:r>
        <w:rPr>
          <w:rFonts w:ascii="Times New Roman" w:hAnsi="Times New Roman" w:eastAsia="Times New Roman" w:cs="Times New Roman"/>
        </w:rPr>
        <w:t>“Ilay lehilahin’ny ota dia nihevitra hanova andro sy lalàna; nefa efa vitany va izany? Izany no raharaha lehibe. Roma sy ny fiangonana rehetra izay nisotro tamin’ny kapoakany feno heloka, tamin’ny nieritreretany hanova andro sy lalàna, dia nanandratra ny tenany ho ambonin’Andriamanitra, ka nandrava ilay fahatsiarovana lehibe natsangan’Andriamanitra, dia ny Sabata andro fahafito. Ny Sabata dia natao hijoro ho fanehoana ny herin’Andriamanitra tamin’ny namoronany izao tontolo izao tao anatin’ny enina andro sy ny nitsaharany tamin’ny andro fahafito. ‘Koa izany no nitahiany ny andro Sabata sy nanamasinany azy,’ satria tamin’izany no nitsaharany tamin’ny asany rehetra izay noforonin’Andriamanitra sy nataony. Ny tanjon’ny fiasana amim-pahakingana ataon’ilay mpamitaka lehibe dia ny hanolo an’Andriamanitra. Tamin’ny ezaka nataony hanova andro sy lalàna dia niasa izy mba hitazonana fahefana iray manohitra an’Andriamanitra sy amboniny.”</w:t>
      </w:r>
    </w:p>
    <w:p>
      <w:pPr>
        <w:pStyle w:val="ArticleScripture"/>
        <w:jc w:val="left"/>
      </w:pPr>
      <w:r>
        <w:rPr>
          <w:rFonts w:ascii="Times New Roman" w:hAnsi="Times New Roman" w:eastAsia="Times New Roman" w:cs="Times New Roman"/>
        </w:rPr>
        <w:t>“Ity no raharaha lehibe. Ireto no hery lehibe roa mifanandrina,—ny Andrianan’Andriamanitra, Jesosy Kristy; ary ny andrianan’ny haizina, Satana. Inty tonga ny fifanandrinana miharihary. Tsy misy afa-tsy antoko roa eto amin’izao tontolo izao, ary ny olombelona rehetra dia hilahatra eo ambanin’ny iray amin’ireo faneva roa ireo,—na eo ambanin’ny fanevan’ny andrianan’ny haizina, na eo ambanin’ny fanevan’i Jesosy Kristy.”</w:t>
      </w:r>
    </w:p>
    <w:p>
      <w:pPr>
        <w:pStyle w:val="ArticleScripture"/>
        <w:jc w:val="left"/>
      </w:pPr>
      <w:r>
        <w:rPr>
          <w:rFonts w:ascii="Times New Roman" w:hAnsi="Times New Roman" w:eastAsia="Times New Roman" w:cs="Times New Roman"/>
        </w:rPr>
        <w:t>“Andriamanitra dia hanentana ny zanany mahatoky sy marina amin’ny Fanahiny. Ny Fanahy Masina no Solontenan’Andriamanitra, ary ho Izy no hery miasa mahery vaika eto amin’izao tontolontsika izao, hamatotra ireo mahatoky sy marina ho amboara ho an’ny trano fitahirizan’ny Tompo. Satana kosa dia miasa mafy ihany koa manangona ny tsimparifaryny ho amboara hiala eo afovoan’ny vary.</w:t>
      </w:r>
    </w:p>
    <w:p>
      <w:pPr>
        <w:pStyle w:val="ArticleScripture"/>
        <w:jc w:val="left"/>
      </w:pPr>
      <w:r>
        <w:rPr>
          <w:rFonts w:ascii="Times New Roman" w:hAnsi="Times New Roman" w:eastAsia="Times New Roman" w:cs="Times New Roman"/>
        </w:rPr>
        <w:t>“Ny fampianaran’ny ambasadaoro marina rehetra ho an’i Kristy dia raharaha tena manetriketrika sy lehibe indrindra ankehitriny. Miditra amin’ny ady isika, ary tsy hifarana mihitsy izany mandra-panaovana ny fanapahan-kevitra farany ho an’ny mandrakizay manontolo. Aoka hampahatsiahivina ny mpianatr’i Jesosy rehetra fa isika dia ‘tsy miady amin’ny nofo aman-drà, fa amin’ny fanapahana, amin’ny fahefana, amin’ireo mpanapaka ny fahamaizinan’izao tontolo izao, amin’ny faharatsiana ara-panahy any amin’ny fitoerana avo.’ Endrey, misy tombontsoa mandrakizay tafiditra ao anatin’izao fifandirana izao, ka tsy tokony hisy asa ivelany fotsiny, na fanandramana mora vidy, hiatrehana izany. ‘Fantatry ny Tompo ny hamonjena ny mpivavaka amin’Andriamanitra amin’ny fakam-panahy, ary ny hitahiry ny tsy marina ho amin’ny andro fitsarana mba hosazina…. Fa ny anjely, na dia lehibe noho ireny amin-kery sy hery aza, dia tsy mitondra fiampangana fanaratsiana azy eo anatrehan’ny Tompo.’” General Conference Daily Bulletin, 4 Martsa 1895.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 Bokin’i Daniela - Faha-enina amby telopolo sy zato</dc:title>
  <dc:subject>Ny Tetezamita Ara-paminaniana an’i Etazonia: Avy amin’ny Fanjakana Fahenina ho amin’ny Firaisana Telo Sosona</dc:subject>
  <dc:creator>Jeff Pippenger</dc:creator>
  <cp:keywords/>
  <dc:description>Generated by ArticleDigger from daniel\130_daniel.json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