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Iraika amby Efatra amby Telopolo sy Zato</w:t>
      </w:r>
    </w:p>
    <w:p>
      <w:pPr>
        <w:pStyle w:val="ArticleSubtitle"/>
        <w:jc w:val="left"/>
      </w:pPr>
      <w:r>
        <w:rPr>
          <w:rFonts w:ascii="Arial" w:hAnsi="Arial" w:eastAsia="Arial" w:cs="Arial"/>
        </w:rPr>
        <w:t>Ny Fisokafan’ny Faminaniana: Manomboka amin’ny 11 Septambra 2001 ka hatramin’ny Lalàna Alahady mananontanona any Etazonia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Ny fotoanan’ny fanisiana tombo-kase ny iray hetsy sy efatra arivo amby efatra alina, manomboka amin’ny 11 Septambra 2001 ka hatramin’ny lalàna alahady izay ho avy tsy ho ela any Etazonia, no vanim-potoana ara-paminaniana izay anatanterahana ny fahitana rehetra ao amin’ny Tenin’Andriamanitra amin’ny andro farany.</w:t>
      </w:r>
    </w:p>
    <w:p>
      <w:pPr>
        <w:pStyle w:val="ArticleScripture"/>
        <w:jc w:val="left"/>
      </w:pPr>
      <w:r>
        <w:rPr>
          <w:rFonts w:ascii="Times New Roman" w:hAnsi="Times New Roman" w:eastAsia="Times New Roman" w:cs="Times New Roman"/>
        </w:rPr>
        <w:t>Koa ilazao aminy hoe: Izao no lazain’i Jehovah Tompo: Hatsahatro tsy hisy intsony ity ohabolana ity, ka tsy hampiasainy ho ohabolana intsony ao amin’ny Isiraely izany; fa lazao aminy hoe: Efa akaiky ny andro sy ny fahatanterahan’ny fahitana rehetra. Ezekiela 12:23.</w:t>
      </w:r>
    </w:p>
    <w:p>
      <w:pPr>
        <w:pStyle w:val="ArticleBody"/>
        <w:jc w:val="left"/>
      </w:pPr>
      <w:r>
        <w:rPr>
          <w:rFonts w:ascii="Times New Roman" w:hAnsi="Times New Roman" w:eastAsia="Times New Roman" w:cs="Times New Roman"/>
        </w:rPr>
        <w:t>Amin’izany tsipika izany dia tonga indray ny anjely fahatelo, ary amin’ny fanaovana izany dia asehon’ny fahatongavan’ny anjely fahatelo tamin’ny 22 Oktobra 1844, hatramin’ny fikomiana tamin’ny 1863, izany. Ny fikomiana tamin’ny 1863 dia nasehon’ny fikomiana voalohan’ny Isiraely fahiny tao Kadesy, ka noho izany dia asehon’ny tantara manontolo hatramin’ny fiampitana ny Ranomasina Mena ka hatramin’ny fikomiana voalohany tao Kadesy izany. Ny fikomiana voalohany tao Kadesy dia tandindon’ny fikomiana faharoa tao Kadesy, ary noho izany dia averina ao amin’ny tsipiky ny fanisiana tombo-kase ny tsipika manomboka amin’ny fahafatesan’i Arona ka hatramin’ny fikomiana faharoa tao Kadesy.</w:t>
      </w:r>
    </w:p>
    <w:p>
      <w:pPr>
        <w:pStyle w:val="ArticleBody"/>
        <w:jc w:val="left"/>
      </w:pPr>
      <w:r>
        <w:rPr>
          <w:rFonts w:ascii="Times New Roman" w:hAnsi="Times New Roman" w:eastAsia="Times New Roman" w:cs="Times New Roman"/>
        </w:rPr>
        <w:t>Averina indray izany eo amin’ny tantaran’ny Millerita, nanomboka tamin’ny 1840 ka hatramin’ny 1844, izay nasehon’ny batisan’i Kristy ka hatramin’ny hazo fijaliana ho tandindona, ary izay naneho koa ny tantara nanomboka tamin’ny hazo fijaliana ka hatramin’ny nitora-bato an’i Stefana. Didy anampy didy, andalana anampy andalana, ny mpaminany fahiny tsirairay avy dia niteny momba io vanim-potoana io mihoatra noho ny andro niainan’izy ireo.</w:t>
      </w:r>
    </w:p>
    <w:p>
      <w:pPr>
        <w:pStyle w:val="ArticleScripture"/>
        <w:jc w:val="left"/>
      </w:pPr>
      <w:r>
        <w:rPr>
          <w:rFonts w:ascii="Times New Roman" w:hAnsi="Times New Roman" w:eastAsia="Times New Roman" w:cs="Times New Roman"/>
        </w:rPr>
        <w:t>“Ny tsirairay tamin’ireo mpaminany fahiny dia tsy niresaka loatra ho an’ny androny, fa ho an’ny androntsika kokoa, ka ny faminaniany dia manan-kery ho antsika. ‘Ary izany rehetra izany dia nanjo azy ireo ho fanoharana; ary voasoratra ho fampitandremana antsika izany, dia isika izay tratran’ny faran’izao tontolo izao.’ 1 Korintiana 10:11. ‘Tsy ho an’ny tenany, fa ho antsika no nanompoany izany zavatra izany, izay voalaza aminareo ankehitriny amin’ny alalan’ireo izay nitory ny filazantsara taminareo tamin’ny Fanahy Masina nirahina avy any an-danitra; zavatra izay irin’ny anjely hotodihina.’ 1 Petera 1:12....”</w:t>
      </w:r>
    </w:p>
    <w:p>
      <w:pPr>
        <w:pStyle w:val="ArticleScripture"/>
        <w:jc w:val="left"/>
      </w:pPr>
      <w:r>
        <w:rPr>
          <w:rFonts w:ascii="Times New Roman" w:hAnsi="Times New Roman" w:eastAsia="Times New Roman" w:cs="Times New Roman"/>
        </w:rPr>
        <w:t>“Ang Biblia ay nagtipon at nagbigkis na magkakasama ng mga kayamanan nito para sa huling salinlahing ito. Ang lahat ng dakilang pangyayari at mga banal na pakikitungo ng kasaysayan ng Matandang Tipan ay nauulit na noon pa man at patuloy na nauulit sa iglesia sa mga huling araw na ito.” Selected Messages, aklat 3, 338, 339.</w:t>
      </w:r>
    </w:p>
    <w:p>
      <w:pPr>
        <w:pStyle w:val="ArticleBody"/>
        <w:jc w:val="left"/>
      </w:pPr>
      <w:r>
        <w:rPr>
          <w:rFonts w:ascii="Times New Roman" w:hAnsi="Times New Roman" w:eastAsia="Times New Roman" w:cs="Times New Roman"/>
        </w:rPr>
        <w:t>Ny “taranaka farany” dia ilay taranaka voafidin’i Petera, dia ny efatra arivo amby efatra alina sy iray hetsy, ary voafidy izy ireo hatramin’ny 11 Septambra 2001 ka hatramin’ny lalàna Alahady izay ho avy tsy ho ela, izay hanandratana azy ireo avy eo ho faneva. “Ny zava-drehetra,” fa tsy ny sasany, fa “ny zava-mitranga lehibe rehetra sy ny raharaha manetriketrika” ao amin’ny Tenin’Andriamanitra, dia “miverimberina” ao amin’ny “taranaka farany” an’ny “fiangonana” amin’ny “andro farany.” Ao amin’ny tsipiky ny fanisiana tombo-kase no ihaonan’ny boky rehetra ao amin’ny Baiboly sy iafarany.</w:t>
      </w:r>
    </w:p>
    <w:p>
      <w:pPr>
        <w:pStyle w:val="ArticleScripture"/>
        <w:jc w:val="left"/>
      </w:pPr>
      <w:r>
        <w:rPr>
          <w:rFonts w:ascii="Times New Roman" w:hAnsi="Times New Roman" w:eastAsia="Times New Roman" w:cs="Times New Roman"/>
        </w:rPr>
        <w:t>“Ao amin’ny Apokalypsy no ihaonan’ny boky rehetra ao amin’ny Baiboly sy iafarany. Eto no famenoana ny bokin’i Daniela. Ny iray dia faminaniana; ny iray kosa dia fanambarana. Ny boky izay voaisy tombo-kase dia tsy ny Apokalypsy, fa ilay ampahany amin’ny faminanian’i Daniela izay mifandray amin’ny andro farany. Nandidy ilay anjely hoe: ‘Fa ianao kosa, ry Daniela, afeno ny teny, ary asio tombo-kase ny boky, mandra-pahatongan’ny andro farany.’ Daniela 12:4.” Asan’ny Apostoly, 585.</w:t>
      </w:r>
    </w:p>
    <w:p>
      <w:pPr>
        <w:pStyle w:val="ArticleBody"/>
        <w:jc w:val="left"/>
      </w:pPr>
      <w:r>
        <w:rPr>
          <w:rFonts w:ascii="Times New Roman" w:hAnsi="Times New Roman" w:eastAsia="Times New Roman" w:cs="Times New Roman"/>
        </w:rPr>
        <w:t>Ny “ampahan’ny faminanian’i Daniela momba ny andro farany,” izay novahana ny tombo-kaseny, dia ireo fahitana nomena an’i Daniela teo amoron’ireo renirano roa lehibe tao Sinara, dia ny Ulai sy ny Hiddekel. Ireo fahitana ireo dia maneho ny Daniela toko faha-valo, andininy faha-telo ambin’ny folo sy faha-efatra ambin’ny folo, ary ny toko faha-iraika ambin’ny folo andininy faha-efapolo ka hatramin’ny faha-dimy amby efapolo. Ny fotoan’ny fanisiana tombo-kase ny iray hetsy sy efatra alina sy efatra arivo dia ilay tantara izay i Kristy, amin’ny maha-Mpisoronabe any an-danitra Azy, no manisy tombo-kase mandrakizay ireo voafidy amin’ny taranaka farany ao anatin’ny fifandraisana iray ahitana ny maha-Andriamanitra sy ny maha-olombelona. Ny andininy faha-efapolon’ny Daniela iraika ambin’ny folo dia manondro ny fifandraisan’ilay dragona sy ilay bibidia ary ilay mpaminany sandoka izay mitarika izao tontolo izao ho any Hara-magedona ankehitriny, miaraka, araka izay asehon’ny tantaran’ilay tandrok’i Repoblikanisma eo amin’ilay bibidia avy amin’ny tany izay manjaka amin’ny maha-fanjakana fahenina amin’ny faminanian’ny Baiboly azy mandritra ny tantaran’ny andininy faha-efapolo. Ny andininy faha-efapolo koa dia manondro ny fisarahan’ny hendry sy ny adala izay mamaritra ny tantaran’ilay tandrok’i Protestantisma ao anatin’izany tantara izany ihany, manomboka amin’ny 1798 ka hatramin’ny lalàn’ny Alahady izay ho avy tsy ho ela.</w:t>
      </w:r>
    </w:p>
    <w:p>
      <w:pPr>
        <w:pStyle w:val="ArticleBody"/>
        <w:jc w:val="left"/>
      </w:pPr>
      <w:r>
        <w:rPr>
          <w:rFonts w:ascii="Times New Roman" w:hAnsi="Times New Roman" w:eastAsia="Times New Roman" w:cs="Times New Roman"/>
        </w:rPr>
        <w:t>Ny “boky rehetra ao amin’ny Baiboly” dia “mihaona sy mifarana” ao amin’ny bokin’ny Apokalypsy, ary rehefa mihaona izy ireo, ny bokin’ny Apokalypsy dia “mameno” ny bokin’i Daniela, ary ny teny hoe “mameno” dia midika ho mitondra ho amin’ny fahatanterahana. Amin’ny fotoan’ny fanisiana tombo-kase ny iray hetsy sy efatra alina amby efa-polo sy efatra, araka izay aseho ao amin’ny bokin’ny Apokalypsy, ny faminanian’i Daniela izay novahana tombo-kase tamin’ny andro farany dia entina ho amin’ny fahatanterahana, rehefa ampiraisina andalana manaraka andalana, eo ambonin’ny tsipiky ny tantara aseho ao amin’ny toko faha-valo ambin’ny folo amin’ny Apokalypsy, izay manomboka amin’ny feo ao amin’ny andininy voalohany ka hatramin’ny fahatelo, ary mifarana amin’ny feo faharoa ao amin’ny andininy fahefatra.</w:t>
      </w:r>
    </w:p>
    <w:p>
      <w:pPr>
        <w:pStyle w:val="ArticleBody"/>
        <w:jc w:val="left"/>
      </w:pPr>
      <w:r>
        <w:rPr>
          <w:rFonts w:ascii="Times New Roman" w:hAnsi="Times New Roman" w:eastAsia="Times New Roman" w:cs="Times New Roman"/>
        </w:rPr>
        <w:t>Ny fahatanterahan’ny fahitana ara-paminaniana izay asehon’ny Renirano Hiddekel ao amin’ny bokin’i Daniela dia maneho ny fahatanterahan’ny fahitana ivelany momba ireo fahavalon’ny olon’Andriamanitra izay manitsakitsaka ny fitoerana masina sy ny maro. Ny fahatanterahan’ny fahitana ara-paminaniana izay asehon’ny Renirano Ulai ao amin’ny bokin’i Daniela kosa dia maneho ny fahatanterahan’ny fahitana anatiny an’i Kristy miseho ao anatin’ny olony rehefa tanterahiny amin’ny taranaka voafidy farany ny teny fikasan’ny fanekena, dia ny fampiraisana ny maha-Andriamanitra amin’ny maha-olombelona.</w:t>
      </w:r>
    </w:p>
    <w:p>
      <w:pPr>
        <w:pStyle w:val="ArticleBody"/>
        <w:jc w:val="left"/>
      </w:pPr>
      <w:r>
        <w:rPr>
          <w:rFonts w:ascii="Times New Roman" w:hAnsi="Times New Roman" w:eastAsia="Times New Roman" w:cs="Times New Roman"/>
        </w:rPr>
        <w:t>Ny tantaran’ny fanisiana tombo-kase izay mifantoka amin’ny tandroka Repoblikana amin’ilay bibidia avy amin’ny tany dia manomboka amin’ny fotoana nitenenan’ilay bibidia avy amin’ny tany ny Patriot Act tamin’ny taona 2001, ary mifarana amin’ilay fitenenana izay nasehon’ny Alien and Sedition Acts tamin’ny taona 1798, izay aseho ao amin’ny Apokalypsy toko faha-telo ambin’ny folo ho toy ny bibidia avy amin’ny tany miteny tahaka ny dragona. Ny Alien and Sedition Acts tamin’ny taona 1798 dia maneho ny fiafaran’ny tsipika iray izay nanomboka tamin’ny fitenenana ny Declaration of Independence tamin’ny taona 1776. Teo afovoan’izany vanim-potoanan’ny tantara ara-paminaniana izany, ilay bibidia avy amin’ny tany dia niteny nampanan-kery ny Constitution tamin’ny taona 1789.</w:t>
      </w:r>
    </w:p>
    <w:p>
      <w:pPr>
        <w:pStyle w:val="ArticleBody"/>
        <w:jc w:val="left"/>
      </w:pPr>
      <w:r>
        <w:rPr>
          <w:rFonts w:ascii="Times New Roman" w:hAnsi="Times New Roman" w:eastAsia="Times New Roman" w:cs="Times New Roman"/>
        </w:rPr>
        <w:t>Ny fitenenana tamin’ny 1776 dia mifanaraka amin’ny fitenenan’ny Patriot Act, ary ny Alien and Sedition Acts dia maneho ny lalàn’ny Alahady ho avy tsy ho ela any Etazonia. Eo afovoan’izany tantara izany dia tokony hisy fitenenana iray hafa izay mifanaraka amin’ny 1789. Ny feo voalohany ao amin’ny Apokalypsy toko fahavalo ambin’ny folo, andininy voalohany ka hatramin’ny fahatelo, dia aseho mazava fa tonga tamin’ny fotoana nianjeran’ireo trano lehibe tao New York City. Ny feo faharoa ao amin’ny andininy fahaefatra dia aseho mazava koa fa ilay lalàn’ny Alahady ho avy tsy ho ela. Samy feo avy amin’Andriamanitra ireo feo roa ireo, satria samy feon’ilay anjely izay hanazava ny tany amin’ny voninahiny izy roa tonta, ilay anjely izay ambaran’i Rahavavy White ho ilay anjely voalohany ao amin’ny Apokalypsy efatra ambin’ny folo. Jesosy no ilay anjely voalohany, ary Izy mandrakariva no maneho ny faran’ny zavatra iray amin’ny alalan’ny fiandohany, koa Izy koa no ilay anjely fahatelo, dia ilay anjely izay manazava ny tany amin’ny voninahiny.</w:t>
      </w:r>
    </w:p>
    <w:p>
      <w:pPr>
        <w:pStyle w:val="ArticleBody"/>
        <w:jc w:val="left"/>
      </w:pPr>
      <w:r>
        <w:rPr>
          <w:rFonts w:ascii="Times New Roman" w:hAnsi="Times New Roman" w:eastAsia="Times New Roman" w:cs="Times New Roman"/>
        </w:rPr>
        <w:t>Ilay anjely voalohany dia aseho koa ao amin’ny Apokalypsy toko faha-folo, ho nidina tamin’ny 11 Aogositra 1840, ka izany no manondro mialoha ny fidinan’ilay anjely tamin’ny 11 Septambra 2001. Milaza mivantana i Sister White fa ilay anjely izay nidina tao amin’ny toko faha-folo dia “tsy iza fa Jesosy Kristy mihitsy.” Ny feo voalohany sy faharoa ao amin’ny Apokalypsy valo ambin’ny folo dia feon’i Kristy. Io tantara io dia asehon’ny tandindona 1776, 1789 ary 1798, rehefa niteny intelo ilay bibidia avy amin’ny tany. Ny feon’i Kristy izay miteny eo anelanelan’ireo feo roa ao amin’ny Apokalypsy valo ambin’ny folo dia rehefa miteny Izy ao amin’ny Apokalypsy toko faha-iraika ambin’ny folo.</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tahotra lehibe no nahazo izay nahita azy. Ary nandre feo mahery avy tany an-danitra izy ireo nanao taminy hoe: Miakara atỳ. Dia niakatra ho any an-danitra tao anatin’ny rahona izy; ary ny fahavalony nahita azy. Apokalypsy 11:11, 12.</w:t>
      </w:r>
    </w:p>
    <w:p>
      <w:pPr>
        <w:pStyle w:val="ArticleBody"/>
        <w:jc w:val="left"/>
      </w:pPr>
      <w:r>
        <w:rPr>
          <w:rFonts w:ascii="Times New Roman" w:hAnsi="Times New Roman" w:eastAsia="Times New Roman" w:cs="Times New Roman"/>
        </w:rPr>
        <w:t>Tamin’ny volana Jolay 2023, dia nanomboka nanangana ireo vavolombelona roa izay novonoina teny an-dalambe tamin’ilay dragona tsy mino an’Andriamanitra niakatra avy tao amin’ny lavaka tsy hita noanoa ny feo avy any an-danitra (dia ny feon’i Kristy). Tamin’izany fotoana izany, ireo raharaha mifandray amin’ny Lalàmpanorenan’i Etazonia dia tonga ho lohahevitra ara-paminaniana, satria amin’ny feo manaraka, izay asehon’ny taona 1798, dia ho rava tanteraka ny Lalàmpanorenana. Ny tsirairay amin’ireo marika telo, dia ny 1776, 1789, ary 1798, dia mifandrindra amin’ireo feo masina telo izay voamarika ho ny 11 Septambra 2001, ny Jolay 2023, ary ny lalàna Alahady izay ho avy tsy ho ela.</w:t>
      </w:r>
    </w:p>
    <w:p>
      <w:pPr>
        <w:pStyle w:val="ArticleBody"/>
        <w:jc w:val="left"/>
      </w:pPr>
      <w:r>
        <w:rPr>
          <w:rFonts w:ascii="Times New Roman" w:hAnsi="Times New Roman" w:eastAsia="Times New Roman" w:cs="Times New Roman"/>
        </w:rPr>
        <w:t>Ireo dingana telo ireo dia mifanaraka amin’ny dingana telo amin’ny loza fahatelo, izay asehon’ny 11 Septambra 2001, ny 7 Oktobra 2023, ary ny lalàna alahady izay ho avy tsy ho ela, rehefa tonga tampoka amin’ny ora misy ny “horohoron-tany lehibe” ny trompetra fahafito, izay ilay Loza fahatelo. Tamin’ny 2023 no nanombohan’ny fiovan’ny tandroka roan’ilay bibidia avy amin’ny tany, araka izay asehon’ilay nofy miafin’ny sarivongana an’i Nebokadnezara. Ny nofin’i Nebokadnezara ao amin’ny toko faharoa dia zava-miafina izay Andriamanitra irery ihany no afaka nanambara, ary Izy no nanambara izany tamin’ireo izay efa nandalo ny fitsapana voalohany asehon’ny toko voalohany ao amin’ny Daniela.</w:t>
      </w:r>
    </w:p>
    <w:p>
      <w:pPr>
        <w:pStyle w:val="ArticleBody"/>
        <w:jc w:val="left"/>
      </w:pPr>
      <w:r>
        <w:rPr>
          <w:rFonts w:ascii="Times New Roman" w:hAnsi="Times New Roman" w:eastAsia="Times New Roman" w:cs="Times New Roman"/>
        </w:rPr>
        <w:t>Daniel sy ireo lehilahy telo mendrika tao amin’ny toko voalohany, izay nandalo ny fizahan-toetra voalohany, dia ireo izay nifidy hihinana ny hanin’ny lanitra ka nandà ny sakafo avy any Babylona. Izy ireo no asehon’i Jaona ao amin’ny Apokalypsy toko fahafolo, izay mandray ny boky kely avy eo an-tanan’ilay anjely, izay tsy iza akory fa Jesosy Kristy, ka mihinana ny hafatra voarakitra ao anatiny. Izy ireo no voalaza ao amin’ny Jaona toko fahenina, izay nifidy hihinana ny nofony sy hisotro ny rany, dia ny mana avy any an-danitra, izay nolavin’ilay sokajin’olona hafa ka tamin’izany dia niala tamin’i Kristy sy tsy niara-nandeha taminy intsony mandrakizay, ao amin’ny toko FAHENINA, andininy FAHENINA AMBY ENINA.</w:t>
      </w:r>
    </w:p>
    <w:p>
      <w:pPr>
        <w:pStyle w:val="ArticleBody"/>
        <w:jc w:val="left"/>
      </w:pPr>
      <w:r>
        <w:rPr>
          <w:rFonts w:ascii="Times New Roman" w:hAnsi="Times New Roman" w:eastAsia="Times New Roman" w:cs="Times New Roman"/>
        </w:rPr>
        <w:t>Tamin’izany laharana izany no nampianaran’i Kristy tany Galilia, izay midika hoe “savily” na “toerana fivadihana”. Tao no nanolorany ny hafatry ny mana avy any an-danitra, izay tokony hohanin’ny mpianany, tahaka ny nihinanan’i Jaona ao amin’ny Apokalypsy toko faha-folo, sy tahaka ny nihinanan’i Ezekiela ao amin’ny toko faha-telo, ary i Jeremia tao amin’ny toko faha-dimy ambin’ny folo. Ny tantara nasehon’i Jaona ao amin’ny Apokalypsy toko faha-folo, rehefa nihinana ilay boky madinika izy, dia naneho ny tantaran’ny Millerita hatramin’ny 1840 ka hatramin’ny 1844, nefa mbola mivantana kokoa no nanehoany ny vanim-potoanan’ny fanisiana tombo-kase ny iray hetsy sy efatra arivo sy iray alina noho ny tantaran’ny Millerita. Hita mazava izany ao amin’ilay toko noho ny toromarika nomena an’i Jaona tamin’izy nasaina nihinana ilay boky madinika.</w:t>
      </w:r>
    </w:p>
    <w:p>
      <w:pPr>
        <w:pStyle w:val="ArticleScripture"/>
        <w:jc w:val="left"/>
      </w:pPr>
      <w:r>
        <w:rPr>
          <w:rFonts w:ascii="Times New Roman" w:hAnsi="Times New Roman" w:eastAsia="Times New Roman" w:cs="Times New Roman"/>
        </w:rPr>
        <w:t>Dia nankany amin’ilay anjely aho ka nanao taminy hoe: Omeo ahy ilay boky kely. Ary hoy izy tamiko: Raiso izany ka hano; dia hampangidy ny kibonao izany, nefa ho mamy tahaka ny tantely eo am-bavanao. Apokalypsy 10:9</w:t>
      </w:r>
    </w:p>
    <w:p>
      <w:pPr>
        <w:pStyle w:val="ArticleBody"/>
        <w:jc w:val="left"/>
      </w:pPr>
      <w:r>
        <w:rPr>
          <w:rFonts w:ascii="Times New Roman" w:hAnsi="Times New Roman" w:eastAsia="Times New Roman" w:cs="Times New Roman"/>
        </w:rPr>
        <w:t>Ao amin’ilay andininy, dia efa nolazaina mialoha tamin’i Jaona, talohan’ny handraisany sy hihinanany ilay boky madinika, izay fanandramana hateraky ny hafatra nohaniny. Tsy nahatakatra mialoha ny fanandramana mamy-sady-mangidy ireo Millerita tamin’ny fahatanterahan-tantara ny tandindon’i Jaona momba ny laharan’ny tantara ara-paminaniany. Fa ireo iray hetsy sy efatra arivo amby efatra alina kosa dia efa nampahafantarina mialoha, ary takina aminy ny hahalala izany. Rehefa i Jaona no maneho na ny tantaran’ny hetsiky ny anjely voalohany na ny tantaran’ny anjely fahatelo, dia miteraka sokajin’ny mpivavaka roa ny hafatra, ary avy eo mifarana amin’ny fahadisoam-panantenana mangidy izany. Rehefa i Jeremia nihinana ilay boky madinika, dia nandà ny hifandray amin’ny “fiangonan’ny mpanesoeso” izy avy eo.</w:t>
      </w:r>
    </w:p>
    <w:p>
      <w:pPr>
        <w:pStyle w:val="ArticleScripture"/>
        <w:jc w:val="left"/>
      </w:pPr>
      <w:r>
        <w:rPr>
          <w:rFonts w:ascii="Times New Roman" w:hAnsi="Times New Roman" w:eastAsia="Times New Roman" w:cs="Times New Roman"/>
        </w:rPr>
        <w:t>Tsy niara-nipetraka tamin’ny fivorian’ny mpaneso aho, na nifaly; nitokana irery aho noho ny tananao; fa nofenoinao fahatezerana aho. Jeremia 15:17.</w:t>
      </w:r>
    </w:p>
    <w:p>
      <w:pPr>
        <w:pStyle w:val="ArticleBody"/>
        <w:jc w:val="left"/>
      </w:pPr>
      <w:r>
        <w:rPr>
          <w:rFonts w:ascii="Times New Roman" w:hAnsi="Times New Roman" w:eastAsia="Times New Roman" w:cs="Times New Roman"/>
        </w:rPr>
        <w:t>Rehefa nihinana ilay boky kely i Ezekiela, dia nolazaina izy mba hanome ny hafatra ho an’ireo mpikomy amin’ny taranak’Isiraely, izay tsy hihaino.</w:t>
      </w:r>
    </w:p>
    <w:p>
      <w:pPr>
        <w:pStyle w:val="ArticleScripture"/>
        <w:jc w:val="left"/>
      </w:pPr>
      <w:r>
        <w:rPr>
          <w:rFonts w:ascii="Times New Roman" w:hAnsi="Times New Roman" w:eastAsia="Times New Roman" w:cs="Times New Roman"/>
        </w:rPr>
        <w:t>Ary hoy Izy tamiko hoe: Ry zanak’olona, hano izay hitanao; hano ity horonam-boky ity, dia mandehana miteny amin’ny taranak’Isiraely.... Fa ny taranak’Isiraely tsy hihaino anao; satria tsy mihaino Ahy izy; fa ny taranak’Isiraely rehetra dia maditra sady mafy fo. Ezekiela 3:1,7.</w:t>
      </w:r>
    </w:p>
    <w:p>
      <w:pPr>
        <w:pStyle w:val="ArticleBody"/>
        <w:jc w:val="left"/>
      </w:pPr>
      <w:r>
        <w:rPr>
          <w:rFonts w:ascii="Times New Roman" w:hAnsi="Times New Roman" w:eastAsia="Times New Roman" w:cs="Times New Roman"/>
        </w:rPr>
        <w:t>Rehefa nanolotra ny mofo avy any an-danitra i Kristy, izay nofony sy ràny, ho an’ny fiangonany tao an-tanindrazany tany Galilia, dia tsy niara-nandeha taminy intsony ilay sokajin’olona izay nihemotra; ary ny zava-misy fa izany dia nitranga ao amin’ny toko FAHEFATRA AMBIN’NY FOLO SY ENINA, andininy ENINA AMBY ENIMPolo, dia manondro fa io fihinanana io no dingana voalohany amin’ny fizahan-toetra misy dingana telo, izay manomboka amin’ny fidinan’ilay anjely. Ny fizahan-toetra faharoa dia ilay isehoan’ireo sokajy roa, na ny fifanandrifian’i Ezekiela amin’ny taranak’Israely mafy fo izany, na ny virijina hendry sy adala amin’ny fiandohana sy ny fiafaran’ny Advantisma, na i Jeremia miaraka amin’ny fiangonan’ny mpaneso, na amin’ny alalan’i Daniela sy ireo lehilahy mendrika telo, mifanohitra amin’ireo olon-kendrin’i Babylona ao amin’ny toko faharoa amin’ny Daniela.</w:t>
      </w:r>
    </w:p>
    <w:p>
      <w:pPr>
        <w:pStyle w:val="ArticleBody"/>
        <w:jc w:val="left"/>
      </w:pPr>
      <w:r>
        <w:rPr>
          <w:rFonts w:ascii="Times New Roman" w:hAnsi="Times New Roman" w:eastAsia="Times New Roman" w:cs="Times New Roman"/>
        </w:rPr>
        <w:t>Ao na andalana ao amin’ny Jaona toko fahaenina, ny fahatongavana ao Galilia dia ny 11 Septambra 2001. Ny hafatra momba ny fihinanana ny nofony sy fisotroana ny rany dia ilay tantara izay mitondra amin’ny farany ho amin’ilay lalàna alahady izay ho tonga tsy ho ela. “Izay haninao no maha-ianao anao”, araka ny asehon’i Daniela sy ireo zatovolahy telo mendrika ao amin’ny toko voalohany, ary ao amin’ny Jaona toko fahaenina, ireo izay nifidy hihinana ny nofon’i Kristy sy hisotro ny rany dia tonga endrik’izay nohaniny. Tonga endrik’i Kristy izy ireo, raha ilay kilasy hafa kosa, izay nitodika ka tsy niara-nandeha tamin’i Kristy intsony, dia naneho ny endriky ny bibidia. Ny kilasy iray dia endriky ny Mpamorona, ny iray kosa endriky ny zavaboary nohariana. Jaona toko fahaenina dia manampy ny hevitry ny hoe “Galilia” amin’ny 11 Septambra 2001, satria “savily” no heviny, ka izany no manamarika ny fotoam-pihodinana ho an’ny mpianatra. Hitodika amin’ny sakafo avy any an-danitra ve izy ireo sa amin’ny sakafon’i Babylona? Amin’ny fotoam-pihodinana ara-paminaniana no anehoan’i Kristy ny fahazavana ho an’ny vanim-potoana manaraka, araka ny asehon’ny fidinany tamin’ny 2001, fony nohazavain’ny voninahiny ny tany.</w:t>
      </w:r>
    </w:p>
    <w:p>
      <w:pPr>
        <w:pStyle w:val="ArticleScripture"/>
        <w:jc w:val="left"/>
      </w:pPr>
      <w:r>
        <w:rPr>
          <w:rFonts w:ascii="Times New Roman" w:hAnsi="Times New Roman" w:eastAsia="Times New Roman" w:cs="Times New Roman"/>
        </w:rPr>
        <w:t>“Misy lesona tokony hianarana avy amin’ny tantaran’ny lasa; ary asongadina izany, mba hahafantaran’ny rehetra fa miasa amin’ny tsipika iray ihany Andriamanitra ankehitriny tahaka izay efa nataony mandrakariva. Hita eo amin’ny asany sy eo amin’ireo firenena ankehitriny ny tànany, tahaka izany ihany koa izay efa nisy hatrizay, hatramin’ny nanaovana voalohany ny fitoriana ny filazantsara tamin’i Adama tao Edena.</w:t>
      </w:r>
    </w:p>
    <w:p>
      <w:pPr>
        <w:pStyle w:val="ArticleScripture"/>
        <w:jc w:val="left"/>
      </w:pPr>
      <w:r>
        <w:rPr>
          <w:rFonts w:ascii="Times New Roman" w:hAnsi="Times New Roman" w:eastAsia="Times New Roman" w:cs="Times New Roman"/>
        </w:rPr>
        <w:t>“Misy vanim-potoana izay teboka iovàn-javatra eo amin’ny tantaran’ny firenena sy ny fiangonana. Ao amin’ny fitondran’Andriamanitra, rehefa tonga ireny krizy samihafa ireny, dia omena ny fahazavana ho an’izany fotoana izany. Raha raisina izany, dia misy fandrosoana ara-panahy; raha lavina kosa izany, dia manaraka ny fitotonganan’ny toe-panahy sy ny faharavan-tsambo. Ny Tompo, ao amin’ny teniny, dia nanambara ny asa fanafihana ataon’ny filazantsara araka ny nanatanterahana azy taloha, sy ny hanatanterahana azy amin’ny ho avy, hatramin’ny ady farany famaranana, rehefa hanao ny hetsika mahagaga farany ataony ny hery satanika.” Bible Echo, August 26, 1895.</w:t>
      </w:r>
    </w:p>
    <w:p>
      <w:pPr>
        <w:pStyle w:val="ArticleBody"/>
        <w:jc w:val="left"/>
      </w:pPr>
      <w:r>
        <w:rPr>
          <w:rFonts w:ascii="Times New Roman" w:hAnsi="Times New Roman" w:eastAsia="Times New Roman" w:cs="Times New Roman"/>
        </w:rPr>
        <w:t>Miasa hatrany araka ireo tsipika mitovy amin’ny tantara lasa Andriamanitra, ary tsy miova mihitsy Izy. Misy “teboka fihodinana” (Galilia), izay “krizy”, ary amin’ireny “teboka fihodinana” ireny no “omena ny fahazavana ho an’izany fotoana izany.” Ny fahazavana ho an’ny vanim-potoanan’ny fanisiana tombo-kase ny iray hetsy sy efatra alina sy efa-polo arivo dia nomena tamin’ilay krizy izay nanomboka tamin’ny 11 Septambra 2001. Raha “raisina izany” fahazavana izany, dia misy fandrosoana ara-panahy; raha lavina kosa, dia manaraka ny fitotonganana ara-panahy sy ny faharavan-tsambo. Ny fahazavana no mamoaka sokajin’olona roa amin’ny mpivavaka. Ny fahazavana manaraka ny teboka fihodinana dia maneho ny hafatra izay mamoaka sokajin’olona roa amin’ny mpivavaka.</w:t>
      </w:r>
    </w:p>
    <w:p>
      <w:pPr>
        <w:pStyle w:val="ArticleBody"/>
        <w:jc w:val="left"/>
      </w:pPr>
      <w:r>
        <w:rPr>
          <w:rFonts w:ascii="Times New Roman" w:hAnsi="Times New Roman" w:eastAsia="Times New Roman" w:cs="Times New Roman"/>
        </w:rPr>
        <w:t>Ny toko faharoa ao amin’i Daniela dia maneho ny fitsapana faharoa, dia ilay fitsapana manaraka ny fitsapana momba ny sakafo ao amin’ny toko voalohany. Ao amin’ny andininy voalohany amin’ny toko voalohany ao amin’i Daniela, Joda dia vao avy resin’i Nebokadnezara, izay avy eo dia tonga fanjakana voalohany amin’ny faminanian’ny Baiboly. Fotoana fihodinana teo amin’ny tantaran’ny firenena sy ny tantaran’ny fiangonana izany; krizy lehibe izany, ary tamin’izany no nanomezana ny fahazavan’ny fitsapana momba ny sakafo. Daniela sy ireo namany telo mendrika dia nahomby tamin’izany fitsapana izany, ary avy eo, ao amin’ny toko faharoa, dia nisolo tena indray ireo izay naharesy tamin’ny fitsapana faharoa izy ireo. Ny fitsapana faharoa dia fitsapana momba ny zava-miafina iray izay tsy nisy olona nahalala, na dia Nebokadnezara aza.</w:t>
      </w:r>
    </w:p>
    <w:p>
      <w:pPr>
        <w:pStyle w:val="ArticleBody"/>
        <w:jc w:val="left"/>
      </w:pPr>
      <w:r>
        <w:rPr>
          <w:rFonts w:ascii="Times New Roman" w:hAnsi="Times New Roman" w:eastAsia="Times New Roman" w:cs="Times New Roman"/>
        </w:rPr>
        <w:t>Ny tandindon’ny fitsapana dia ilay sarin’ny nofin’i Nebokadnezara. Fitsapana mahakasika aina sy fahafatesana izany, momba ny sary iray izay tsy nisy nahafantatra. Io sary io no nanondro ireo fanjakana ao amin’ny faminanian’ny Baiboly, ary ao amin’ny toko fahafito sy fahavalo ao amin’i Daniela, ireo fanjakana ireo ihany ao amin’i Daniela roa no aseho ho bibidia. Ny fitsapan’i Nebokadnezara dia ilay fitsapana ny “sarin’ny bibidia”, izay, amin’ny andro farany, no miseho mandritra ny vanim-potoanan’ny fanisiana tombo-kase ny iray hetsy sy efatra alina amby efatra arivo.</w:t>
      </w:r>
    </w:p>
    <w:p>
      <w:pPr>
        <w:pStyle w:val="ArticleBody"/>
        <w:jc w:val="left"/>
      </w:pPr>
      <w:r>
        <w:rPr>
          <w:rFonts w:ascii="Times New Roman" w:hAnsi="Times New Roman" w:eastAsia="Times New Roman" w:cs="Times New Roman"/>
        </w:rPr>
        <w:t>Amin’ny andro farany, ny fananganana ny sarin’ny bibidia no fizahan-toetra lehibe ho an’ny vahoakan’Andriamanitra, izay asehon’i Daniela sy ireo zatovolahy telo mendrika. Izany no fizahan-toetra izay tsy maintsy lalovany alohan’ny hanisiana tombo-kase azy, koa izany no hafatra momba ny fanisiana tombo-kase sy ny fizahan-toetra izay miteraka na antokon’olona mandray ny tombo-kasen’Andriamanitra ka mampiseho taratra ny endrik’Andriamanitra, na antokon’olona mandray ny tombo-kasen’ny bibidia, ka noho izany dia mampiseho taratra ny sarin’ny bibidia. Ao amin’ny Daniela toko faharoa, ny hafatra momba ny sarin’ny bibidia dia nofehezina tamin’ny tombo-kase mandra-pahatongan’ny tantara izay nahatonga izany ho raharaha momba ny fiainana sy ny fahafatesana. Ny sarin’i Nebokadnezara dia takatry ny Millerita tsara, kanefa ao amin’ny tantaran’ny fanisiana tombo-kase dia misy fahamarinana miafina mifandray amin’ny sarin’i Nebokadnezara voaseho tsy misy tombo-kase intsony, nefa ho an’ireo ihany izay nandray ny hafatra izay tokony hohanina tamin’ny fotoana nahatongavan’ny teboka fihodinana.</w:t>
      </w:r>
    </w:p>
    <w:p>
      <w:pPr>
        <w:pStyle w:val="ArticleBody"/>
        <w:jc w:val="left"/>
      </w:pPr>
      <w:r>
        <w:rPr>
          <w:rFonts w:ascii="Times New Roman" w:hAnsi="Times New Roman" w:eastAsia="Times New Roman" w:cs="Times New Roman"/>
        </w:rPr>
        <w:t>Io hanina io dia ny hafatry ny ranonorana farany, izay nanomboka rehefa nidina ilay anjely ao amin’ny Apokalypsy toko faha-18; ary ny hafatry ny ranonorana farany dia ny fomba fiasa hoe andalana misesy eo ambonin’ny andalana. Raha tsy mihinana izany fahamarinana izany, dia tsy azo jerena ny hafatra miafina momba ny fananganana ny sarin’ilay bibidia.</w:t>
      </w:r>
    </w:p>
    <w:p>
      <w:pPr>
        <w:pStyle w:val="ArticleBody"/>
        <w:jc w:val="left"/>
      </w:pPr>
      <w:r>
        <w:rPr>
          <w:rFonts w:ascii="Times New Roman" w:hAnsi="Times New Roman" w:eastAsia="Times New Roman" w:cs="Times New Roman"/>
        </w:rPr>
        <w:t>Ellen White dia “naseho mazava tsara fa ny sarin’ilay bibidia dia hiforona alohan’ny hifaranan’ny fotoam-pitsapana.” Ny hafatry ny fiforonan’ny sarin’ilay bibidia ao amin’ny Daniela roa dia maneho fiforonan’ny sary iray izay tsy ho hita afa-tsy ao amin’ny tantara nanaraka ilay “kihon-dalana”, rehefa homena ny fahazavana amin’izay. Izay takatra ankehitriny momba ny sarin’i Nebokadnezara dia izao: tsy ny fanondroana fotsiny ireo fanjakana efatra voalohany ao amin’ny faminanian’ny Baiboly no nataony, fa nanondro ireo fanjakana valo rehetra izy; ary izany fahatakarana izany dia miteraka fiforonan’ny sary-bibidia vaovao.</w:t>
      </w:r>
    </w:p>
    <w:p>
      <w:pPr>
        <w:pStyle w:val="ArticleBody"/>
        <w:jc w:val="left"/>
      </w:pPr>
      <w:r>
        <w:rPr>
          <w:rFonts w:ascii="Times New Roman" w:hAnsi="Times New Roman" w:eastAsia="Times New Roman" w:cs="Times New Roman"/>
        </w:rPr>
        <w:t>Izany fahamarinana izany dia mampahafantatra fa ilay bibidia fahavalo dia avy amin’ny fito, ary mbola mampahafantatra koa fa i Etazonia, izay voalohany mamorona sarin’ilay bibidia, ary aorian’izany manery izao tontolo izao manontolo hanao toy izany koa, dia hanana ny toetra ara-paminanian’ilay bibidia izay amoronany sary. Tafiditra ao amin’izany sary izany ny maha-fahavalo azy, dia izay avy amin’ny fito, ary ao amin’ny tantaran’ireo feo telon’i Kristy, izany no manamarika ny teboka fihodinana tamin’ny 11 Septambra 2001, ny feon’ny 2023 izay miantso ny taolana maty sy maina an’ireo vavolombelona roa hijoro, ary ny feon’ny fiantsoana hivoaka avy ao Babylona.</w:t>
      </w:r>
    </w:p>
    <w:p>
      <w:pPr>
        <w:pStyle w:val="ArticleBody"/>
        <w:jc w:val="left"/>
      </w:pPr>
      <w:r>
        <w:rPr>
          <w:rFonts w:ascii="Times New Roman" w:hAnsi="Times New Roman" w:eastAsia="Times New Roman" w:cs="Times New Roman"/>
        </w:rPr>
        <w:t>Ny feon’ny taona 2023 dia ilay feo izay mamantatra ny zava-miafina ao amin’ny sarin’i Nebokadnezara sy ny fotoana itenenany.</w:t>
      </w:r>
    </w:p>
    <w:p>
      <w:pPr>
        <w:pStyle w:val="ArticleBody"/>
        <w:jc w:val="left"/>
      </w:pPr>
      <w:r>
        <w:rPr>
          <w:rFonts w:ascii="Times New Roman" w:hAnsi="Times New Roman" w:eastAsia="Times New Roman" w:cs="Times New Roman"/>
        </w:rPr>
        <w:t>Ny 11 Septambra 2001 dia maneho ilay fe-potoana izay manomboka eo, ka mifarana amin’ny 18 Jolay 2020. Ilay fe-potoan’ny feo faharoa ao amin’ny toko fahiraika ambin’ny folo dia maneho ilay fe-potoana manomboka amin’ny 18 Jolay 2020 ka hatramin’ny feo fahatelo amin’ilay lalàna alahady ho avy tsy ho ela. Ilay fe-potoana faharoa izay manomboka amin’ny 18 Jolay 2020 dia ahitana ny tsangambato amin’ny 3 Novambra 2020 sy ny tsangambato amin’ny 6 Janoary 2021, izay nahafatesan’ireo izay namono ireo vavolombelona roa ka nanomboka nifaly sy nifandefa fanomezana, ary ahitana koa ny Jolay 2023, rehefa nanomboka nampaneno ny fampitandremana ny amin’ny trompetra fahafito ilay feo any an-efitra.</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Teo amoron’ny ony Kebara, dia nahita tadio toa avy any avaratra i Ezekiela, “rahona lehibe, sy afo mifampidipiditra, ary nisy famirapiratana nanodidina azy, ary avy teo afovoany dia toy ny lokon’ny ambara.” Nisy kodiarana maromaro, mifanelanelana, nampandehanin’ny zava-manana aina efatra. Ambony lavitra noho ireo rehetra ireo “dia nisy endriky ny seza fiandrianana, tahaka ny fisehon’ny vato safira; ary teo ambonin’ny endriky ny seza fiandrianana dia nisy endrika tahaka ny fisehon’ny lehilahy iray teo amboniny.” “Ary niseho teo amin’ny kerobima ny endriky ny tanan’olona teo ambanin’ny elany.” Ezekiela 1:4, 26; 10:8. Sarotra dia sarotra ny firafitry ny kodiarana ka raha vao jerena dia toa mikorontana; nefa nihetsika tamin’ny firindrana tanteraka izy. Ireo zava-boahary any an-danitra, tohanan’ny sy tarihina amin’ilay tanana eo ambanin’ny elatry ny kerobima, no nanosika ireo kodiarana ireo; ambonin’izy rehetra, teo ambonin’ny seza fiandrianana safira, no nisy Ilay Mandrakizay; ary nanodidina ny seza fiandrianana ny avana, tandindon’ny famindram-pon’Andriamanitra.</w:t>
      </w:r>
    </w:p>
    <w:p>
      <w:pPr>
        <w:pStyle w:val="ArticleScripture"/>
        <w:jc w:val="left"/>
      </w:pPr>
      <w:r>
        <w:rPr>
          <w:rFonts w:ascii="Times New Roman" w:hAnsi="Times New Roman" w:eastAsia="Times New Roman" w:cs="Times New Roman"/>
        </w:rPr>
        <w:t>“Araka ireo fihodinana mitovy amin’ny kodiarana sy ny fifanolanana sarotra notarihin’ny tanana teo ambanin’ny elatry ny kerobima, dia toy izany koa fa eo ambanin’ny fanapahan’Andriamanitra no misy ny fivoaran-javatra sarotra eo amin’ny raharahan’olombelona. Ao anatin’ny ady sy ny tabataban’ny firenena, Ilay mipetraka ambonin’ny kerobima dia mbola mitarika hatrany ny raharahan’ny tany.</w:t>
      </w:r>
    </w:p>
    <w:p>
      <w:pPr>
        <w:pStyle w:val="ArticleScripture"/>
        <w:jc w:val="left"/>
      </w:pPr>
      <w:r>
        <w:rPr>
          <w:rFonts w:ascii="Times New Roman" w:hAnsi="Times New Roman" w:eastAsia="Times New Roman" w:cs="Times New Roman"/>
        </w:rPr>
        <w:t>“Ny tantaran’ireo firenena izay nifandimby nibodo ny fotoana sy ny toerana voatendry ho azy, ka nanambara tsy nahy ny fahamarinana izay tsy fantany akory ny heviny, dia miteny amintsika. Ho an’ny firenena rehetra sy ho an’ny isam-batan’olona rehetra ankehitriny dia efa nanendren’Andriamanitra toerana iray ao amin’ny drafiny lehibe. Ankehitriny ny olona sy ny firenena dia refesina amin’ny fitombenana eo an-tanan’Ilay tsy mba manao hadisoana. Samy mamaritra ny anjarany amin’ny safidiny avy ny rehetra, ary Andriamanitra no manapaka ambonin’izany rehetra izany mba hahatanteraka ny fikasany.”</w:t>
      </w:r>
    </w:p>
    <w:p>
      <w:pPr>
        <w:pStyle w:val="ArticleScripture"/>
        <w:jc w:val="left"/>
      </w:pPr>
      <w:r>
        <w:rPr>
          <w:rFonts w:ascii="Times New Roman" w:hAnsi="Times New Roman" w:eastAsia="Times New Roman" w:cs="Times New Roman"/>
        </w:rPr>
        <w:t>Ny tantara izay nosoritan’ilay IZAHO LEHIBE ao amin’ny Teniny, mampifamatotra rohy manaraka rohy ao amin’ny rojo faminaniana, hatramin’ny mandrakizay taloha ka hatramin’ny mandrakizay ho avy, dia milaza amintsika izay misy antsika ankehitriny ao amin’ny filaharan’ny taona nifandimby, sy izay azo antenaina amin’ny andro ho avy. Izay rehetra efa nambaran’ny faminaniana fa ho tanteraka, mandra-pahatongan’izao fotoana izao, dia efa voasoritra teo amin’ny pejin’ny tantara, ary azontsika antoka fa izay rehetra mbola ho avy dia samy ho tanteraka araka ny filaharany avy.”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Iraika amby Efatra amby Telopolo sy Zato</dc:title>
  <dc:subject>Ny Fisokafan’ny Faminaniana: Manomboka amin’ny 11 Septambra 2001 ka hatramin’ny Lalàna Alahady mananontanona any Etazonia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