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Faha-enimpolo amby zato dimy ambin’ny folo</w:t>
      </w:r>
    </w:p>
    <w:p>
      <w:pPr>
        <w:pStyle w:val="ArticleSubtitle"/>
        <w:jc w:val="left"/>
      </w:pPr>
      <w:r>
        <w:rPr>
          <w:rFonts w:ascii="Arial" w:hAnsi="Arial" w:eastAsia="Arial" w:cs="Arial"/>
        </w:rPr>
        <w:t>Ny Feo Faminaniana tamin’ny 1776, 1789, ary 1798: Sasin-teny mialoha ny Fanisiana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Ny tantaran’ny 1776, 1789 ary 1798 dia maneho ny tantaran’ny fanisiana tombo-kase ny iray hetsy sy efatra arivo sy efatra alina. Tamin’ireo daty tsirairay ireo dia niteny ilay bibidia avy amin’ny tany. Ireo mari-pamantarana telo izay asehon’ny fotoana intelo nitenenan’ilay bibidia avy amin’ny tany dia mifanindran-dalana amin’ireo feo telo navoakan’i Kristy tamin’ny 11 Septambra 2001, Jolay 2023, ary ny lalàna Alahady izay ho avy tsy ho ela.</w:t>
      </w:r>
    </w:p>
    <w:p>
      <w:pPr>
        <w:pStyle w:val="ArticleScripture"/>
        <w:jc w:val="left"/>
      </w:pPr>
      <w:r>
        <w:rPr>
          <w:rFonts w:ascii="Times New Roman" w:hAnsi="Times New Roman" w:eastAsia="Times New Roman" w:cs="Times New Roman"/>
        </w:rPr>
        <w:t>Tao amin’ny Fanahy aho tamin’ny andron’ny Tompo, ary nandre feo mahery teo ivohoko, toy ny an’ny trompetra. Apokalypsy 1:10.</w:t>
      </w:r>
    </w:p>
    <w:p>
      <w:pPr>
        <w:pStyle w:val="ArticleBody"/>
        <w:jc w:val="left"/>
      </w:pPr>
      <w:r>
        <w:rPr>
          <w:rFonts w:ascii="Times New Roman" w:hAnsi="Times New Roman" w:eastAsia="Times New Roman" w:cs="Times New Roman"/>
        </w:rPr>
        <w:t>Ny tsirairay amin’ireo mari-pamantarana ara-peo telo ireo dia manondro ny “fanenoana” mihamafy hatrany amin’ny loza fahatelo, izay koa no trompetra fampitandremana fahafito, ary ny trompetra dia feo.</w:t>
      </w:r>
    </w:p>
    <w:p>
      <w:pPr>
        <w:pStyle w:val="ArticleScripture"/>
        <w:jc w:val="left"/>
      </w:pPr>
      <w:r>
        <w:rPr>
          <w:rFonts w:ascii="Times New Roman" w:hAnsi="Times New Roman" w:eastAsia="Times New Roman" w:cs="Times New Roman"/>
        </w:rPr>
        <w:t>Miantsoa mafy, aza mitsitsy; asandrato toy ny trompetra ny feonao, ary ambarao amin’ny oloko ny fandikan-dalàny, ary amin’ny taranak’i Jakoba ny fahotany. Isaia 58:1.</w:t>
      </w:r>
    </w:p>
    <w:p>
      <w:pPr>
        <w:pStyle w:val="ArticleBody"/>
        <w:jc w:val="left"/>
      </w:pPr>
      <w:r>
        <w:rPr>
          <w:rFonts w:ascii="Times New Roman" w:hAnsi="Times New Roman" w:eastAsia="Times New Roman" w:cs="Times New Roman"/>
        </w:rPr>
        <w:t>Ny feo ho an’ilay tandroka Protestanta tamin’ny 11 Septambra 2001 dia ny feon’ireo mpiambina niantso ny Advantisma Laodiseana hiverina ho amin’ireo lalana fahiny ao amin’i Jeremia; nefa ny fivorian’ireo mpaneso dia nandà tsy handeha eo anatiny.</w:t>
      </w:r>
    </w:p>
    <w:p>
      <w:pPr>
        <w:pStyle w:val="ArticleScripture"/>
        <w:jc w:val="left"/>
      </w:pPr>
      <w:r>
        <w:rPr>
          <w:rFonts w:ascii="Times New Roman" w:hAnsi="Times New Roman" w:eastAsia="Times New Roman" w:cs="Times New Roman"/>
        </w:rPr>
        <w:t>Izao no lazain’i Jehovah hoe: Mijanòna eo amin’ny lalana ianareo, ka jereo, ary anontanio ny amin’ny lalana fahiny, izay misy ny lalana tsara, dia mandehana eo aminy, ka hahita fitsaharana ho an’ny fanahinareo ianareo. Fa hoy ireo: Tsy handeha eo izahay. Ary nanendry mpiambina ho aminareo koa Aho nanao hoe: Henoy ny feon’ny trompetra. Fa hoy ireo: Tsy hihaino izahay. Jeremia 6:16, 17.</w:t>
      </w:r>
    </w:p>
    <w:p>
      <w:pPr>
        <w:pStyle w:val="ArticleBody"/>
        <w:jc w:val="left"/>
      </w:pPr>
      <w:r>
        <w:rPr>
          <w:rFonts w:ascii="Times New Roman" w:hAnsi="Times New Roman" w:eastAsia="Times New Roman" w:cs="Times New Roman"/>
        </w:rPr>
        <w:t>Ny feon’ny Jolay 2023 dia ny fitsanganan’ny asa fanompoan’ny Future for America tamin’ny maty, izay nangina hatramin’ny fahadisoam-panantenana voalohany tamin’ny 18 Jolay 2020. Tahaka ny fanambaran’i Jaona ny amin’ny Mesia izay ho avy tsy ho ela, ary tahaka ny fanambaran’i Justinian ny amin’ny antikristy izay ho avy tsy ho ela, dia namantatra ny Future for America fa efa hovana mandrakizay ny hoavin’i Amerika amin’ilay lalàna alahady izay ho avy tsy ho ela, sy amin’ny fanenoan’ny trompetra fahafito eo amin’izany mari-pamantarana izany. Ny feon’ny iray miantso any an-efitra dia ny feon’ny Jolay 2023.</w:t>
      </w:r>
    </w:p>
    <w:p>
      <w:pPr>
        <w:pStyle w:val="ArticleBody"/>
        <w:jc w:val="left"/>
      </w:pPr>
      <w:r>
        <w:rPr>
          <w:rFonts w:ascii="Times New Roman" w:hAnsi="Times New Roman" w:eastAsia="Times New Roman" w:cs="Times New Roman"/>
        </w:rPr>
        <w:t>Ny feo faharoa ao amin’ny Apokalypsy toko faha-valo ambin’ny folo dia maneno amin’ilay lalàna Alahady izay ho avy tsy ho ela, rehefa miseho ny fitenenan’ilay dragona amin’ny alalan’ilay bibidia avy amin’ny tany. Amin’izany fotoana izany no kapohina fanintelony “ilay ampondra”, ary avy eo “ilay ampondra” dia hiteny. Nokapohina ilay ampondra fotoana fohy taorian’ny 11 Septambra 2001, taorian’ny 7 Oktobra 2023, ary mbola hokapohina indray amin’ilay lalàna Alahady izay ho avy tsy ho ela, izay hitenenany. Ao amin’ny fijoroana vavolombelon’i Balama dia navily hiala tamin’ny lalana izy noho ny anjely iray, ary io anjely io dia maneho ireo anjely efatra izay nomena baiko hitana ny rivotra efatrin’ny Islama, nefa amin’ny lalàna Alahady dia miteny ilay ampondran’ny Islama miaraka amin’ny fanenoan’ny trompetra fahafito, izay ilay loza fahatelo koa.</w:t>
      </w:r>
    </w:p>
    <w:p>
      <w:pPr>
        <w:pStyle w:val="ArticleBody"/>
        <w:jc w:val="left"/>
      </w:pPr>
      <w:r>
        <w:rPr>
          <w:rFonts w:ascii="Times New Roman" w:hAnsi="Times New Roman" w:eastAsia="Times New Roman" w:cs="Times New Roman"/>
        </w:rPr>
        <w:t>Any no ahitàna ny fahitana ny amin’ny Silamo, izay niandry hatramin’ny 18 Jolay 2020, no miteny; fa amin’izany dia tsy hiandry intsony izy. Maro ny feo ao anatin’ny vanim-potoanan’ny fanisiana tombo-kase ny iray hetsy sy efatra arivo amby efatra alina, ary io vanim-potoana io no mialoha ny fitsarana mpanatanterak’Andriamanitra izay manomboka amin’ilay lalàn’ny Alahady ho avy tsy ho ela. Ny fitsarana mpanatanterak’Andriamanitra dia asehon’ny anjely fito, mitondra lovia fito. Izany vanim-potoana izany dia manomboka amin’ny firotsahan’ny Fanahy Masina, ary maneho famerenana ny Pentekosta izany, tamin’ny fotoana izay nandrotsahana ny Fanahy Masina ka ny lela afo no nanambara ilay zava-nitranga. Ny firotsahana amin’izany fotoana izany dia tsy voafetra intsony, fa amin’izay dia arotsaka tsy misy fetra ny Fanahy Masina.</w:t>
      </w:r>
    </w:p>
    <w:p>
      <w:pPr>
        <w:pStyle w:val="ArticleScripture"/>
        <w:jc w:val="left"/>
      </w:pPr>
      <w:r>
        <w:rPr>
          <w:rFonts w:ascii="Times New Roman" w:hAnsi="Times New Roman" w:eastAsia="Times New Roman" w:cs="Times New Roman"/>
        </w:rPr>
        <w:t>“Ilay anjely izay miray amin’ny fanambarana ny hafatry ny anjely fahatelo dia hampahazava ny tany rehetra amin’ny voninahiny. Asa iray mivelatra maneran-tany sy hery tsy fahita no voalaza mialoha eto. Ny hetsika momba ny fiavian’i Kristy tamin’ny 1840–44 dia fanehoana be voninahitra ny herin’Andriamanitra; ny hafatry ny anjely voalohany dia nentina hatrany amin’ny toeram-piasan’ny misionera rehetra eran’izao tontolo izao, ary tany amin’ny firenena sasany dia nisy fahalianana ara-pivavahana lehibe indrindra izay efa hita tany amin’ny tany rehetra hatramin’ny Fanavaozana tamin’ny taonjato fahenina ambin’ny folo; kanefa ireo dia mbola ho vohoaran’ny hetsika mahery eo ambanin’ny fampitandremana farany ataon’ny anjely fahatelo.</w:t>
      </w:r>
    </w:p>
    <w:p>
      <w:pPr>
        <w:pStyle w:val="ArticleScripture"/>
        <w:jc w:val="left"/>
      </w:pPr>
      <w:r>
        <w:rPr>
          <w:rFonts w:ascii="Times New Roman" w:hAnsi="Times New Roman" w:eastAsia="Times New Roman" w:cs="Times New Roman"/>
        </w:rPr>
        <w:t>“Ny asa dia hitovy amin’ny tamin’ny Andron’ny Pentekosta. Tahaka ny nanomezana ny ‘orana aloha’, dia ny firotsahan’ny Fanahy Masina tamin’ny fanokafana ny filazantsara, mba hampitsimohan’ny voa sarobidy, dia homena koa ny ‘orana fara’, amin’ny famaranana azy, ho fampamasahana ny vokatra.” The Great Controversy, 611.</w:t>
      </w:r>
    </w:p>
    <w:p>
      <w:pPr>
        <w:pStyle w:val="ArticleBody"/>
        <w:jc w:val="left"/>
      </w:pPr>
      <w:r>
        <w:rPr>
          <w:rFonts w:ascii="Times New Roman" w:hAnsi="Times New Roman" w:eastAsia="Times New Roman" w:cs="Times New Roman"/>
        </w:rPr>
        <w:t>Tamin’ny 11 Septambra 2001 no nanombohan’ny fanisiana tombo-kase ny iray hetsy sy efatra amby efapolo arivo, ary naidina araka ny refy ny Fanahy Masina. Ny fandrefesana izany firotsahan’izany izany dia naseho tao amin’ny tantaran’ny Pentekosta, manomboka amin’ny fitsanganan’i Kristy tamin’ny maty, izay nitenenan’ny anjely ka nilazany hoe: “Ry Zanak’Andriamanitra, mivoaha, miantso Anao ny Ray,” tahaka ny niantsoan’i Jesosy an’i Lazarosy hivoaka avy tao am-pasana tamin’ny teny hoe: “Ry Lazarosy, mivoaha.” Tamin’ny 2023, Kristy dia niantso ireo taolana maina efa maty, dia ireo vavolombelona roa, hoe: “mivoaha”.</w:t>
      </w:r>
    </w:p>
    <w:p>
      <w:pPr>
        <w:pStyle w:val="ArticleBody"/>
        <w:jc w:val="left"/>
      </w:pPr>
      <w:r>
        <w:rPr>
          <w:rFonts w:ascii="Times New Roman" w:hAnsi="Times New Roman" w:eastAsia="Times New Roman" w:cs="Times New Roman"/>
        </w:rPr>
        <w:t>Taorian’ny nitsanganan’i Kristy tamin’ny maty dia niakatra voalohany ho any amin’ny Rainy Izy, ary avy eo nidina tahaka ny nataony tamin’ny 11 Septambra 2001. Dia nanazava tsikelikely ny mpianany Izy, araka ny asehon’ny fihaonany tamin’i Maria, ny mpianatra izay nihaonany sy nampianariny teny an-dalana ho any Emaosy, ary taorian’izany ny nisehoany tamin’ny sisa tamin’ny mpianatra. Nandritra ny efapolo andro no nampianarany ny mpianatra talohan’ny niakarany farany, ary rehefa afaka folo andro fanampiny dia tafaray saina sy tao amin’ny toerana iray avokoa izy rehetra, ka nararaka tsy nisy fetra ny Fanahy Masina.</w:t>
      </w:r>
    </w:p>
    <w:p>
      <w:pPr>
        <w:pStyle w:val="ArticleScripture"/>
        <w:jc w:val="left"/>
      </w:pPr>
      <w:r>
        <w:rPr>
          <w:rFonts w:ascii="Times New Roman" w:hAnsi="Times New Roman" w:eastAsia="Times New Roman" w:cs="Times New Roman"/>
        </w:rPr>
        <w:t>“Rehefa nihaona tamin’ny mpianany Jesosy, dia nampahatsiahiviny azy ireo ny teny izay efa nolazainy taminy talohan’ny nahafatesany, fa tsy maintsy ho tanteraka izay rehetra voasoratra momba Azy ao amin’ny lalàn’i Mosesy sy ao amin’ny mpaminany ary ao amin’ny Salamo. ‘Dia nosokafany ny sainy hahafahany mahafantatra ny Soratra Masina, ka hoy Izy taminy: Izao no voasoratra, ary toy izao no tsy maintsy niaretan’i Kristy sy nitsanganany tamin’ny maty tamin’ny andro fahatelo; ary mba hotorina amin’ny anarany amin’ny firenena rehetra ny fibebahana sy ny famelana ny ota, manomboka eto Jerosalema. Ary ianareo no vavolombelon’izany zavatra izany.’” Ilay Fitiavan’ny Vanim-potoana Rehetra, 804.</w:t>
      </w:r>
    </w:p>
    <w:p>
      <w:pPr>
        <w:pStyle w:val="ArticleBody"/>
        <w:jc w:val="left"/>
      </w:pPr>
      <w:r>
        <w:rPr>
          <w:rFonts w:ascii="Times New Roman" w:hAnsi="Times New Roman" w:eastAsia="Times New Roman" w:cs="Times New Roman"/>
        </w:rPr>
        <w:t>Tamin’ny volana Jolay 2023, ny feon’i Jesosy no nanaitra ireo vavolombelona roa maty ka nanomboka nanokatra ny fahatakaran’ny mpianany ny zavatra rehetra voasoratra ao amin’ny lalàn’i Mosesy (ny “fito andro”), ny mpaminany (ny sarin’ireo bibidia nataon’i Nebokadnezara), ary ny Salamo (ny fanandraman’i Mosesy sy ny Zanak’ondry). Ny asany fampianarana dia nanomboka tamin’ny fitsanganany tamin’ny maty, ary nitombo hery nandritra ny efapolo andro nanaraka izany. Nanomboka tamin’ny fangatahany hihinana izany.</w:t>
      </w:r>
    </w:p>
    <w:p>
      <w:pPr>
        <w:pStyle w:val="ArticleScripture"/>
        <w:jc w:val="left"/>
      </w:pPr>
      <w:r>
        <w:rPr>
          <w:rFonts w:ascii="Times New Roman" w:hAnsi="Times New Roman" w:eastAsia="Times New Roman" w:cs="Times New Roman"/>
        </w:rPr>
        <w:t>Ary raha tsy mbola nino ihany izy ireo noho ny hafaliana, sady talanjona, dia hoy Izy taminy: Manan-kanina va hianareo eto? Ary nomeny tapa-trondro natsatsika sy tantely avy amin’ny tohotra Izy. Dia nandray izany Izy ka nihinana teo anoloany. Ary hoy Izy taminy: Ireo no teny izay nolazaiko taminareo, raha mbola teo aminareo Aho, fa tsy maintsy ho tanteraka izay rehetra voasoratra ao amin’ny lalàn’i Mosesy sy ao amin’ny mpaminany ary ao amin’ny Salamo ny amiko. Lioka 24:41–44.</w:t>
      </w:r>
    </w:p>
    <w:p>
      <w:pPr>
        <w:pStyle w:val="ArticleBody"/>
        <w:jc w:val="left"/>
      </w:pPr>
      <w:r>
        <w:rPr>
          <w:rFonts w:ascii="Times New Roman" w:hAnsi="Times New Roman" w:eastAsia="Times New Roman" w:cs="Times New Roman"/>
        </w:rPr>
        <w:t>Ny vavaka dia mariky ny làlana lehibe teo amin’ny tantara mitohy, ary ny tantara hatramin’ny nitsanganan’i Kristy tamin’ny maty ka mandra-panandratana Azy efapolo andro tatỳ aoriana, dia namela folo andro (folo dia fitsapana) ho amin’ny Pentekosta, izay handrotsahana ny Fanahy Masina tsy amin’ny fetra. Ny fitsanganany tamin’ny maty, ny fiakarany, arahin’ny fidinany indray, dia maneho ny 11 Septambra 2001. Ny Jolay 2023 dia maneho ny fiafaran’ny efapolo andro, ary ny folo andro manaraka ny Jolay 2023 dia mitondra ho amin’ilay lalàn’ny Alahady izay ho avy tsy ho ela. Ao anatin’izany vanim-potoana farany misy folo andro izany, ny firaisana sy ny vavaka no mariky ny làlana. Ny firaisana dia nasehon’ny faminaniana voalohan’i Ezekiela ao amin’ny toko fahafito amby telopolo, izay nampitambatra ny taolana sy ny hozatra ary ny nofo. Ny faminaniana faharoan’i Ezekiela dia ny fofonain’ny rivotra efatra, ary ny fofonaina dia tandindon’ny vavaka. Ao anatin’ireo folo andro farany ireo no anombohan-kase ny iray hetsy sy efatra amby efatra alina, araka ny efa nanehoana azy tamin’ny alalan’i Lazarosy.</w:t>
      </w:r>
    </w:p>
    <w:p>
      <w:pPr>
        <w:pStyle w:val="ArticleScripture"/>
        <w:jc w:val="left"/>
      </w:pPr>
      <w:r>
        <w:rPr>
          <w:rFonts w:ascii="Times New Roman" w:hAnsi="Times New Roman" w:eastAsia="Times New Roman" w:cs="Times New Roman"/>
        </w:rPr>
        <w:t>“Izao no anton’ny fahatarany tamin’ny fandehanana ho any Betania. Ity fahagagana faratampony ity, dia ny fananganana an’i Lazarosy tamin’ny maty, no hamehezana amin’ny tombo-kasen’Andriamanitra ny asany sy ny fitakiany ny maha-Andriamanitra Azy.” Ilay Fitiavan’ny Vanim-potoana Rehetra, 529.</w:t>
      </w:r>
    </w:p>
    <w:p>
      <w:pPr>
        <w:pStyle w:val="ArticleBody"/>
        <w:jc w:val="left"/>
      </w:pPr>
      <w:r>
        <w:rPr>
          <w:rFonts w:ascii="Times New Roman" w:hAnsi="Times New Roman" w:eastAsia="Times New Roman" w:cs="Times New Roman"/>
        </w:rPr>
        <w:t>Tsy ny virijina hendry ihany no voaisy tombo-kase mandritra izao fahagagana fanomezan-satroboninahitra izao, fa ny virijina adala koa dia voaisy tombo-kase eo amin’ny lafiny diso amin’ilay raharaha.</w:t>
      </w:r>
    </w:p>
    <w:p>
      <w:pPr>
        <w:pStyle w:val="ArticleScripture"/>
        <w:jc w:val="left"/>
      </w:pPr>
      <w:r>
        <w:rPr>
          <w:rFonts w:ascii="Times New Roman" w:hAnsi="Times New Roman" w:eastAsia="Times New Roman" w:cs="Times New Roman"/>
        </w:rPr>
        <w:t>“Ny fahagagana lehibe indrindra izay nanomezam-boninahitra an’i Kristy—dia ny nananganana an’i Lazarosy tamin’ny maty—no nanamafy tanteraka ny fanapahan-kevitry ny mpisorona hanaisotra an’i Jesosy sy ny asany mahagaga tsy ho eo amin’izao tontolo izao, satria ireo dia nandrava haingana ny herin’ny fitaoman’izy ireo teo amin’ny vahoaka.” Acts of the Apostles, 67.</w:t>
      </w:r>
    </w:p>
    <w:p>
      <w:pPr>
        <w:pStyle w:val="ArticleBody"/>
        <w:jc w:val="left"/>
      </w:pPr>
      <w:r>
        <w:rPr>
          <w:rFonts w:ascii="Times New Roman" w:hAnsi="Times New Roman" w:eastAsia="Times New Roman" w:cs="Times New Roman"/>
        </w:rPr>
        <w:t>Ny feo maro ao amin’ny tantaran’ny fanisiana tombo-kase ny efatra amby efapolo sy iray hetsy arivo mandra-pahatongan’ny lalàna alahady izay ho avy tsy ho ela dia “didy anampy didy,” dia ireo feon’ny Tenin’Andriamanitra ara-paminaniana; ary ireo feo ireo no manakoako ao amin’ilay vanim-potoana izay ahatanterahan’“ny vokatry ny fahitana rehetra.” Izy ireo dia manakoako amin’ny fotoana anokafana ny tombo-kase fahafito.</w:t>
      </w:r>
    </w:p>
    <w:p>
      <w:pPr>
        <w:pStyle w:val="ArticleScripture"/>
        <w:jc w:val="left"/>
      </w:pPr>
      <w:r>
        <w:rPr>
          <w:rFonts w:ascii="Times New Roman" w:hAnsi="Times New Roman" w:eastAsia="Times New Roman" w:cs="Times New Roman"/>
        </w:rPr>
        <w:t>Ary rehefa nosokafany ny tombo-kase fahafito, dia nisy fahanginana tany an-danitra tokony ho antsasak’adiny. Ary hitako ny anjely fito izay nitsangana teo anatrehan’Andriamanitra; ary nomena trompetra fito izy. Ary nisy anjely iray hafa tonga ka nitsangana teo amin’ny alitara, nitondra lovia fandoroana emboka volamena; ary nomena emboka betsaka izy mba hanolony izany miaraka amin’ny vavaky ny olo-masina rehetra eo ambonin’ny alitara volamena izay teo anoloan’ny seza fiandrianana. Ary ny setroky ny emboka, izay niaraka tamin’ny vavaky ny olo-masina, dia niakatra teo anatrehan’Andriamanitra avy teny an-tanan’ilay anjely. Ary nalain’ilay anjely ny lovia fandoroana emboka ka nofenoiny afo avy teo amin’ny alitara, dia natsipiny tamin’ny tany izany; ary nisy feo sy kotrokorana sy helatra ary horohoron-tany. Apokalypsy 8:1–5.</w:t>
      </w:r>
    </w:p>
    <w:p>
      <w:pPr>
        <w:pStyle w:val="ArticleBody"/>
        <w:jc w:val="left"/>
      </w:pPr>
      <w:r>
        <w:rPr>
          <w:rFonts w:ascii="Times New Roman" w:hAnsi="Times New Roman" w:eastAsia="Times New Roman" w:cs="Times New Roman"/>
        </w:rPr>
        <w:t>Ny fanokafana ny tombo-kase fahafito dia niteraka fahanginana, fa io vanim-potoana io dia maneho fiovan’ny fitondrana masina; ary rehefa misy fiovana eo amin’ny fitondrana masina, dia misy fahanginana any an-danitra mandrakariva, araka ny voaporofon’ny hazo fijaliana rehefa nitsahatra ny mozikany sy ny fiderany ny anjely. Ny fahanginana any an-danitra dia voaporofon’ny fepetra takin’ny andron’ny fanavotana; ary tamin’ny 22 Oktobra 1844, Habakoka ROA, andininy FAHA-ROAPOLO no nandidy ny tany rehetra hangina.</w:t>
      </w:r>
    </w:p>
    <w:p>
      <w:pPr>
        <w:pStyle w:val="ArticleScripture"/>
        <w:jc w:val="left"/>
      </w:pPr>
      <w:r>
        <w:rPr>
          <w:rFonts w:ascii="Times New Roman" w:hAnsi="Times New Roman" w:eastAsia="Times New Roman" w:cs="Times New Roman"/>
        </w:rPr>
        <w:t>“Naseho ahy ny fitiavana lehibe sy ny fanetren-tenan’Andriamanitra tamin’ny nanomezany ny Zanany ho faty, mba hahitan’ny olona famelan-keloka sy ho velona. Naseho ahy i Adama sy Eva, izay nanana tombontsoa hibanjina ny hatsarana sy ny fahatsaran-tarehin’ny Sahan’i Edena, ary navela hihinana tamin’ny hazo rehetra tao amin’ny saha afa-tsy ny iray. Fa ny menarana naka fanahy an’i Eva, ary i Eva naka fanahy ny vadiny, ka samy nihinana tamin’ilay hazo voarara izy roa tonta. Nandika ny didin’Andriamanitra izy ireo, ka tonga mpanota. Niely nanerana ny lanitra izany vaovao izany, ary nangina ny harpa rehetra. Nalahelo ny anjely, sady natahotra fandrao haninjitra ny tànany indray i Adama sy Eva ka hihinana amin’ny hazon’aina, ary ho mpanota tsy mety maty. Fa hoy Andriamanitra fa horoahiny hiala amin’ny saha ireo mpandika lalàna, ary amin’ny alalan’ny kerobima sy sabatra mirehitra no hiambenany ny lalana mankany amin’ny hazon’aina, mba tsy hahafahan’ny olona manatona azy ka hihinana amin’ny voany, izay mampaharitra ny tsy fahafatesana.” Early Writings, 125.</w:t>
      </w:r>
    </w:p>
    <w:p>
      <w:pPr>
        <w:pStyle w:val="ArticleBody"/>
        <w:jc w:val="left"/>
      </w:pPr>
      <w:r>
        <w:rPr>
          <w:rFonts w:ascii="Times New Roman" w:hAnsi="Times New Roman" w:eastAsia="Times New Roman" w:cs="Times New Roman"/>
        </w:rPr>
        <w:t>Nangina ny lanitra rehefa tonga mpanota ny olona, ary nangina ny lanitra rehefa nalatsaka ny ran’i Kristy hanavotra ny mpanota, ary nangina ny lanitra rehefa nanomboka ny asan’i Kristy amin’ny fitsarana amin’ny fanesorana ny ota hiala amin’ny olony.</w:t>
      </w:r>
    </w:p>
    <w:p>
      <w:pPr>
        <w:pStyle w:val="ArticleScripture"/>
        <w:jc w:val="left"/>
      </w:pPr>
      <w:r>
        <w:rPr>
          <w:rFonts w:ascii="Times New Roman" w:hAnsi="Times New Roman" w:eastAsia="Times New Roman" w:cs="Times New Roman"/>
        </w:rPr>
        <w:t>“Ny fifonana ataon’i Kristy ho an’ny olombelona ao amin’ny fitoerana masina any ambony dia tena ilaina amin’ny drafitry ny famonjena, tahaka ny naha-ilaina ny fahafatesany teo amin’ny hazo fijaliana. Tamin’ny fahafatesany no nanombohany izany asa izany, izay niakarany tany an-danitra mba hamitany azy rehefa afaka ny nitsangana tamin’ny maty Izy.” Ilay Ady Lehibe, 489.</w:t>
      </w:r>
    </w:p>
    <w:p>
      <w:pPr>
        <w:pStyle w:val="ArticleBody"/>
        <w:jc w:val="left"/>
      </w:pPr>
      <w:r>
        <w:rPr>
          <w:rFonts w:ascii="Times New Roman" w:hAnsi="Times New Roman" w:eastAsia="Times New Roman" w:cs="Times New Roman"/>
        </w:rPr>
        <w:t>Ny asan’ny fitsarana dia nanomboka tamin’ny fahatongavan’ny anjely fahatelo tamin’ny taona 1844, kanefa ny olon’Andriamanitra dia nifidy ny ho faty any an-efitra, toy izay ho tonga iray mandrakizay amin’ny maha-Andriamanitra. Tonga indray ny anjely fahatelo tamin’ny 11 Septambra 2001, ary indray dia nisy fahanginana tany an-danitra. Ary tamin’izany ny Liona avy amin’ny firenen’i Joda dia nanomboka nanala ny tombo-kase fahafito, raha nijery ny fahatongavan’ny anjely fahatelo teo amin’ny tantaran’ny taranaka farany ny anjely.</w:t>
      </w:r>
    </w:p>
    <w:p>
      <w:pPr>
        <w:pStyle w:val="ArticleBody"/>
        <w:jc w:val="left"/>
      </w:pPr>
      <w:r>
        <w:rPr>
          <w:rFonts w:ascii="Times New Roman" w:hAnsi="Times New Roman" w:eastAsia="Times New Roman" w:cs="Times New Roman"/>
        </w:rPr>
        <w:t>Ireo anjely fito mpitsara dia teo, vonona hanomboka ny asany fandringanana; nefa tamin’izany dia nasaina izy ireo hoe: “Tano, tano, tano, tano,” mandra-panisy tombo-kase ny iray hetsy sy efatra alina amby efatra arivo. Ny vavaka roa sosona nataon’ny mahatoky dia nalefa ho any an-danitra, izay nasehon’ireo folo andro nialoha ny Pentekosta ka nanomboka taorian’ny efapolo andro (mariky ny efitra), sady nisolo tena ireo telo andro sy tapany (mariky ny efitra) ao amin’ny Apokalypsy toko fahiraika ambin’ny folo. Ary avy eo ny vavolombelona roa dia nobaikoin’ny feo avy any an-efitra fa tsy maintsy mahatanteraka ny vavaka roa nataon’i Daniela izy. Dia ny vavak’i Daniela ao amin’ny Daniela toko faharoa, izay nivavahan’i Daniela sy ireo lehilahy mendrika telo mba hahazo fahazavana hahatakatra ny nofy miafina nataon’i Nebokadnezara momba ilay sarin’ny biby; ary koa ny vavak’i Daniela ao amin’ny toko fahasivy, izay nivavahan’i Daniela irery, ka nahatanteraka ny fepetra takin’ny vavaka ao amin’ny Levitikosy enina amby roapolo.</w:t>
      </w:r>
    </w:p>
    <w:p>
      <w:pPr>
        <w:pStyle w:val="ArticleBody"/>
        <w:jc w:val="left"/>
      </w:pPr>
      <w:r>
        <w:rPr>
          <w:rFonts w:ascii="Times New Roman" w:hAnsi="Times New Roman" w:eastAsia="Times New Roman" w:cs="Times New Roman"/>
        </w:rPr>
        <w:t>Ny vavaka iombonana ao amin’ny Daniela toko faha-2 dia fangatahana fahazavana momba ny zava-miafina miafina izay nafenina tao anatin’ilay tsipika ivelan’ny tantara ara-paminaniana. Ny vavaka manokana sy isam-batan’olona ao amin’ny Daniela toko faha-9 kosa dia fangatahana famindrampo momba ny filàna anatiny. Rehefa nanomboka nilatsaka tamin’ny taona 2001 ny afon’ny ranonorana farany, dia nisy feo maro azo rehin’izay nahatakatra ny fomba fiasa amin’ny hoe tsipika ambonin’ny tsipika. Ny afo avy teo amin’ny alitara izay natsipy ho amin’ny tany dia ilay hafatra izay namokatra ny fisarahana farany teo amin’ny hendry sy ny adala, ary raha mbola nitohy nivelatra nandritra ireo folo andro ara-tandindona ireo izany hafatra izany, dia vao mainka nazava sy nazava kokoa ilay hafatra.</w:t>
      </w:r>
    </w:p>
    <w:p>
      <w:pPr>
        <w:pStyle w:val="ArticleBody"/>
        <w:jc w:val="left"/>
      </w:pPr>
      <w:r>
        <w:rPr>
          <w:rFonts w:ascii="Times New Roman" w:hAnsi="Times New Roman" w:eastAsia="Times New Roman" w:cs="Times New Roman"/>
        </w:rPr>
        <w:t>Ny hafatra dia ny krizy mihamafy an’ilay loza fahatelo, izay ao amin’ny Ezekiela toko fahafito amby telopolo, dia ireo faminaniana roa izay nahatonga voalohany ny vavolombelona roa hiara-hivory, ary avy eo nahatonga azy ireo hitsangana ho tafika mahery. Aorian’izany, ao amin’ny toko fahafito amby telopolo, dia atambatra ho tapa-kazo iray izy ireo, ary ny firaisana asehon’ny fanakambana ho tapa-kazo iray dia maneho ny fampiraisana ny maha-Andriamanitra amin’ny maha-olombelona, izay tanterahina ao anatin’ireo fihetsiketsehana farany amin’ny fanisiana tombo-kase ny iray hetsy sy efatra arivo sy efatra alina.</w:t>
      </w:r>
    </w:p>
    <w:p>
      <w:pPr>
        <w:pStyle w:val="ArticleBody"/>
        <w:jc w:val="left"/>
      </w:pPr>
      <w:r>
        <w:rPr>
          <w:rFonts w:ascii="Times New Roman" w:hAnsi="Times New Roman" w:eastAsia="Times New Roman" w:cs="Times New Roman"/>
        </w:rPr>
        <w:t>Tamin’ny volana Jolay 2023 no nanomboka niakatra ny vavaka, ary ireo dia ny vavaky ny Daniela toko fahasivy sy toko faharoa. Ary avy eo dia re ny feo ary koa ny kotrokorana, ary hita koa ny tselatra. Ny tselatra sy ny kotrokorana dia manaraka ny ranonorana na eo amin’ny tontolo voajanahary, na eo amin’ny faminaniana. Ny ranonorana dia nanomboka tamin’ny 11 Septambra 2001. Ny filazana voalohany momba ny tselatra sy ny kotrokorana dia manondro izany ho hafatra natao hampiteraka tahotra araka an’Andriamanitra.</w:t>
      </w:r>
    </w:p>
    <w:p>
      <w:pPr>
        <w:pStyle w:val="ArticleScripture"/>
        <w:jc w:val="left"/>
      </w:pPr>
      <w:r>
        <w:rPr>
          <w:rFonts w:ascii="Times New Roman" w:hAnsi="Times New Roman" w:eastAsia="Times New Roman" w:cs="Times New Roman"/>
        </w:rPr>
        <w:t>Ary non tonga tamin’ny andro fahatelo, nony maraina, dia nisy kotrokorana sy tselatra ary rahona matevina teo ambonin’ny tendrombohitra, mbamin’ny feon’ny trompetra mafy dia mafy; ka dia nangovitra ny olona rehetra izay teo an-toby. Eksodosy 19:16.</w:t>
      </w:r>
    </w:p>
    <w:p>
      <w:pPr>
        <w:pStyle w:val="ArticleBody"/>
        <w:jc w:val="left"/>
      </w:pPr>
      <w:r>
        <w:rPr>
          <w:rFonts w:ascii="Times New Roman" w:hAnsi="Times New Roman" w:eastAsia="Times New Roman" w:cs="Times New Roman"/>
        </w:rPr>
        <w:t>Ny tselatra sy ny kotroka dia narahan’ny “feo” trompetra. Ireo dia narahan’ny orana, ary maneho dian-tongotra ara-paminaniana hitarihana ny olon’Andriamanitra.</w:t>
      </w:r>
    </w:p>
    <w:p>
      <w:pPr>
        <w:pStyle w:val="ArticleScripture"/>
        <w:jc w:val="left"/>
      </w:pPr>
      <w:r>
        <w:rPr>
          <w:rFonts w:ascii="Times New Roman" w:hAnsi="Times New Roman" w:eastAsia="Times New Roman" w:cs="Times New Roman"/>
        </w:rPr>
        <w:t>Ny rahona nandatsaka rano; ny habakabaka nampaneno feo; ny zana-tsipìkanao koa dia niparitaka. Ny feon’ny kotrokoranao dia tany an-danitra; ny helatra nanazava izao tontolo izao; ny tany nangovitra sy nihorohoro. Ny lalanao dia ao amin’ny ranomasina, ary ny halehanao ao amin’ny rano lehibe, ary ny dian-tongotrao tsy fantatra. Nitarika ny olonao tahaka ny ondry aman’osy ianao tamin’ny tànan’i Mosesy sy Arona. Salamo 77:17–20.</w:t>
      </w:r>
    </w:p>
    <w:p>
      <w:pPr>
        <w:pStyle w:val="ArticleBody"/>
        <w:jc w:val="left"/>
      </w:pPr>
      <w:r>
        <w:rPr>
          <w:rFonts w:ascii="Times New Roman" w:hAnsi="Times New Roman" w:eastAsia="Times New Roman" w:cs="Times New Roman"/>
        </w:rPr>
        <w:t>Ny tselatra sy ny kotrokorana dia feon’Andriamanitra, izay miseho amin’ny fotoanan’ny ranonorana; ary amin’izany vanim-potoana izany no amoahany ny rivotrany avy ao amin’ny trano firaketany (ny finoana silamo no rivotra avy any atsinanana).</w:t>
      </w:r>
    </w:p>
    <w:p>
      <w:pPr>
        <w:pStyle w:val="ArticleScripture"/>
        <w:jc w:val="left"/>
      </w:pPr>
      <w:r>
        <w:rPr>
          <w:rFonts w:ascii="Times New Roman" w:hAnsi="Times New Roman" w:eastAsia="Times New Roman" w:cs="Times New Roman"/>
        </w:rPr>
        <w:t>Rehefa manonona ny feony Izy, dia misy rano be dia be any an-danitra; ary mampiakatra ny etona avy any amin’ny faran’ny tany Izy; mahatonga ny helatra miaraka amin’ny orana Izy, ary mamoaka ny rivotra avy amin’ny firaketany. Jeremia 10:13.</w:t>
      </w:r>
    </w:p>
    <w:p>
      <w:pPr>
        <w:pStyle w:val="ArticleBody"/>
        <w:jc w:val="left"/>
      </w:pPr>
      <w:r>
        <w:rPr>
          <w:rFonts w:ascii="Times New Roman" w:hAnsi="Times New Roman" w:eastAsia="Times New Roman" w:cs="Times New Roman"/>
        </w:rPr>
        <w:t>Namoaka ny feony Andriamanitra rehefa niantso tamin’ny feon’ny liona Izy; ary ho setrin’izany, dia nanao ny feony ireo kotrokorana fito, ary ireo kotrokorana fito ireo no maneho ny dian’Andriamanitra nandritra ny tantaran’ny hetsika Millerita ary koa tao amin’ny hetsiky ny anjely fahatelo, izay tonga indray tamin’ny 11 Septambra 2001, rehefa namoaka ny rivotra avy any atsinanana avy tao amin’ny rakiny Izy.</w:t>
      </w:r>
    </w:p>
    <w:p>
      <w:pPr>
        <w:pStyle w:val="ArticleScripture"/>
        <w:jc w:val="left"/>
      </w:pPr>
      <w:r>
        <w:rPr>
          <w:rFonts w:ascii="Times New Roman" w:hAnsi="Times New Roman" w:eastAsia="Times New Roman" w:cs="Times New Roman"/>
        </w:rPr>
        <w:t>Izy no mampiakatra ny etona avy any amin’ny faran’ny tany; izy no manao ny helatra ho amin’ny orana; izy no mamoaka ny rivotra avy ao amin’ny trano firaketany. Izay namely ny lahimatoa tany Egypta, na ny an’ny olona na ny an’ny biby. Salamo 135:7, 8.</w:t>
      </w:r>
    </w:p>
    <w:p>
      <w:pPr>
        <w:pStyle w:val="ArticleBody"/>
        <w:jc w:val="left"/>
      </w:pPr>
      <w:r>
        <w:rPr>
          <w:rFonts w:ascii="Times New Roman" w:hAnsi="Times New Roman" w:eastAsia="Times New Roman" w:cs="Times New Roman"/>
        </w:rPr>
        <w:t>Navoakany ny rivotra avy tao amin’ny trano firaketany Izy, tamin’ny namonoana ny lahimatoa tany Egypta, ary ny Paska dia tandindon’ny hazo fijaliana, izay kosa tandindon’ny fahatongavan’ny anjely fahatelo tamin’ny 1844, izay kosa tandindon’ny fiverenan’ny anjely fahatelo tamin’ny andron’ny rivotra avy any atsinanana, tamin’ny 11 Septambra 2001.</w:t>
      </w:r>
    </w:p>
    <w:p>
      <w:pPr>
        <w:pStyle w:val="ArticleBody"/>
        <w:jc w:val="left"/>
      </w:pPr>
      <w:r>
        <w:rPr>
          <w:rFonts w:ascii="Times New Roman" w:hAnsi="Times New Roman" w:eastAsia="Times New Roman" w:cs="Times New Roman"/>
        </w:rPr>
        <w:t>Rehefa esorina amin’ilay boky voaisy tombo-kase fito ny tombo-kase, dia maneho fivoarana miandalana eo amin’ny fahamarinana izany. Ny fanesorana ny tombo-kase fahafito dia maneho ny fotoanan’ny fanisiana tombo-kase ny iray hetsy sy efatra alina sy efatra arivo. Rehefa ambara voalohany ilay boky voaisy tombo-kase fito, dia nisy tselatra sy kotrokorana ary feo, nefa tsy nisy horohoron-tany.</w:t>
      </w:r>
    </w:p>
    <w:p>
      <w:pPr>
        <w:pStyle w:val="ArticleScripture"/>
        <w:jc w:val="left"/>
      </w:pPr>
      <w:r>
        <w:rPr>
          <w:rFonts w:ascii="Times New Roman" w:hAnsi="Times New Roman" w:eastAsia="Times New Roman" w:cs="Times New Roman"/>
        </w:rPr>
        <w:t>Ary avy teo amin’ny seza fiandrianana no nivoahan’ny tselatra sy ny kotroka ary ny feo; ary nisy fanilo fito mirehitra afo teo anoloan’ny seza fiandrianana, izay fanahy fiton’Andriamanitra. Apokalypsy 4:5</w:t>
      </w:r>
    </w:p>
    <w:p>
      <w:pPr>
        <w:pStyle w:val="ArticleBody"/>
        <w:jc w:val="left"/>
      </w:pPr>
      <w:r>
        <w:rPr>
          <w:rFonts w:ascii="Times New Roman" w:hAnsi="Times New Roman" w:eastAsia="Times New Roman" w:cs="Times New Roman"/>
        </w:rPr>
        <w:t>Ao amin’ny filazana voalohany ny amin’ny feo sy ny helatra ary ny kotro-baratra, ny orana dia aseho ho ny Fanahy Masina, izay ny fanilo afo fito, nefa tsy misy horohoron-tany. Amin’ny fanesorana ny Tombokase Fahafito no ahafantarana ny horohoron-tany momba ny lalàn’ny Alahady izay ho avy tsy ho ela. Ny toko fahefatra ao amin’ny Apokalypsy no manondro ny fiandohan’ny fanokafana ny fahamarinana, izay tanterahin’ny Liona avy amin’ny firenen’i Joda; ary rehefa fantarina ny fotoan’ny fanisiana tombo-kase, dia fantarina koa ny fiandohana sy ny fiafaran’ilay fe-potoana.</w:t>
      </w:r>
    </w:p>
    <w:p>
      <w:pPr>
        <w:pStyle w:val="ArticleBody"/>
        <w:jc w:val="left"/>
      </w:pPr>
      <w:r>
        <w:rPr>
          <w:rFonts w:ascii="Times New Roman" w:hAnsi="Times New Roman" w:eastAsia="Times New Roman" w:cs="Times New Roman"/>
        </w:rPr>
        <w:t>Ny fiandohan’izao vanim-potoana ankehitriny izao dia tamin’ny nidinan’ilay anjely hanazava ny tany tamin’ny voninahiny tamin’ny 11 Septambra 2001; ary avy eo, ao amin’ny Isaia enina, dia ampahafantarina antsika fa ny hafatra asehon’ny hoe “feo, tselatra, kotrokorana, rivotra ary ranonorana,” izay mifarana amin’ny lalàna alahady, dia tsy maintsy torina amin’ny olona iray izay mahita, nefa tsy ho afaka hahatsapa ny hevitry ny tselatra; ary na dia mandre aza izy, dia tsy ho afaka hahatakatra ny feo sy ny kotrokorana, mandra-pahatratran’ny horohoron-tany lehibe azy. Ny vanim-potoanan’ny fanisiana tombo-kase ny iray hetsy sy efatra arivo amby efatra alina dia ilay vanim-potoana izay tanteraka ny vokatry ny fahitana rehetra.</w:t>
      </w:r>
    </w:p>
    <w:p>
      <w:pPr>
        <w:pStyle w:val="ArticleBody"/>
        <w:jc w:val="left"/>
      </w:pPr>
      <w:r>
        <w:rPr>
          <w:rFonts w:ascii="Times New Roman" w:hAnsi="Times New Roman" w:eastAsia="Times New Roman" w:cs="Times New Roman"/>
        </w:rPr>
        <w:t>Izany tantara izany dia miteraka sy mampiseho karazany roa amin’ny mpivavaka. Ny sokajy iray dia mahafantatra ny ranonorana, ka noho izany dia mandray izany, satria hitany ny helatra, ary reny ny feo sy ny kotrokorana ary ny rivotra. Amin’ny faran’ny vanim-potoanan’ny fanisiana tombo-kase, ny horohoron-tany lehibe vokatry ny lalàn’ny Alahady izay ho avy tsy ho ela, dia mampiditra ny fitsarana fanatanterahana ataon’Andriamanitra.</w:t>
      </w:r>
    </w:p>
    <w:p>
      <w:pPr>
        <w:pStyle w:val="ArticleScripture"/>
        <w:jc w:val="left"/>
      </w:pPr>
      <w:r>
        <w:rPr>
          <w:rFonts w:ascii="Times New Roman" w:hAnsi="Times New Roman" w:eastAsia="Times New Roman" w:cs="Times New Roman"/>
        </w:rPr>
        <w:t>Dia vohaina tany an-danitra ny tempolin’Andriamanitra, ary hita tao amin’ny tempoliny ny fiaran’ny fanekeny; ary nisy helatra sy feo sy kotrokorana ary horohoron-tany sy havandra lehibe. Apokalypsy 11:19.</w:t>
      </w:r>
    </w:p>
    <w:p>
      <w:pPr>
        <w:pStyle w:val="ArticleBody"/>
        <w:jc w:val="left"/>
      </w:pPr>
      <w:r>
        <w:rPr>
          <w:rFonts w:ascii="Times New Roman" w:hAnsi="Times New Roman" w:eastAsia="Times New Roman" w:cs="Times New Roman"/>
        </w:rPr>
        <w:t>Tamin’ilay horohoron-tany lehibe, ny “tselatra sy feo ary kotrokorana” dia ahitana koa “havandra.” Ny “havandra” dia maneho ireo fitsarana izay manomboka harotsak’ireo anjely fito, izay efa niomana hanao izany tany am-piandohan’ny andro fanisiana tombo-kase, fony novohana ny tombo-kase fahafito, tahaka ny niandrasan’izy ireo ilay anjely handeha hamaky an’i Jerosalema sy hametraka marika eo amin’ireo izay nisento sy nitomany noho ny fahavetavetana natao teo amin’ny tany (ivelany), sy tao amin’ny fiangonana (anatiny).</w:t>
      </w:r>
    </w:p>
    <w:p>
      <w:pPr>
        <w:pStyle w:val="ArticleBody"/>
        <w:jc w:val="left"/>
      </w:pPr>
      <w:r>
        <w:rPr>
          <w:rFonts w:ascii="Times New Roman" w:hAnsi="Times New Roman" w:eastAsia="Times New Roman" w:cs="Times New Roman"/>
        </w:rPr>
        <w:t>Ny “havandra,” dia manamarika ny fotoanan’ny fitsaran’Andriamanitra mahavery, izay fotoam-pamindram-po ho an’ny ondry hafa an’Andriamanitra, izay antsoina hivoaka avy ao Babylona amin’izany fotoana izany; ary rehefa ny farany amin’ilay vahoaka betsaka no tafaray amin’ny ondrin’Andriamanitra, dia mikatona tanteraka ny fotoam-pahasoavan’olombelona.</w:t>
      </w:r>
    </w:p>
    <w:p>
      <w:pPr>
        <w:pStyle w:val="ArticleScripture"/>
        <w:jc w:val="left"/>
      </w:pPr>
      <w:r>
        <w:rPr>
          <w:rFonts w:ascii="Times New Roman" w:hAnsi="Times New Roman" w:eastAsia="Times New Roman" w:cs="Times New Roman"/>
        </w:rPr>
        <w:t>Ary ny anjely fahafito nandraraka ny loviany teny amin’ny rivotra; ary nisy feo mahery nivoaka avy tao amin’ny tempolin’ny lanitra, avy teo amin’ny seza fiandrianana, nanao hoe: Vita. Ary nisy feo sy kotrokorana ary tselatra; ary nisy horohoron-tany lehibe, izay tsy mbola nisy tahaka azy hatrizay nisian’ny olona tambonin’ny tany, dia horohoron-tany mahery tokoa sady lehibe dia lehibe. Ary ny tanàna lehibe dia nizara telo; ary rava ny tanànan’ny firenena; ary Babylona lehibe dia tsaroan’Andriamanitra teo anatrehany, mba homena azy ny kapoakan’ny divain’ny fahatezerana mirehitr’ ny fahavinirany. Apokalypsy 16:17–19.</w:t>
      </w:r>
    </w:p>
    <w:p>
      <w:pPr>
        <w:pStyle w:val="ArticleBody"/>
        <w:jc w:val="left"/>
      </w:pPr>
      <w:r>
        <w:rPr>
          <w:rFonts w:ascii="Times New Roman" w:hAnsi="Times New Roman" w:eastAsia="Times New Roman" w:cs="Times New Roman"/>
        </w:rPr>
        <w:t>Ry Mpamaky malala: Henonao va ny feo sy ny kotrokorana? Hitao va ny helatra? Tsapanao va ny rivotra? Tsy ho ela dia ho renao ny feon’ireo virijina adala mitady diloilo amim-pitalahoana.</w:t>
      </w:r>
    </w:p>
    <w:p>
      <w:pPr>
        <w:pStyle w:val="ArticleBody"/>
        <w:jc w:val="left"/>
      </w:pPr>
      <w:r>
        <w:rPr>
          <w:rFonts w:ascii="Times New Roman" w:hAnsi="Times New Roman" w:eastAsia="Times New Roman" w:cs="Times New Roman"/>
        </w:rPr>
        <w:t>Hohizantsika ato amin’ny lahatsoratra manaraka ity fandalinana ity.</w:t>
      </w:r>
    </w:p>
    <w:p>
      <w:pPr>
        <w:pStyle w:val="ArticleScripture"/>
        <w:jc w:val="left"/>
      </w:pPr>
      <w:r>
        <w:rPr>
          <w:rFonts w:ascii="Times New Roman" w:hAnsi="Times New Roman" w:eastAsia="Times New Roman" w:cs="Times New Roman"/>
        </w:rPr>
        <w:t>Nitady fiadanana izahay, nefa tsy nisy soa tonga; sy fotoana ho amin’ny fahasitranana, ary, indro, fahoriana! Ny fivoahan’ny fofonain’ny soavaliny dia re hatrany Dana; nangovitra ny tany rehetra noho ny feon’ny fihinanihanin’ny mahery aminy; fa tonga izy, ka nandany ny tany sy izay rehetra ao aminy; ny tanàna sy izay monina ao anatiny. Fa, indro, handefa menarana sy bibilava misy poizina eo aminareo Aho, izay tsy azo osàna, ary hanaikitra anareo ireo, hoy Jehovah. Raha nitady hampionona ny tenako aho noho ny alahelo, dia reraka ato anatiko ny foko. Indro ny feon’ny fitarainan’ny zanakavavin’ny oloko noho ny amin’izay monina any amin’ny tany lavitra: Tsy ao Ziona va Jehovah? tsy ao aminy va ny Mpanjakany? Nahoana no nampahatezitra Ahy tamin’ny sarin-javatra voasokitra sy tamin’ny zava-poana hafahafa izy? Lasa ny fotoam-pijinjana, tapitra ny fahavaratra, nefa tsy voavonjy isika. Noho ny ratran’ny zanakavavin’ny oloko dia voaratra aho; mitafy fahamaizinana aho; azon’ny fahatairana aho. Tsy misy balsama va any Gileada? tsy misy mpanao fanafody va any? nahoana ary no tsy tafaverina ny fahasalaman’ny zanakavavin’ny oloko? Jeremia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Faha-enimpolo amby zato dimy ambin’ny folo</dc:title>
  <dc:subject>Ny Feo Faminaniana tamin’ny 1776, 1789, ary 1798: Sasin-teny mialoha ny Fanisiana Tombo-kase ny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