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Fahasivy amby telopolo amby zato</w:t>
      </w:r>
    </w:p>
    <w:p>
      <w:pPr>
        <w:pStyle w:val="ArticleSubtitle"/>
        <w:jc w:val="left"/>
      </w:pPr>
      <w:r>
        <w:rPr>
          <w:rFonts w:ascii="Arial" w:hAnsi="Arial" w:eastAsia="Arial" w:cs="Arial"/>
        </w:rPr>
        <w:t>Ny Fifanarahana Ara-paminaniana ao amin’i Daniela 11:40 sy ny Zava-misy Politika Ankehitriny: Famoahana ny Zava-miafin’ny Filoha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Dinihintsika ny fifanarahan’i Daniela toko fahairaika ambin’ny folo andininy fahaefapolo amin’ny andininy voalohany sy faharoa ao amin’io toko io ihany. Ny andininy voalohany dia manondro ny fotoanan’ny farany amin’ny taona 1989, ary ny andininy fahaefapolo koa dia manamarika ny fotoanan’ny farany amin’ny taona 1989, miaraka amin’ny firodanan’ny Firaisana Sovietika araka ny asehon’ny fandravana ny Rindrin’i Berlin tamin’ny 9 Novambra 1989.</w:t>
      </w:r>
    </w:p>
    <w:p>
      <w:pPr>
        <w:pStyle w:val="ArticleBody"/>
        <w:jc w:val="left"/>
      </w:pPr>
      <w:r>
        <w:rPr>
          <w:rFonts w:ascii="Times New Roman" w:hAnsi="Times New Roman" w:eastAsia="Times New Roman" w:cs="Times New Roman"/>
        </w:rPr>
        <w:t>Andininy faharoa dia manondro ny filoha fahenina an’i Etazonia aorian’ny 1989 ho ilay mpanankarena indrindra amin’ireo filoha rehetra, ka amin’izany dia manondro mazava an’i Donald Trump. Amin’ny fanaovany izany dia mampahafantatra fa i Trump dia “hanetsika” an’i Grecia manontolo, izay Empira grikan’i Aleksandra Lehibe ao amin’ny andininy fahatelo. Ny fanjakana grika ao amin’ny andininy fahatelo sy fahefatra dia tandindon’ny fanjakana maneran-tany ao amin’ny Daniela toko fahairaika ambin’ny folo.</w:t>
      </w:r>
    </w:p>
    <w:p>
      <w:pPr>
        <w:pStyle w:val="ArticleBody"/>
        <w:jc w:val="left"/>
      </w:pPr>
      <w:r>
        <w:rPr>
          <w:rFonts w:ascii="Times New Roman" w:hAnsi="Times New Roman" w:eastAsia="Times New Roman" w:cs="Times New Roman"/>
        </w:rPr>
        <w:t>Namorona ny andian-teny hoe: “history and prophecy doth agree,” i William Miller, ary ny tantaran’i Donald Trump dia manome porofo tsy azo lavina fa tsy vitan’ny hoe izy no manankarena indrindra tamin’ireo filoha valo farany tao Etazonia, fa ny mpanohana ny fanatontoloana ao Etazonia sy eran’izao tontolo izao koa dia mankahala an’i Donald Trump amin’ny fankahalana tsy manaraka lojika loatra, hany ka maro no mamaritra izany ho toy ny hadalana.</w:t>
      </w:r>
    </w:p>
    <w:p>
      <w:pPr>
        <w:pStyle w:val="ArticleBody"/>
        <w:jc w:val="left"/>
      </w:pPr>
      <w:r>
        <w:rPr>
          <w:rFonts w:ascii="Times New Roman" w:hAnsi="Times New Roman" w:eastAsia="Times New Roman" w:cs="Times New Roman"/>
        </w:rPr>
        <w:t>Ny voalohan’ireo filoha valo farany, nanomboka tamin’ny 1989, dia naneho mazava an’i Trump tamin’ny lafiny maro samihafa, ka nanamafy izany fa ilay filoha fahenina ao amin’ny andininy faharoa dia hiafara ho ilay filoha fahavalo sady farany. Reagan, amin’ny maha-voalohany azy ao anatin’ny andian-filoha valo, dia naneho mialoha ilay fahavalo sady farany; fa Jesosy mandrakariva no mampiseho ny faran’ny zavatra iray amin’ny alalan’ny fiandohan’izany zavatra izany.</w:t>
      </w:r>
    </w:p>
    <w:p>
      <w:pPr>
        <w:pStyle w:val="ArticleBody"/>
        <w:jc w:val="left"/>
      </w:pPr>
      <w:r>
        <w:rPr>
          <w:rFonts w:ascii="Times New Roman" w:hAnsi="Times New Roman" w:eastAsia="Times New Roman" w:cs="Times New Roman"/>
        </w:rPr>
        <w:t>Ny fijoroana vavolombelon’i Ronald Reagan, ilay filoha tamin’ny fotoanan’ny farany tamin’ny 1989, dia maneho ara-paminaniana ilay filoha izay ho farany amin’ireo filoha valo. Hisy filoha fito aorian’i Reagan, satria i Etazonia dia mitsahatra amin’ny maha-fanjakana fahenina azy ao amin’ny faminanian’ny Baiboly amin’ilay lalàn’ny Alahady efa ho avy tsy ho ela; ary eo am-panatonana izany lalàn’ny Alahady izany, i Etazonia dia mamorona sarin’ilay bibidia, ary io bibidia io no fahavalo, avy amin’ny bibidia fito. Reagan no filoha voalohany tamin’ny fotoanan’ny farany tamin’ny 1989, ary ny farany dia ho ilay fahavalo, izay avy amin’ny fito.</w:t>
      </w:r>
    </w:p>
    <w:p>
      <w:pPr>
        <w:pStyle w:val="ArticleBody"/>
        <w:jc w:val="left"/>
      </w:pPr>
      <w:r>
        <w:rPr>
          <w:rFonts w:ascii="Times New Roman" w:hAnsi="Times New Roman" w:eastAsia="Times New Roman" w:cs="Times New Roman"/>
        </w:rPr>
        <w:t>Hoy i Reagan, tamin’ny 12 Jona 1987, nandritra ny lahateny iray teo amin’ny Vavahadin’i Brandenburg akaikin’ny Rindrin’i Berlin tao Berlin Andrefana, Alemaina, raha niresaka tamin’i Mikhail Gorbachev, Sekretera Jeneralin’ny Antoko Kaoministan’ny Firaisana Sovietika, hoe: “Ry Sekretera Jeneraly Gorbachev, raha mitady fiadanana ianao, raha mitady fanambinana ho an’ny Firaisana Sovietika sy Eoropa Atsinanana ianao, raha mitady fanalalahana ianao: Avia eto amin’ity vavahady ity! Andriamatoa Gorbachev, sokafy ity vavahady ity! Andriamatoa Gorbachev, ravao ity rindrina ity!” Ny voalohany amin’ireo teny malaza indrindra nataon’ireo filoha valo farany dia nanamarika ny fahatanterahan’ny fandravana ilay rindrina roa taona tatỳ aoriana, tamin’ny 9 Novambra 1989.</w:t>
      </w:r>
    </w:p>
    <w:p>
      <w:pPr>
        <w:pStyle w:val="ArticleBody"/>
        <w:jc w:val="left"/>
      </w:pPr>
      <w:r>
        <w:rPr>
          <w:rFonts w:ascii="Times New Roman" w:hAnsi="Times New Roman" w:eastAsia="Times New Roman" w:cs="Times New Roman"/>
        </w:rPr>
        <w:t>Tamin’ny fanaovana izany, ny fanamafisan’i Reagan ny amin’ny fandravana ny manda dia niteny tamin’ny filoha fahavalo, izay, raha mbola nihazakazaka ho filoha fahenina, dia nanorina ny fampielezan-keviny teo ambonin’ny teny fikasana hoe “hanorina ny manda.” Ny voalohany amin’ireo filoha valo farany dia niantso mba horavana ny manda, ary rava ny Rindrin’i Berlin tamin’ny 1989, tamin’ny fotoanan’ny farany. Amin’ilay lalàna Alahady izay ho avy tsy ho ela, ny “manda” mampisaraka ny Fiangonana sy ny Fanjakana dia harodana, araka ny asehon’ilay fiandohana tamin’ny 1989. Eo afovoan’izany vanim-potoana izany, ilay filoha fahenina, izay mampihetsi-po ny globalista, dia manandrana manangana manda izay tsy tian’izy ireo, ary rehefa izy indray no filoha fahavalo avy amin’ny fito, dia hisy “manda” iray hafa hirodana.</w:t>
      </w:r>
    </w:p>
    <w:p>
      <w:pPr>
        <w:pStyle w:val="ArticleBody"/>
        <w:jc w:val="left"/>
      </w:pPr>
      <w:r>
        <w:rPr>
          <w:rFonts w:ascii="Times New Roman" w:hAnsi="Times New Roman" w:eastAsia="Times New Roman" w:cs="Times New Roman"/>
        </w:rPr>
        <w:t>Ny voalohany amin’ireo filoha valo dia voamariky ny fandravana rindrina iray izay nanamarika ny andron’ny farany, araka ny aseho ao amin’ny Daniela 11:40, ary ny farany amin’ireo filoha valo kosa dia voamariky ny fandravana “rindrina” iray izay manamarika ny fiafaran’ny fotoan’ny fanisiana tombo-kase ny iray hetsy sy efatra alina sy efatra arivo, araka ny aseho ao amin’ny Daniela 11:41.</w:t>
      </w:r>
    </w:p>
    <w:p>
      <w:pPr>
        <w:pStyle w:val="ArticleBody"/>
        <w:jc w:val="left"/>
      </w:pPr>
      <w:r>
        <w:rPr>
          <w:rFonts w:ascii="Times New Roman" w:hAnsi="Times New Roman" w:eastAsia="Times New Roman" w:cs="Times New Roman"/>
        </w:rPr>
        <w:t>I Prezidà Reagan dia Demokraty taloha izay nivadika ho Repoblikana, kintan’ny haino aman-jery taloha, lehilahy nalaza noho ny fahaizany miteny am-pahazavana, nanana fahatsapana vazivazy lalina, mpandala ny nentin-drazana ara-bola izay nanao fampielezan-kevitra nanohitra ny rafitra mpitondra tao Washington, DC. Kanefa, na dia teo aza ny kabarin’i Reagan tamin’ny fampielezan-keviny voalohany nanohitra ny rafitra mpitondra (honahona) izay niorim-paka tao amin’ny renivohitry ny firenena, dia niafara tamin’ny fanendreny isan-jato ambony kokoa amin’ireo mpanao politika maneran-tany voamarina ho amin’ny toeran’ny kabinetrany noho ny filoha maoderina hafa rehetra hatramin’izany fotoana izany izy. Nandeha lavitra mihitsy aza izy ka nifidy an’i George Bush zokiny ho Filoha Lefiny, lehilahy iray izay mivelatra lalina hatrany amin’ny tantaran’ny fanatontoloana ny fototry ny fianakaviany.</w:t>
      </w:r>
    </w:p>
    <w:p>
      <w:pPr>
        <w:pStyle w:val="ArticleBody"/>
        <w:jc w:val="left"/>
      </w:pPr>
      <w:r>
        <w:rPr>
          <w:rFonts w:ascii="Times New Roman" w:hAnsi="Times New Roman" w:eastAsia="Times New Roman" w:cs="Times New Roman"/>
        </w:rPr>
        <w:t>Nanao fampielezan-kevitra i Trump tamin’ny fampanantenana hanadio ny rafitra mpitondra izay nantsoiny hoe “ny honahona”, kanefa ny tantara momba ireo lehilahy nofidiny hiara-hiasa akaiky aminy no mampiharihary ny fahalemeny lehibe indrindra. Saika ireo lehilahy rehetra ireo dia solontenan’“ny honahona” izay toherin’i Trump amim-pahavitrihana tokoa. I Trump, tahaka an’i Reagan, dia Demokraty teo aloha izay tonga Repoblikana, olo-malaza tamin’ny haino aman-jery teo aloha, lehilahy nalaza tamin’ny fahaizany miteny ampahibemaso, nanana fahatsapana vazivazy lalina, ary mpandala ny nentin-drazana ara-bola.</w:t>
      </w:r>
    </w:p>
    <w:p>
      <w:pPr>
        <w:pStyle w:val="ArticleBody"/>
        <w:jc w:val="left"/>
      </w:pPr>
      <w:r>
        <w:rPr>
          <w:rFonts w:ascii="Times New Roman" w:hAnsi="Times New Roman" w:eastAsia="Times New Roman" w:cs="Times New Roman"/>
        </w:rPr>
        <w:t>Ny filoha farany ao Etazonia no ho filoha amin’ny fotoana hanorenana ny sarin’ny fahefan’ny papa (ny sarin’ilay bibidia) ao Etazonia. Koa ny filoha fahavalo sady farany hatramin’ny taona 1989 dia ho tafiditra amin’ny ady amin’ny hery dragona; fa tao anatin’ny ady lava sy naharitra tamin’ilay dragona no nanandratana voalohany ny fahefan’ny papa teo amin’ny seza fiandrianany tamin’ny alalan’ny hery dragona iray tamin’ny taona 538, avy eo nesorina teo amin’izany indray tamin’ny alalan’ilay hery dragona io ihany tamin’ny taona 1798, ary mbola hatsangana indray eo amin’ny seza fiandrianany amin’ny alalan’ilay hery dragona asehon’ireo mpanjaka folo izay manaiky hanome ny fanjakany fahafito ho an’ny fahefan’ny papa, ary aorian’izany dia hanongana ilay bibidia papa izy ireo rehefa handoro azy amin’ny afo sy hihinana ny nofony, raha ho tonga amin’ny fiafarany izy ka tsy hisy hanampy azy.</w:t>
      </w:r>
    </w:p>
    <w:p>
      <w:pPr>
        <w:pStyle w:val="ArticleBody"/>
        <w:jc w:val="left"/>
      </w:pPr>
      <w:r>
        <w:rPr>
          <w:rFonts w:ascii="Times New Roman" w:hAnsi="Times New Roman" w:eastAsia="Times New Roman" w:cs="Times New Roman"/>
        </w:rPr>
        <w:t>Ny filoha izay ho fahavalo, dia avy amin’ny fito, no ho ilay filoha tafiditra amin’ny ady atao amin’ny herin’ny dragona koa. Izany ady izany dia aseho rehefa ny filoha fahenina sady manankarena indrindra no manetsika ireo herin’ny dragona maneran-tany manontolo. Amin’ireo filoha valo farany, manomboka amin’ny taona 1989, dia efa nodimandry ny roa, ka filoha enina no sisa azo heverina ho mety ho tafiditra amin’ny ady atao amin’ny herin’ny dragona.</w:t>
      </w:r>
    </w:p>
    <w:p>
      <w:pPr>
        <w:pStyle w:val="ArticleBody"/>
        <w:jc w:val="left"/>
      </w:pPr>
      <w:r>
        <w:rPr>
          <w:rFonts w:ascii="Times New Roman" w:hAnsi="Times New Roman" w:eastAsia="Times New Roman" w:cs="Times New Roman"/>
        </w:rPr>
        <w:t>Amin’ireo safidy enina ireo, ny efatra dia mpanohana manerantany tarihin’ny dragona ampahibemaso. Ny iray amin’ireo enina, tahaka ny rainy, dia milaza ho Repoblikana, nefa Repoblikana amin’ny anarana ihany izy, ary tahaka ny rainy dia solontenan’ny herin’ny dragona manerantany. Amin’ireo filoha enina mbola velona, iray ihany no mazava tsara fa tsy mpanohana manerantany, ary izy no filoha mampihetsi-po ny mpanohana manerantany. Izy irery no hany iray amin’ireo filoha valo farany izay afaka manatanteraka ilay singa amin’ny sarin’ny papa, eo amin’ny lafiny fandraisana anjara amin’ny ady atao amin’ny herin’ny dragona.</w:t>
      </w:r>
    </w:p>
    <w:p>
      <w:pPr>
        <w:pStyle w:val="ArticleBody"/>
        <w:jc w:val="left"/>
      </w:pPr>
      <w:r>
        <w:rPr>
          <w:rFonts w:ascii="Times New Roman" w:hAnsi="Times New Roman" w:eastAsia="Times New Roman" w:cs="Times New Roman"/>
        </w:rPr>
        <w:t>Ilay filoha Repoblikana voalohany dia nalaza tamin’ny nitanisany andinin-teny iray ao amin’ny Soratra Masina momba ny Ady An-trano tany Etazonia, izay miresaka indrindra io zava-misy io.</w:t>
      </w:r>
    </w:p>
    <w:p>
      <w:pPr>
        <w:pStyle w:val="ArticleScripture"/>
        <w:jc w:val="left"/>
      </w:pPr>
      <w:r>
        <w:rPr>
          <w:rFonts w:ascii="Times New Roman" w:hAnsi="Times New Roman" w:eastAsia="Times New Roman" w:cs="Times New Roman"/>
        </w:rPr>
        <w:t>Ary fantatr’i Jesosy ny heviny, ka hoy Izy taminy: Ny fanjakana rehetra izay miady an-trano dia ho lao; ary ny tanàna na trano rehetra izay miady an-trano dia tsy haharitra. Ary raha Satana no mamoaka an’i Satana, dia miady an-trano izy; koa ahoana no haharetan’ny fanjakany? Ary raha izaho mamoaka demonia amin’i Beelzeboba, amin’iza kosa no amoahan’ny zanakareo azy? Koa ireo no ho mpitsara anareo. Fa raha ny Fanahin’Andriamanitra no amoahako demonia, dia tonga aminareo ny fanjakan’Andriamanitra. Matio 12:25–28.</w:t>
      </w:r>
    </w:p>
    <w:p>
      <w:pPr>
        <w:pStyle w:val="ArticleBody"/>
        <w:jc w:val="left"/>
      </w:pPr>
      <w:r>
        <w:rPr>
          <w:rFonts w:ascii="Times New Roman" w:hAnsi="Times New Roman" w:eastAsia="Times New Roman" w:cs="Times New Roman"/>
        </w:rPr>
        <w:t>Ny adin’ilay dragona hamelezany ny filoha manankarena indrindra, izay nampikorontana ny fanjakan’i Grecia, dia tsy maintsy ho eo amin’i Donald Trump sy ny mpanohana ny fanatontoloana ihany; fa ireo filoha dimy hafa mbola velona rehetra mety ho voakasika dia mpanohana ny fanatontoloana sady manohitra an’i Amerika. Rehefa nanonona ireo andininy teo aloha i Lincoln mba hiatrehana ny fizarazarana tao amin’ny firenena ho toby roa, dia ny mpomba ny fanandevozana sy ny mpanohitra ny fanandevozana, dia niresaka tamin’ireo Demôkraty mpomba ny fanandevozana sy ireo Repoblikana mpanohitra ny fanandevozana izy; ary tamin’izany dia niresaka momba ny adin’ny andro farany teo amin’ireo Demôkraty mpanohana ny fanatontoloana izy, izay ampikorontanin’ny filoha Repoblikana farany amin’ny alalan’ny hetsika MAGA-ism, izay soloiny tena sy tarihiny.</w:t>
      </w:r>
    </w:p>
    <w:p>
      <w:pPr>
        <w:pStyle w:val="ArticleBody"/>
        <w:jc w:val="left"/>
      </w:pPr>
      <w:r>
        <w:rPr>
          <w:rFonts w:ascii="Times New Roman" w:hAnsi="Times New Roman" w:eastAsia="Times New Roman" w:cs="Times New Roman"/>
        </w:rPr>
        <w:t>Amin’ny maha-filoham-pirenena Repoblikana voalohany azy, i Lincoln dia tandindon’ny filoham-pirenena Repoblikana farany. Ny filoha farany dia asehon’ilay filoham-pirenena Repoblikana tamin’ny fotoanan’ny farany koa, tamin’ny 1989. Ireo vavolombelona roa ireo dia manondro fa ilay filoha izay tandindoniny dia Repoblikana. Ilay filoham-pirenena Repoblikana tamin’ny fotoanan’ny farany tamin’ny 1989 dia tsy Repoblikana fotsiny, fa izy no voalohany tamin’ireo filoham-pirenena valo farany. Ny filoha farany dia ho efa notandindonin’i George Washington koa, ilay filoha voalohany sady Komandy Lehibe voalohany.</w:t>
      </w:r>
    </w:p>
    <w:p>
      <w:pPr>
        <w:pStyle w:val="ArticleBody"/>
        <w:jc w:val="left"/>
      </w:pPr>
      <w:r>
        <w:rPr>
          <w:rFonts w:ascii="Times New Roman" w:hAnsi="Times New Roman" w:eastAsia="Times New Roman" w:cs="Times New Roman"/>
        </w:rPr>
        <w:t>I Washington indray dia efa nanehoana tandindona tamin’ilay filoha voalohany tao amin’ny vanim-potoana asehon’ny 1776; ary io filoha voalohany io (Peyton Randolph) dia iray tamin’ireo lehilahy fito izay nanompo nandritra ireo vanim-potoana valo asehon’ny lehilahy fito. Randolph no voalohany amin’ny valo, ka noho izany dia naneho an’i Reagan izy, izay voalohany amin’ny valo koa, ary izy no fahavalo izay avy tamin’ny fito. Koa dia naneho an’i Washington i Randolph (ilay filoha voalohany), an’i Lincoln (ilay filoha Repoblikana voalohany), an’i Reagan (ilay filoha voalohany amin’ireo valo farany), ary ny filoha fahavalo taorian’ny 1989, izay noho ny filàna ara-paminaniana dia tsy maintsy ho ilay fahavalo, izay avy tamin’ny fito.</w:t>
      </w:r>
    </w:p>
    <w:p>
      <w:pPr>
        <w:pStyle w:val="ArticleBody"/>
        <w:jc w:val="left"/>
      </w:pPr>
      <w:r>
        <w:rPr>
          <w:rFonts w:ascii="Times New Roman" w:hAnsi="Times New Roman" w:eastAsia="Times New Roman" w:cs="Times New Roman"/>
        </w:rPr>
        <w:t>Washington koa dia hasehon’i John Hancock ho tandindona, izay filoha tao amin’ilay tantara asehon’ny 1789, ary izay, tahaka an’i Randolph, no fahavalo, izay avy amin’ny fito. Efa naneho an’i Washington ho tandindona i Randolph; koa rehefa mifanaraka amin’i Randolph i Hancock amin’ny maha-fahavalo izay avy amin’ny fito azy, dia i Hancock no misolo tena ny filoha fahavalo aorian’ny 1989, izay, noho ny filàna ara-paminaniana, dia ho ilay fahavalo, izay avy amin’ny fito.</w:t>
      </w:r>
    </w:p>
    <w:p>
      <w:pPr>
        <w:pStyle w:val="ArticleBody"/>
        <w:jc w:val="left"/>
      </w:pPr>
      <w:r>
        <w:rPr>
          <w:rFonts w:ascii="Times New Roman" w:hAnsi="Times New Roman" w:eastAsia="Times New Roman" w:cs="Times New Roman"/>
        </w:rPr>
        <w:t>Randolph, Hancock, Washington, Lincoln ary Reagan dia samy maneho mialoha avokoa ilay filoha farany. Ny roa amin’ireo vavolombelona ireo no manamafy fa ho Repoblikana ilay filoha farany. Ny roa kosa no manamafy fa izy no ho fahavalo, izany hoe avy amin’ny fito. Ireo filoha dimy mbola velona amin’ireo filoha valo taorian’ny fotoan’ny farany tamin’ny 1989 dia mampiseho fa i Trump irery ihany no manana ny firehan-kevitra ara-politika hahafahany tafiditra amin’ny ady amin’ilay herin’ny dragona.</w:t>
      </w:r>
    </w:p>
    <w:p>
      <w:pPr>
        <w:pStyle w:val="ArticleBody"/>
        <w:jc w:val="left"/>
      </w:pPr>
      <w:r>
        <w:rPr>
          <w:rFonts w:ascii="Times New Roman" w:hAnsi="Times New Roman" w:eastAsia="Times New Roman" w:cs="Times New Roman"/>
        </w:rPr>
        <w:t>I Lincoln dia nialohavan’i James Buchanan, Demôkraty iray, izay eken’ny mpahay tantara marina ho filoha tsy nahomby indrindra teo amin’izany vanim-potoana voalohan’ny tantaran’i Amerika izany, ary ny fitarihany tsy nahomby no tena niteraka ny Ady An-trano tany Etazonia. Talohan’ny nianianan’i Lincoln dia efa nanomboka nisaraka tamin’ny firaisana ireo fanjakana tatsimo, ary iray volana monja taorian’ny nanokanana an’i Lincoln dia efa nirefodrefotra ny tifitra voalohany. I Buchanan no nampandeha ireo hetsika izay niteraka ady iray izay noterena hovahan’i Lincoln.</w:t>
      </w:r>
    </w:p>
    <w:p>
      <w:pPr>
        <w:pStyle w:val="ArticleBody"/>
        <w:jc w:val="left"/>
      </w:pPr>
      <w:r>
        <w:rPr>
          <w:rFonts w:ascii="Times New Roman" w:hAnsi="Times New Roman" w:eastAsia="Times New Roman" w:cs="Times New Roman"/>
        </w:rPr>
        <w:t>Nialohan’i Reagan ilay filoha tsy nahomby indrindra tamin’ny vanim-potoana maoderina. Carter, izay Demôkraty, dia nahamenatra an’i Etazonia noho ny tsy fahaizany niatrika araka ny tokony ho izy ny Islama radikaly, izay niorina tao Iran.</w:t>
      </w:r>
    </w:p>
    <w:p>
      <w:pPr>
        <w:pStyle w:val="ArticleBody"/>
        <w:jc w:val="left"/>
      </w:pPr>
      <w:r>
        <w:rPr>
          <w:rFonts w:ascii="Times New Roman" w:hAnsi="Times New Roman" w:eastAsia="Times New Roman" w:cs="Times New Roman"/>
        </w:rPr>
        <w:t>Trump dia nialohavan’i Obama, Demokrata iray, izay ninia nanomboka ireo fizarazarana ara-kolontsaina, ara-politika ary ara-toekarena, izay vao mainka nitombo hatramin’izany fotoana izany. Ny fitarihany tsy nahomby dia nasehon’i Buchanan sy Carter samy izy, kanefa tao amin’ilay tantara izay nitondrany dia efa nanomboka niseho ny Mainstream Media, nifanaraka tamin’ny Reich Ministry of Public Enlightenment and Propaganda an’i Adolph Hitler. Ny fanafihan’i Obama tamin’ireo andrim-piarahamonina ara-tsosialy, ara-politika, ara-bola ary ara-pivavahan’i Etazonia dia nafenina, ho an’izay nifidy ny tsy hahita, ary ny tsy fahombiazany amin’ny maha-olona nianiana hiaro ny Constitution azy dia nafenina tamim-pitandremana. Nampahamenatra an’i Etazonia i Obama noho ny tsy fahaizany niatrika araka ny tokony ho izy ny Islama radikaly, izay any Iran.</w:t>
      </w:r>
    </w:p>
    <w:p>
      <w:pPr>
        <w:pStyle w:val="ArticleBody"/>
        <w:jc w:val="left"/>
      </w:pPr>
      <w:r>
        <w:rPr>
          <w:rFonts w:ascii="Times New Roman" w:hAnsi="Times New Roman" w:eastAsia="Times New Roman" w:cs="Times New Roman"/>
        </w:rPr>
        <w:t>Rehefa voafidy indray i Trump amin’ny 2024, amin’ny maha filoha fahavalo hatramin’i Reagan tamin’ny 1989 azy, dia mbola hialohavan’ny Demokraty mpanara-dia ny fanatontoloana, entin’ny dragona, indray izy, izay efa nandray izao ny satroboninahitry ny filoha tsy mahomby indrindra teo amin’ny tantara, sady efa nampahamenatra an’i Etazonia imbetsaka tamin’ny fiezahany hiatrika ny Silamo radikaly, miorina ao Iran, na dia miasa indray aza ny Haino Aman-jery Lehibe maoderina (araka ny asehon’ny Reich Ministry of Public Enlightenment and Propaganda) mba handevina izany zava-misy miharihary izany.</w:t>
      </w:r>
    </w:p>
    <w:p>
      <w:pPr>
        <w:pStyle w:val="ArticleBody"/>
        <w:jc w:val="left"/>
      </w:pPr>
      <w:r>
        <w:rPr>
          <w:rFonts w:ascii="Times New Roman" w:hAnsi="Times New Roman" w:eastAsia="Times New Roman" w:cs="Times New Roman"/>
        </w:rPr>
        <w:t>Rehefa niditra teo amin’ny fitondrana i Reagan, dia nisy krizy mbola tsy voavaha tamin’ny Islama radikaly, izay miorina ao Iran, ka navelan’ilay filoha Demokraty ho tsy voavaha. Avy hatrany i Reagan dia nandray fepetra hamadihana ny fizotry ny fifanenjanana teo amin’i Etazonia sy ny Islama radikaly, araka ny fanehoana azy amin’i Iran. Rehefa niditra teo amin’ny fitondrana i Trump, dia nisy krizy mbola tsy voavaha tamin’ny Islama radikaly, izay indray miorina ao Iran, ka tsy hoe navelan’ilay filoha Demokraty ho tsy voavaha ihany, fa novatsiany vola koa. Avy hatrany i Trump dia nandray fepetra hamadihana ny fizotry ny fifanenjanana teo amin’i Etazonia sy ny Islama radikaly, araka ny fanehoana azy amin’i Iran. Ilay filoha Demokraty amin’izao fotoana izao dia namadika ny fandrosoana rehetra notanterahin’i Trump, ary izao tontolo izao manontolo dia tarihina ho ao anatin’ny ady lehibe fahatelo noho ny fitarihana tsy mahomby ataon’i Biden.</w:t>
      </w:r>
    </w:p>
    <w:p>
      <w:pPr>
        <w:pStyle w:val="ArticleBody"/>
        <w:jc w:val="left"/>
      </w:pPr>
      <w:r>
        <w:rPr>
          <w:rFonts w:ascii="Times New Roman" w:hAnsi="Times New Roman" w:eastAsia="Times New Roman" w:cs="Times New Roman"/>
        </w:rPr>
        <w:t>Izany no manatanteraka tsy ny asa mifandraika amin’ny Silamo izay asehon’ny tsy fahombiazan’i Carter sy ny fampiroboroboan’i Obama ny Silamo ihany, fa koa ny asa nataon’i Buchanan tamin’ny fanombohana ady iray, izay nilain’ilay filoha Repoblikana hovahana.</w:t>
      </w:r>
    </w:p>
    <w:p>
      <w:pPr>
        <w:pStyle w:val="ArticleBody"/>
        <w:jc w:val="left"/>
      </w:pPr>
      <w:r>
        <w:rPr>
          <w:rFonts w:ascii="Times New Roman" w:hAnsi="Times New Roman" w:eastAsia="Times New Roman" w:cs="Times New Roman"/>
        </w:rPr>
        <w:t>Tahaka ny tamin’ilay filoha Repoblikana voalohany, dia novonoina ara-politika tamin’ny fifidianana 2020 i Trump noho ny herin’ilay dragona maneran-tany. Raha noheverina ho maty teo an-dalambe izy, dia nanomboka nankalaza ireo maneran-tany amin’ilay bibidia avy amin’ny tany sy ireo maneran-tany amin’izao tontolo izao manontolo, araka ny voalaza mialoha ao amin’ny Apokalypsy toko fahiraika ambin’ny folo.</w:t>
      </w:r>
    </w:p>
    <w:p>
      <w:pPr>
        <w:pStyle w:val="ArticleScripture"/>
        <w:jc w:val="left"/>
      </w:pPr>
      <w:r>
        <w:rPr>
          <w:rFonts w:ascii="Times New Roman" w:hAnsi="Times New Roman" w:eastAsia="Times New Roman" w:cs="Times New Roman"/>
        </w:rPr>
        <w:t>Ary rehefa vitany ny fanambarana izay nentiny, dia hiady aminy ilay bibidia miakatra avy ao amin’ny lavaka tsy hita noanoa, ka haharesy azy sy hamono azy. Ary ny fatin’izy ireo dia hivalandotra eny amin’ny lalan’ilay tanàna lehibe, izay amin’ny lafiny ara-panahy dia atao hoe Sodoma sy Egypta, izay teo koa no nanomboana ny Tompontsika. Ary ny olona avy amin’ny firenena sy ny fokom-pirenena sy ny samy hafa fiteny ary ny jentilisa dia hijery ny fatin’izy ireo mandritra ny telo andro sy tapany, ary tsy hamela ny fatin’izy ireo hapetraka ao am-pasana. Ary izay monina ambonin’ny tany dia hifaly noho ny aminy sy hiravoravo, ary hifanolotra fanomezana; satria ireo mpaminany roa ireo dia nampijaly izay monina ambonin’ny tany. Ary rehefa afaka telo andro sy tapany, ny Fanahin’aina avy amin’Andriamanitra dia niditra tao aminy, ka nijoro tamin’ny tongony izy; ary tahotra lehibe no nahazo izay nahita azy. Apokalypsy 11:7–11.</w:t>
      </w:r>
    </w:p>
    <w:p>
      <w:pPr>
        <w:pStyle w:val="ArticleBody"/>
        <w:jc w:val="left"/>
      </w:pPr>
      <w:r>
        <w:rPr>
          <w:rFonts w:ascii="Times New Roman" w:hAnsi="Times New Roman" w:eastAsia="Times New Roman" w:cs="Times New Roman"/>
        </w:rPr>
        <w:t>Tonga eto amin’ny taona 2024 isika ankehitriny, izay itsanganan’i Trump eo amin’ny tongony, ary izao tontolon’ny dragona, izay efa nifaly sy niravoravo hatramin’ny 6 Janoary 2021, dia atrehin’ny “tahotra lehibe” ankehitriny. Ny Mainstream Media (MSM) dia raiki-tahotra. Ny teboka resahiny manokana aza dia manomboka mampiseho ny ahiahiny fa, araka ny voalazan’ilay hiran’ny rock and roll fahiny hoe, “ilay antitra reraka izay nofidiny ho mpanjaka,” dia tsy manana fahafahana hitoetra ho akaiky ampy ny isa ananan’i Trump ka hahafahan’ny milina fandatsaham-batony manosika an’i Biden hihoatra ny fetra. Ny Mainstream Media dia milina fampielezan-kevitra amin’izao fotoana izao tahaka ihany koa ny Reich Ministry of Public Enlightenment and Propaganda tamin’ny andron’i Hitler.</w:t>
      </w:r>
    </w:p>
    <w:p>
      <w:pPr>
        <w:pStyle w:val="ArticleBody"/>
        <w:jc w:val="left"/>
      </w:pPr>
      <w:r>
        <w:rPr>
          <w:rFonts w:ascii="Times New Roman" w:hAnsi="Times New Roman" w:eastAsia="Times New Roman" w:cs="Times New Roman"/>
        </w:rPr>
        <w:t>Io zava-misy io dia naseho imbetsaka hatrany ka mihoatra lavitra ny mety rehetra ara-matematika hisian’ny zavatra hafa ankoatra izany. Isaky ny ampidirina eo anivon’ny fiarahamonina amin’ny ankapobeny ny lohahevitra vaovao iray fampielezan-kevitra maneran-tany, dia voarakitra an-tsoratra imbetsaka hatrany fa ireo fantsona samihafa ifandraisana izay tantanan’ny milina propagandan’ilay dragona dia mamoaka fiteny mitovy tsy misy valaka, teny mitovy amin’ny teny, rehefa mamaritra ity zava-nitranga ity na ity olana ity.</w:t>
      </w:r>
    </w:p>
    <w:p>
      <w:pPr>
        <w:pStyle w:val="ArticleBody"/>
        <w:jc w:val="left"/>
      </w:pPr>
      <w:r>
        <w:rPr>
          <w:rFonts w:ascii="Times New Roman" w:hAnsi="Times New Roman" w:eastAsia="Times New Roman" w:cs="Times New Roman"/>
        </w:rPr>
        <w:t>Raha misy aminareo mahalala ilay lalaon-jaza fahiny antsoina hoe “telephone,” na indraindray “Chinese whispers,” dia fantatrareo fa rehefa mipetraka manao faribolana ny olona, ary raha mbola mandeha ny lalao, ka ny olona voalohany mibitsibitsika ao an-tsofin’ilay manaraka azy, ary avy eo izany bitsika izany dia averimberina manodidina ny faribolana, ilay bitsika voalohany izay mandeha manodidina ny faribolana dia tsy maintsy miova ho zavatra hafa noho izay notondroin’ilay bitsika tany am-boalohany. Kanefa ny Mainstream Media dia manantena ny mpanara-dia azy hino fa ny mpanao gazety rehetra eto amin’ity firenena ity sy manerana izao tontolo izao dia toa mifidy ihany ireo teny sy andian-teny mitovy mba hanazavana ny toeran’ilay dragona momba lohahevitra na zava-nitranga iray. Mpanao gazety an-jatony izay lazaina ho toy izany no nijery ilay zava-nitranga iray ihany, ka tsy hoe tonga tamin’ny fehin-kevitra iray ihany fotsiny, fa nifidy ireo teny sy andian-teny mitovy tsy misy valaka koa mba hamaritana ilay zava-nitranga.</w:t>
      </w:r>
    </w:p>
    <w:p>
      <w:pPr>
        <w:pStyle w:val="ArticleBody"/>
        <w:jc w:val="left"/>
      </w:pPr>
      <w:r>
        <w:rPr>
          <w:rFonts w:ascii="Times New Roman" w:hAnsi="Times New Roman" w:eastAsia="Times New Roman" w:cs="Times New Roman"/>
        </w:rPr>
        <w:t>Ny zavatra resahintsika amin’izao fotoana izao dia tsy fanafihana ny milina fanaovan-kevitry ny mpanohana ny fanatontoloana, fa famantarana fotsiny ny toetra ara-paminaniana iray amin’ny ady ara-panahy izay miseho ankehitriny eto ambonin’ny tany. Tamin’ny andron’i Kristy, dia nifidy an’i Kaisara ho mpanjakany ampahibemaso ny Jiosy tamin’ny farany, raha nandà ny Mesiany kosa izy ireo. Tamin’izany vanim-potoana feno adihevitra izany, ny mpisoronabe dia nanolotra hevitra iray hoenti-mamono an’i Kristy izay satanika, ary niorina tamin’ny fisainana diso, nefa marina ihany koa tamin’izay fotoana izay.</w:t>
      </w:r>
    </w:p>
    <w:p>
      <w:pPr>
        <w:pStyle w:val="ArticleScripture"/>
        <w:jc w:val="left"/>
      </w:pPr>
      <w:r>
        <w:rPr>
          <w:rFonts w:ascii="Times New Roman" w:hAnsi="Times New Roman" w:eastAsia="Times New Roman" w:cs="Times New Roman"/>
        </w:rPr>
        <w:t>Ary ny anankiray tamin’izy ireo, atao hoe Kaiafa, izay mpisoronabe tamin’izany taona izany, dia nanao taminy hoe: Tsy mahalala na inona na inona ianareo, sady tsy mba heverinareo fa mahasoa antsika raha olona iray no maty hamonjy ny vahoaka, mba tsy ho levona ny firenena rehetra. Ary tsy avy tamin’ny tenany no nilazany izany; fa satria izy no mpisoronabe tamin’izany taona izany, dia naminany izy fa Jesosy dia ho faty ho an’izany firenena izany; ary tsy ho an’izany firenena izany ihany, fa mba hanangonany ho iray koa ny zanak’Andriamanitra izay niely patrana. Jaona 11:49–52.</w:t>
      </w:r>
    </w:p>
    <w:p>
      <w:pPr>
        <w:pStyle w:val="ArticleBody"/>
        <w:jc w:val="left"/>
      </w:pPr>
      <w:r>
        <w:rPr>
          <w:rFonts w:ascii="Times New Roman" w:hAnsi="Times New Roman" w:eastAsia="Times New Roman" w:cs="Times New Roman"/>
        </w:rPr>
        <w:t>Kaiafa dia namorona lojika iray mba hanafihana an’i Kristy, ary tamin’izany indrindra dia nanao faminaniana marina izy. Tsy nino izy fa ilain’i Kristy ho fanatitra ho an’ny taranak’olombelona, fa ny hamono Azy fotsiny no tiany. Ny Haino Aman-jery Lehiben’ny herin’ny dragona dia manatanteraka zavatra mitovitovy amin’izany ankehitriny amin’i Trump. Miezaka mampiditra tahotra ao amin’ny mponina izy ireo, fa raha voafidy indray i Trump, dia ho lasa mpanao didy jadona izy, tahaka an’i Adolph Hitler. Ny Demokraty no antoko manohana ny fanandevozana, ary manana ireo toetra mampiavaka ny antoko Nazi, ao anatin’izany ny milina fampielezan-kevitra maneran-tany, tsy alemàna ihany; nefa milaza izy ireo fa raha voafidy i Trump dia ho foana ny demokrasia ary i Trump dia ho mpanao didy jadona tahaka an’i Adolph Hitler.</w:t>
      </w:r>
    </w:p>
    <w:p>
      <w:pPr>
        <w:pStyle w:val="ArticleBody"/>
        <w:jc w:val="left"/>
      </w:pPr>
      <w:r>
        <w:rPr>
          <w:rFonts w:ascii="Times New Roman" w:hAnsi="Times New Roman" w:eastAsia="Times New Roman" w:cs="Times New Roman"/>
        </w:rPr>
        <w:t>Izany indrindra no ambaran’ny Tenin’Andriamanitra momba ny filoha farany an’i Etazonia, kanefa ny Haino Aman-jery Lehibe, tahaka an’i Kaiafa notarihin’ilay dragona, dia tsy mahatakatra fa ara-paminaniana ny zavatra avoakany ho lohateny ifampiresahana, ary tena mbola ho tanteraka tokoa izany.</w:t>
      </w:r>
    </w:p>
    <w:p>
      <w:pPr>
        <w:pStyle w:val="ArticleScripture"/>
        <w:jc w:val="left"/>
      </w:pPr>
      <w:r>
        <w:rPr>
          <w:rFonts w:ascii="Times New Roman" w:hAnsi="Times New Roman" w:eastAsia="Times New Roman" w:cs="Times New Roman"/>
        </w:rPr>
        <w:t>“Ny tanintsika dia tandindomin-doza. Manakaiky ny fotoana izay handavan’ireo mpanao lalàny ny foto-kevitry ny Fivavahana Protestanta ka hanome fankatoavana ny fihemorana amin’ny finoana romana. Ny vahoaka izay efa nanaovan’Andriamanitra asa mahagaga tokoa, nanatanjahany azy handroaka ny zioga mavesatry ny fanjakan’ny papa, dia hanao, amin’ny alalan’ny asa nasionaly, izay hampahery ny finoana maloton’i Roma, ka amin’izany dia hanaitra ny jadona izay miandry fikasihana kely monja mba hiverina indray ho amin’ny habibiana sy ny fanaparam-pahefana tsy refesi-mandidy. Efa manatona haingana dia haingana io vanim-potoana io isika.” The Spirit of Prophecy, boky faha-4, 410.</w:t>
      </w:r>
    </w:p>
    <w:p>
      <w:pPr>
        <w:pStyle w:val="ArticleBody"/>
        <w:jc w:val="left"/>
      </w:pPr>
      <w:r>
        <w:rPr>
          <w:rFonts w:ascii="Times New Roman" w:hAnsi="Times New Roman" w:eastAsia="Times New Roman" w:cs="Times New Roman"/>
        </w:rPr>
        <w:t>Fantatro fa, raha amaritako ireo singa simba ao amin’ny Antoko Demokraty any Etazonia, ireo milaza tena ho Repoblikana kanefa tena globalista, ary ireo globalista mandroso maneran-tany, dia mety hotarihina hino ny mpamaky fa manana karazam-piandaniana ara-politika amin’ny Antoko Repoblikana aho, na amin’i Donald Trump. Lavitra indrindra ny tena zava-misy izany; ny filoha farany dia ho tonga mpanao didy jadona, araka izay vinanin’ny Haino Aman-jery Lehibe, na dia tsy mahalala bebe kokoa ny amin’izay vinaniny marina aza izy ireo noho i Kaiafa. Ny ataontsika fotsiny dia ny mamantatra ireo firindran’ny faminaniana mifandray amin’“ny fifanindrian-javatra saro-drafitra eo amin’ny zava-mitranga maha-olona,” izay asehon’ny kodia ao anatin’ny kodia ao amin’i Ezekiela.</w:t>
      </w:r>
    </w:p>
    <w:p>
      <w:pPr>
        <w:pStyle w:val="ArticleBody"/>
        <w:jc w:val="left"/>
      </w:pPr>
      <w:r>
        <w:rPr>
          <w:rFonts w:ascii="Times New Roman" w:hAnsi="Times New Roman" w:eastAsia="Times New Roman" w:cs="Times New Roman"/>
        </w:rPr>
        <w:t>Hotohizintsika ao amin’ny lahatsoratra manaraka ity fianarana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Fahasivy amby telopolo amby zato</dc:title>
  <dc:subject>Ny Fifanarahana Ara-paminaniana ao amin’i Daniela 11:40 sy ny Zava-misy Politika Ankehitriny: Famoahana ny Zava-miafin’ny Filoha Farany</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