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Telo amby efapolo amby zato</w:t>
      </w:r>
    </w:p>
    <w:p>
      <w:pPr>
        <w:pStyle w:val="ArticleSubtitle"/>
        <w:jc w:val="left"/>
      </w:pPr>
      <w:r>
        <w:rPr>
          <w:rFonts w:ascii="Arial" w:hAnsi="Arial" w:eastAsia="Arial" w:cs="Arial"/>
        </w:rPr>
        <w:t>Fampahafantarana ireo Lamina Ara-paminaniana: Ny Filoha Farany sy ny Sarin’ny Bibidia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Ny fanjakana voalohany amin’ny faminanian’ny Baiboly dia Babylona, ary ao amin’ny fijoroana vavolombelon’ny faminaniana momba an’i Babylona dia nampiasaina manokana sy tamin’ny fikasana mazava ho tandindona ara-paminaniana ny mpanjaka voalohany sy farany. Tao amin’ny fanjakana faharoa, dia Medo-Persia, ny mpanjaka roa voalohany—ka ny iray tamin’ireo no mpanjaka namoaka ny voalohany tamin’ireo didy telo izay nahazoan’ny Isiraely fahiny niverina ho any Jerosalema—ary ny mpanjaka roa nanaraka izay namoaka ny didy faharoa sy fahatelo dia voatondro mazava manokana. Toy izany koa, ilay mpanjaka mahery izay nasehon’i Aleksandra Lehibe, ary ireo jeneraliny sy mpanjaka izay nanaraka tao amin’ny tantaran’ny fanjakana fahatelo, dia Gresy, dia voatondro tao amin’ny teny faminaniana. Ny fanjakana fahefatra, dia Roma mpanompo sampy, dia miresaka manokana ny amin’ireo mpitondra sy amperora tao amin’izany fanjakana izany.</w:t>
      </w:r>
    </w:p>
    <w:p>
      <w:pPr>
        <w:pStyle w:val="ArticleBody"/>
        <w:jc w:val="left"/>
      </w:pPr>
      <w:r>
        <w:rPr>
          <w:rFonts w:ascii="Times New Roman" w:hAnsi="Times New Roman" w:eastAsia="Times New Roman" w:cs="Times New Roman"/>
        </w:rPr>
        <w:t>Ny mpanjaka rehetra tao amin’ny Isiraely, na tamin’ny fanjakana avaratra na tamin’ny fanjakana atsimo, dia samy voafaritra, ary samy tandindona ao anatin’ny Teny ara-paminanian’Andriamanitra izy rehetra, tahaka izany koa ireo mpanjakan’i Asyria sy ireo Faraon’i Egypta. Ny fiheverana fa ny tenin’Andriamanitra ara-paminaniana dia hiresaka marina tokoa ny filohan’i Etazonia dia mety ho toa lavitra loatra amin’ny saina ho an’ireo izay manana maso nefa tsy mahita, ary manana sofina nefa tsy mahafantatra. Kanefa vao mainka tsy mitombina kokoa ny mieritreritra fa Andriamanitra tsy hiresaka ny filohan’ilay bibidia avy amin’ny tany ao amin’ny Apokalypsy toko fahatelo ambin’ny folo, raha izany no tena ivon-toeran-kevitra fototra iantefan’ny faminaniana momba ny andro farany.</w:t>
      </w:r>
    </w:p>
    <w:p>
      <w:pPr>
        <w:pStyle w:val="ArticleBody"/>
        <w:jc w:val="left"/>
      </w:pPr>
      <w:r>
        <w:rPr>
          <w:rFonts w:ascii="Times New Roman" w:hAnsi="Times New Roman" w:eastAsia="Times New Roman" w:cs="Times New Roman"/>
        </w:rPr>
        <w:t>Ny filohan’i Etazonia farany dia tsy maintsy ho tandindonina ara-paminaniana amin’ny filoha voalohan’i Etazonia. Amin’ny maha filoha Repoblikana farany azy, dia tsy maintsy ho tandindonina ara-paminaniana amin’ny filoha Repoblikana voalohany izy. Amin’ny maha filoha farany ao amin’ny tantaran’ny hetsika fanavaozana farany azy, dia efa notandindonina koa izy tamin’ny filoha voalohany tamin’izany vanim-potoana ara-paminaniana izany. Amin’ny maha filoha izay hitondra mandritra ny ady lehibe farany sy fahatelo maneran-tany azy, dia efa notandindonin’ireo filoha izay nitondra nandritra ny ady lehibe voalohany sy faharoa maneran-tany koa izy.</w:t>
      </w:r>
    </w:p>
    <w:p>
      <w:pPr>
        <w:pStyle w:val="ArticleBody"/>
        <w:jc w:val="left"/>
      </w:pPr>
      <w:r>
        <w:rPr>
          <w:rFonts w:ascii="Times New Roman" w:hAnsi="Times New Roman" w:eastAsia="Times New Roman" w:cs="Times New Roman"/>
        </w:rPr>
        <w:t>Ny ady lehibe telo maneran-tany izay samy miseho ao anatin’ny tantaran’i Amerika dia maneho fampiharana telo sosona ny faminaniana. Ny ady lehibe fahatelo maneran-tany, izay tarihina hidiran’i Joe Biden amin’izao fotoana izao ny planeta tany, dia efa nasehon’ny Ady Lehibe Voalohany sy ny Ady Lehibe Faharoa ho tandindona mialoha. Amin’io fotoana io indrindra ihany koa no itarihan’i Biden an’i Etazonia hiditra amin’ny ady an-trano faharoa. Ao anatin’ny volana vitsivitsy ho avy, ireo fihetsehana ara-paminaniana mifandray amin’ny ady an-trano faharoa sy ny ady lehibe fahatelo maneran-tany dia tsy hanao afa-tsy hitombo sy hihamafy, tahaka ny vehivavy mihetsi-jaza.</w:t>
      </w:r>
    </w:p>
    <w:p>
      <w:pPr>
        <w:pStyle w:val="ArticleBody"/>
        <w:jc w:val="left"/>
      </w:pPr>
      <w:r>
        <w:rPr>
          <w:rFonts w:ascii="Times New Roman" w:hAnsi="Times New Roman" w:eastAsia="Times New Roman" w:cs="Times New Roman"/>
        </w:rPr>
        <w:t>Ilay teny malaza nipoitra tamin’ny fiakaran’ny krizin’ny Ady Lehibe Faharoa, nataon’i Martin Niemoller, teolojiana alemàna sady mpitandrina loterana, dia izao: “Voalohany, tonga naka ny sosialista izy ireo, nefa tsy niteny aho—satria tsy sosialista aho. Avy eo dia tonga naka ny mpikambana amin’ny sendika izy ireo, nefa tsy niteny aho—satria tsy mpikambana amin’ny sendika aho. Avy eo dia tonga naka ny Jiosy izy ireo, nefa tsy niteny aho—satria tsy Jiosy aho. Farany dia tonga naka ahy izy ireo—ary tsy nisy olona intsony hiteny ho ahy.” Raha mbola mandroso hatrany ny fotoana, dia hitodika any aoriana isika amin’izao tantara iainantsika ankehitriny izao ka hahafantatra fa ireo asa izay miseho ankehitriny dia tena ireo dingana fanombohan’ny ady farany amin’ny tantara ara-paminaniana.</w:t>
      </w:r>
    </w:p>
    <w:p>
      <w:pPr>
        <w:pStyle w:val="ArticleBody"/>
        <w:jc w:val="left"/>
      </w:pPr>
      <w:r>
        <w:rPr>
          <w:rFonts w:ascii="Times New Roman" w:hAnsi="Times New Roman" w:eastAsia="Times New Roman" w:cs="Times New Roman"/>
        </w:rPr>
        <w:t>Ao anatin’ilay vanim-potoana ara-paminaniana aseho hatramin’ny 1776 ka hatramin’ny 1798, izay nahitana ny Fanambarana ny Fahaleovantena, ny Lalàm-panorenana, ary ny Alien and Sedition Acts ho mari-dalana, dia aseho ny tantara manomboka amin’ny 11 Septambra 2001 ka hatramin’ny fotoana hitenenan’i Etazonia tahaka ny dragona. Ny 11 Septambra 2001 dia teboka fihodinana, ary mifanaraka amin’io daty io ny Fanambarana ny Fahaleovantena. Ny Fanambarana ny Fahaleovantena koa dia manamarika ny Ady Revolisionera, ary mampahafantatra fa ny Patriot Act tamin’ny 2001 no manomboka famerimberenana ara-panahy an’izany ady izany. Ny teny hoe “revolution” dia midika hoe manao faribolana feno.</w:t>
      </w:r>
    </w:p>
    <w:p>
      <w:pPr>
        <w:pStyle w:val="ArticleBody"/>
        <w:jc w:val="left"/>
      </w:pPr>
      <w:r>
        <w:rPr>
          <w:rFonts w:ascii="Times New Roman" w:hAnsi="Times New Roman" w:eastAsia="Times New Roman" w:cs="Times New Roman"/>
        </w:rPr>
        <w:t>Tamin’ny vanim-potoana nanomboka tamin’ny 1776 ka hatramin’ny 1798, ny Ady Revolisionera dia nandà ny fahefana maha-mpanjaka an’i Angletera, ary koa ny mpanjaka rehetra amin’ny ankapobeny. Ny Lalàm-panorenana dia nametraka fameperana tsy tamin’ny fahefana maha-mpanjaka ihany, fa toy izany koa, tamin’ny fomba hentitra, tamin’ny fahefana papaly. Tamin’ny 1798, dia efa tontosa ny faribolana (revolisiona), tamin’ny alalan’ny lalàna navoaka izay nanome fahefana maha-mpanjaka ho an’ny filoha.</w:t>
      </w:r>
    </w:p>
    <w:p>
      <w:pPr>
        <w:pStyle w:val="ArticleBody"/>
        <w:jc w:val="left"/>
      </w:pPr>
      <w:r>
        <w:rPr>
          <w:rFonts w:ascii="Times New Roman" w:hAnsi="Times New Roman" w:eastAsia="Times New Roman" w:cs="Times New Roman"/>
        </w:rPr>
        <w:t>Ny Patriot Act dia manamarika revolisiona iray (kodiarana iray) izay mahatratra hatrany amin’ilay bibidia avy amin’ny tany miteny tahaka ny dragona, izay amerenana amin’ny laoniny koa ny fahefan’ny papisy. Ny kodiarana voalohany, nanomboka tamin’ny 1776 ka hatramin’ny 1798, dia manondro revolisiona ara-paminaniana izay mitarika ho amin’ny famerenana amin’ny laoniny ny fahefan’ny mpanjaka; ary ilay revolisiona izay asehony ho tandindona dia manondro revolisiona iray izay mitarika ho amin’ny famerenana amin’ny laoniny ny fahefan’ny papisy. Efa nanomboka sy mitohy hatramin’ny 11 Septambra 2001 ny Ady Revolisionera faharoa. Fa nahoana koa moa no nantsoina hoe Patriot Act izany?</w:t>
      </w:r>
    </w:p>
    <w:p>
      <w:pPr>
        <w:pStyle w:val="ArticleBody"/>
        <w:jc w:val="left"/>
      </w:pPr>
      <w:r>
        <w:rPr>
          <w:rFonts w:ascii="Times New Roman" w:hAnsi="Times New Roman" w:eastAsia="Times New Roman" w:cs="Times New Roman"/>
        </w:rPr>
        <w:t>Alohan’ny handraisantsika ny ady izay miseho ao amin’ny tantaran’ilay filoha farany, dia mbola hotohizantsika ny fandinihana ny toetra ara-paminaniana amin’ny sarin’ilay bibidia. Zava-dehibe ny mamantatra ny tontolo iainana misy eo amin’ny fananganana ny sarin’ilay bibidia, mandritra ny fotoanan’ilay filoha farany. Tsy maintsy ho filoha Repoblikana izay ao anatin’ny tolona amin’ireo hery mifandray amin’ny herin’ilay dragona io filoha io. Tsy maintsy izy no farany, ary noho izany dia ny filoha fahavalo ao anatin’ny vanim-potoanan’ny filoha valo. Tamin’ireo vanim-potoana roa tany am-piandohan’i Etazonia, dia ny Kongresy Kontinantaly roa, samy voasolon’ny filoha valo ireo vanim-potoana roa ireo, ary samy nanondro ny iray tamin’ireo filoha valo ho avy amin’ny fito izy roa tonta. Koa araka ny tenivavolombelona roa tany am-piandohana, dia tsy maintsy ny filoha fahavalo, izay avy amin’ny fito, no ilay filoha farany.</w:t>
      </w:r>
    </w:p>
    <w:p>
      <w:pPr>
        <w:pStyle w:val="ArticleBody"/>
        <w:jc w:val="left"/>
      </w:pPr>
      <w:r>
        <w:rPr>
          <w:rFonts w:ascii="Times New Roman" w:hAnsi="Times New Roman" w:eastAsia="Times New Roman" w:cs="Times New Roman"/>
        </w:rPr>
        <w:t>I Donald Trump irery ihany no mahatanteraka ireo singa ara-paminaniana ireo. Mba hahatakarana tanteraka ny tontolo ara-paminaniana izay horaisin’i Donald Trump, dia ilaina ny mahatakatra fa, ara-paminaniana, ny Ady Lehibe Voalohany sy Faharoa dia aseho ao amin’ny Ady Lehibe Fahatelo, ary ny toetra ara-paminaniana mampiavaka ireo ady ireo koa dia miresaka ny amin’ny tontolo izay horaisin’i Trump. Raha izany no voalaza, dia mbola tsy ampiharintsika izao ny fampiharana avo telo heny ny Ady Lehibe telo.</w:t>
      </w:r>
    </w:p>
    <w:p>
      <w:pPr>
        <w:pStyle w:val="ArticleBody"/>
        <w:jc w:val="left"/>
      </w:pPr>
      <w:r>
        <w:rPr>
          <w:rFonts w:ascii="Times New Roman" w:hAnsi="Times New Roman" w:eastAsia="Times New Roman" w:cs="Times New Roman"/>
        </w:rPr>
        <w:t>Ny ady mihamafy ateraky ny finoana silamo sy ny olana ara-bola manaraka izany no fitaovana anatanterahan’ny finoana silamo amin’ny loza fahatelo ny anjara asan’ilay mpaminany sandoka eo amin’ny fananganana ny sarin’ilay bibidia any Etazonia. Ilay “ampondra”, izay mpaminany sandokan’ny finoana silamo, no mitondra ilay mpaminany sandokan’i Etazonia ho any “Jerosalema”, tahaka ny nitondran’ny ampondra an’i Kristy ho any Jerosalema. Ao anatin’izany dia izany no amoronana tontolo ara-paminaniana izay miteraka ny fahatanterahan’ireo faminaniana taloha. Tamin’ny 1798 dia “nolazaina” teo amin’ny fiandohan’ny tantaran’ilay bibidia avy amin’ny tany izay hanomboka tahaka ny zanak’ondry, nefa hiafara amin’ny fitenenana tahaka ny dragona, ny Alien and Sedition Acts. Nisy didy efatra nambara tao amin’ny Alien and Sedition Acts.</w:t>
      </w:r>
    </w:p>
    <w:p>
      <w:pPr>
        <w:pStyle w:val="ArticleBody"/>
        <w:jc w:val="left"/>
      </w:pPr>
      <w:r>
        <w:rPr>
          <w:rFonts w:ascii="Times New Roman" w:hAnsi="Times New Roman" w:eastAsia="Times New Roman" w:cs="Times New Roman"/>
        </w:rPr>
        <w:t>Lalàna momba ny Fampidirana ho Olom-pirenena: Ity lalàna ity dia nanalava ny fe-potoana takiana hipetrahana ao amin’ny firenena ho an’ny fahazoana zom-pirenena amerikanina.</w:t>
      </w:r>
    </w:p>
    <w:p>
      <w:pPr>
        <w:pStyle w:val="ArticleBody"/>
        <w:jc w:val="left"/>
      </w:pPr>
      <w:r>
        <w:rPr>
          <w:rFonts w:ascii="Times New Roman" w:hAnsi="Times New Roman" w:eastAsia="Times New Roman" w:cs="Times New Roman"/>
        </w:rPr>
        <w:t>Ny Lalàna momba ny Vahiny Sakaiza: Ity lalàna ity dia nanome ny filoha fahefana handroaka ireo tsy olom-pirenena izay noheverina ho “mampidi-doza ny fiadanana sy ny filaminan’i Etazonia” mandritra ny fotoam-piadanana. Navelany hisambotra sy handroaka teratany vahiny ny governemanta nefa tsy nisy fizotry ny rariny ara-dalàna.</w:t>
      </w:r>
    </w:p>
    <w:p>
      <w:pPr>
        <w:pStyle w:val="ArticleBody"/>
        <w:jc w:val="left"/>
      </w:pPr>
      <w:r>
        <w:rPr>
          <w:rFonts w:ascii="Times New Roman" w:hAnsi="Times New Roman" w:eastAsia="Times New Roman" w:cs="Times New Roman"/>
        </w:rPr>
        <w:t>Ny Lalàna momba ny Fahavalo Vahiny: Ity lalàna ity dia nanome alalana ny filoha hitazona am-ponja sy handroaka izay olom-pirenena lahy rehetra avy amin’ny firenena fahavalo amin’ny fotoanan’ny ady.</w:t>
      </w:r>
    </w:p>
    <w:p>
      <w:pPr>
        <w:pStyle w:val="ArticleBody"/>
        <w:jc w:val="left"/>
      </w:pPr>
      <w:r>
        <w:rPr>
          <w:rFonts w:ascii="Times New Roman" w:hAnsi="Times New Roman" w:eastAsia="Times New Roman" w:cs="Times New Roman"/>
        </w:rPr>
        <w:t>Ny Lalànan’ny Fampirisihana fikomiana: Ity no tena niteraka adihevitra indrindra tamin’ireo lalàna efatra, satria nanao ho heloka bevava ny famoahana lahatsoratra tsy marina, manala baràka, na feno fankahalana manohitra ny governemanta amerikana na ny manampahefany. Raha ny marina dia nahatonga ny fanakianana ny governemanta ho heloka bevava izany.</w:t>
      </w:r>
    </w:p>
    <w:p>
      <w:pPr>
        <w:pStyle w:val="ArticleBody"/>
        <w:jc w:val="left"/>
      </w:pPr>
      <w:r>
        <w:rPr>
          <w:rFonts w:ascii="Times New Roman" w:hAnsi="Times New Roman" w:eastAsia="Times New Roman" w:cs="Times New Roman"/>
        </w:rPr>
        <w:t>Ny fampielezan-kevitr’i Donald Trump dia miorina betsaka amin’ny fampanantenany hamita ny “fanorenana ny rindrina” izay natombony nandritra ny fe-potoam-piasany teo aloha tamin’ny maha-filoham-pirenena azy. Nambarany fa ny fandroahana olona lehibe indrindra eo amin’ny tantaran’ny olombelona no hotanterahina rehefa voafidy izy amin’ny taona 2024. Manana toetra manokana i Trump izay tsy mitovy amin’ny an’ny mpanao politika hafa rehetra eo amin’ny sehatry ny politika amerikanina. Tazoniny, na farafahakeliny ezahiny hotazonina, ny fampanantenany amin’ny fampielezan-kevitra. Ny Alien and Sedition Acts dia maneho lalàna izay mifanaraka tanteraka amin’ny fampanantenany momba ny fandroahana olona.</w:t>
      </w:r>
    </w:p>
    <w:p>
      <w:pPr>
        <w:pStyle w:val="ArticleBody"/>
        <w:jc w:val="left"/>
      </w:pPr>
      <w:r>
        <w:rPr>
          <w:rFonts w:ascii="Times New Roman" w:hAnsi="Times New Roman" w:eastAsia="Times New Roman" w:cs="Times New Roman"/>
        </w:rPr>
        <w:t>Isa sa pinakamabibigat na paratang ni Trump na kaugnay ng nakaugat na establisimiyentong pampolitika ng DC, na tinawag niyang “swamp,” kasama ang lahat ng tiwali, imoral, at nakompromisong mga pulitiko nito, mga propesyonal na burukrata, mga ahensiyang alpabeto, at mga bilyonaryong tagapondo, ay ang “fake news” na nililikha ng makabagong pagpapakita ng Reich Ministry of Public Enlightenment and Propaganda ni Hitler, at na sa kasalukuyan ay tinatawag na MSM, Mainstream Media. Ang Alien and Sedition Acts ay kumakatawan sa mga batas na ganap na kaayon ng kaniyang pagkapoot sa “fake news.” Palaging inilalarawan ni Jesus ang wakas ng isang bagay sa pamamagitan ng pasimula ng isang bagay.</w:t>
      </w:r>
    </w:p>
    <w:p>
      <w:pPr>
        <w:pStyle w:val="ArticleBody"/>
        <w:jc w:val="left"/>
      </w:pPr>
      <w:r>
        <w:rPr>
          <w:rFonts w:ascii="Times New Roman" w:hAnsi="Times New Roman" w:eastAsia="Times New Roman" w:cs="Times New Roman"/>
        </w:rPr>
        <w:t>Ny filoha Repoblikana voalohany dia voatery niatrika Ady An-trano iray izay naterak’i Buchanan, ilay Demôkrata nodimbiasan’i Lincoln. Tamin’ny nanaovany izany dia naaton’i Lincoln ny zo amin’ny habeas corpus. Ny habeas corpus dia foto-kevitra ara-dalàna miaro ny zon’ny tsirairay hanohitra ny fitazonana na fanagadrana azy eo anatrehan’ny fitsarana. Zo fototra ara-dalàna izy io izay miantoka fa tsy azo tazonina am-ponja ny olona iray raha tsy misy antony ara-dalàna. Rehefa apetraka, amin’ny anaran’ny olona notazonina, ny taratasy fangatahana habeas corpus, dia takiany amin’ny fitondrana ny hanome fanamarinana ny anton’ny fitazonana azy eo anatrehan’ny fitsarana.</w:t>
      </w:r>
    </w:p>
    <w:p>
      <w:pPr>
        <w:pStyle w:val="ArticleBody"/>
        <w:jc w:val="left"/>
      </w:pPr>
      <w:r>
        <w:rPr>
          <w:rFonts w:ascii="Times New Roman" w:hAnsi="Times New Roman" w:eastAsia="Times New Roman" w:cs="Times New Roman"/>
        </w:rPr>
        <w:t>Nandritra ny Ady an-trano Amerikana, Lincoln dia nampitsahatra ny fampiharana ny didy habeas corpus tany amin’ny faritra sasany tao Etazonia ho fepetra nandritra ny ady. Tamin’ny voalohany dia nampitsahatra ny habeas corpus tany Maryland izy tamin’ny Aprily 1861, ary tatỳ aoriana dia nanitatra izany fampitsaharana izany ho any amin’ny faritra sasany tany afovoan-tany andrefana. Noraisina izany fepetra izany mba hitandroana ny filaminana sy hanakànana ny fanoherana tany amin’ireo faritra izay nisy fironana mafy ho amin’ny fisintahana na fangorahana ny Konfederà (Demokraty), ary mba hisorohana ny fitsabahana amin’ny ezaka ara-tafiky ny Union.</w:t>
      </w:r>
    </w:p>
    <w:p>
      <w:pPr>
        <w:pStyle w:val="ArticleBody"/>
        <w:jc w:val="left"/>
      </w:pPr>
      <w:r>
        <w:rPr>
          <w:rFonts w:ascii="Times New Roman" w:hAnsi="Times New Roman" w:eastAsia="Times New Roman" w:cs="Times New Roman"/>
        </w:rPr>
        <w:t>Ang kontrobersiyal na pagsuspinde ni Lincoln sa habeas corpus ay nagbangon ng mahahalagang usaping konstitusyonal, sapagkat kinasasangkutan ito ng pansamantalang pagsuspinde sa isang saligang kalayaang sibil na ginagarantiyahan ng Konstitusyon ng Estados Unidos. Pinahihintulutan ng Konstitusyon ang pagsuspinde ng writ of habeas corpus “kapag, sa mga Kaso ng Paghihimagsik o Pagsalakay, maaaring kailanganin ito ng kaligtasang pambayan” (Article I, Section 9).</w:t>
      </w:r>
    </w:p>
    <w:p>
      <w:pPr>
        <w:pStyle w:val="ArticleBody"/>
        <w:jc w:val="left"/>
      </w:pPr>
      <w:r>
        <w:rPr>
          <w:rFonts w:ascii="Times New Roman" w:hAnsi="Times New Roman" w:eastAsia="Times New Roman" w:cs="Times New Roman"/>
        </w:rPr>
        <w:t>Niaro ny nataony i Lincoln ho zavatra ilaina amin’ny fiarovana ny Firaisana sy ny filaminam-pirenena nandritra ny fotoan’ny ady. Nankatoavin’ny Kongresy ny Habeas Corpus Suspension Act tamin’ny 1863, ka nanome alalana miverina amin’ny lasa ny fampiatoan’i Lincoln ny habeas corpus ary nametraka fomba fanao sasantsasany momba ny fitazonana ara-miaramila. Naverina tsikelikely ny habeas corpus tao anatin’ny taona nanaraka taorian’ny Ady an-trano, raha nanakaiky ny fiafarany ny fifandonana ary niverina ho amin’ny toetry ny fandriampahalemana ny firenena.</w:t>
      </w:r>
    </w:p>
    <w:p>
      <w:pPr>
        <w:pStyle w:val="ArticleBody"/>
        <w:jc w:val="left"/>
      </w:pPr>
      <w:r>
        <w:rPr>
          <w:rFonts w:ascii="Times New Roman" w:hAnsi="Times New Roman" w:eastAsia="Times New Roman" w:cs="Times New Roman"/>
        </w:rPr>
        <w:t>Tamin’ny taona 1871, ny Filoha Ulysses S. Grant (Repoblikana) dia nampihatra fampiatoana ny habeas corpus koa tao amin’ny distrika sivy ao South Carolina nandritra ny fitondran’ny fampihorohoroan’ny Ku Klux Klan (Demokrasia) tamin’ny vanim-potoanan’ny Fanarenana. Io fampiatoana io dia natao hiadiana amin’ny herisetra sy hiarovana ny zo sivily an’ireo Afrikana-Amerikana vao nafahana.</w:t>
      </w:r>
    </w:p>
    <w:p>
      <w:pPr>
        <w:pStyle w:val="ArticleBody"/>
        <w:jc w:val="left"/>
      </w:pPr>
      <w:r>
        <w:rPr>
          <w:rFonts w:ascii="Times New Roman" w:hAnsi="Times New Roman" w:eastAsia="Times New Roman" w:cs="Times New Roman"/>
        </w:rPr>
        <w:t>Tamin’ny taona 1942, ny Filoha Franklin D. Roosevelt (Demokrata), nandritra ny Ady Lehibe Faharoa, dia nanao sonia ny Didim-pitondrana Mpanatanteraka 9066, izay nanome alalana ny famindrana an-tery sy ny fampidirana am-ponja toby ireo Japoney-Amerikana nonina teny amin’ny Morontsiraka Andrefana. Na dia tsy nampitsahatra ara-teknika ny habeas corpus aza izany, dia nitarika ho amin’ny fitazonana am-ponja ireo Japoney-Amerikana tsy nandalo ny dingana ara-dalàna tokony ho izy, ary voahitsakitsaka mafy ny zony ara-dalàna.</w:t>
      </w:r>
    </w:p>
    <w:p>
      <w:pPr>
        <w:pStyle w:val="ArticleBody"/>
        <w:jc w:val="left"/>
      </w:pPr>
      <w:r>
        <w:rPr>
          <w:rFonts w:ascii="Times New Roman" w:hAnsi="Times New Roman" w:eastAsia="Times New Roman" w:cs="Times New Roman"/>
        </w:rPr>
        <w:t>Avy eo tamin’ny taona 2001, Bush farany (Repoblikana maneran-tany), taorian’ny fanafihan’ny mpampihorohoro tamin’ny 11 Septambra, dia nanome alalana ny fitazonana ireo ahiahiana ho mpiady fahavalon’ny firenena tao Guantanamo Bay sy tany amin’ny toeram-pitazonana hafa. Ny fitazonana ireo olona ireo sy ny satan’izy ireo ara-pitsarana dia tonga lohahevitra niteraka fanamby ara-dalàna mifandraika amin’ny habeas corpus.</w:t>
      </w:r>
    </w:p>
    <w:p>
      <w:pPr>
        <w:pStyle w:val="ArticleBody"/>
        <w:jc w:val="left"/>
      </w:pPr>
      <w:r>
        <w:rPr>
          <w:rFonts w:ascii="Times New Roman" w:hAnsi="Times New Roman" w:eastAsia="Times New Roman" w:cs="Times New Roman"/>
        </w:rPr>
        <w:t>Avy eo tamin’ny taona 2021, ny fitsarana nataon’i Pelosi (Demôkraty) momba ny 6 Janoary dia nanohy ilay foto-kevitra momba ny fampiatoana ny habeas corpus, ny fanafoanana ny due process, ary ny fampiharana ny fanagadrana an-tranomaizina tsy mifanaraka amin’ny Lalàmpanorenana. Ny fitsarana nataon’i Pelosi tamin’ny 2021 dia miavaka satria izany no fotoana voalohany nanilihana ny zo ara-dalànan’ny olom-pirenena amerikanina noho ny antony politika fotsiny. Tamin’ny fotoana hafa rehetra dia nisy ady na fikomiana tena nisy, izay namantarana mazava ireo olom-pehezina fahavalo manokana. Ny fahavalo tamin’ireo fitsarana nataon’i Pelosi dia tsy inona fa ireo fahavalon’ireo globalista atosiky ny dragona. Zava-dehibe ny mamantatra ny fironana ara-paminaniana amin’ireo raharaha mifandray amin’ny fanonganana ny Lalàmpanorenana, satria ireo no zava-mitranga izay manondro ny fiforonan’ny sarin’ny bibidia, izany hoe ilay fitsapana lehibe ho an’ny vahoakan’Andriamanitra.</w:t>
      </w:r>
    </w:p>
    <w:p>
      <w:pPr>
        <w:pStyle w:val="ArticleBody"/>
        <w:jc w:val="left"/>
      </w:pPr>
      <w:r>
        <w:rPr>
          <w:rFonts w:ascii="Times New Roman" w:hAnsi="Times New Roman" w:eastAsia="Times New Roman" w:cs="Times New Roman"/>
        </w:rPr>
        <w:t>Tsy zava-dehibe na i Pelosi no mahery fo aminao, na i Trump no tompondakanao, fa zava-dehibe ny hahafantaranao ny krizy mananontanona ka hanaovanao ny fiomanana sahaza. Ireo izay handresy ao amin’ny krizy ho avy dia olom-pirenen’i Jerosalema any an-danitra, ary ny hery rehetra izay nihemotra niala tamin’ny lalàn’Andriamanitra dia efa hifarana amin’ny firaisana, tahaka ny Sadoseo (Demokraty) sy ny Fariseo (Repoblikana) niray hina nanohitra ny zanak’Andriamanitra mahatoky, raha amboarina ny sarin’ilay bibidia.</w:t>
      </w:r>
    </w:p>
    <w:p>
      <w:pPr>
        <w:pStyle w:val="ArticleBody"/>
        <w:jc w:val="left"/>
      </w:pPr>
      <w:r>
        <w:rPr>
          <w:rFonts w:ascii="Times New Roman" w:hAnsi="Times New Roman" w:eastAsia="Times New Roman" w:cs="Times New Roman"/>
        </w:rPr>
        <w:t>Ny asan’ny famitahana ataon’ilay mpaminany sandoka avy amin’ny finoana silamo ao Etazonia na ny Protestantisma mpiodina maneran-tany no mitondra ho amin’ny fampiraisana ny Fiangonana sy ny Fanjakana. Sister White dia manondro fa hisy Ady An-trano iray hafa, ary fa ireo banky iraisam-pirenena sy ireo miliardera no hampisy izany, dia ireo mpandranto ao Babylona maoderina, izay ara-paminaniana no antsasaky ny solontenan’ny herin’ny dragona. Ny antsasany kosa dia ireo mpanao politika matihanina, mpahay lalàna, mpanjaka, ary mpitondra.</w:t>
      </w:r>
    </w:p>
    <w:p>
      <w:pPr>
        <w:pStyle w:val="ArticleScripture"/>
        <w:jc w:val="left"/>
      </w:pPr>
      <w:r>
        <w:rPr>
          <w:rFonts w:ascii="Times New Roman" w:hAnsi="Times New Roman" w:eastAsia="Times New Roman" w:cs="Times New Roman"/>
        </w:rPr>
        <w:t>“Tany India, Sina, Rosia, ary amin’ireo tanànan’i Amerika, lehilahy sy vehivavy an’arivony no matin’ny hanoanana. Ny olona manam-bola, satria manana fahefana izy, no mifehy ny tsena. Vidiny ambany no ividianany izay rehetra azony raisina, ary avy eo amidiny amin’ny vidiny nampitomboina be izany. Midika hanoanana ho an’ny saranga mahantra izany, ary hiafara amin’ny ady an-trano.” Manuscript Releases, boky faha-5, 305.</w:t>
      </w:r>
    </w:p>
    <w:p>
      <w:pPr>
        <w:pStyle w:val="ArticleBody"/>
        <w:jc w:val="left"/>
      </w:pPr>
      <w:r>
        <w:rPr>
          <w:rFonts w:ascii="Times New Roman" w:hAnsi="Times New Roman" w:eastAsia="Times New Roman" w:cs="Times New Roman"/>
        </w:rPr>
        <w:t>Ny Ady Revolisionera dia ady ara-bakiteny, nefa nisolo tena ady ara-politika izay natomboka tamin’ny 11 Septambra 2001 izany. Ankehitriny i Etazonia dia firenena voazarazara eo amin’ny antoko politika roa, kanefa tsy mba diso ny Tenin’Andriamanitra, ary ny Teniny no manondro fa hofidiana indray i Trump amin’ny fifidianana 2024. Ady An-trano iray, izay raha ny tena izy sy amin’ny lafiny rehetra dia efa natomboka, no hanomboka amin-kery fotoana fohy aorian’ny fifidianana azy, tahaka ny nitranga tamin’i Lincoln, filoha Repoblikana voalohany. Ny lojika fototra iorenan’ilay Ady An-trano izay ho lovainy dia hateraky ny banky iraisam-pirenena sy ireo mpivarotra miliaridera, izay, ankoatra ny zavatra hafa, dia niasa tsy an-kijanona mba hanokatra ny fifindra-monina faobe tsy voafehy manerana izao tontolo izao, mba hanome fahafaham-po ny faniriany hahazo tombombarotra ara-bola bebe kokoa, ary ny tena lehibe kokoa, mba hanafoana ny saranga antonony. Ny mpivarotra ao Babylona dia mitady hamolavola rafitra misy saranga roa: ny manan-karena fara tampony sy ny mahantra fara tampony.</w:t>
      </w:r>
    </w:p>
    <w:p>
      <w:pPr>
        <w:pStyle w:val="ArticleBody"/>
        <w:jc w:val="left"/>
      </w:pPr>
      <w:r>
        <w:rPr>
          <w:rFonts w:ascii="Times New Roman" w:hAnsi="Times New Roman" w:eastAsia="Times New Roman" w:cs="Times New Roman"/>
        </w:rPr>
        <w:t>Trump no ho filoha izay hitondra eo ambonin’ny fananganana ny sarin’ilay bibidia, ary ilay mpaminany sandokan’ny silamo no hanery mba hatsangana izany sary izany; ary ho an’izay manana maso ka mahita, sy manana sofina ka mahalala, ny fanafihan’ny silamo tamin’ny 7 Oktobra 2023, dia ilay loza fahatelo namely an’i Isiraely ara-bakiteny, ilay Tany Voninahitra fahiny, dia fahatanterahana miharihary ny asam-pitondran’Andriamanitra ataon’ilay mpaminany sandokan’ny silamo.</w:t>
      </w:r>
    </w:p>
    <w:p>
      <w:pPr>
        <w:pStyle w:val="ArticleBody"/>
        <w:jc w:val="left"/>
      </w:pPr>
      <w:r>
        <w:rPr>
          <w:rFonts w:ascii="Times New Roman" w:hAnsi="Times New Roman" w:eastAsia="Times New Roman" w:cs="Times New Roman"/>
        </w:rPr>
        <w:t>Ny antoko Démocratique, izay manandratra ny tenany ho antokon’ny “Fahasamihafana, Fitoviana ary Fampidirana,” dia ankehitriny mijinja ny vokatry ny filozofia satanika izay nampiroboroboany. Hatramin’ny 7 Oktobra 2023, ny adihevitra manohitra an’i Isiraely mifanandrina amin’ny manohana an’i Isiraely dia mampisara-bazana ny hery ara-politikan’ny antokony eo am-panatonany ny fifidianana 2024. Io fizarazarana io dia niteraka ady an-trano teo amin’ireo mpanara-dia azy, hatramin’ny hahatonga ny milina fandatsaham-bato elektronika efa simba ananany tsy hanana intsony ny fahaizana hanodinkodina vato ampy handresena ny tena vato izay halatsa-bato ho an’i Trump. Ny adin’ilay mpaminany sandokan’ny finoana silamo dia mamokatra toe-javatra izay mifidy an’i Trump ho filoha fahavalo, izay avy amin’ny fito, hatramin’ny fotoanan’ny farany tamin’ny 1989, raha ny bibidia avy amin’ny tany manao sary ho an’ilay bibidia avy amin’ny ranomasina.</w:t>
      </w:r>
    </w:p>
    <w:p>
      <w:pPr>
        <w:pStyle w:val="ArticleBody"/>
        <w:jc w:val="left"/>
      </w:pPr>
      <w:r>
        <w:rPr>
          <w:rFonts w:ascii="Times New Roman" w:hAnsi="Times New Roman" w:eastAsia="Times New Roman" w:cs="Times New Roman"/>
        </w:rPr>
        <w:t>Ny filozofia satanikan’ny “Diversity, Equity and Inclusion” dia iray amin’ireo sehatra ampiasaina hampitomboana indray ny fikomian’i Sodoma sy Gomora amin’ny alalan’ny fanosehana ny fandaharan’asa LGBTQ+.</w:t>
      </w:r>
    </w:p>
    <w:p>
      <w:pPr>
        <w:pStyle w:val="ArticleScripture"/>
        <w:jc w:val="left"/>
      </w:pPr>
      <w:r>
        <w:rPr>
          <w:rFonts w:ascii="Times New Roman" w:hAnsi="Times New Roman" w:eastAsia="Times New Roman" w:cs="Times New Roman"/>
        </w:rPr>
        <w:t>Ary tahaka izany koa tamin’ny andron’i Lota; nihinana izy ireo, nisotro, nividy, nivarotra, namboly, nanao trano; fa tamin’izay andro nivoahan’i Lota avy tao Sodoma dia nilatsaka afo sy solifara avy tany an-danitra ka nandringana azy rehetra. Dia ho tahaka izany koa amin’ny andro hisehoan’ny Zanak’olona. Lioka 17:28–30.</w:t>
      </w:r>
    </w:p>
    <w:p>
      <w:pPr>
        <w:pStyle w:val="ArticleBody"/>
        <w:jc w:val="left"/>
      </w:pPr>
      <w:r>
        <w:rPr>
          <w:rFonts w:ascii="Times New Roman" w:hAnsi="Times New Roman" w:eastAsia="Times New Roman" w:cs="Times New Roman"/>
        </w:rPr>
        <w:t>Ny fandaharan’asan’ny LGBTQ+, izay aseho koa amin’ny hoe Gay Pride, dia manamarika ny fahalavoana ara-pitondrantena farany an’ilay biby avy amin’ny tany, ary aorian’izany, an’izao tontolo izao.</w:t>
      </w:r>
    </w:p>
    <w:p>
      <w:pPr>
        <w:pStyle w:val="ArticleScripture"/>
        <w:jc w:val="left"/>
      </w:pPr>
      <w:r>
        <w:rPr>
          <w:rFonts w:ascii="Times New Roman" w:hAnsi="Times New Roman" w:eastAsia="Times New Roman" w:cs="Times New Roman"/>
        </w:rPr>
        <w:t>Ny lalambe ho an’ny olo-marina dia ny hiala amin’ny ratsy; izay mitandrina ny lalany dia miaro ny fanahiny. Ny fireharehana mialoha ny fandringanana, ary ny fanahy miavonavona mialoha ny fahalavoana. Tsara lavitra ny manana fanahy manetry tena miaraka amin’ny mpandefitra, toy izay mizara babo amin’ny mpiavonavona. Ohabolana 16:17–19.</w:t>
      </w:r>
    </w:p>
    <w:p>
      <w:pPr>
        <w:pStyle w:val="ArticleBody"/>
        <w:jc w:val="left"/>
      </w:pPr>
      <w:r>
        <w:rPr>
          <w:rFonts w:ascii="Times New Roman" w:hAnsi="Times New Roman" w:eastAsia="Times New Roman" w:cs="Times New Roman"/>
        </w:rPr>
        <w:t>Ny fireharehana no mialoha ny fahalavoana ary ny fireharehana no mialoha ny fandringanana. Ny fivadiham-pirenena amin’Andriamanitra dia miteraka fandringanan’ny firenena, ary ny tandindon’ny fireharehan’ny fanatontoloana dia tandindon’ny fikomian’i Sodoma sy Gomora. Ny Fanahy manome tsindrimandry dia mampifandrindra ny lalàna Alahady izay ho avy tsy ho ela amin’ny fahafahan’i Lota afa-mandositra zara raha tamin’ny fandringanana an’i Sodoma sy Gomora ary ireo tanàna teo amin’ny tani-hay; fa ny taranak’i Lota (Ammona sy Moaba) no tandindon’ireo izay afa-miala amin’ny tanan’ny papa amin’ny fotoanan’ny lalàna Alahady.</w:t>
      </w:r>
    </w:p>
    <w:p>
      <w:pPr>
        <w:pStyle w:val="ArticleScripture"/>
        <w:jc w:val="left"/>
      </w:pPr>
      <w:r>
        <w:rPr>
          <w:rFonts w:ascii="Times New Roman" w:hAnsi="Times New Roman" w:eastAsia="Times New Roman" w:cs="Times New Roman"/>
        </w:rPr>
        <w:t>Hiditra koa ao amin’ny tany be voninahitra izy, ary firenena maro no ho resy; nefa ireto no ho afa-mandositra amin’ny tànany, dia Edoma sy Moaba ary ny lohan’ny taranak’i Amona. Daniela 11:41.</w:t>
      </w:r>
    </w:p>
    <w:p>
      <w:pPr>
        <w:pStyle w:val="ArticleBody"/>
        <w:jc w:val="left"/>
      </w:pPr>
      <w:r>
        <w:rPr>
          <w:rFonts w:ascii="Times New Roman" w:hAnsi="Times New Roman" w:eastAsia="Times New Roman" w:cs="Times New Roman"/>
        </w:rPr>
        <w:t>Efa mirodana ankehitriny, amin’ny tànany ihany, ny antoko Demokraty. Tsy miahy ny raharaha politika aho; ny ataoko fotsiny dia mampifanaraka ny tantara ankehitriny amin’ny fitantarana ara-paminaniana. Ny antoko Demokraty dia niasa tsy nitsahatra hanokatra ny sisin-tany maneran-tany, ka noho izany dia namela fitobahan’olona tsy mbola nisy toa azy sady tsy voafehy. Ny vavahadin-drano dia nosokafana manerana izao tontolo izao tamin’ireo globalista notarihin’ny dragona.</w:t>
      </w:r>
    </w:p>
    <w:p>
      <w:pPr>
        <w:pStyle w:val="ArticleScripture"/>
        <w:jc w:val="left"/>
      </w:pPr>
      <w:r>
        <w:rPr>
          <w:rFonts w:ascii="Times New Roman" w:hAnsi="Times New Roman" w:eastAsia="Times New Roman" w:cs="Times New Roman"/>
        </w:rPr>
        <w:t>Ary namoaka rano avy tamin’ny vavany toy ny riaka hanenjika an-dravehivavy ny menarana, mba hoentin’ny riaka izy. Fa nanampy an-dravehivavy ny tany, ary ny tany nanokatra ny vavany ka nitelina ny riaka izay naloaky ny dragona avy tamin’ny vavany. Dia tezitra tamin-dravehivavy ny dragona, ka lasa nandeha hiady tamin’ny sisa amin’ny taranany, dia izay mitandrina ny didin’Andriamanitra sy manana ny filazana an’i Jesosy Kristy. Apokalypsy 12:15–17.</w:t>
      </w:r>
    </w:p>
    <w:p>
      <w:pPr>
        <w:pStyle w:val="ArticleBody"/>
        <w:jc w:val="left"/>
      </w:pPr>
      <w:r>
        <w:rPr>
          <w:rFonts w:ascii="Times New Roman" w:hAnsi="Times New Roman" w:eastAsia="Times New Roman" w:cs="Times New Roman"/>
        </w:rPr>
        <w:t>Ny “sisa” dia ny efatra arivo amby efatra alina sy iray hetsy, ary ny tantaran’ny efatra arivo amby efatra alina sy iray hetsy dia ilay tantara izay nanomboka tamin’ny 11 Septambra 2001. Hatramin’izay, ny herin’ilay dragona dia “namoaka rano avy tamin’ny vavany tahaka ny riaka” niely tamin’ny lafiny rehetra. Ny rano dia maneho olona.</w:t>
      </w:r>
    </w:p>
    <w:p>
      <w:pPr>
        <w:pStyle w:val="ArticleScripture"/>
        <w:jc w:val="left"/>
      </w:pPr>
      <w:r>
        <w:rPr>
          <w:rFonts w:ascii="Times New Roman" w:hAnsi="Times New Roman" w:eastAsia="Times New Roman" w:cs="Times New Roman"/>
        </w:rPr>
        <w:t>Ary hoy tamiko aho hoe: Ny rano izay hitanao, izay ipetrahan’ilay vehivavy janga, dia vahoaka sy olona maro sy firenena ary fiteny maro. Apokalypsy 17:15.</w:t>
      </w:r>
    </w:p>
    <w:p>
      <w:pPr>
        <w:pStyle w:val="ArticleBody"/>
        <w:jc w:val="left"/>
      </w:pPr>
      <w:r>
        <w:rPr>
          <w:rFonts w:ascii="Times New Roman" w:hAnsi="Times New Roman" w:eastAsia="Times New Roman" w:cs="Times New Roman"/>
        </w:rPr>
        <w:t>Ireo solontena eto an-tany an’ilay herin’ny dragona (globalista) no manokatra ny vavahadin-drano ho an’ny fifindra-monina tsy ara-dalàna amin’ny fotoan’ny fanisiana tombo-kase ny efatra amby efatra alina sy iray hetsy. Ny “safo-dranon” ny dragona maneran-tany dia manambara fa efa haneho ny fanevany ny Tompo, amin’ilay lalàna alahady izay ho avy tsy ho ela. Ny safo-dranon’ny dragona ao amin’ny Apokalypsy toko faha-roa ambin’ny folo dia notelin’ilay bibidia avy amin’ny tany tamin’ny fiandohan’i Etazonia, nefa ankehitriny dia efa niverina indray ny safo-dranon’ny dragona, ka izany no manome fampitandremana ny amin’ny krizin’ny lalàna alahady izay manatona; fa rehefa miditra tahaka ny safo-drano ny fahavalo, dia manandratra ny fari-pitsipiny Andriamanitra.</w:t>
      </w:r>
    </w:p>
    <w:p>
      <w:pPr>
        <w:pStyle w:val="ArticleScripture"/>
        <w:jc w:val="left"/>
      </w:pPr>
      <w:r>
        <w:rPr>
          <w:rFonts w:ascii="Times New Roman" w:hAnsi="Times New Roman" w:eastAsia="Times New Roman" w:cs="Times New Roman"/>
        </w:rPr>
        <w:t>Amin’ny fandikan-dalàna sy ny lainga manohitra an’i Jehovah, ary ny fialana lavitra an’Andriamanitsika, amin’ny filazana fampahoriana sy fikomiana, amin’ny fieritreretana sy fitenenana avy ao am-po teny lainga. Ary ny fitsarana dia voatosika mihemotra, ary ny rariny mijanona lavitra; fa ny fahamarinana lavo eny an-dalambe, ary ny hitsiny tsy mahazo miditra. Eny, tsy hita intsony ny fahamarinana; ary izay miala amin’ny ratsy dia manao ny tenany ho babo; ary Jehovah nahita izany, ka tsy sitrany ny tsy fisian’ny fitsarana. Ary hitany fa tsy nisy olona, ary gaga Izy fa tsy nisy mpanalalana; koa ny sandriny ihany no nitondra famonjena ho Azy; ary ny fahamarinany no nanohana Azy. Fa nitafy fahamarinana ho fiarovan-tratra Izy, ary satroboninahitry ny famonjena no teo an-dohany; ary nitafy fitafian’ny famaliana Izy ho fitafiana, ary nisalotra zotom-po ho toy ny akanjo ivelany. Araka ny asany no hamaliany azy, fahatezerana ho an’ny rafiny, famaliana ho an’ny fahavalony; eny, ho an’ny nosy dia hamaly valim-pamaliany Izy. Dia hatahotra ny anaran’i Jehovah avy any andrefana izy, sy ny voninahiny avy any amin’ny fiposahan’ny masoandro. Raha ho avy tahaka ny safodrano ny fahavalo, ny Fanahin’i Jehovah hanangana faneva hanohitra azy. Ary ny Mpanavotra ho avy ho any Ziona, ary ho amin’izay miala amin’ny fandikan-dalàna ao amin’i Jakoba, hoy Jehovah. Ary Izaho, izao no fanekeny aminy, hoy Jehovah: Ny Fanahiko izay eo aminao sy ny teniko izay nataoko tao am-bavanao dia tsy hiala amin’ny vavanao, na amin’ny vavan’ny taranakao, na amin’ny vavan’ny taranaky ny taranakao, hoy Jehovah, hatramin’izao ka ho mandrakizay. Isaia 59:13–21.</w:t>
      </w:r>
    </w:p>
    <w:p>
      <w:pPr>
        <w:pStyle w:val="ArticleBody"/>
        <w:jc w:val="left"/>
      </w:pPr>
      <w:r>
        <w:rPr>
          <w:rFonts w:ascii="Times New Roman" w:hAnsi="Times New Roman" w:eastAsia="Times New Roman" w:cs="Times New Roman"/>
        </w:rPr>
        <w:t>Ny faneva atsangana rehefa tonga tahaka ny riaka ny fahavalo dia ilay saina famantarana, izay fenitra koa ao amin’ny Tenin’Andriamanitra. Amin’ny fotoana mialoha ny lalàna Alahady izay ho avy tsy ho ela, ny riaky ny fifindra-monina tsy ara-dalàna dia famantarana fa efa hikatona tsy ho ela ny androm-pahasoavana. Ny toe-javatra faritan’i Isaia rehefa miresaka ny amin’ny fananganana fenitra iray izy dia maneho vanim-potoanan’ny fandikan-dalàna, satria hoy izy: “judgment is turned away backward, and justice standeth afar off: for truth is fallen in the street, and equity cannot enter. Yea, truth faileth; and he that departeth from evil maketh himself a prey: and the Lord saw it, and it displeased him that there was no judgment. And he saw that there was no man, and wondered that there was no intercessor.” Ny savorovoro tsy misy lalàna izay novatsian’ny lehilahy tahaka an’i George Soros vola, ary nataon’ny mpanao politika Demokraty tsinontsinona, dia faritan’i Sister White araka ny tokony ho izy mifandray amin’ilay andalan-teny avy ao amin’i Isaia.</w:t>
      </w:r>
    </w:p>
    <w:p>
      <w:pPr>
        <w:pStyle w:val="ArticleScripture"/>
        <w:jc w:val="left"/>
      </w:pPr>
      <w:r>
        <w:rPr>
          <w:rFonts w:ascii="Times New Roman" w:hAnsi="Times New Roman" w:eastAsia="Times New Roman" w:cs="Times New Roman"/>
        </w:rPr>
        <w:t>“Ny kianjan’ny fitsarana dia simba. Ny mpitondra dia entin’ny faniriana hahazo tombony sy ny fitiavana ny fahafinaretan’ny nofo. Ny tsy fahononam-po dia nandrakotra ny fahaizan’ny maro ka saika voafehin’i Satana tanteraka izy. Ny mpahay lalàna dia voaova ho ratsy, voavidy vola, voafitaka. Ny fahamamoana sy ny fihinanam-be amam-pisotroana, ny filan-dratsy, ny fialonana, ny tsy fahamarinan-toetra amin’ny karazany rehetra, dia hita eo amin’ireo izay mampihatra ny lalàna. ‘Mihemotra lavitra ny rariny; fa lavo eny an-dalambe ny fahamarinana, ary tsy mahazo miditra ny hitsiny.’ Isaia 59:14.” The Great Controversy, 586.</w:t>
      </w:r>
    </w:p>
    <w:p>
      <w:pPr>
        <w:pStyle w:val="ArticleBody"/>
        <w:jc w:val="left"/>
      </w:pPr>
      <w:r>
        <w:rPr>
          <w:rFonts w:ascii="Times New Roman" w:hAnsi="Times New Roman" w:eastAsia="Times New Roman" w:cs="Times New Roman"/>
        </w:rPr>
        <w:t>Ny fifindra-monina tsy ara-dalàna, ny hetsika tsy manara-dalàna sy mankahala fahefana tahaka ny Antifa (mpanohitra ny fasisma), ary ny hetsika mahery setra tahaka ny Black Lives Matter, izay miorina amin’ny fitantarana ara-tantara efa voahozongozona sy voadiso tahaka ny Critical Race Theory, dia notohanan’ireo mpitondra ara-politikan’ilay dragona sy nampiroboroboina, satria ny fitiavam-bola no nanosika azy; ary ny fitsarana simba mbamin’ny mpitsara mpanao kolikoly dia nanipy ny fahamarinana ho eny amin’ilay arabe iray ihany izay namonoana ireo vavolombelona roa ao amin’ny Apokalypsy toko faha-11. Io arabe io dia tao amin’ny tanànan’ny tsy finoana an’Andriamanitra (Egypta) sy ny fahalotoam-pitondrantena (Sodoma), izay tanànan’ilay dragona sy ny solontenany. Ny tontolo iainana asehon’ny vokatry ny antoko Demokraty dia aseho ara-paminaniana ho toy ny safo-drano; ary rehefa Satana, amin’ny maha-fahavalon’Andriamanitra azy, no manokatra ny vavahadin-dranony, dia porofo izany fa efa akaiky hasandratra ny fanevan’Andriamanitra.</w:t>
      </w:r>
    </w:p>
    <w:p>
      <w:pPr>
        <w:pStyle w:val="ArticleBody"/>
        <w:jc w:val="left"/>
      </w:pPr>
      <w:r>
        <w:rPr>
          <w:rFonts w:ascii="Times New Roman" w:hAnsi="Times New Roman" w:eastAsia="Times New Roman" w:cs="Times New Roman"/>
        </w:rPr>
        <w:t>Hohamafisintsika ao amin’ny lahatsoratra manaraka izao fianarana izao.</w:t>
      </w:r>
    </w:p>
    <w:p>
      <w:pPr>
        <w:pStyle w:val="ArticleScripture"/>
        <w:jc w:val="left"/>
      </w:pPr>
      <w:r>
        <w:rPr>
          <w:rFonts w:ascii="Times New Roman" w:hAnsi="Times New Roman" w:eastAsia="Times New Roman" w:cs="Times New Roman"/>
        </w:rPr>
        <w:t>Ny toe-piainana eto amin’izao tontolo izao dia mampiseho fa efa mby an-dohantsika ny fotoan-tsarotra. Feno famantarana ny fifandirana mahatsiravina izay ho avy tsy ho ela ny gazety isan’andro. Matetika no miseho ny fandrobana amin-kery. Fahita mahazatra ny fitokonana. Ny halatra sy ny famonoana olona dia tanterahina etsy sy eroa. Olona azon’ny demonia no manaisotra ny ain’ny lehilahy sy ny vehivavy ary ny zaza madinika. Efa babon’ny faharatsiana ny olona, ary manjaka ny karazan-dratsy rehetra. Nahomby ny fahavalo tamin’ny fanodikodinana ny rariny sy tamin’ny famenoana ny fon’ny olona ny faniriana hahazo tombontsoa feno fitiavan-tena. “Ny rariny mijoro lavitra; fa ny fahamarinana lavo eny an-dalambe, ary ny hitsiny tsy mahazo miditra.” Isaia 59:14. Ao amin’ny tanàna lehibe dia misy vahoaka marobe miaina ao anatin’ny fahantrana sy ny fahantrana mampahonena, saiky tsy manan-kohanina, tsy manan-kialofana, ary tsy manan-kitafy; nefa ao amin’ireo tanàna ireo ihany koa dia misy ireo izay manana mihoatra noho izay irin’ny fo, izay miaina amin’ny rendrarendra, mandany ny volany amin’ny trano voaravaka fanaka lafo vidy, amin’ny fanatsarana ny tenany, na mbola ratsy kokoa aza, amin’ny fanomezana fahafaham-po ny filan’ny nofo, amin’ny zava-pisotro mahamamo, ny paraky, ary ny zavatra hafa izay manimba ny herin’ny atidoha, mampikorontana ny saina, ary manambany ny fanahy. Ny fitarainan’ny olombelona noana dia miakatra eo anatrehan’Andriamanitra, raha amin’ny alalan’ny karazam-pamoretana sy fanararaotana rehetra kosa ny olona dia manangona harena goavana indrindra.</w:t>
      </w:r>
    </w:p>
    <w:p>
      <w:pPr>
        <w:pStyle w:val="ArticleScripture"/>
        <w:jc w:val="left"/>
      </w:pPr>
      <w:r>
        <w:rPr>
          <w:rFonts w:ascii="Times New Roman" w:hAnsi="Times New Roman" w:eastAsia="Times New Roman" w:cs="Times New Roman"/>
        </w:rPr>
        <w:t>“Tamin’ny fotoan’ny alina dia nantsoina aho hijery trano miakatra rihana ambonin’ny rihana mankany an-danitra. Nohamafisina fa tsy mety may ireo trano ireo, ary naorina mba hanomezam-boninahitra ny tompony sy ny mpanorina azy. Nihatra hatrany, ary mbola nihatra ambony kokoa, ireo trano ireo, ary tao aminy dia nampiasaina ny akora sarobidy indrindra. Ireo izay tompon’ireto trano ireto dia tsy nanontany tena hoe: ‘Ahoana no hahafahanay manome voninahitra an’Andriamanitra amin’ny tsara indrindra?’ Tsy tao an-tsainy ny Tompo.”</w:t>
      </w:r>
    </w:p>
    <w:p>
      <w:pPr>
        <w:pStyle w:val="ArticleScripture"/>
        <w:jc w:val="left"/>
      </w:pPr>
      <w:r>
        <w:rPr>
          <w:rFonts w:ascii="Times New Roman" w:hAnsi="Times New Roman" w:eastAsia="Times New Roman" w:cs="Times New Roman"/>
        </w:rPr>
        <w:t>“Raha nitsangana ireo trano avo sy mijoalajoala ireo, dia nifaly tamim-pireharehana feno fanirian-daza ny tompony, satria nanana vola hampiasaina ho fanomezana fahafaham-po ny tenany sy hampiteraka ny fialonan’ny namany izy. Be tamin’ny vola izay nampiasainy tamin’izany no azo tamin’ny fampahoriana, tamin’ny fanitsakitsahana ny mahantra. Hadinony fa any an-danitra dia voatahiry ny fitanana kaontin’ny raharaham-barotra rehetra; voasoratra ao ny fifanarahana tsy marina rehetra, ny asa fitaka rehetra. Ho avy ny fotoana izay hahatongavan’ny olona, amin’ny fitaka sy ny fireharehany manevateva, amin’ny fetra izay tsy havelan’ny Tompo hihoarany intsony; ary hianatra izy fa misy fetrany ny fahari-pon’i Jehovah.”</w:t>
      </w:r>
    </w:p>
    <w:p>
      <w:pPr>
        <w:pStyle w:val="ArticleScripture"/>
        <w:jc w:val="left"/>
      </w:pPr>
      <w:r>
        <w:rPr>
          <w:rFonts w:ascii="Times New Roman" w:hAnsi="Times New Roman" w:eastAsia="Times New Roman" w:cs="Times New Roman"/>
        </w:rPr>
        <w:t>“Ny seho izay nandalo teo anatrehako manaraka dia fanairana noho ny afo. Nijery ireo trano avo sy noheverina ho tsy mety may ny olona ka nanao hoe: ‘Tena voaaro tanteraka ireo.’ Kanjo levon’ny afo ireo trano ireo tahaka ny hoe vita tamin’ny dity. Tsy nisy na inona na inona azon’ny fiarabe famonoana afo natao hampitsaharana ny fandringanana. Tsy azon’ny mpamono afo nampiasaina ireo paompy famonoana afo.” Testimonies, boky faha-9,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Telo amby efapolo amby zato</dc:title>
  <dc:subject>Fampahafantarana ireo Lamina Ara-paminaniana: Ny Filoha Farany sy ny Sarin’ny Bibidia</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