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Laharana fahaefatra ambin’ny folo</w:t>
      </w:r>
    </w:p>
    <w:p>
      <w:pPr>
        <w:pStyle w:val="ArticleSubtitle"/>
        <w:jc w:val="left"/>
      </w:pPr>
      <w:r>
        <w:rPr>
          <w:rFonts w:ascii="Arial" w:hAnsi="Arial" w:eastAsia="Arial" w:cs="Arial"/>
        </w:rPr>
        <w:t>Daniela Toko Faharoa – Famintinana sy Fehiny Fizarana Voalohany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2023-12-09</w:t>
      </w:r>
    </w:p>
    <w:p>
      <w:pPr>
        <w:pStyle w:val="ArticleScripture"/>
        <w:jc w:val="left"/>
      </w:pPr>
      <w:r>
        <w:rPr>
          <w:rFonts w:ascii="Times New Roman" w:hAnsi="Times New Roman" w:eastAsia="Times New Roman" w:cs="Times New Roman"/>
        </w:rPr>
        <w:t>“Ao amin’ny Apokalypsy no ihaonan’ny boky rehetra ao amin’ny Baiboly sy ifaranany. Eto no famenon’ny bokin’i Daniela.” Asan’ny Apostoly, 585.</w:t>
      </w:r>
    </w:p>
    <w:p>
      <w:pPr>
        <w:pStyle w:val="ArticleBody"/>
        <w:jc w:val="left"/>
      </w:pPr>
      <w:r>
        <w:rPr>
          <w:rFonts w:ascii="Times New Roman" w:hAnsi="Times New Roman" w:eastAsia="Times New Roman" w:cs="Times New Roman"/>
        </w:rPr>
        <w:t>Ny fahamarinana izay faritan’i Jaona hoe “ny Fanambaran’i Jesosy Kristy,” izay novahàn’ny Liona avy amin’ny firenen’i Joda ho an’ny olony hatramin’ny Jolay 2023, dia tonga amin’ny fahatanterahany rehefa atambatra ny bokin’i Daniela sy ny bokin’ny Apokalypsy. Ny Daniela toko faharoa dia maneho ny hafatry ny anjely faharoa eo amin’ny tontolon-kevitry ny fitsapana momba ny sarin’ny bibidia amin’ny andro farany. Izy io dia mampahafantatra fomba fizahan-toetra iray sy vanim-potoana manokana iray amin’izany fizahan-toetra izany.</w:t>
      </w:r>
    </w:p>
    <w:p>
      <w:pPr>
        <w:pStyle w:val="ArticleBody"/>
        <w:jc w:val="left"/>
      </w:pPr>
      <w:r>
        <w:rPr>
          <w:rFonts w:ascii="Times New Roman" w:hAnsi="Times New Roman" w:eastAsia="Times New Roman" w:cs="Times New Roman"/>
        </w:rPr>
        <w:t>Ny vanim-potoana sy dingana ao amin’ny Daniela toko faharoa, izay asehon’ny fitopolo taona nahababoana an’i Daniela, dia nanamarika mialoha ny vanim-potoam-pitsapana ny Protestanta teo amin’ny tantaran’ny Millerita. Tsy nahomby tamin’ny dingam-pitsapana ny Protestanta ka tonga zanakavavin’i Roma. Ara-paminaniana, ny zanakavavy dia tandindon’ny reniny; ary i Roma dia bibidia ara-paminaniana. Ny tsy fahombiazan’izy ireo sy ny fiovany tatỳ aoriana ho zanakavavin’i Roma dia manamarika mialoha ny fitsapana momba ny sarin’ilay bibidia eo amin’ny tantarantsika ankehitriny, satria niova ho sarin’ilay bibidia izy ireo. Koa ny dingam-pitsapana iainantsika ankehitriny dia asehon’ny fitopolo taona nahababoana an’i Daniela, ary koa ny tantaran’ny hafatry ny anjely faharoa nandritra ny hetsika Millerita.</w:t>
      </w:r>
    </w:p>
    <w:p>
      <w:pPr>
        <w:pStyle w:val="ArticleBody"/>
        <w:jc w:val="left"/>
      </w:pPr>
      <w:r>
        <w:rPr>
          <w:rFonts w:ascii="Times New Roman" w:hAnsi="Times New Roman" w:eastAsia="Times New Roman" w:cs="Times New Roman"/>
        </w:rPr>
        <w:t>Ao amin’ny tantaran’ny hafatry ny anjely faharoa izay nanomboka tamin’ny 11 Septambra 2001, dia misy vanim-potoana iray manokana sy fizotran’ny fitsapana izay aseho ara-paminaniana amin’ny maha-nofin’ny sarin’i Nebokadnezara momba ny bibidia azy; satria ny fanjakana iray ao amin’ny faminanian’ny Baiboly dia bibidia koa. Nebokadnezara sy ireo ambony ara-pivavahan’ny Kaldeana dia maneho ireo izay tsy mahazaka ny fitsapana, ary Daniela sy ireo telo lahy mendrika dia maneho ireo izay mahazaka ny fitsapana. Mety hiseho ho hafa anefa izany, nefa ny tsy fahombiazan’i Nebokadnezara dia voamarina ao amin’ny Daniela toko fahatelo.</w:t>
      </w:r>
    </w:p>
    <w:p>
      <w:pPr>
        <w:pStyle w:val="ArticleBody"/>
        <w:jc w:val="left"/>
      </w:pPr>
      <w:r>
        <w:rPr>
          <w:rFonts w:ascii="Times New Roman" w:hAnsi="Times New Roman" w:eastAsia="Times New Roman" w:cs="Times New Roman"/>
        </w:rPr>
        <w:t>Ao amin’ny fizotry ny fizahan-toetra, izay aseho ao amin’ny Daniela toko voalohany sy faharoa, dia misy mariky ny faminaniana voafaritra tsara izay mifandrindra amin’ireo fahamarinana vao haingana napetraka ao amin’ny bokin’ny Apokalypsy. Ao amin’ny toko voalohany, ny “folo andro” dia naneho ny fotoam-pitsapana izay nitarika an’i Daniela haneho endrika tsara tarehy sy matavy kokoa noho izy nihinana ny hanim-py avy any an-danitra, raha ilay sokajin’andriana hafa kosa dia naneho ny endrik’ireo izay nihinana ny sakafon’ny mpanjaka. Ny mpanjaka, araka ny faminaniana, dia fanjakana; ary araka ny faminaniana koa, ny mpanjaka na fanjakana dia bibidia. Ireo izay naneho tamin’ny tavany ny vokatry ny fihinanana ny sakafon’ny mpanjaka dia naneho ny sarin’ny bibidia.</w:t>
      </w:r>
    </w:p>
    <w:p>
      <w:pPr>
        <w:pStyle w:val="ArticleBody"/>
        <w:jc w:val="left"/>
      </w:pPr>
      <w:r>
        <w:rPr>
          <w:rFonts w:ascii="Times New Roman" w:hAnsi="Times New Roman" w:eastAsia="Times New Roman" w:cs="Times New Roman"/>
        </w:rPr>
        <w:t>Ao amin’ny toko faharoa ao amin’ny Daniela, dia nivavaka i Daniela mba hahazoany ny hevitry ny “zava-miafina” nafenina momba ilay nofy sy sarin’i Nebokadnezara. Tsy maintsy fantany izay tena nofy, ary koa izay heviny. Izy dia misolo tena ireo izay, amin’ny andro farany, mitady hahatakatra ireo zava-miafina mifandray amin’ny fanokafana ny Apokalypsin’i Jesosy Kristy, fa ny fanokafana ny Apokalypsin’i Jesosy Kristy no “zava-miafina” ara-paminaniana farany izay voasokatra alohan’ny hifaranan’ny fotoam-pahasoavana. Ny mpaminany rehetra, anisan’izany i Daniela, dia manondro ny andro farany. Ny ezaka nataon’i Daniela hahatakatra ilay “zava-miafina” dia ezaka nisy aina na fahafatesana, tahaka izany koa ny fitsapana momba ny sarin’ny bibidia ho an’ny olon’Andriamanitra amin’ny andro farany.</w:t>
      </w:r>
    </w:p>
    <w:p>
      <w:pPr>
        <w:pStyle w:val="ArticleScripture"/>
        <w:jc w:val="left"/>
      </w:pPr>
      <w:r>
        <w:rPr>
          <w:rFonts w:ascii="Times New Roman" w:hAnsi="Times New Roman" w:eastAsia="Times New Roman" w:cs="Times New Roman"/>
        </w:rPr>
        <w:t>“Ny Tompo dia naneho tamiko mazava tsara fa ny sarin’ilay bibidia dia hatsangana alohan’ny hifaranan’ny fotoam-pahasoavana; satria izany no ho fitsapana lehibe ho an’ny vahoakan’Andriamanitra, izay hanapahana ny anjarany mandrakizay.” Manuscript Releases, volume 15, 15.</w:t>
      </w:r>
    </w:p>
    <w:p>
      <w:pPr>
        <w:pStyle w:val="ArticleBody"/>
        <w:jc w:val="left"/>
      </w:pPr>
      <w:r>
        <w:rPr>
          <w:rFonts w:ascii="Times New Roman" w:hAnsi="Times New Roman" w:eastAsia="Times New Roman" w:cs="Times New Roman"/>
        </w:rPr>
        <w:t>Ny vavak’i Daniela, raha nitady hahatakatra ny “zava-miafina” izy, dia maneho mariky ny lalana manokana eo amin’ny tantaran’ny vahoakan’Andriamanitra amin’ny andro farany. Ny bokin’i Daniela dia manome vavolombelona roa izay mampiorina ny mariky ny lalana hoe “vavaka” amin’ny andro farany. Io mariky ny lalana io dia miorina ao anatin’ny fe-potoana izay asehon’ny hafatra faharoa amin’ny tsipika fanavaozana rehetra.</w:t>
      </w:r>
    </w:p>
    <w:p>
      <w:pPr>
        <w:pStyle w:val="ArticleBody"/>
        <w:jc w:val="left"/>
      </w:pPr>
      <w:r>
        <w:rPr>
          <w:rFonts w:ascii="Times New Roman" w:hAnsi="Times New Roman" w:eastAsia="Times New Roman" w:cs="Times New Roman"/>
        </w:rPr>
        <w:t>Ny tontolo ara-paminaniana ijoroan’ireo vavaka roa ireo dia ny fitanana an-tsesitany fito-polo taona, izay, amin’ny maha-tandindona azy, dia maneho ny “impito” ao amin’ny Levitikosy faha-enina amby roapolo. Ao amin’ny Daniela toko faharoa, andininy voalohany, dia averina indroa ny anarana hoe “Nebokadnezara”, ary ny famerenana indroa ny teny iray ao amin’ny Soratra Masina dia tandindon’ny hafatry ny anjely faharoa.</w:t>
      </w:r>
    </w:p>
    <w:p>
      <w:pPr>
        <w:pStyle w:val="ArticleBody"/>
        <w:jc w:val="left"/>
      </w:pPr>
      <w:r>
        <w:rPr>
          <w:rFonts w:ascii="Times New Roman" w:hAnsi="Times New Roman" w:eastAsia="Times New Roman" w:cs="Times New Roman"/>
        </w:rPr>
        <w:t>Misy fanononana maromaro ao amin’ny asa soratr’i Rahavavy White izay manondro ny Daniela toko fahatelo ho tandindon’ny lalàn’ny Alahady. Ny Daniela toko voalohany dia mitondra ny toetra rehetra ananan’ny hafatry ny anjely voalohany, ary ampahafantarina antsika fa tsy mety hisy hafatra fahatelo (Daniela toko fahatelo), raha tsy misy hafatra voalohany sy faharoa.</w:t>
      </w:r>
    </w:p>
    <w:p>
      <w:pPr>
        <w:pStyle w:val="ArticleBody"/>
        <w:jc w:val="left"/>
      </w:pPr>
      <w:r>
        <w:rPr>
          <w:rFonts w:ascii="Times New Roman" w:hAnsi="Times New Roman" w:eastAsia="Times New Roman" w:cs="Times New Roman"/>
        </w:rPr>
        <w:t>Ny fitsapana ny sarin’ilay bibidia dia nofaritan’i Ellen White ho ilay fitsapana izay tsy maintsy lalovantsika alohan’ny hifaranan’ny fotoam-pahasoavana, ary alohan’ny hamehezana antsika tombo-kase. Rehefa naneno ny mozika tao amin’ny Daniela toko faha-telo, dia nikatona ara-tandindona ny fotoam-pahasoavana, satria ny toko faha-telo dia maneho ny lalàn’ny Alahady. Ny mozikan’i Nebokadnezara dia maneho ny hira izay atomboky ilay vehivavy janga avy any Tyro hihirana amin’ny mpanjakan’ny tany amin’ny fiafaran’ireo fitopolo taona ara-tandindona izay naha-hadinoina azy.</w:t>
      </w:r>
    </w:p>
    <w:p>
      <w:pPr>
        <w:pStyle w:val="ArticleScripture"/>
        <w:jc w:val="left"/>
      </w:pPr>
      <w:r>
        <w:rPr>
          <w:rFonts w:ascii="Times New Roman" w:hAnsi="Times New Roman" w:eastAsia="Times New Roman" w:cs="Times New Roman"/>
        </w:rPr>
        <w:t>Ary amin’izany andro izany dia hohadinoina fitopolo taona Tyro, araka ny andron’ny mpanjaka iray; rehefa tapitra ny fitopolo taona, dia hihira tahaka ny vehivavy janga Tyro. Raiso ny lokanga, mivezivezy manodidina ny tanàna, ianao vehivavy janga izay efa hadinoina; manao feon-kira mahafinaritra, mihirà hira maro, mba hotsarovana ianao. Ary rehefa tapitra ny fitopolo taona, dia hotsidihin’i Jehovah Tyro, ka hiverina amin’ny karamany izy, ary hijangajanga amin’ny fanjakana rehetra amin’izao tontolo izao ambonin’ny tany. Isaia 23:15–17.</w:t>
      </w:r>
    </w:p>
    <w:p>
      <w:pPr>
        <w:pStyle w:val="ArticleBody"/>
        <w:jc w:val="left"/>
      </w:pPr>
      <w:r>
        <w:rPr>
          <w:rFonts w:ascii="Times New Roman" w:hAnsi="Times New Roman" w:eastAsia="Times New Roman" w:cs="Times New Roman"/>
        </w:rPr>
        <w:t>Tondroin’i Rahavavy White ho fitsapana telo ny hafatry ny anjely telo.</w:t>
      </w:r>
    </w:p>
    <w:p>
      <w:pPr>
        <w:pStyle w:val="ArticleScripture"/>
        <w:jc w:val="left"/>
      </w:pPr>
      <w:r>
        <w:rPr>
          <w:rFonts w:ascii="Times New Roman" w:hAnsi="Times New Roman" w:eastAsia="Times New Roman" w:cs="Times New Roman"/>
        </w:rPr>
        <w:t>“Maro izay nandeha nitsena ny Mpampakatra teo ambanin’ny hafatry ny anjely voalohany sy faharoa no nandà ny fahatelo, dia ilay hafatra farany fitsapana izay homena an’izao tontolo izao, ary toerana mitovy amin’izany no horaisina rehefa atao ny antso farany.” Review and Herald, 31 Oktobra 1899.</w:t>
      </w:r>
    </w:p>
    <w:p>
      <w:pPr>
        <w:pStyle w:val="ArticleBody"/>
        <w:jc w:val="left"/>
      </w:pPr>
      <w:r>
        <w:rPr>
          <w:rFonts w:ascii="Times New Roman" w:hAnsi="Times New Roman" w:eastAsia="Times New Roman" w:cs="Times New Roman"/>
        </w:rPr>
        <w:t>Araka ny fijoroana vavolombelona maromaro, Daniela toko faharoa dia ny hafatry ny anjely faharoa. Ny tantaran’ny fanamafisana ny anjely voalohany mandra-pahatongan’ny fitsarana dia ilay tantara asehon’ny fitopolo taona nahababo an’i Daniela. Ny toe-javatra nametrahana ny vavak’i Daniela ao amin’ny toko faharoa dia miseho ao anatin’ireo fitopolo taona, izay tandindon’ny “fito fotoana”.</w:t>
      </w:r>
    </w:p>
    <w:p>
      <w:pPr>
        <w:pStyle w:val="ArticleBody"/>
        <w:jc w:val="left"/>
      </w:pPr>
      <w:r>
        <w:rPr>
          <w:rFonts w:ascii="Times New Roman" w:hAnsi="Times New Roman" w:eastAsia="Times New Roman" w:cs="Times New Roman"/>
        </w:rPr>
        <w:t>Ny vavaka ao amin’ny toko fahasivy dia manomboka amin’ny firesahana mivantana ny amin’ireo fito-polo taona. Mitovy tanteraka ny toe-javatra ara-paminaniana iorenan’ireo vavaka roa ireo. Mampiseho lafiny samy hafa amin’ilay vavaka iray ihany izy ireo, nefa samy apetraka ao anatin’ilay toe-javatra iray tsy miova dia ny “impito”, ary samy mifanaraka amin’ilay mariky ny lalana hoe “vavaka” izay hita ao amin’ny tantaran’ireo iray hetsy sy efatra amby efatra alina amin’ny andro farany.</w:t>
      </w:r>
    </w:p>
    <w:p>
      <w:pPr>
        <w:pStyle w:val="ArticleBody"/>
        <w:jc w:val="left"/>
      </w:pPr>
      <w:r>
        <w:rPr>
          <w:rFonts w:ascii="Times New Roman" w:hAnsi="Times New Roman" w:eastAsia="Times New Roman" w:cs="Times New Roman"/>
        </w:rPr>
        <w:t>Rehefa mivavaka ao amin’ny toko fahasivy i Daniela, dia ao anatin’ny “vanim-potoana fifindrana” ara-paminaniana avy amin’ny fanjakan’i Babylona ho amin’ny fanjakan’ny Mediana sy ny Persiana izy. Io teboka fifindrana io dia mari-dalana koa, ary mifandrindra amin’ilay teboka fifindrana mitovy ihany koa ao amin’ny hetsiky ny anjely fahatelo, rehefa maty eny an-dalambe amin’ny maha-“Laodiseana” azy ny vahoakan’Andriamanitra, ary mivoaka avy ao am-pasana amin’ny maha-“Filadelfiana” azy. Ny teboka fifindrana ho an’ny hetsiky ny anjely voalohany dia mifandrindra amin’ny teboka fifindran’i Daniela sy amin’ny hetsiky ny anjely fahatelo koa, ary ireo telo ireo dia mifandray mivantana amin’ny “impito” ao amin’ny Levitikosy enina amby roapolo. Ny fifindrana avy amin’i Filadelfia ho amin’i Laodisea tao amin’ny hetsika Millerita dia nitranga tamin’ny fahatongavan’ny “fahazavana vaovao” momba ny “impito” tamin’ny 1856, sy ny fandavana tanteraka ny “impito” tatỳ aoriana tamin’ny 1863. Daniela ao amin’ny toko fahasivy, ny hetsiky ny anjely voalohany tamin’ny andron’ny Millerita, ary ny hetsiky ny anjely fahatelo amin’izao androntsika izao, dia samy manana teboka fifindrana mifandrindra samy izy avy, ary ireo teboka fifindrana telo ireo dia samy napetraka ao anatin’ny tontolon-kevitry ny “impito”.</w:t>
      </w:r>
    </w:p>
    <w:p>
      <w:pPr>
        <w:pStyle w:val="ArticleBody"/>
        <w:jc w:val="left"/>
      </w:pPr>
      <w:r>
        <w:rPr>
          <w:rFonts w:ascii="Times New Roman" w:hAnsi="Times New Roman" w:eastAsia="Times New Roman" w:cs="Times New Roman"/>
        </w:rPr>
        <w:t>Ao amin’ny tantaran’ny fizotry ny fizahan-toetra, i Daniela dia maneho ny iraka izay nomena ny fahazavana ka nozarainy voalohany tamin’ireo namany telo, ka amin’izany dia tandindon’ny anjara asa ara-paminaniana an’i “Elia” izy, izay ilay “feo miantso mafy any an-efitra”.</w:t>
      </w:r>
    </w:p>
    <w:p>
      <w:pPr>
        <w:pStyle w:val="ArticleBody"/>
        <w:jc w:val="left"/>
      </w:pPr>
      <w:r>
        <w:rPr>
          <w:rFonts w:ascii="Times New Roman" w:hAnsi="Times New Roman" w:eastAsia="Times New Roman" w:cs="Times New Roman"/>
        </w:rPr>
        <w:t>Ny “zava-miafina” ao amin’ny Daniela toko faharoa dia manondro fa ny fanjakana fahavalo ao amin’ny faminanian’ny Baiboly dia “avy amin’ny fito” fanjakana. Satria izy no fanehoana voalohany ny fanjakan’ny faminanian’ny Baiboly, dia mifandray amin’ny fanehoana farany ny fanjakan’ny faminanian’ny Baiboly hita ao amin’ny Apokalypsy toko fahafito ambin’ny folo izany. Ny fanjakana fahavalo, izay “avy amin’ny fito” fanjakana teo aloha, dia miresaka ny teboka fifindrana izay mametraka an’i Babylona maoderina ho firaisana telo sosona, dia ny dragona sy ny bibidia ary ny mpaminany sandoka. Ny nofin’ny sari-olona hitan’i Nebokadnezara dia mamaritra amin’ny farany ny fanjakana fahavalo eto an-tany ao amin’ny tantaran’ny faminaniana.</w:t>
      </w:r>
    </w:p>
    <w:p>
      <w:pPr>
        <w:pStyle w:val="ArticleBody"/>
        <w:jc w:val="left"/>
      </w:pPr>
      <w:r>
        <w:rPr>
          <w:rFonts w:ascii="Times New Roman" w:hAnsi="Times New Roman" w:eastAsia="Times New Roman" w:cs="Times New Roman"/>
        </w:rPr>
        <w:t>Ny fanjakana dia biby ao amin’ny faminanian’ny Baiboly, koa ny fahamarinana asehon’ny nofin’ny sarin’i Nebokadnezara no fanondroana voalohany ny amin’ilay biby farany, araka ny amantarana azy koa ao amin’ny Apokalypsy toko fahafito ambin’ny folo. Koa noho izany, ny nofin’i Nebokadnezara dia, amin’ny farany indrindra, nofin’ny sarin’ilay biby fahavalo sy farany. Izany no nofin’ny “sarin’ny biby”.</w:t>
      </w:r>
    </w:p>
    <w:p>
      <w:pPr>
        <w:pStyle w:val="ArticleBody"/>
        <w:jc w:val="left"/>
      </w:pPr>
      <w:r>
        <w:rPr>
          <w:rFonts w:ascii="Times New Roman" w:hAnsi="Times New Roman" w:eastAsia="Times New Roman" w:cs="Times New Roman"/>
        </w:rPr>
        <w:t>Izany mihitsy no fanamafisana ny maha-zava-dehibe ny fahafantarana ilay teboka fiovana izay miseho ao anatin’ny fihetsiky ny anjely fahatelo, nefa ilay “zava-miafina” koa no fanalahidy izay mampivondrona sy mampiorina ny ampahany betsaka amin’izay efa nofaritan’ireo lahatsoratra teo aloha momba ny tantara izay nanaraka ny 18 Jolay 2020. Tao amin’ireo lahatsoratra ireo dia naseho fa ireo mari-pamantarana efatra amin’ny tsirairay amin’ireo hetsika fanavaozana masina, izay asehon’ny fitopolo taona fahababoan’i Daniela, dia mitondra mandrakariva ny lohahevitra iray ihany.</w:t>
      </w:r>
    </w:p>
    <w:p>
      <w:pPr>
        <w:pStyle w:val="ArticleBody"/>
        <w:jc w:val="left"/>
      </w:pPr>
      <w:r>
        <w:rPr>
          <w:rFonts w:ascii="Times New Roman" w:hAnsi="Times New Roman" w:eastAsia="Times New Roman" w:cs="Times New Roman"/>
        </w:rPr>
        <w:t>Ireo mari-pamantarana efatra ireo tamin’ny andron’i Kristy dia napetraka tao anatin’ny tontolon-kevitry ny “fahafatesana sy fitsanganana amin’ny maty”. Ny mari-pamantarana voalohany, izay naneho ny fanomezam-pahefana ny hafatra voalohany, dia ny batisan’i Kristy, tandindon’ny fahafatesana sy ny fitsanganana amin’ny maty. Ny mari-pamantarana faharoa, izay maneho ny fahadisoam-panantenana voalohany ao amin’izany tantara izany, dia ny fahafatesana sy ny fitsanganan’i Lazarosy amin’ny maty. Ny mari-pamantarana fahatelo dia ny fidirana tamim-pandresena tao Jerosalema, izay maneho ny Antso Mamatonalina. I Kristy dia nizotra ho amin’ny fahafatesany sy ny fitsanganany amin’ny maty, ary i Lazarosy, ilay solontena velona ny fahafatesana sy ny fitsanganana amin’ny maty, no nitarika ny filaharana. I Lazarosy koa dia mampiorina fa, mandritra ny fanambarana ny Antso Mamatonalina, ny olon’Andriamanitra dia “voaisy tombo-kase”.</w:t>
      </w:r>
    </w:p>
    <w:p>
      <w:pPr>
        <w:pStyle w:val="ArticleScripture"/>
        <w:jc w:val="left"/>
      </w:pPr>
      <w:r>
        <w:rPr>
          <w:rFonts w:ascii="Times New Roman" w:hAnsi="Times New Roman" w:eastAsia="Times New Roman" w:cs="Times New Roman"/>
        </w:rPr>
        <w:t>“Ity fahagagana faratampony ity, dia ny nananganana an’i Lazarosy tamin’ny maty, no natao hanisy ny fanombohan’Andriamanitra eo amin’ny asany sy eo amin’ny fitakiany ny maha-Andriamanitra Azy.” The Desire of Ages, 529.</w:t>
      </w:r>
    </w:p>
    <w:p>
      <w:pPr>
        <w:pStyle w:val="ArticleBody"/>
        <w:jc w:val="left"/>
      </w:pPr>
      <w:r>
        <w:rPr>
          <w:rFonts w:ascii="Times New Roman" w:hAnsi="Times New Roman" w:eastAsia="Times New Roman" w:cs="Times New Roman"/>
        </w:rPr>
        <w:t>Ny mariky ny fitsarana fahefatra dia ny hazo fijaliana, izay fahafatesana sy fitsanganana amin’ny maty koa. Ny vanim-potoanan’ireo marika efatra ireo dia asehon’ireo fitopolo taona nahababoana ao amin’i Daniela.</w:t>
      </w:r>
    </w:p>
    <w:p>
      <w:pPr>
        <w:pStyle w:val="ArticleBody"/>
        <w:jc w:val="left"/>
      </w:pPr>
      <w:r>
        <w:rPr>
          <w:rFonts w:ascii="Times New Roman" w:hAnsi="Times New Roman" w:eastAsia="Times New Roman" w:cs="Times New Roman"/>
        </w:rPr>
        <w:t>Tamin’ny tantaran’ny Millerita, ny lohahevitra dia ny “fitsipiky ny andro ho taona iray”, ary ny 11 Aogositra 1840 no fanamafisana izany fitsipika izany. Ny fahadisoam-panantenana voalohany dia vokatry ny fampiharana tsy marina ny fitsipiky ny andro ho taona iray. Ny Antso Mamatonalina no fahatanterahan’ny fitsipiky ny andro ho taona iray mifandray amin’ny faminaniana roa arivo sy telon-jato taona sy ny faminaniana roa arivo sy diman-jato sy roapolo taona, ary avy eo dia nanomboka ny Fitsarana Famotopotorana rehefa tanteraka tamin’ny 22 Oktobra 1844 ireo faminaniana andro ho taona ireo. Ny lohahevitry ny tsangambato efatra rehetra teo amin’ny tantaran’ny Millerita dia ny “fitsipiky ny andro ho taona iray”. Ny vanim-potoanan’ireo tsangambato efatra ireo dia asehon’ny fitopolo taona fahababoan’i Daniela.</w:t>
      </w:r>
    </w:p>
    <w:p>
      <w:pPr>
        <w:pStyle w:val="ArticleBody"/>
        <w:jc w:val="left"/>
      </w:pPr>
      <w:r>
        <w:rPr>
          <w:rFonts w:ascii="Times New Roman" w:hAnsi="Times New Roman" w:eastAsia="Times New Roman" w:cs="Times New Roman"/>
        </w:rPr>
        <w:t>Tamin’ny andron’i Davida mpanjaka, ny lohahevitra dia ny hoe “ny fiaran’Andriamanitra”. Rehefa nomena hery i Davida, dia tapa-kevitra izy avy eo hampiakatra ny fiara ho ao an-tanànan’i Davida.</w:t>
      </w:r>
    </w:p>
    <w:p>
      <w:pPr>
        <w:pStyle w:val="ArticleScripture"/>
        <w:jc w:val="left"/>
      </w:pPr>
      <w:r>
        <w:rPr>
          <w:rFonts w:ascii="Times New Roman" w:hAnsi="Times New Roman" w:eastAsia="Times New Roman" w:cs="Times New Roman"/>
        </w:rPr>
        <w:t>Ary Davida dia nandroso ka nihalehibe, ary Jehovah, Andriamanitry ny maro, no teo aminy. 2 Samoela 5:10.</w:t>
      </w:r>
    </w:p>
    <w:p>
      <w:pPr>
        <w:pStyle w:val="ArticleBody"/>
        <w:jc w:val="left"/>
      </w:pPr>
      <w:r>
        <w:rPr>
          <w:rFonts w:ascii="Times New Roman" w:hAnsi="Times New Roman" w:eastAsia="Times New Roman" w:cs="Times New Roman"/>
        </w:rPr>
        <w:t>Ny fahadisoam-panantenana voalohany dia tamin’ny fotoana nanotan’i Oza noho ny nikasihany ny fiara. Ny marika fahatelo tamin’ny lalana dia tamin’ny fotoana nahatakaran’i Davida fa Jehovah efa nitahy ny tranon’i Obededoma Gite, izay nitahirizana ny fiara hatramin’ny fikomian’i Oza. Dia nandeha Davida ka naka indray ny fiara ho amin’ny fidirany amim-pandresena tao Jerosalema izy (kanjo ny vadiny kosa naneho fahatezerana tsy mendrika sy “fahadisoam-panantenana” noho ny fidiran’i Davida). Ireo marika efatra amin’ny lalana ireo dia samy asehon’ny fiara avokoa. Ny fe-potoanan’ireo marika efatra amin’ny lalana ireo dia asehon’ny fitopolo taona nahababoana ao amin’i Daniela.</w:t>
      </w:r>
    </w:p>
    <w:p>
      <w:pPr>
        <w:pStyle w:val="ArticleBody"/>
        <w:jc w:val="left"/>
      </w:pPr>
      <w:r>
        <w:rPr>
          <w:rFonts w:ascii="Times New Roman" w:hAnsi="Times New Roman" w:eastAsia="Times New Roman" w:cs="Times New Roman"/>
        </w:rPr>
        <w:t>Tamin’ny 11 Septambra 2001, dia navotsotra ny finoana silamo amin’ny “Loza fahatelo”, ary avy eo dia noferana indray. Ny 18 Jolay 2020 dia faminaniana tsy tanteraka momba ny anjara asan’ny finoana silamo. Ny hafatra izay mampody aina ny taolana maina maty dia avy amin’“ireo rivotra efatra”, izay tandindon’ny finoana silamo sady maneho ny hafatry ny Antso amin’ny Misasakalina. Ny faharavan’ny firenena izay manaraka ny fihemorana ara-pivavahan’ny firenena amin’ny lalàna Alahady any Etazonia dia tanterahin’ny finoana silamo amin’ny “Loza fahatelo”. Ny vanim-potoanan’ireo mari-pamantarana efatra ireo dia asehon’ny fitanana an-tsesitany nandritra ny fitopolo taona nataon’i Daniela.</w:t>
      </w:r>
    </w:p>
    <w:p>
      <w:pPr>
        <w:pStyle w:val="ArticleBody"/>
        <w:jc w:val="left"/>
      </w:pPr>
      <w:r>
        <w:rPr>
          <w:rFonts w:ascii="Times New Roman" w:hAnsi="Times New Roman" w:eastAsia="Times New Roman" w:cs="Times New Roman"/>
        </w:rPr>
        <w:t>Ny fihetsiky ny anjely voalohany dia maneho ny fihetsiky ny anjely fahatelo, ary ny hafatry ny Antso amin’ny Misasakalina tao amin’ny tantaran’ny Millerita dia fanitsiana ny faminaniana tsy tanteraka izay niteraka ny fahadisoam-panantenana voalohany.</w:t>
      </w:r>
    </w:p>
    <w:p>
      <w:pPr>
        <w:pStyle w:val="ArticleScripture"/>
        <w:jc w:val="left"/>
      </w:pPr>
      <w:r>
        <w:rPr>
          <w:rFonts w:ascii="Times New Roman" w:hAnsi="Times New Roman" w:eastAsia="Times New Roman" w:cs="Times New Roman"/>
        </w:rPr>
        <w:t>Ny diso fanantenana dia nahita avy tamin’ny Soratra Masina fa tao amin’ny fotoana fiandrasana izy ireo, ary tsy maintsy niandry tamim-paharetana ny fahatanterahan’ny fahitana. Ilay porofo ihany izay nitarika azy ireo hiandry ny Tompony tamin’ny 1843 no nitarika azy hanantena Azy tamin’ny 1844. Early Writings, 247.</w:t>
      </w:r>
    </w:p>
    <w:p>
      <w:pPr>
        <w:pStyle w:val="ArticleBody"/>
        <w:jc w:val="left"/>
      </w:pPr>
      <w:r>
        <w:rPr>
          <w:rFonts w:ascii="Times New Roman" w:hAnsi="Times New Roman" w:eastAsia="Times New Roman" w:cs="Times New Roman"/>
        </w:rPr>
        <w:t>Ny porofo mitovy momba ny fanafihana silamo atao amin’i Nashville no porofon’ny fanafihana an’i Nashville izay hitranga ho setrin’ny fampiharana ny fanompoam-pivavahana amin’ny Alahady. Ny soratr’ny Fanahin’ny Faminaniana dia tsy mba diso na oviana na oviana. Ny faminaniana momba ny fanafihana an’i Nashville dia aseho ao amin’ny soratr’ny Fanahin’ny Faminaniana. Ho tanteraka ny faminaniana momba an’i Nashville, nefa ny faminaniana ny amin’ny fanafihana an’i Nashville dia hiorina amin’ny fanitsiana ny faminaniana izay tsy tanteraka teo aloha, tahaka ny tamin’ny tantaran’ny Millerita. Tanteraka izany eo amin’ny mari-pamantarana fahefatra, izay mari-pamantarana maneho ny “fitsarana”.</w:t>
      </w:r>
    </w:p>
    <w:p>
      <w:pPr>
        <w:pStyle w:val="ArticleBody"/>
        <w:jc w:val="left"/>
      </w:pPr>
      <w:r>
        <w:rPr>
          <w:rFonts w:ascii="Times New Roman" w:hAnsi="Times New Roman" w:eastAsia="Times New Roman" w:cs="Times New Roman"/>
        </w:rPr>
        <w:t>I Jesosy dia mandrakariva maneho ny fiafarana amin’ny alalan’ny fiandohana, ary ny marika voalohany tamin’ny 11 Septambra 2001 dia fanafihan’ny silamo; koa amin’ny fitsarana ny lalàna alahady dia hisy fanafihana silamo atao amin’i Nashville. Mety ho tafiditra ao anatin’izany tokoa ny lasibatra hafa, nefa ny hafatry ny Antso amin’ny Mamatonalina dia ilay hafatra izay fanitsiana ny hafatra niteraka ny fahadisoam-panantenana voalohany. Ny fahadisoam-panantenana voalohany dia vokatry ny fahotan’ny fampiharana ny singa ara-potoana tamin’ilay faminaniana, fa tsy noho ny tenin’i Ellen White.</w:t>
      </w:r>
    </w:p>
    <w:p>
      <w:pPr>
        <w:pStyle w:val="ArticleBody"/>
        <w:jc w:val="left"/>
      </w:pPr>
      <w:r>
        <w:rPr>
          <w:rFonts w:ascii="Times New Roman" w:hAnsi="Times New Roman" w:eastAsia="Times New Roman" w:cs="Times New Roman"/>
        </w:rPr>
        <w:t>Zava-dehibe ny mahafantatra fa ireo mari-pamantarana efatra izay manomboka amin’ny “fanomezam-pahefana” ny hafatra voalohany (izay ao amin’ny Daniela no miseho eo am-piandohan’ireo fitopolo taona ara-panoharana), dia tarihin’io lohahevitra io hatrany. Raha nekenao ho fahatanterahan’ny faminaniana ny 11 Septambra 2001, dia efa nihinana ara-panoharana ilay “boky miafina” ianao. Vitsy dia vitsy no tena nihinana izany fahamarinana izany, nefa nisy ihany, araka izay asehon’i Daniela, izay nikasa tao am-pony tsy haloto tamin’ny sakafon’i Babylona. Kanefa misy ireo milaza ho mino fa ny 11 Septambra 2001 dia fahatanterahan’ny faminaniana, nefa miady hevitra fa tsy ny Silamo izany, fa ny fianakaviana Bush, na ny globalista, na ny Zezoita, na ny CIA, na fitambaran’ireo olom-boatonona mahazatra izay matetika ampiasain’ireo mpanao teoria tsikombakomba maoderina. Amin’ny maha Alfa sy Omega Azy, i Jesosy dia maneho ny farany amin’ny alalan’ny fiandohana; koa raha diso isika momba izay naseho ara-panoharana tamin’ny 11 Septambra 2001, dia manimba ny fahafahantsika mizara marina ny Teny faminaniana momba ny “fahamarinana” isika.</w:t>
      </w:r>
    </w:p>
    <w:p>
      <w:pPr>
        <w:pStyle w:val="ArticleBody"/>
        <w:jc w:val="left"/>
      </w:pPr>
      <w:r>
        <w:rPr>
          <w:rFonts w:ascii="Times New Roman" w:hAnsi="Times New Roman" w:eastAsia="Times New Roman" w:cs="Times New Roman"/>
        </w:rPr>
        <w:t>Ny “fanomezam-pahefana” ny hafatra voalohany teo amin’ny tantaran’ny Millerita dia ny finoana silamo tamin’ny Loza faharoa, ary izany fanomezam-pahefana izany dia tandindona mialoha ny fanomezam-pahefana tamin’ny 11 Septambra 2001, izay nentin’ny finoana silamo tamin’ny Loza fahatelo.</w:t>
      </w:r>
    </w:p>
    <w:p>
      <w:pPr>
        <w:pStyle w:val="ArticleBody"/>
        <w:jc w:val="left"/>
      </w:pPr>
      <w:r>
        <w:rPr>
          <w:rFonts w:ascii="Times New Roman" w:hAnsi="Times New Roman" w:eastAsia="Times New Roman" w:cs="Times New Roman"/>
        </w:rPr>
        <w:t>Ny finoana silamo eo amin’ny marika voalohany dia manondro ny finoana silamo eo amin’ny marika farany. Ny marika farany dia maneho ny fitsarana, ary ny Etazonia dia tsaraina amin’ny lalàn’ny Alahady. Izany no hafatra faharoa ao amin’i Ezekiela ao amin’ny toko fahafito amby telopolo, izay mampody aina ny maty; ary izany hafatra izany no hafatry ny marika fahatelo, dia ny Antso Amin’ny Mamatonalina. Izany no hafatry ny fanisiana tombo-kase, araka ny tandindonin’ilay fidirana amim-boninahitra nataon’i Kristy nitaingina “ampondra”, tandindon’ny finoana silamo. Ny hafatry ny fanisiana tombo-kase ao amin’ny Antso Amin’ny Mamatonalina dia entin’ny finoana silamo.</w:t>
      </w:r>
    </w:p>
    <w:p>
      <w:pPr>
        <w:pStyle w:val="ArticleScripture"/>
        <w:jc w:val="left"/>
      </w:pPr>
      <w:r>
        <w:rPr>
          <w:rFonts w:ascii="Times New Roman" w:hAnsi="Times New Roman" w:eastAsia="Times New Roman" w:cs="Times New Roman"/>
        </w:rPr>
        <w:t>Lazao amin’ny zanakavavin’i Ziona hoe: Indro, ny Mpanjakanao avy mankaminareo, malemy fanahy sady mitaingina ampondra, dia zanak’ampondra, zanaky ny biby fitondra entana. Matio 21:5.</w:t>
      </w:r>
    </w:p>
    <w:p>
      <w:pPr>
        <w:pStyle w:val="ArticleBody"/>
        <w:jc w:val="left"/>
      </w:pPr>
      <w:r>
        <w:rPr>
          <w:rFonts w:ascii="Times New Roman" w:hAnsi="Times New Roman" w:eastAsia="Times New Roman" w:cs="Times New Roman"/>
        </w:rPr>
        <w:t>Ny faminaniana faharoan’i Ezekiela dia avy amin’ny “rivotra efatra”, izay tandindon’ny finoana silamo koa. Tena ilaina indrindra ny hahazoana mazava izany fahamarinana izany, satria ny hafatra izay Antso Amin’ny Misasakalina dia ilay hafatra manondro ny finoana silamo amin’ny maha-hery ny Loza fahatelo azy, izay mitondra fitsarana amin’i Etazonia amin’ny lalàna alahady, ary miteraka ny fandringanana nasionaly izay manaraka ny didy.</w:t>
      </w:r>
    </w:p>
    <w:p>
      <w:pPr>
        <w:pStyle w:val="ArticleBody"/>
        <w:jc w:val="left"/>
      </w:pPr>
      <w:r>
        <w:rPr>
          <w:rFonts w:ascii="Times New Roman" w:hAnsi="Times New Roman" w:eastAsia="Times New Roman" w:cs="Times New Roman"/>
        </w:rPr>
        <w:t>Ny Trompetra Fito ao amin’ny Apokalypsy dia fitsaran’Andriamanitra tamin’ny fampiharana an-tery ny fanompoam-pivavahana amin’ny Alahady nataon’i Roma jentilisa sy i Roma papaly.</w:t>
      </w:r>
    </w:p>
    <w:p>
      <w:pPr>
        <w:pStyle w:val="ArticleListItem"/>
        <w:ind w:left="576" w:hanging="259"/>
        <w:jc w:val="left"/>
      </w:pPr>
      <w:r>
        <w:rPr>
          <w:rFonts w:ascii="Times New Roman" w:hAnsi="Times New Roman" w:eastAsia="Times New Roman" w:cs="Times New Roman"/>
        </w:rPr>
        <w:t>1. Ny trompetra efatra voalohany dia nentina namely an’i Roma jentilisa taorian’ny nametrahan’i Constantin ny lalàna alahady voalohany tamin’ny taona 321.</w:t>
      </w:r>
    </w:p>
    <w:p>
      <w:pPr>
        <w:pStyle w:val="ArticleListItem"/>
        <w:ind w:left="576" w:hanging="259"/>
        <w:jc w:val="left"/>
      </w:pPr>
      <w:r>
        <w:rPr>
          <w:rFonts w:ascii="Times New Roman" w:hAnsi="Times New Roman" w:eastAsia="Times New Roman" w:cs="Times New Roman"/>
        </w:rPr>
        <w:t>2. Ny Trompetra fahadimy sy fahenina (izay koa no Loza voalohany sy faharoa nentin’ny Silamo), dia fitsaran’Andriamanitra tamin’i Roma papaly noho ny lalànan’ny Alahady papaly navoaka tao amin’ny Konsilin’i Orléans, tamin’ny taona 538.</w:t>
      </w:r>
    </w:p>
    <w:p>
      <w:pPr>
        <w:pStyle w:val="ArticleListItem"/>
        <w:ind w:left="576" w:hanging="259"/>
        <w:jc w:val="left"/>
      </w:pPr>
      <w:r>
        <w:rPr>
          <w:rFonts w:ascii="Times New Roman" w:hAnsi="Times New Roman" w:eastAsia="Times New Roman" w:cs="Times New Roman"/>
        </w:rPr>
        <w:t>3. Ny Trompetra fahafito (izay Loza fahatelo avy amin’ny Islamo), dia ny fitsarana ho tonga amin’i Etazonia rehefa hampihatra ny fanompoam-pivavahana amin’ny Alahady izy amin’ny hoavy tsy ho ela.</w:t>
      </w:r>
    </w:p>
    <w:p>
      <w:pPr>
        <w:pStyle w:val="ArticleBody"/>
        <w:jc w:val="left"/>
      </w:pPr>
      <w:r>
        <w:rPr>
          <w:rFonts w:ascii="Times New Roman" w:hAnsi="Times New Roman" w:eastAsia="Times New Roman" w:cs="Times New Roman"/>
        </w:rPr>
        <w:t>Ny finoana silamo amin’ilay Loza fahatelo dia maneho ny mari-pamantarana voalohany, dia ny 11 Septambra 2001. Ny faminaniana tsy tanteraka momba ny fanafihan’ny silamo an’i Nashville tamin’ny 18 Jolay 2020 dia maneho ny fahadisoam-panantenana voalohany, izay mari-pamantarana faharoa. Ny hafatry ny “rivotra efatra” momba ny silamo, araka ny aseho ao amin’ny faminaniana faharoan’i Ezekiela ao amin’ny toko fahafito amby telopolo, dia maneho ny Antso Amin’ny Mamatonalina, izay mari-pamantarana fahatelo, ary avy eo ny mari-pamantarana fahefatra, dia ny fahatanterahan’ilay faminaniana tsy tanteraka tamin’ny 18 Jolay 2020 amin’ny lalàna alahady. Ireo no mari-pamantarana ara-paminaniana efatra miseho ao amin’ny tantara ara-paminanian’ny iray hetsy sy efatra amby efapolo arivo, araka ny asehon’ny fitanana an-babylonan’i Daniela nandritra ny fitopolo taona.</w:t>
      </w:r>
    </w:p>
    <w:p>
      <w:pPr>
        <w:pStyle w:val="ArticleBody"/>
        <w:jc w:val="left"/>
      </w:pPr>
      <w:r>
        <w:rPr>
          <w:rFonts w:ascii="Times New Roman" w:hAnsi="Times New Roman" w:eastAsia="Times New Roman" w:cs="Times New Roman"/>
        </w:rPr>
        <w:t>Ny fanekena ny hafatry ny Antso amin’ny Misasakalina dia singa fototra iray amin’ilay “zava-miafina” izay nambara tamin’i Daniela tamin’ny alalan’ny tandindona, raha nivavaka izy mba hahatakatra ny nofin’ny sarivongan’i Nebokadnezara. Ny vavakany dia famantarana eny an-dalana izay miorina eo amin’ny faran’ireo telo andro sy tapany amin’ny fahafatesan’ireo vavolombelona roa ao amin’ny Apokalypsy iraika ambin’ny folo. Ny vavak’i Daniela ao amin’ny Levitikosy enina amby roapolo, araka ny voasoratra ao amin’ny toko fahasivy, dia tamin’ny taona voalohany nanjakan’i Dariosy. Izany dia mametraka ny vavakany eo amin’ny teboka fifindrana.</w:t>
      </w:r>
    </w:p>
    <w:p>
      <w:pPr>
        <w:pStyle w:val="ArticleBody"/>
        <w:jc w:val="left"/>
      </w:pPr>
      <w:r>
        <w:rPr>
          <w:rFonts w:ascii="Times New Roman" w:hAnsi="Times New Roman" w:eastAsia="Times New Roman" w:cs="Times New Roman"/>
        </w:rPr>
        <w:t>Ny teboka fifindrana teo amin’ny tantaran’ny Millerita dia ny taona 1856, fony ny hetsika Millerita nifindra niala tao Filadelfia ho any Laodikia araka an’i James sy Ellen White. Tamin’io taona io ihany dia tonga ny “fahazavana vaovao” momba ny “impito” tao amin’ireo lahatsoratr’i Hiram Edson ao amin’ny Review and Herald, nefa tamin’ny 1863 (“impito” tatỳ aoriana), dia nolavina tanteraka ny “impito”. Nivavaka “ilay vavaka” i Daniela, izay aseho ho “ny fanafody” ho an’ny “fanaparitahana” ny “impito” eo amin’ilay teboka fifindrana eo anelanelan’ny fanjakana voalohany sy faharoa ao amin’ny faminanian’ny Baiboly.</w:t>
      </w:r>
    </w:p>
    <w:p>
      <w:pPr>
        <w:pStyle w:val="ArticleBody"/>
        <w:jc w:val="left"/>
      </w:pPr>
      <w:r>
        <w:rPr>
          <w:rFonts w:ascii="Times New Roman" w:hAnsi="Times New Roman" w:eastAsia="Times New Roman" w:cs="Times New Roman"/>
        </w:rPr>
        <w:t>Ny telo sy tapany dia tandindon’ny arivo sy enin-jato sy enimpolo taona, izay kosa tandindon’ny “fito fotoana.” Tamin’ny 18 Jolay 2020, ny hetsika Laodiseana an’ny Future for America dia naneho fikomiana tamin’ny didin’Andriamanitra mba tsy hanantonana intsony hafatra ara-paminaniana amin’ny fotoana. Avy eo dia “novonoina” sy “naely” teny an-dalambe ao amin’ny Apokalypsy iraika ambin’ny folo ilay hetsika, lalana izay mamakivaky ny lohasahan’i Ezekiela feno taolana maina maty. Amin’ny faran’izany fotoanan’ny “fanaparitahana” izany, izay koa ilay “fotoam-piandrasana” ao amin’ny fanoharana ny amin’ny virijina folo, dia antsoina hivoaka avy ao am-pasany izy ireo ankehitriny amin’ny alalan’“ny feon’izay miantso” avy ao anatin’ny “efitra” amin’ireo andro “telo sy tapany.”</w:t>
      </w:r>
    </w:p>
    <w:p>
      <w:pPr>
        <w:pStyle w:val="ArticleBody"/>
        <w:jc w:val="left"/>
      </w:pPr>
      <w:r>
        <w:rPr>
          <w:rFonts w:ascii="Times New Roman" w:hAnsi="Times New Roman" w:eastAsia="Times New Roman" w:cs="Times New Roman"/>
        </w:rPr>
        <w:t>Tahaka ny niaiken’ny Millerita tamin’ny farany fa tamin’izany izy ireo dia tao anatin’ny “fotoan’ny fiandrasana” ao amin’ny Matio toko faha-dimy amby roapolo sy Habakoka toko faha-roa, dia toy izany koa, ireo “vavolombelona roa maty” dia tsy maintsy mahafantatra izay misy azy, rehefa miantso mafy ny “feo any an-efitra”. Tsy maintsy mahafantatra izy ireo fa “mihahaka”. Izany fahafantarana izany dia antso ho amin’ny “vavaka”, nefa tsy vavaka fotsiny, fa antso ho amin’ilay vavaky ny Levitikosy faha-enina amby roapolon’i Daniela. Raha tsy misy izany vavaka voafaritra izany, dia tsy misy fifohazana. Ny fifohazana no manamarika ny teboka iampitana avy amin’i Laodikia ho amin’i Filadelfia, ary mamoaka ilay fisehoan-javatra ara-paminaniana momba ny fahavalo izay avy amin’ny fito, araka ny hamafisin’ny sariolona nataon’i Nebokadnezara ao amin’ny Daniela toko faha-roa.</w:t>
      </w:r>
    </w:p>
    <w:p>
      <w:pPr>
        <w:pStyle w:val="ArticleBody"/>
        <w:jc w:val="left"/>
      </w:pPr>
      <w:r>
        <w:rPr>
          <w:rFonts w:ascii="Times New Roman" w:hAnsi="Times New Roman" w:eastAsia="Times New Roman" w:cs="Times New Roman"/>
        </w:rPr>
        <w:t>Rehefa tontosa izany vavaka fivalozana sy fiaiken-keloka izany, dia izao no teny fikasana: hotsaroan’Andriamanitra ny fanekeny ka hangoniny ny olony izay efa niparitaka. Ny faminaniana voalohan’i Ezekiela no nanangona ny taolana, ary avy eo ny faminaniany momba ny “rivotra efatra” no nanova ireo “Filadelfiana” vao teraka ho tonga tafika mahery… tafika mahery izay, araka ny Apokalypsy toko faha-iraika ambin’ny folo, dia nony avy eo “nakarina ho any an-danitra” niaraka tamin’ny “rahon’ny anjely”. Izy ireo àry no “fanevan’ny” Tompo.</w:t>
      </w:r>
    </w:p>
    <w:p>
      <w:pPr>
        <w:pStyle w:val="ArticleBody"/>
        <w:jc w:val="left"/>
      </w:pPr>
      <w:r>
        <w:rPr>
          <w:rFonts w:ascii="Times New Roman" w:hAnsi="Times New Roman" w:eastAsia="Times New Roman" w:cs="Times New Roman"/>
        </w:rPr>
        <w:t>Ny “zava-miafina” ao amin’i Daniela roa, araka izay ambaran’ny Liona avy amin’ny firenen’i Joda ankehitriny, dia manamarina ny fisehoan-javatra momba ilay “fahavalo izay avy amin’ny fito”… ary ny singa ara-paminaniana hafa rehetra ao amin’i Daniela roa dia mifandrindra amin’ny filaharana ara-paminaniana momba ireo vavolombelona roa ao amin’ny Apokalypsy iraika ambin’ny folo. Ireo vavolombelona roa ao amin’ny Apokalypsy toko faha-iraika ambin’ny folo dia “asandratra ho faneva” amin’io “ora” io ihany izay isehoan’ny lalàna alahady, satria asandratra izy ireo amin’ilay “horohoron-tany lehibe” ao amin’ny Apokalypsy toko faha-iraika ambin’ny folo. Ilay “horohoron-tany lehibe” dia mandrava ny ampahafolon’ny tanàna, ary i Etazonia no mpanjaka lehibe indrindra amin’ireo “mpanjaka folo”, tahaka an’i Frantsa ihany, rehefa naringan’ilay “horohoron-tany” tamin’ny Revolisiona Frantsay i Frantsa ho fahatanterahan’ny Apokalypsy toko faha-iraika ambin’ny folo.</w:t>
      </w:r>
    </w:p>
    <w:p>
      <w:pPr>
        <w:pStyle w:val="ArticleBody"/>
        <w:jc w:val="left"/>
      </w:pPr>
      <w:r>
        <w:rPr>
          <w:rFonts w:ascii="Times New Roman" w:hAnsi="Times New Roman" w:eastAsia="Times New Roman" w:cs="Times New Roman"/>
        </w:rPr>
        <w:t>Ny fahatanterahana lavorary an’io horohoron-tany io dia tanterahina amin’ilay bibidia “avy amin’ny tany”, ary ny lalàn’ny Alahady ao amin’ny fanjakan’ilay bibidia avy amin’ny tany no miteraka fihovitrovitra. Ny fahatanterahana lavorary ny “horohoron-tany” ao amin’ny Apokalypsy toko fahiraika ambin’ny folo dia ilay lalàn’ny Alahady, rehefa “ahozongozona” ilay bibidia “avy amin’ny tany” ka ny fihemorana ara-pivavahana eo amin’ny firenena dia arahina faharavan’ny firenena. Amin’izany ora izany, dia “asandratra toy ny faneva” ireo vavolombelona roa. Izy ireo dia “miakatra any an-danitra ao amin’ny rahona”, tahaka an’i Kristy niakatra tany an-danitra tamin’ny fotoana farany. Ny teny farany nataony tamin’ny mpianatra, izay tandindon’ny vahoakan’Andriamanitra amin’ny andro farany, izay hasandratra any an-danitra toy ny faneva koa, dia voarakitra ao amin’ny bokin’ny Asan’ny Apostoly.</w:t>
      </w:r>
    </w:p>
    <w:p>
      <w:pPr>
        <w:pStyle w:val="ArticleScripture"/>
        <w:jc w:val="left"/>
      </w:pPr>
      <w:r>
        <w:rPr>
          <w:rFonts w:ascii="Times New Roman" w:hAnsi="Times New Roman" w:eastAsia="Times New Roman" w:cs="Times New Roman"/>
        </w:rPr>
        <w:t>Dia nanao taminy hoe: Tsy anjaranareo ny mahalala ny fotoana na ny vanim-potoana izay napetraky ny Ray ao amin’ny fahefany ihany. Fa hahazo hery ianareo rehefa tonga aminareo ny Fanahy Masina; ary ho vavolombeloko ianareo any Jerosalema sy eran’i Jodia rehetra ary Samaria, hatrany amin’ny faran’ny tany. Ary rehefa nilaza izany teny izany Izy, raha mbola nijery Azy ireo, dia nakarina Izy; ary nisy rahona nandray Azy tsy ho hitan’ny masony intsony. Asan’ny Apostoly 1:7–9.</w:t>
      </w:r>
    </w:p>
    <w:p>
      <w:pPr>
        <w:pStyle w:val="ArticleBody"/>
        <w:jc w:val="left"/>
      </w:pPr>
      <w:r>
        <w:rPr>
          <w:rFonts w:ascii="Times New Roman" w:hAnsi="Times New Roman" w:eastAsia="Times New Roman" w:cs="Times New Roman"/>
        </w:rPr>
        <w:t>Izay ho “faneva” dia tsy maintsy miala amin’ny fampiharana ny “andro sy fotoana”, raha te handray ny herin’ny Fanahy Masina hanatanteraka ny asan’ny “faneva”.</w:t>
      </w:r>
    </w:p>
    <w:p>
      <w:pPr>
        <w:pStyle w:val="ArticleBody"/>
        <w:jc w:val="left"/>
      </w:pPr>
      <w:r>
        <w:rPr>
          <w:rFonts w:ascii="Times New Roman" w:hAnsi="Times New Roman" w:eastAsia="Times New Roman" w:cs="Times New Roman"/>
        </w:rPr>
        <w:t>Ny “zava-miafina” izay naseho tamin’i Daniela tao amin’ny toko faharoa dia ilay zava-miafin’ny Fanambaran’i Jesosy Kristy, izay esorina ny tombo-kaseny fotoana fohy mialoha ny hifaranan’ny fotoam-pahasoavana. Izany “zava-miafina” izany dia ahitana ny “tantara miafina” momba ireo “Kotrokorana Fito.” Izany tantara izany dia voarafitra eo ambonin’ilay teny hebreo izay noforonina tamin’ny fanakambanana ny litera voalohany sy fahatelo ambin’ny folo ary farany ao amin’ny abidy hebreo. Rehefa atambatra ireo litera ireo, dia mamorona ny teny hebreo hoe “fahamarinana” izy ireo. Jesosy no “fahamarinana”, izay ihany koa no Voalohany sy ny Farany. Ireo litera telo ireo dia maneho ny rafitry ny hetsika fanavaozana lehibe rehetra, satria maneho ny anjely voalohany sy faharoa ary fahatelo izy ireo. Izy ireo dia maneho ny fizotry ny fanadiovana misy dingana telo izay asehon’i Daniela ao amin’ny toko faharoa ambin’ny folo amin’ny hoe: “diovina, atao fotsy ary sedraina”. Izany fizotry ny fitsapana sy fanadiovana misy dingana telo izany dia efa nasehon’ny Future for America nandritra ny roapolo taona mahery, kanefa ankehitriny dia efa voamarika fa maneho “tantara miafina” iray ao anatin’ireo tsipika masina momba ny fanavaozana izany. Izany “tantara miafina” izany no fahatanterahana lavorary an’ireo “Kotrokorana Fito” izay voaisy tombo-kase hatramin’izao, fotoana fohy mialoha ny hifaranan’ny fotoam-pahasoavana.</w:t>
      </w:r>
    </w:p>
    <w:p>
      <w:pPr>
        <w:pStyle w:val="ArticleBody"/>
        <w:jc w:val="left"/>
      </w:pPr>
      <w:r>
        <w:rPr>
          <w:rFonts w:ascii="Times New Roman" w:hAnsi="Times New Roman" w:eastAsia="Times New Roman" w:cs="Times New Roman"/>
        </w:rPr>
        <w:t>Efa hatry ny ela no efa fantatra fa ny Kotrokorana Fito dia maneho “famaritana mazava ny zava-nitranga izay tanteraka teo ambanin’ny hafatry ny anjely voalohany sy faharoa,” ary koa fa izy ireo dia maneho “zava-mitranga ho avy izay hambara araka ny filaharany.” Ankehitriny kosa, tamin’ny alalan’ny fanambaran’ny “fahamarinana,” dia naseho fa ireo mari-dalana telo farany amin’ny tsipika fanavaozana iray no “tantara miafina” an’ny Kotrokorana Fito. Ireo mari-dalana ireo dia manomboka amin’ny fahadisoam-panantenana “voalohany” ary mifarana amin’ny fahadisoam-panantenana “farany.” Ny mari-dalana afovoany dia ny Antso Amin’ny Mamatonalina. Ny fahadisoam-panantenana voalohany no manamarika ny fiandohan’ny “fotoana fiandrasana”, izay mifarana amin’ny Antso Amin’ny Mamatonalina. Ny hafatry ny Antso Amin’ny Mamatonalina dia mifarana eo amin’ny “fitsarana” izay anamarika ny fahadisoam-panantenana farany.</w:t>
      </w:r>
    </w:p>
    <w:p>
      <w:pPr>
        <w:pStyle w:val="ArticleBody"/>
        <w:jc w:val="left"/>
      </w:pPr>
      <w:r>
        <w:rPr>
          <w:rFonts w:ascii="Times New Roman" w:hAnsi="Times New Roman" w:eastAsia="Times New Roman" w:cs="Times New Roman"/>
        </w:rPr>
        <w:t>Ny fahadisoam-panantenana voalohany ao amin’ny Daniela toko faharoa dia ny fahatsapan’i Daniela fa napetraka teo ambanin’ny “didim-pahafatesana” izy. Dia nangataka “fotoana” izy, ka izany no nanamarika ny fiandohan’ny “fotoan’ny fitaredretra”. Izany no nitarika azy hahatakatra ny “zava-miafina,” izay hafatry ny Fitarainan’ny Mamatonalina, ary avy eo dia nambara tamin’i Nebokadnezara izany mba hahafahany “mitsara” ny hafatr’i Daniela.</w:t>
      </w:r>
    </w:p>
    <w:p>
      <w:pPr>
        <w:pStyle w:val="ArticleBody"/>
        <w:jc w:val="left"/>
      </w:pPr>
      <w:r>
        <w:rPr>
          <w:rFonts w:ascii="Times New Roman" w:hAnsi="Times New Roman" w:eastAsia="Times New Roman" w:cs="Times New Roman"/>
        </w:rPr>
        <w:t>Ny “fitsarana” nataon’i Nebokadnezara momba ny nofy sy ny fanazavana izay nasehon’i Daniela dia manamarika ny fahatelo amin’ireo famantarana telo izay misolo tena ny “tantara miafina” momba ny Kotrokorana Fito. Izany fitsarana izany dia resahina indray ao amin’ny toko fahatelo amin’ny bokin’i Daniela, izay maneho ilay foto-kevitra ampiasaina mafy ao amin’ny bokin’i Daniela sy ny Apokalypsy, ary izany foto-kevitra izany dia ny hoe “miverina ary manitatra”.</w:t>
      </w:r>
    </w:p>
    <w:p>
      <w:pPr>
        <w:pStyle w:val="ArticleBody"/>
        <w:jc w:val="left"/>
      </w:pPr>
      <w:r>
        <w:rPr>
          <w:rFonts w:ascii="Times New Roman" w:hAnsi="Times New Roman" w:eastAsia="Times New Roman" w:cs="Times New Roman"/>
        </w:rPr>
        <w:t>Hodinihintsika ao amin’ny lahatsoratra manaraka ny toko fahatelo, nefa ilaina ny manamarika eto fa ny fitsarana amin’ny mari-dalana fahatelo ao amin’ny toko fahatelo dia manondro ilay fahadisoam-panantenana farany, izay nasehon’ilay fahadisoam-panantenana voalohany ho tandindona. Ny “tantara miafina” momba ireo kotrokorana fito dia manondro mari-dalana telo, manomboka ary mifarana amin’ny fahadisoam-panantenana. Ao amin’ny Daniela toko faharoa, ny fahadisoam-panantenana voalohany dia ampifandraisina amin’ny “didim-pahafatesana” nataon’i Nebokadnezara, ary ao amin’ny toko fahatelo ny fahadisoam-panantenana farany dia ampifandraisina amin’ny “didim-pahafatesana” hafa nataon’i Nebokadnezara.</w:t>
      </w:r>
    </w:p>
    <w:p>
      <w:pPr>
        <w:pStyle w:val="ArticleBody"/>
        <w:jc w:val="left"/>
      </w:pPr>
      <w:r>
        <w:rPr>
          <w:rFonts w:ascii="Times New Roman" w:hAnsi="Times New Roman" w:eastAsia="Times New Roman" w:cs="Times New Roman"/>
        </w:rPr>
        <w:t>Ny “tantara miafina” momba ireo “vavolombelona roa”, izay maneho ny hetsika Future for America, dia maneho ny fahadisoam-panantenana tamin’ny 18 Jolay 2020. Avy eo no nanomboka ny “fotoana fiandrasana”, araka ny asehon’ny “telo andro sy tapany” ao amin’ny Apokalypsy toko faha-iraika ambin’ny folo. Ny fifohazana sy ny fitsanganan’ireo izay “novonoina teny an-dalambe” tamin’ilay bibidia izay niakatra avy tao amin’ny “lavaka tsy hita noanoa” dia voafaritra manokana ao amin’ny Tenin’Andriamanitra ara-paminaniana; nefa amin’ny ambaratonga tsotra, rehefa mifoha ireo vavolombelona roa, dia takany ny “zava-miafina” aseho ao amin’ny Daniela toko faha-roa.</w:t>
      </w:r>
    </w:p>
    <w:p>
      <w:pPr>
        <w:pStyle w:val="ArticleBody"/>
        <w:jc w:val="left"/>
      </w:pPr>
      <w:r>
        <w:rPr>
          <w:rFonts w:ascii="Times New Roman" w:hAnsi="Times New Roman" w:eastAsia="Times New Roman" w:cs="Times New Roman"/>
        </w:rPr>
        <w:t>Io “zava-miafina” io no hafatry ny Antso amin’ny Misasakalina, izay hambaran’izy ireo avy eo mandra-pahatongan’ny Daniela toko faha-telo, rehefa tonga ny lalàna alahady antomotra ho avy, ary miseho ny fahadisoam-panantenana farany. Ny fahadisoam-panantenana voalohany dia niainan’ireo izay aseho ho “Daniela” tamin’ny 18 Jolay 2020. Ny fahadisoam-panantenana farany kosa dia iainan’ny mpitarika ny “mpanjaka folo”, dia i Etazonia, raha ny fivadiham-pinoana nasionaly no mitondra ny faharavana nasionaly avy amin’ny Silamo.</w:t>
      </w:r>
    </w:p>
    <w:p>
      <w:pPr>
        <w:pStyle w:val="ArticleBody"/>
        <w:jc w:val="left"/>
      </w:pPr>
      <w:r>
        <w:rPr>
          <w:rFonts w:ascii="Times New Roman" w:hAnsi="Times New Roman" w:eastAsia="Times New Roman" w:cs="Times New Roman"/>
        </w:rPr>
        <w:t>Hofaranantsika ao amin’ny lahatsoratra manaraka ny famintinana sy ny famaranana ny toko faharoa ao amin’ny Daniela.</w:t>
      </w:r>
    </w:p>
    <w:p>
      <w:pPr>
        <w:pStyle w:val="ArticleScripture"/>
        <w:jc w:val="left"/>
      </w:pPr>
      <w:r>
        <w:rPr>
          <w:rFonts w:ascii="Times New Roman" w:hAnsi="Times New Roman" w:eastAsia="Times New Roman" w:cs="Times New Roman"/>
        </w:rPr>
        <w:t>“Satana dia efa nampiditra ny izao tontolo izao ho babo. Nampiditra sabata sampy izy, ka asehony ho manana lanja lehibe izany. Nangalariny hiala amin’ny Sabatan’ny Tompo ho amin’io sabata sampy io ny fanompoam-pivavahana atolotry ny tontolo kristiana. Miankohoka amin’ny lovantsofina sy amin’ny didy noforonin’olombelona izao tontolo izao. Tahaka ny nananganan’i Nebokadnezara ny sariny volamena teo amin’ny lemaka Dora ka nanandratany ny tenany, dia toy izany koa no anandratran’i Satana ny tenany ao amin’ity sabata sandoka ity, izay nangalariny ny fitafian’ny lanitra.” Review and Herald, 8 Martsa 1898.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Laharana fahaefatra ambin’ny folo</dc:title>
  <dc:subject>Daniela Toko Faharoa – Famintinana sy Fehiny Fizarana Voalohany</dc:subject>
  <dc:creator>Jeff Pippenger</dc:creator>
  <cp:keywords/>
  <dc:description>Generated by ArticleDigger from daniel\14_daniel.json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