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Faha-15</w:t>
      </w:r>
    </w:p>
    <w:p>
      <w:pPr>
        <w:pStyle w:val="ArticleSubtitle"/>
        <w:jc w:val="left"/>
      </w:pPr>
      <w:r>
        <w:rPr>
          <w:rFonts w:ascii="Arial" w:hAnsi="Arial" w:eastAsia="Arial" w:cs="Arial"/>
        </w:rPr>
        <w:t>Daniel Toko Faharoa – Famintinana sy Famaranana Fizarana Faharoa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Tamin’ny faran’ny volana Jolay 2023, dia nanomboka niantso tamin’ny feo mafy ho amin’ireo taolana maina maty ilay feo any an-efitra, araka ny asehon’ny nandehanan’i Daniela tany amin’i Arioka sy nilazany taminy fa azony ny “zava-miafina.” Daniela, mifandray amin’i Hanania sy Misaela ary Azaria, dia maneho ilay iraka Elia, ary ny hafatr’i Elia dia manambara fa na mahatakatra izany na manaiky izany ny vahoakan’Andriamanitra na tsia, dia efa eo ambanin’ny ozona izy ireo.</w:t>
      </w:r>
    </w:p>
    <w:p>
      <w:pPr>
        <w:pStyle w:val="ArticleScripture"/>
        <w:jc w:val="left"/>
      </w:pPr>
      <w:r>
        <w:rPr>
          <w:rFonts w:ascii="Times New Roman" w:hAnsi="Times New Roman" w:eastAsia="Times New Roman" w:cs="Times New Roman"/>
        </w:rPr>
        <w:t>Ary ankehitriny, ianareo mpisorona, ity didy ity dia ho anareo. Raha tsy mety mihaino ianareo, ary raha tsy ataonareo ao am-po ny hanome voninahitra ny anarako, hoy Jehovah, Tompon’ny maro, dia handefa ozona ho aminareo Aho, ary hovolako ozona ny fitahianareo; eny, efa nozoniko sahady izany, satria tsy ataonareo ao am-po izany. Malakia 2:1, 2.</w:t>
      </w:r>
    </w:p>
    <w:p>
      <w:pPr>
        <w:pStyle w:val="ArticleBody"/>
        <w:jc w:val="left"/>
      </w:pPr>
      <w:r>
        <w:rPr>
          <w:rFonts w:ascii="Times New Roman" w:hAnsi="Times New Roman" w:eastAsia="Times New Roman" w:cs="Times New Roman"/>
        </w:rPr>
        <w:t>Araka an’i Petera, ny “mpisorona” amin’ny andro farany dia ny vahoakan’ny faneken’Andriamanitra izay taloha tsy vahoakan’ny faneken’Andriamanitra. Izy ireo no nihinana ny “boky miafina” rehefa nidina tamin’ny 11 Septambra 2001 ilay anjely mahery ao amin’ny Apokalypsy toko faha-18. Kanefa araka an’i Malakia dia voaozona izy ireo.</w:t>
      </w:r>
    </w:p>
    <w:p>
      <w:pPr>
        <w:pStyle w:val="ArticleScripture"/>
        <w:jc w:val="left"/>
      </w:pPr>
      <w:r>
        <w:rPr>
          <w:rFonts w:ascii="Times New Roman" w:hAnsi="Times New Roman" w:eastAsia="Times New Roman" w:cs="Times New Roman"/>
        </w:rPr>
        <w:t>Raha efa nanandrana hianareo fa tsara fanahy ny Tompo. Ka manatòna Azy, dia ilay vato velona, nolavin’olona tokoa, nefa nofidin’Andriamanitra sady sarobidy; ary hianareo koa, tahaka ny vato velona, dia aorina ho trano ara-panahy, ho fisoronana masina, mba hanolotra fanatitra ara-panahy, ankasitrahan’Andriamanitra amin’ny alalan’i Jesosy Kristy. Fa izany no voasoratra ao amin’ny Soratra Masina hoe: Indro, mametraka vato fehizoro lehibe ao Ziona Aho, voafidy sady sarobidy; ary izay mino Azy dia tsy ho menatra. Koa aminareo izay mino dia sarobidy Izy; fa amin’izay tsy mankatò kosa, ny vato nolavin’ny mpanao trano, dia io no tonga vato fehizoro; ary vato mahatafintohina sy vatolampy mahasolafaka, dia ho an’izay tafintohina amin’ny teny noho ny tsi-fankatoavany; izany koa no nanendrena azy. Fa hianareo kosa dia taranaka voafidy, fisoronana mpanjaka, firenena masina, vahoaka navahana ho an’Andriamanitra, mba hanambaranareo ny fiderana Ilay niantso anareo hiala amin’ny maizina ho amin’ny fahazavany mahagaga; dia hianareo izay taloha tsy vahoaka, fa ankehitriny kosa dia vahoakan’Andriamanitra; izay tsy nahazo famindram-po, nefa ankehitriny dia efa nahazo famindram-po. 1 Petera 2:3–10.</w:t>
      </w:r>
    </w:p>
    <w:p>
      <w:pPr>
        <w:pStyle w:val="ArticleBody"/>
        <w:jc w:val="left"/>
      </w:pPr>
      <w:r>
        <w:rPr>
          <w:rFonts w:ascii="Times New Roman" w:hAnsi="Times New Roman" w:eastAsia="Times New Roman" w:cs="Times New Roman"/>
        </w:rPr>
        <w:t>Ny “mpisorona” amin’ny andro farany dia ireo izay “nanandrana fa tsara ny Tompo.” “Taloha” izy ireo dia “tsy vahoaka, fa ankehitriny kosa dia vahoakan’Andriamanitra.” Izy ireo no nahita ilay “vato velona,” izay “nolavin’ny olona tokoa, nefa nofidin’Andriamanitra sady sarobidy.” Io vato io dia ny “impito” ao amin’ny Levitikosy faha-enina amby roapolo, izay “nolavin’ireo mpanao trano” tamin’ny hetsika Millerita tamin’ny taona 1863. Ireo “mpanao trano” Millerita dia nanorina tempoly tao anatin’ny enina amby efapolo taona, hatramin’ny 1798 ka hatramin’ny 1844, nefa tatỳ aoriana dia nifidy handà ny “fitomboan’ny fahalalana” momba ny “impito” izay tonga tamin’ny 1856.</w:t>
      </w:r>
    </w:p>
    <w:p>
      <w:pPr>
        <w:pStyle w:val="ArticleScripture"/>
        <w:jc w:val="left"/>
      </w:pPr>
      <w:r>
        <w:rPr>
          <w:rFonts w:ascii="Times New Roman" w:hAnsi="Times New Roman" w:eastAsia="Times New Roman" w:cs="Times New Roman"/>
        </w:rPr>
        <w:t>Ny oloko dia ringana noho ny tsy fahampian’ny fahalalana; satria nolavinao ny fahalalana, dia holaviko kosa ianao, ka tsy ho mpisorona ho Ahy intsony ianao; satria hadinonao ny lalàn’Andriamanitrao, dia hadinoko kosa ny zanakao. Arakaraka ny nitomboany no nanotany tamiko; koa hovaliako henatra ny voninahiny. Hosea 4:6, 7.</w:t>
      </w:r>
    </w:p>
    <w:p>
      <w:pPr>
        <w:pStyle w:val="ArticleBody"/>
        <w:jc w:val="left"/>
      </w:pPr>
      <w:r>
        <w:rPr>
          <w:rFonts w:ascii="Times New Roman" w:hAnsi="Times New Roman" w:eastAsia="Times New Roman" w:cs="Times New Roman"/>
        </w:rPr>
        <w:t>Ny “mpisorona” amin’ny andro farany dia nanaiky ny hafatry ny “impito” rehefa naverina nentina ho amin’ireo lalana tranainin’ny Advantisma izy ireo taorian’ny 11 Septambra 2001. Nanandrana ny hafatry ny boky miafina izy ireo, ary “sarobidy” izany. Kanefa i Malakia dia milaza fa ny mpisorona amin’ny andro farany dia “voaozona”, ary mazava ho azy fa ozona ny “impito”. Eo ambanin’ny ozon’ny “impito” izy ireo, satria naveriny ny fahotan-drainy. Milaza i Malakia fa nandoto ny anaran’Andriamanitra ny mpisorona tamin’ny fanatitra “voaloto” natolony. Izany fanatitra izany dia ny faminaniana ny 18 Jolay 2020.</w:t>
      </w:r>
    </w:p>
    <w:p>
      <w:pPr>
        <w:pStyle w:val="ArticleScripture"/>
        <w:jc w:val="left"/>
      </w:pPr>
      <w:r>
        <w:rPr>
          <w:rFonts w:ascii="Times New Roman" w:hAnsi="Times New Roman" w:eastAsia="Times New Roman" w:cs="Times New Roman"/>
        </w:rPr>
        <w:t>Fa hatramin’ny fiposahan’ny masoandro ka hatramin’ny filentehany dia ho lehibe any amin’ny jentilisa ny anarako; ary any amin’ny toerana rehetra dia hisy ditin-kazo manitra hatolotra ho amin’ny anarako mbamin’ny fanatitra madio; fa ho lehibe any amin’ny firenena jentilisa ny anarako, hoy Jehovah, Tompon’ny maro. Fa ianareo kosa dia manamavo izany, satria hoy ianareo: Voaloto ny latabatry ny Tompo; ary ny vokatra eo aminy, dia ny haniny, dia tsinontsinona. Hoy koa ianareo: Indro, hasasatra manao ahoana izany! ary notsofintsinareo izany, hoy Jehovah, Tompon’ny maro; ary nitondra izay noviraviraina sy ny malemy ary ny marary ianareo; izany no nentinareo ho fanatitra: moa horaisiko amin’ny tananareo va izany? hoy Jehovah. Fa ho voaozona anie ny mpamitaka, izay manana lahy ao amin’ny andian’ondriny ka mivoady, nefa manolotra zavatra simba ho fanatitra ho an’ny Tompo; fa Izaho no Mpanjaka lehibe, hoy Jehovah, Tompon’ny maro, ary mahatahotra any amin’ny jentilisa ny anarako. Ary ankehitriny, ry mpisorona, ho anareo ity didy ity. Raha tsy mihaino ianareo, ary raha tsy ataonareo am-po ny hanome voninahitra ny anarako, hoy Jehovah, Tompon’ny maro, dia hampandeferiko aminareo ny ozona, ary hovolako ny fitahianareo; eny, efa nozoniko sahady ireo, satria tsy ataonareo am-po izany. Indro, hosaziko ny taranakareo, ary haparitrako amin’ny tavanareo ny tain-drendriky ny fetinareo voatendry, dia ny tainy ihany; ary hoentiny miaraka aminy ianareo. Dia ho fantatrareo fa Izaho no naniraka ity didy ity ho aminareo, mba hitoeran’ny fanekeko amin’i Levy, hoy Jehovah, Tompon’ny maro. Malakia 1:11–2:4.</w:t>
      </w:r>
    </w:p>
    <w:p>
      <w:pPr>
        <w:pStyle w:val="ArticleBody"/>
        <w:jc w:val="left"/>
      </w:pPr>
      <w:r>
        <w:rPr>
          <w:rFonts w:ascii="Times New Roman" w:hAnsi="Times New Roman" w:eastAsia="Times New Roman" w:cs="Times New Roman"/>
        </w:rPr>
        <w:t>Ny fanekena tamin’i Levy no tandindon’ny fahatokian’ny Levita tao anatin’ny fizahan-toetra momba ny sarin’ny bibidia, tamin’ny fikomian’ny zanak’omby volamena nataon’i Arona. Ny Levita ao amin’ny bokin’i Malakia, izay diovin’ny iraky ny fanekena, dia diovina mba hanolotra “fanatitra” amim-pahamarinana. Izany fanatitra izany dia ny hafatry ny anaran’i Kristy, izay toetrany.</w:t>
      </w:r>
    </w:p>
    <w:p>
      <w:pPr>
        <w:pStyle w:val="ArticleScripture"/>
        <w:jc w:val="left"/>
      </w:pPr>
      <w:r>
        <w:rPr>
          <w:rFonts w:ascii="Times New Roman" w:hAnsi="Times New Roman" w:eastAsia="Times New Roman" w:cs="Times New Roman"/>
        </w:rPr>
        <w:t>“Ny haizin’ny tsy fahazoana marina an’Andriamanitra no manarona izao tontolo izao. Mihavery ny fahalalan’ny olona ny toetrany. Efa noheverina tsy araka ny marina sy nadika vilana izany. Amin’izao fotoana izao dia tokony hotorina ny hafatra avy amin’Andriamanitra, hafatra manazava amin’ny herin’ny fitaomany ary mamonjy amin’ny heriny. Tokony hampahafantarina ny toetrany. Ao anatin’ny haizin’izao tontolo izao no tokony hampitondrana ny fahazavan’ny voninahiny, dia ny fahazavan’ny fahatsarany, ny famindram-pony ary ny fahamarinany.</w:t>
      </w:r>
    </w:p>
    <w:p>
      <w:pPr>
        <w:pStyle w:val="ArticleScripture"/>
        <w:jc w:val="left"/>
      </w:pPr>
      <w:r>
        <w:rPr>
          <w:rFonts w:ascii="Times New Roman" w:hAnsi="Times New Roman" w:eastAsia="Times New Roman" w:cs="Times New Roman"/>
        </w:rPr>
        <w:t>“Ity no asa voasoritr’ i Isaia mpaminany amin’ireto teny ireto hoe: ‘Ry Jerosalema, izay mitondra teny soa mahafaly, asandrato amin-kery ny feonao; asandrato izany, aza matahotra; lazao amin’ny tanànan’ny Joda hoe: Indro Andriamanitrareo! Indro, Jehovah Tompo ho avy amin’ny tànana mahery, ary ny sandriny no hanapaka ho Azy; indro, eo aminy ny valisoany, ary eo alohany ny asany.’ Isaia 40:9, 10.”</w:t>
      </w:r>
    </w:p>
    <w:p>
      <w:pPr>
        <w:pStyle w:val="ArticleScripture"/>
        <w:jc w:val="left"/>
      </w:pPr>
      <w:r>
        <w:rPr>
          <w:rFonts w:ascii="Times New Roman" w:hAnsi="Times New Roman" w:eastAsia="Times New Roman" w:cs="Times New Roman"/>
        </w:rPr>
        <w:t>“Ireo izay miandry ny fihavian’ny Mpampakatra dia tokony hilaza amin’ny vahoaka hoe: ‘Indro Andriamanitrareo.’ Ny taratra farany amin’ny fahazavan’ny famindram-po, ny hafatra farany momba ny famindram-po izay homena izao tontolo izao, dia fanambaràna ny toetrany feno fitiavana. Ny zanak’Andriamanitra dia tokony haneho ny voninahiny. Eo amin’ny fiainany sy ny toetrany manokana no hanehoany izay nataon’ny fahasoavan’Andriamanitra ho azy ireo.” Christ’s Object Lessons, 415.</w:t>
      </w:r>
    </w:p>
    <w:p>
      <w:pPr>
        <w:pStyle w:val="ArticleBody"/>
        <w:jc w:val="left"/>
      </w:pPr>
      <w:r>
        <w:rPr>
          <w:rFonts w:ascii="Times New Roman" w:hAnsi="Times New Roman" w:eastAsia="Times New Roman" w:cs="Times New Roman"/>
        </w:rPr>
        <w:t>Ny mpisorona tamin’ny andron’i Malakia dia nanatitra fanatitra izay nandoto ny anaran’Andriamanitra. Ny fanatitra dia maneho hafatra, ary ny hafatra tany Nashville tamin’ny 18 Jolay 2020 dia fanatitra voadoto. Voadoto izany noho ny fikomiana tamin’ny fanaovana tsinontsinona ilay didy ara-paminaniana hoe “tsy hisy andro intsony”, izay nomen’i Kristy tenany ao amin’ny Apokalypsy toko fahafolo.</w:t>
      </w:r>
    </w:p>
    <w:p>
      <w:pPr>
        <w:pStyle w:val="ArticleScripture"/>
        <w:jc w:val="left"/>
      </w:pPr>
      <w:r>
        <w:rPr>
          <w:rFonts w:ascii="Times New Roman" w:hAnsi="Times New Roman" w:eastAsia="Times New Roman" w:cs="Times New Roman"/>
        </w:rPr>
        <w:t>Ary ilay anjely izay hitako nitsangana teo ambonin’ny ranomasina sy teo ambonin’ny tany, dia nanandratra ny tanany ho any an-danitra, ary nianiana tamin’izay velona mandrakizay doria, Izay nahary ny lanitra sy izay ao anatiny, ary ny tany sy izay ao anatiny, ary ny ranomasina sy izay ao anatiny, fa tsy hisy andro intsony. Apokalypsy 10:5, 6.</w:t>
      </w:r>
    </w:p>
    <w:p>
      <w:pPr>
        <w:pStyle w:val="ArticleBody"/>
        <w:jc w:val="left"/>
      </w:pPr>
      <w:r>
        <w:rPr>
          <w:rFonts w:ascii="Times New Roman" w:hAnsi="Times New Roman" w:eastAsia="Times New Roman" w:cs="Times New Roman"/>
        </w:rPr>
        <w:t>Ny “fanatitra amin’ny fahamarinana” izay asehon’ny Levita ao amin’ny Malakia toko fahatelo dia toy ny fanatitra tamin’ny andro fahiny, ary maneho hafatra izany. Ny “taona taloha” dia maneho ny fahadiovan’ny hafatra izay namokatra ny fahadisoam-panantenana voalohany teo amin’ny tantaran’ny Millerita. Ny fanatitra voaolana dia maneho ny hafatra voaolana tamin’ny 18 Jolay 2020, kanefa mbola zava-mitranga mifanandrify ihany izany.</w:t>
      </w:r>
    </w:p>
    <w:p>
      <w:pPr>
        <w:pStyle w:val="ArticleScripture"/>
        <w:jc w:val="left"/>
      </w:pPr>
      <w:r>
        <w:rPr>
          <w:rFonts w:ascii="Times New Roman" w:hAnsi="Times New Roman" w:eastAsia="Times New Roman" w:cs="Times New Roman"/>
        </w:rPr>
        <w:t>Ary hipetraka toy ny mpandrendrika sy mpanadio volafotsy Izy; ary hodioviny ny zanak’i Levy, sady hodioviny tahaka ny volamena sy volafotsy izy, mba hahafahany manatitra fanatitra ho an’i Jehovah amin’ny fahamarinana. Ary amin’izany dia ho sitrak’i Jehovah ny fanatitr’i Joda sy Jerosalema, tahaka ny tamin’ny andro fahiny sy tahaka ny tamin’ny taona taloha. Malakia 3:3, 4.</w:t>
      </w:r>
    </w:p>
    <w:p>
      <w:pPr>
        <w:pStyle w:val="ArticleBody"/>
        <w:jc w:val="left"/>
      </w:pPr>
      <w:r>
        <w:rPr>
          <w:rFonts w:ascii="Times New Roman" w:hAnsi="Times New Roman" w:eastAsia="Times New Roman" w:cs="Times New Roman"/>
        </w:rPr>
        <w:t>Ny “ozona” izay aseho ao amin’i Malakia dia manondro fitsapana iray momba ny fanekena izay asehon’i Elia. Isika izay mifoha ankehitriny dia tsy maintsy mahatakatra fa tanteraka tamintsika ny zava-misy momba ny ozon’ny “impito”, tao amin’ilay fikomiana nasehontsika tamin’ny nanaovantsika ny faminaniana feno ota ny 18 Jolay 2020. Tsy maintsy manapa-kevitra indray koa isika hoe inona no fomba fiasa ara-paminaniana fidintsika hohanina. Vavolombelona roa manamarina izany, ary mbola misy hafa koa, no hita ao amin’ny famelabelaran’i Malakia momba an’i Elia izay ho avy, ary koa ao amin’ny tantaran’i Elia tenany. Nambaran’i Elia mazava fa hafatra iray sy fomba fiasa iray ihany no marina.</w:t>
      </w:r>
    </w:p>
    <w:p>
      <w:pPr>
        <w:pStyle w:val="ArticleScripture"/>
        <w:jc w:val="left"/>
      </w:pPr>
      <w:r>
        <w:rPr>
          <w:rFonts w:ascii="Times New Roman" w:hAnsi="Times New Roman" w:eastAsia="Times New Roman" w:cs="Times New Roman"/>
        </w:rPr>
        <w:t>Ary Elia, ilay Tishbita, anisan’ny mponina tany Gileada, dia niteny tamin’i Ahaba hoe: Raha velona koa Jehovah, Andriamanitry ny Isiraely, Izay itsangako eo anatrehany, dia tsy hisy ando na ranonorana amin’izao taona izao, afa-tsy araka ny teniko. 1 Mpanjaka 17:1</w:t>
      </w:r>
    </w:p>
    <w:p>
      <w:pPr>
        <w:pStyle w:val="ArticleBody"/>
        <w:jc w:val="left"/>
      </w:pPr>
      <w:r>
        <w:rPr>
          <w:rFonts w:ascii="Times New Roman" w:hAnsi="Times New Roman" w:eastAsia="Times New Roman" w:cs="Times New Roman"/>
        </w:rPr>
        <w:t>I Malakia dia nanondro “ozona” iray izay iankinan’ny mpisoron’Andriamanitra amin’ny vanim-potoana isehoan’i Elia farany, mifandray amin’ny ozona iray mifamatotra amin’ny ampahafolon-karena an’Andriamanitra. Ny “ozona” momba ny ampahafolon-karena ao amin’i Malakia dia maneho fanapahan-kevitra eo anilan’ny vahoakan’Andriamanitra; satria mba hanaisotra ny ozona izay efa iainan’izy ireo dia tsy maintsy manapa-kevitra izy ireo hoe aiza ary inona no “trano firaketana”.</w:t>
      </w:r>
    </w:p>
    <w:p>
      <w:pPr>
        <w:pStyle w:val="ArticleScripture"/>
        <w:jc w:val="left"/>
      </w:pPr>
      <w:r>
        <w:rPr>
          <w:rFonts w:ascii="Times New Roman" w:hAnsi="Times New Roman" w:eastAsia="Times New Roman" w:cs="Times New Roman"/>
        </w:rPr>
        <w:t>Indro, halefako ny irako, ary izy no hanamboatra ny lalana eo alohako; ary Jehovah, Izay tadiavinareo, dia ho avy tampoka ho ao amin’ny tempoliny, dia Ilay iraky ny fanekena, Izay ifalianareo: indro, ho avy Izy, hoy Jehovah, Tompon’ny maro. Fa iza no mahazaka ny andron’ny fihaviany? ary iza no haharitra raha miseho Izy? fa tahaka ny afon’ny mpandrendrika Izy, ary tahaka ny savonin’ny mpanadio lamba; ary hipetraka tahaka ny mpandrendrika sy mpanadio volafotsy Izy; ary hodioviny ny taranak’i Levy, ka hodioviny tahaka ny volamena sy ny volafotsy izy, mba hahafahany manatitra fanatitra amin’ny fahamarinana ho an’i Jehovah. Ary amin’izany ny fanatitry ny Joda sy Jerosalema dia ho sitrak’i Jehovah, tahaka ny tamin’ny andro fahiny sy tahaka ny tamin’ny taona lasa. Ary hanatona anareo ho amin’ny fitsarana Aho; ary ho vavolombelona haingana hanohitra ny mpanao ody Aho, sy hanohitra ny mpijangajanga, sy hanohitra ny mpanao fianianana lainga, ary hanohitra izay mampahory ny mpikarama amin’ny karamany, sy ny mpitondratena, ary ny kamboty, sy izay manodina ny vahiny amin’ny zony, ka tsy matahotra Ahy, hoy Jehovah, Tompon’ny maro. Fa Izaho no Jehovah, tsy miova Aho; koa ianareo, ry zanak’i Jakoba, dia tsy levona. Hatramin’ny andron’ny razanareo dia efa niala tamin’ny didiko ianareo ka tsy nitandrina izany. Miverena amiko, dia hiverina aminareo Aho, hoy Jehovah, Tompon’ny maro. Nefa hoy ianareo: Amin’inona no hiverenanay? Handroba an’Andriamanitra va ny olona? Nefa ianareo efa nandroba Ahy. Fa hoy ianareo: Tamin’inona no nandrobànay Anao? Tamin’ny fahafolon-karena sy ny fanatitra. Voaozona amin’ny ozona ianareo; fa Izaho no robainareo, dia ity firenena iray manontolo ity. Ento ny fahafolon-karena rehetra ho ao amin’ny trano firaketana, mba hisy hanina ato an-tranoko; ary izahao toetra amin’izany Aho ankehitriny, hoy Jehovah, Tompon’ny maro, raha tsy hovohako ho anareo ny varavaran’ny lanitra ka harotsako fitahiana ho anareo mandra-paha-tsy hisy fitoerana handraisana azy. Ary hasiako teny mafy ny mpandripaka noho ny aminareo, ka tsy handringana ny vokatry ny taninareo izy; ary ny voalobokareo any an-tsaha tsy handatsaka ny voany alohan’ny fotoany, hoy Jehovah, Tompon’ny maro. Malakia 3:1–11.</w:t>
      </w:r>
    </w:p>
    <w:p>
      <w:pPr>
        <w:pStyle w:val="ArticleBody"/>
        <w:jc w:val="left"/>
      </w:pPr>
      <w:r>
        <w:rPr>
          <w:rFonts w:ascii="Times New Roman" w:hAnsi="Times New Roman" w:eastAsia="Times New Roman" w:cs="Times New Roman"/>
        </w:rPr>
        <w:t>Tsy miova ny Tompo, ary tsy miova koa ny fomba fiasa ampiasainy. Na inona na inona mety ho na tsy ho ilay “ozona”, izay asehon’ilay ozona momba ny “ampahafolony” ao amin’i Malakia, dia tokony hoentina ao amin’ny trano firaketana ny ampahafolony, mba hisian’ny “hanina” ao an-tranon’Andriamanitra. Izany zava-misy izany dia mitaky fanapahan-kevitra momba ny hoe inona no atao hoe “trano firaketana”, ary inona ilay hanina izay nasehon’i William Miller tao amin’ny hetsiky ny anjely voalohany, izay tandindon’ilay hanina hohanina ao amin’ny hetsiky ny anjely fahatelo? Iray amin’ireo tandindon’izany hanina izany ny “orana” sy ny “ando”.</w:t>
      </w:r>
    </w:p>
    <w:p>
      <w:pPr>
        <w:pStyle w:val="ArticleScripture"/>
        <w:jc w:val="left"/>
      </w:pPr>
      <w:r>
        <w:rPr>
          <w:rFonts w:ascii="Times New Roman" w:hAnsi="Times New Roman" w:eastAsia="Times New Roman" w:cs="Times New Roman"/>
        </w:rPr>
        <w:t>Henoy, ry lanitra, fa hiteny aho; ary mihainoa, ry tany, ny tenin’ny vavako. Hitete tahaka ny ranonorana ny fampianarako; hilatsaka tahaka ny ando ny teniko, tahaka ny ranonorana madinika amin’ny ahitra tanora, ary tahaka ny ranonorambe amin’ny ahi-maitso; fa hamoaka ny anaran’i Jehovah aho; omeo ny Andriamanitsika ny fahalehibeazana. Izy no Vatolampy, tanteraka ny asany; fa ny lalany rehetra dia fitsarana; Andriamanitry ny fahamarinana Izy ka tsy misy heloka, marina sy mahitsy Izy. Deoteronomia 32:1–4.</w:t>
      </w:r>
    </w:p>
    <w:p>
      <w:pPr>
        <w:pStyle w:val="ArticleBody"/>
        <w:jc w:val="left"/>
      </w:pPr>
      <w:r>
        <w:rPr>
          <w:rFonts w:ascii="Times New Roman" w:hAnsi="Times New Roman" w:eastAsia="Times New Roman" w:cs="Times New Roman"/>
        </w:rPr>
        <w:t>Tena tokoa ve izay nolazain’i Elia tamin’i Ahaba? Tena tiany holazaina tokoa ve fa amin’ny andro farany, rehefa tanteraka tanteraka ny hetsika sy ny hafatr’i Elia, dia “tsy hisy ando na orana amin’ireto taona ireto, afa-tsy araka ny teniko”? Mifanaraka amin’ilay “orana” izay lazain’i Elia fa hohazonina, raha tsy amin’ny teniny, ve ilay “orana” izay ampanantenain’i Malakia ho fitahiana?</w:t>
      </w:r>
    </w:p>
    <w:p>
      <w:pPr>
        <w:pStyle w:val="ArticleScripture"/>
        <w:jc w:val="left"/>
      </w:pPr>
      <w:r>
        <w:rPr>
          <w:rFonts w:ascii="Times New Roman" w:hAnsi="Times New Roman" w:eastAsia="Times New Roman" w:cs="Times New Roman"/>
        </w:rPr>
        <w:t>Ento avokoa ny ampahafolon-karena rehetra ho ao amin’ny trano firaketana, mba hisy hanina ao an-tranoko; ary izahao toetra ankehitriny amin’izany Aho, hoy Jehovah, Tompon’ny maro, raha tsy hovohako ho anareo ny varavaran’ny lanitra ka harotsako ho aminareo ny fitahiana mandra-pahatonga tsy hisy fitoerana ho azy intsony. Malakia 3:10.</w:t>
      </w:r>
    </w:p>
    <w:p>
      <w:pPr>
        <w:pStyle w:val="ArticleBody"/>
        <w:jc w:val="left"/>
      </w:pPr>
      <w:r>
        <w:rPr>
          <w:rFonts w:ascii="Times New Roman" w:hAnsi="Times New Roman" w:eastAsia="Times New Roman" w:cs="Times New Roman"/>
        </w:rPr>
        <w:t>Ary tsy maneho koa va ny “ozona” ateraky ny “fanatitra” tsy nohamasinina an’ireo “mpisorona”, sy ny fampiasana tsy araka ny tokony ho izy ny “ampahafolon-karena” izay efa niseho, ny “ozona” amin’ireo “impito”?</w:t>
      </w:r>
    </w:p>
    <w:p>
      <w:pPr>
        <w:pStyle w:val="ArticleBody"/>
        <w:jc w:val="left"/>
      </w:pPr>
      <w:r>
        <w:rPr>
          <w:rFonts w:ascii="Times New Roman" w:hAnsi="Times New Roman" w:eastAsia="Times New Roman" w:cs="Times New Roman"/>
        </w:rPr>
        <w:t>Tamin’ny faran’ny volana Jolay 2023 no nanombohanay namoaka lahatsoratra izay amin’ny ankapobeny dia famerimberenana ny hafatra hita ao amin’ilay andiam-pampianarana antsoina hoe Latabatr’i Habakoka. Ny maha-samihafa azy amin’ny famelabelarana ankehitriny dia izao: taorian’ny 18 Jolay 2020, dia nanomboka nampiseho ny sasany tamin’ireo fampianarana taloha tao anatin’ny hazavana vaovao ny Tompo.</w:t>
      </w:r>
    </w:p>
    <w:p>
      <w:pPr>
        <w:pStyle w:val="ArticleBody"/>
        <w:jc w:val="left"/>
      </w:pPr>
      <w:r>
        <w:rPr>
          <w:rFonts w:ascii="Times New Roman" w:hAnsi="Times New Roman" w:eastAsia="Times New Roman" w:cs="Times New Roman"/>
        </w:rPr>
        <w:t>Nanomboka nanokatra zavatra izay niseho tamiko ho lalina Izy, nefa izaho manokana dia tsy nifandray tamin’izany ary tsy nety hifandray amin’ilay asa izay efa nomena ahy hotanterahina teo aloha. Tamin’ny 19 Jolay 2020, dia takatro fa diso ilay faminaniana natao ny andro teo aloha, ary fa izaho manokana no tompon’andraikitra bebe kokoa noho ny olona hafa rehetra tamin’izany faminaniana feno ota izany sy ny vokadratsiny mahatsiravina nanaraka azy.</w:t>
      </w:r>
    </w:p>
    <w:p>
      <w:pPr>
        <w:pStyle w:val="ArticleBody"/>
        <w:jc w:val="left"/>
      </w:pPr>
      <w:r>
        <w:rPr>
          <w:rFonts w:ascii="Times New Roman" w:hAnsi="Times New Roman" w:eastAsia="Times New Roman" w:cs="Times New Roman"/>
        </w:rPr>
        <w:t>Avy eo tamin’ny volana Jolay 2023, dia resin’ny fanamelohan-tsaina lalina aho fa, na dia teo aza ny tsy fahombiazako tanteraka amin’ny maha-mpitarika ahy ny hetsik’Andriamanitra momba ny anjely fahatelo, dia tokony hanomboka hanoratra farafahakeliny izay tonga azoko hatramin’ny volana Jolay 2020 aho. Nanapa-kevitra aho ny hametraka an-tsoratra izay nosokafana tamiko hatramin’ny fahotana tamin’ny 18 Jolay 2020, ary avy eo hampiditra izany ho eo amin’ny firaketana ampahibemaso, alohan’ny hampandriana ahy.</w:t>
      </w:r>
    </w:p>
    <w:p>
      <w:pPr>
        <w:pStyle w:val="ArticleBody"/>
        <w:jc w:val="left"/>
      </w:pPr>
      <w:r>
        <w:rPr>
          <w:rFonts w:ascii="Times New Roman" w:hAnsi="Times New Roman" w:eastAsia="Times New Roman" w:cs="Times New Roman"/>
        </w:rPr>
        <w:t>Tao anatin’ny telo volana hatramin’ny Jolay, dia misy firenena mihoatra ny fitopolo manerana izao tontolo izao izay manaraka ireo lahatsoratra ireo ankehitriny. Eny, tsy isalasalana fa misy ny sasany manaraka izany noho ny tanjona sy fikasana tsy masina, kanefa tsy izy rehetra. Eo an-tokonam-baravaran’ny hampandeha fandaharana iray isika izay hampiditra ireo lahatsoratra ireo amin’ireo fiteny lehibe rehetra eto ambonin’ny tany; satria amin’izao fotoana izao dia voatery mandinika ireo fahamarinana ireo amin’ny teny anglisy ihany ireo firenena mihoatra ny fitopolo ireo.</w:t>
      </w:r>
    </w:p>
    <w:p>
      <w:pPr>
        <w:pStyle w:val="ArticleBody"/>
        <w:jc w:val="left"/>
      </w:pPr>
      <w:r>
        <w:rPr>
          <w:rFonts w:ascii="Times New Roman" w:hAnsi="Times New Roman" w:eastAsia="Times New Roman" w:cs="Times New Roman"/>
        </w:rPr>
        <w:t>Efa miasa sahady izahay mba hanampy ny sasany maneran-tany, izay tsy manana ny làlana sy ny fitaovana hahafahany manao zavatra betsaka amin’ireo fahamarinana ireo; ary manontany tena aho raha toa ny “trano fitahirizana” ao amin’i Malakia, izay manana tanjona voafaritra mazava dia ny hanomezana “sakafo” ao an-tranon’Andriamanitra, ka angamba tsy manondro ny asa fanapariahana ny fahamarinana izay efa nivoaka avy tamin’ireo lahatsoratra ireo hatramin’ny Jolay 2023?</w:t>
      </w:r>
    </w:p>
    <w:p>
      <w:pPr>
        <w:pStyle w:val="ArticleBody"/>
        <w:jc w:val="left"/>
      </w:pPr>
      <w:r>
        <w:rPr>
          <w:rFonts w:ascii="Times New Roman" w:hAnsi="Times New Roman" w:eastAsia="Times New Roman" w:cs="Times New Roman"/>
        </w:rPr>
        <w:t>Hanomboka ny fandinihantsika ny Daniela toko fahatelo isika ao amin’ny lahatsoratra manaraka.</w:t>
      </w:r>
    </w:p>
    <w:p>
      <w:pPr>
        <w:pStyle w:val="ArticleScripture"/>
        <w:jc w:val="left"/>
      </w:pPr>
      <w:r>
        <w:rPr>
          <w:rFonts w:ascii="Times New Roman" w:hAnsi="Times New Roman" w:eastAsia="Times New Roman" w:cs="Times New Roman"/>
        </w:rPr>
        <w:t>“Miaina ao anatin’ny vanim-potoana manokana eo amin’ny tantaran’ity tany ity isika. Asa lehibe no tsy maintsy hotanterahina ao anatin’ny fotoana fohy dia fohy, ary ny Kristiana tsirairay dia samy tokony handray ny anjarany amin’ny fanohanana izany asa izany. Miantso olona Andriamanitra, dia olona izay hanokana ny tenany ho amin’ny asa famonjena fanahy. Rehefa manomboka mahatakatra isika ny halehiben’ny fanatitra nataon’i Kristy mba hamonjena izao tontolo izao izay ho ringana, dia hiseho ny tolona mahery mba hamonjena fanahy. Enga anie ny fiangonantsika rehetra hahita sy hahatsapa ny fanatitra tsy manam-petra nataon’i Kristy!”</w:t>
      </w:r>
    </w:p>
    <w:p>
      <w:pPr>
        <w:pStyle w:val="ArticleScripture"/>
        <w:jc w:val="left"/>
      </w:pPr>
      <w:r>
        <w:rPr>
          <w:rFonts w:ascii="Times New Roman" w:hAnsi="Times New Roman" w:eastAsia="Times New Roman" w:cs="Times New Roman"/>
        </w:rPr>
        <w:t>“Tamin’ny fahitana tamin’ny alina dia nisy sarin-javatra nandalo teo anoloako momba ny hetsika fanavaozana lehibe teo amin’ny vahoakan’Andriamanitra. Maro no nidera an’Andriamanitra. Nositranina ny marary, ary nisy fahagagana hafa koa natao. Hita ny fanahin’ny fifonana, dia tahaka izay naseho talohan’ilay Andro Lehibe Pentekosta. An-jatony sy an’arivony no hita nitsidika tokantrano ka nanokatra teo anoloany ny tenin’Andriamanitra. Resy lahatra ny fo noho ny herin’ny Fanahy Masina, ary naseho ny fanahin’ny fiovam-po marina. Tamin’ny lafiny rehetra dia nosokafana malalaka ny varavarana ho amin’ny fitoriana ny fahamarinana. Toa nohazavain’ny hery miasa mangina avy any an-danitra izao tontolo izao. Fitahiana lehibe no noraisin’ny tena vahoakan’Andriamanitra, izay manetry tena. Nahare feon’ny fisaorana sy fiderana aho, ary toa nisy fanavaozana tahaka ilay hitantsika tamin’ny taona 1844.”</w:t>
      </w:r>
    </w:p>
    <w:p>
      <w:pPr>
        <w:pStyle w:val="ArticleScripture"/>
        <w:jc w:val="left"/>
      </w:pPr>
      <w:r>
        <w:rPr>
          <w:rFonts w:ascii="Times New Roman" w:hAnsi="Times New Roman" w:eastAsia="Times New Roman" w:cs="Times New Roman"/>
        </w:rPr>
        <w:t>Kanefa nisy ny sasany izay nandà tsy hiova fo. Tsy nety handeha tamin’ny lalan’Andriamanitra izy ireo, ary rehefa, mba hampandrosoana ny asan’Andriamanitra, no nanaovana antso ho amin’ny fanatitra an-tsitrapo, dia nifikitra tamim-pitiavan-tena tamin’ny fananany eto an-tany ny sasany. Ireo olona fatra-pitia harena ireo dia nisaraka tamin’ny fikambanan’ny mpino.</w:t>
      </w:r>
    </w:p>
    <w:p>
      <w:pPr>
        <w:pStyle w:val="ArticleScripture"/>
        <w:jc w:val="left"/>
      </w:pPr>
      <w:r>
        <w:rPr>
          <w:rFonts w:ascii="Times New Roman" w:hAnsi="Times New Roman" w:eastAsia="Times New Roman" w:cs="Times New Roman"/>
        </w:rPr>
        <w:t>“Ny fitsaran’Andriamanitra dia eo amin’ny tany, ary, eo ambanin’ny fitarihan’ny Fanahy Masina, dia tsy maintsy ampitaina ny hafatra fampitandremana izay natokany tamintsika. Tsy maintsy omena haingana io hafatra io, andalana manaraka andalana, fitsipika manaraka fitsipika. Tsy ho ela dia ho terena handray fanapahan-kevitra lehibe ny olona, ary adidintsika ny miantoka fa omena azy ny fahafahana hahatakatra ny fahamarinana, mba hahafahany mijoro amim-pahalalana eo amin’ny ilany marina. Miantso ny olony ny Tompo mba hiasa—hiasa amin-kafanam-po sy amim-pahendrena—raha mbola maharitra ny androm-pahasoavana.” Testimonies, volume 9,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Faha-15</dc:title>
  <dc:subject>Daniel Toko Faharoa – Famintinana sy Famaranana Fizarana Faharoa</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