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Enina amby enimpolo sy zato</w:t>
      </w:r>
    </w:p>
    <w:p>
      <w:pPr>
        <w:pStyle w:val="ArticleSubtitle"/>
        <w:jc w:val="left"/>
      </w:pPr>
      <w:r>
        <w:rPr>
          <w:rFonts w:ascii="Arial" w:hAnsi="Arial" w:eastAsia="Arial" w:cs="Arial"/>
        </w:rPr>
        <w:t>Ny Hevi-paminanian’i Daniela 11 ara-paminaniana: Fampiharihariana ny Fiantraikany ara-tantara sy ho avy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Ao amin’ny andininy fahenina ambin’ny folo ao amin’ny Daniela toko faha-iraika ambin’ny folo dia aseho ny nandresen’i Pompée an’i Joda sy Jerosalema tamin’ny taona 63 talohan’i Kristy. Izy io dia maneho mialoha ny lalàna momba ny Alahady izay ho avy tsy ho ela any Etazonia, ho fahatanterahan’ny andininy faha-iraika amby efapolo ao amin’io toko io ihany. Ny tantara mifandray amin’io andininy io dia manondro ady an-trano iray izay mitranga amin’ny fotoana ahazoana ny tanàna, ka amin’izany dia mamantatra ny fiverenan’ny Ady An-trano tany Etazonia izay mitranga ankehitriny ao Etazonia. Na efa nisy tifitra natao na tsia, dia misy antokon’olona roa ankehitriny mifaninana ao anatin’ny tolona iray ho amin’ny fanaraha-maso an’i Etazonia. Rehefa resin’i Pompée i Jerosalema, dia nanambara izany fa hitoetra eo ambanin’ny fahefan’i Roma i Jerosalema mandra-paharingany tamin’ny taona 70 taorian’i Kristy. Koa izany dia tandindon’ilay lalàna momba ny Alahady izay ho avy tsy ho ela, izay manamarika ny faran’ny fanjakana fahenina ao amin’ny faminanian’ny Baiboly.</w:t>
      </w:r>
    </w:p>
    <w:p>
      <w:pPr>
        <w:pStyle w:val="ArticleBody"/>
        <w:jc w:val="left"/>
      </w:pPr>
      <w:r>
        <w:rPr>
          <w:rFonts w:ascii="Times New Roman" w:hAnsi="Times New Roman" w:eastAsia="Times New Roman" w:cs="Times New Roman"/>
        </w:rPr>
        <w:t>I Pompée no voalohany amin’ireo hery romana efatra izay voafaritra ao amin’ilay andalan-teny. I Marka Antonio, izay Romana, dia voafaritra koa; kanefa, amin’ireo hery efatra aseho ho mpitondra romana, i Antonio no maneho fitarihana romana izay nikomy ka nanao fanekena tamin’i Egypta hanohitra an’i Roma. I Pompée, i Julius Caesar, i Augustus Caesar ary i Tiberius Caesar no Romana efatra ampiasaina ara-paminaniana hanehoana ireo taranaka efatra amin’ny tandroka repoblikan’ilay bibidia avy amin’ny tany.</w:t>
      </w:r>
    </w:p>
    <w:p>
      <w:pPr>
        <w:pStyle w:val="ArticleBody"/>
        <w:jc w:val="left"/>
      </w:pPr>
      <w:r>
        <w:rPr>
          <w:rFonts w:ascii="Times New Roman" w:hAnsi="Times New Roman" w:eastAsia="Times New Roman" w:cs="Times New Roman"/>
        </w:rPr>
        <w:t>Pompey, izay maneho ny fikomiana tamin’ny Ady an-trano Amerikana teo amin’ny taranak’i 1863, dia mampiseho ihany koa ny taranaka farany sy ny “ady an-trano” ankehitriny izay efa miroso. Julius Caesar dia maneho ny taranaka faharoa, fony i Etazonia naorina mafy ho firenena lohalaharana teo amin’ny firenena rehetra, nefa novonoina tamin’ny 1913, rehefa natolotra ho an’ny rafitra banky maneran-tany ny fiandrianan’ny rafitra ara-bola, ary nanomboka ny asa ho amin’ny fitondram-panjakana iray maneran-tany. Caesar Augustus dia maneho ireo taona be voninahitra nandritra ireo ady lehibe roa eran-tany, raha toa ka na dia teo aza ny fandatsahan-dra, dia tonga saro-piaroan’izao tontolo izao i Etazonia. Ary avy eo, amin’ny taranaka farany, Tiberius Caesar, izay fantatra noho ny fahamamoany sy ny fanomboana an’i Kristy tamin’ny hazo fijaliana, dia maneho ny vanim-potoana izay nanomboka indrindra tamin’ny fifidianana an’i John F. Kennedy, filoha katolika voalohany, ka izany no manamarika ilay taranaka izay hiankohoka amin’i Roma.</w:t>
      </w:r>
    </w:p>
    <w:p>
      <w:pPr>
        <w:pStyle w:val="ArticleBody"/>
        <w:jc w:val="left"/>
      </w:pPr>
      <w:r>
        <w:rPr>
          <w:rFonts w:ascii="Times New Roman" w:hAnsi="Times New Roman" w:eastAsia="Times New Roman" w:cs="Times New Roman"/>
        </w:rPr>
        <w:t>Ireo raharaha ara-paminaniana mifandray amin’i Pompey ireto dia manan-danja, nefa amin’izao fotoana izao dia mifantoka amin’ny tantara ara-paminaniana izay mialoha an’i Pompey sy ny andininy faha-enina ambin’ny folo isika, dia tantara iray izay manomboka ao amin’ireo andininy roa voalohan’ny toko ka manondro ny taona 1989 ho fotoan’ny farany, ary avy eo manasongadina ny Filoha fahenina manankarena hatramin’i Reagan, izay manetsika ny globalista, araka izay efa tena notanterahin’i Trump tokoa.</w:t>
      </w:r>
    </w:p>
    <w:p>
      <w:pPr>
        <w:pStyle w:val="ArticleBody"/>
        <w:jc w:val="left"/>
      </w:pPr>
      <w:r>
        <w:rPr>
          <w:rFonts w:ascii="Times New Roman" w:hAnsi="Times New Roman" w:eastAsia="Times New Roman" w:cs="Times New Roman"/>
        </w:rPr>
        <w:t>I Trump dia asehon’ilay mpanjaka fahefatra manaraka an’i Kyrosy, dia i Xerxes, ilay mpanjaka persiana manankarena, izay fantatra koa amin’ny anarana hoe Ahasoerosy ao amin’ny tantaran’i Estera. Ao amin’ireo andininy, ny mpanjaka manaraka an’i Xerxes dia i Aleksandra Lehibe ao amin’ny andininy fahatelo. Ara-tantara, dia nisy mpanjaka valo teo anelanelan’i Xerxes sy Aleksandra Lehibe. Hatramin’i Trump ka hatramin’ilay fitondram-panjakana iray maneran-tany asehon’i Aleksandra Lehibe, dia mpanjaka folo no aseho; i Trump no voalohany ary i Aleksandra no farany.</w:t>
      </w:r>
    </w:p>
    <w:p>
      <w:pPr>
        <w:pStyle w:val="ArticleBody"/>
        <w:jc w:val="left"/>
      </w:pPr>
      <w:r>
        <w:rPr>
          <w:rFonts w:ascii="Times New Roman" w:hAnsi="Times New Roman" w:eastAsia="Times New Roman" w:cs="Times New Roman"/>
        </w:rPr>
        <w:t>Ny tsipika ara-paminaniana dia manondro fa ireo mpanjaka rehetra amin’ny tany dia hijangajanga amin’ny fahefan’ny papa amin’ny faran’izao tontolo izao, ary aseho ho “mpanjaka folo” ireo mpanjaka ireo. Ahaba, izay lohan’ny fanjakana mizara folo, sady nanambady an’i Jezebela, dia maneho ny zava-misy fa na dia mijangajanga amin’ny fahefan’ny papa aza ireo mpanjaka folo rehetra, dia misy mpanjaka iray lehibe indrindra izay voalohany manao izany. Tamin’ny fotoana voalohany nanomezana ny fahefan’ny seza fiandrianan’ny tany ho an’ny papa, dia i Clovis, mpanjakan’ny Franks (Frantsa) tamin’ny taona 496 taor. J.K., no ilay mpanjaka lehibe indrindra. Mifanaraka amin’ny nanomezan’ny papa an’i Frantsa ny anaram-boninahitry ny lahimatoa amin’ny fiangonana Katolika sy ny zanakavavy zokiny indrindra amin’ny fiangonana Katolika izany.</w:t>
      </w:r>
    </w:p>
    <w:p>
      <w:pPr>
        <w:pStyle w:val="ArticleBody"/>
        <w:jc w:val="left"/>
      </w:pPr>
      <w:r>
        <w:rPr>
          <w:rFonts w:ascii="Times New Roman" w:hAnsi="Times New Roman" w:eastAsia="Times New Roman" w:cs="Times New Roman"/>
        </w:rPr>
        <w:t>Ny asa ara-paminaniana izay notanterahin’i Frantsa tamin’ny fametrahana an’i Roma eo ambonin’ny seza fiandrianan’izao tontolo sivilizé izao dia tandindon’ny asa ara-paminaniana ataon’i Etazonia. Ny lalàna alahady ao amin’ny faminanian’ny Baiboly dia manomboka ao Etazonia, ary avy eo ny firenena rehetra ambonin’ny tany dia manaraka izany ohatra izany. Andalana ara-paminaniana misesy no manondro fa ilay mpanjaka lohalaharana amin’ireo mpanjaka folo, dia ilay voalohany sy lehibe indrindra izay mijangajanga amin’ilay lehilahin’ny ota amin’ny andro farany, dia i Etazonia. Na dia tsy misy mpanjaka aseho eo anelanelan’i Kserksesy, ilay mpanjaka manankarena voalohany, sy Aleksandra Lehibe, ilay mpanjaka farany, ao amin’ny andininy faharoa sy fahatelo aza, dia mpanjaka folo no asehon’ny tantara. Ny isa folo dia maneho fizahan-toetra, ary maneho koa fiombonambe.</w:t>
      </w:r>
    </w:p>
    <w:p>
      <w:pPr>
        <w:pStyle w:val="ArticleBody"/>
        <w:jc w:val="left"/>
      </w:pPr>
      <w:r>
        <w:rPr>
          <w:rFonts w:ascii="Times New Roman" w:hAnsi="Times New Roman" w:eastAsia="Times New Roman" w:cs="Times New Roman"/>
        </w:rPr>
        <w:t>Ny fitsapana atrehin’izao tontolo izao dia ny fananganana rafitra maneran-tany, izay aseho ho sarin’ny bibidia. Manomboka any Etazonia izany fitsapana izany amin’ilay lalàn’ny Alahady ho avy tsy ho ela, ary mifarana rehefa manaraka izany ohatra izany ny firenena rehetra ambonin’ny tany. Mandrakariva i Jesosy no maneho ny fiafaran’ny zavatra iray amin’ny alalan’ny fiandohany; koa na dia tsy misy mpanjaka voatanisa eo anelanelan’ilay mpanjaka manankarena sy Aleksandra ao amin’ny andininy faharoa sy fahatelo aza, ny tantara dia mamantatra fizotran’ny fitsapana iray izay manomboka amin’ilay filoha manankarena indrindra, izay nanan-karena avy tamin’ny ezaka nataony teo amin’ny raharaham-barotra, fa tsy noho izy namokatra harena tamin’ny fandraisana anjara tao amin’ny rafitra politika simba.</w:t>
      </w:r>
    </w:p>
    <w:p>
      <w:pPr>
        <w:pStyle w:val="ArticleBody"/>
        <w:jc w:val="left"/>
      </w:pPr>
      <w:r>
        <w:rPr>
          <w:rFonts w:ascii="Times New Roman" w:hAnsi="Times New Roman" w:eastAsia="Times New Roman" w:cs="Times New Roman"/>
        </w:rPr>
        <w:t>Ny anarana hoe America dia nalaina avy amin’ny endrika latina amin’ny anarana hoe “Amerigo,” izay avy amin’ilay mpikaroka italiana Amerigo Vespucci, izay mpikaroka sy mpanamory sambo nanao dia maromaro ho any amin’ny Tontolo Vaovao tamin’ny faramparan’ny taonjato faha-15 sy ny fiandohan’ny taonjato faha-16. Amin’ny ankapobeny, ny fikarohan’i Vespucci dia notanterahina noho ny fanohanana ara-bola sy ny fampiasam-bolan’ny mpanohana sy ny mpiaro izay nahita fahafahana mety hahazoana tombombarotra, fanitarana, ary laza tamin’ny fikarohana ny Tontolo Vaovao. Ny anarana hoe “America” dia tandindon’ny ezaka hamokatra tombombarotra.</w:t>
      </w:r>
    </w:p>
    <w:p>
      <w:pPr>
        <w:pStyle w:val="ArticleBody"/>
        <w:jc w:val="left"/>
      </w:pPr>
      <w:r>
        <w:rPr>
          <w:rFonts w:ascii="Times New Roman" w:hAnsi="Times New Roman" w:eastAsia="Times New Roman" w:cs="Times New Roman"/>
        </w:rPr>
        <w:t>I Jesosy mandrakariva no maneho ny fiafaran’ny zavatra iray amin’ny fiandohany, ary ny fiandohan’ireo mpanjaka folo izay maneho ny tetezana avy amin’ilay fanjakana manan-tandroka roa dia Medo-Persia mankany amin’ilay fitondram-panjakana iray maneran-tany asehon’i Aleksandra Lehibe, dia manomboka amin’ilay mpanjaka manankarena, izay filohan’ilay fanjakana tandindonin’i Frantsa sy Ahaba, izay ho tonga loha koa asehon’i Aleksandra Lehibe, rehefa miatrika ny toekarena mifandray amin’ny herin’i Etazonia izao tontolo izao manontolo, raha manery izao tontolo izao manontolo hiankohoka eo anatrehan’ny fiangonana Katolika izy, raha maniry ny ho afaka hividy sy hivarotra izy ireo.</w:t>
      </w:r>
    </w:p>
    <w:p>
      <w:pPr>
        <w:pStyle w:val="ArticleBody"/>
        <w:jc w:val="left"/>
      </w:pPr>
      <w:r>
        <w:rPr>
          <w:rFonts w:ascii="Times New Roman" w:hAnsi="Times New Roman" w:eastAsia="Times New Roman" w:cs="Times New Roman"/>
        </w:rPr>
        <w:t>Ny fanjakana fahafito ao amin’ny Apokalypsy toko fahafito ambin’ny folo dia ireo mpanjaka folo, ary iray amin’ireo toetra ara-paminaniana ananan’ilay mpanjaka folo dia ny hoe maharitra “fotoana fohy” ihany izy ireo, alohan’ny hanaiky hanolotra ny fanjakany fahafito ho an’ilay vehivavy janga any Babylona, izay tsy maharitra afa-tsy “ora iray”. Ny antony ara-paminaniana anekeny izany fifanarahana izany dia satria mamo noho ny divain’i Babylona izy ireo. Ara-tantara, Aleksandra Lehibe dia nanjaka nandritra ny fotoana fohy ihany, fa tapitra haingana tahaka ny nametrahana ny fanjakany ny ainy, satria nisotro mandra-pahafatiny izy; koa izany no anehoany an’ohatra ny fotoana fohy sy ny fahamamoan’ireo mpanjaka folo ao amin’ny Firenena Mikambana. Raha vantany vao nitsangana Aleksandra Lehibe dia torotoro izy, ary nomena ny rivotra efatra ny fanjakany, ka manondro ny tolona nanaraka mba hampiorina indray ny fanjakany teo aloha.</w:t>
      </w:r>
    </w:p>
    <w:p>
      <w:pPr>
        <w:pStyle w:val="ArticleScripture"/>
        <w:jc w:val="left"/>
      </w:pPr>
      <w:r>
        <w:rPr>
          <w:rFonts w:ascii="Times New Roman" w:hAnsi="Times New Roman" w:eastAsia="Times New Roman" w:cs="Times New Roman"/>
        </w:rPr>
        <w:t>Ary izaho kosa, tamin’ny taona voalohany nanjakan’i Dariosa Mediana, dia nitsangana hanamafy sy hampahery azy. Ary ankehitriny dia hasehoko anao ny marina. Indro, mbola hisy mpanjaka telo hitsangana any Persia; ary ny fahefatra ho manankarena lavitra noho izy rehetra; ary amin’ny heriny avy amin’ny hareny dia hampihetsika ny rehetra hanohitra ny fanjakan’i Grecia izy. Ary hisy mpanjaka mahery hitsangana, izay hanjaka amin’ny fanapahana lehibe ka hanao araka ny sitrapony. Ary rehefa mitsangana izy, dia ho torotoro ny fanjakany, ka hozaraina ho amin’ny rivotra efatra any an-danitra; nefa tsy ho an’ny taranany izany, na araka ny fanapahana izay nanjakany; fa hongotana ny fanjakany, dia ho an’ny hafa ankoatra ireo. Daniela 11:1–4.</w:t>
      </w:r>
    </w:p>
    <w:p>
      <w:pPr>
        <w:pStyle w:val="ArticleBody"/>
        <w:jc w:val="left"/>
      </w:pPr>
      <w:r>
        <w:rPr>
          <w:rFonts w:ascii="Times New Roman" w:hAnsi="Times New Roman" w:eastAsia="Times New Roman" w:cs="Times New Roman"/>
        </w:rPr>
        <w:t>Ny fanjakan’i Aleksandra dia rava vetivety tahaka ny nahamaika ny niangonany, satria izy no misolo tena ny andro farany, izay amaritana ny faminaniana ho tanteraka haingana.</w:t>
      </w:r>
    </w:p>
    <w:p>
      <w:pPr>
        <w:pStyle w:val="ArticleScripture"/>
        <w:jc w:val="left"/>
      </w:pPr>
      <w:r>
        <w:rPr>
          <w:rFonts w:ascii="Times New Roman" w:hAnsi="Times New Roman" w:eastAsia="Times New Roman" w:cs="Times New Roman"/>
        </w:rPr>
        <w:t>“Ang mga kasangkapan ng kasamaan ay pinag-iisa ang kanilang mga puwersa at pinagtitibay ang kanilang pagkakabuklod. Sila’y nagpapalakas para sa huling dakilang krisis. Malalaking pagbabago ang malapit nang maganap sa ating sanlibutan, at ang mga pangwakas na pagkilos ay magiging mabilis.” Testimonies, tomo 9, 11.</w:t>
      </w:r>
    </w:p>
    <w:p>
      <w:pPr>
        <w:pStyle w:val="ArticleBody"/>
        <w:jc w:val="left"/>
      </w:pPr>
      <w:r>
        <w:rPr>
          <w:rFonts w:ascii="Times New Roman" w:hAnsi="Times New Roman" w:eastAsia="Times New Roman" w:cs="Times New Roman"/>
        </w:rPr>
        <w:t>Ny loza fahatelo nateraky ny finoana silamo dia miorina eo ambonin’ireo toetra ara-paminaniana mampiavaka ny loza voalohany sy faharoa. Tamin’ny loza voalohany dia nisy fe-potoana iray izay nanomboka tamin’ny fahatongavan’i Mohammed ka nitohy mandra-pahatongan’ny fe-potoana manaraka, izay aseho ho “dimy volana” na dimampolo amby zato taona, izay handratraran’ny finoana silamo ny tafik’i Roma. Ny fiafaran’ilay faminaniana momba ny fotoana dimampolo amby zato taona dia manamarika miaraka ihany koa ny fiandohan’ilay faminaniana momba ny telon-jato iraika amby sivifolo taona sy dimy ambin’ny folo andro, izay amin’izany ny finoana silamo amin’ilay Loza faharoa dia hamono ny tafik’i Roma.</w:t>
      </w:r>
    </w:p>
    <w:p>
      <w:pPr>
        <w:pStyle w:val="ArticleBody"/>
        <w:jc w:val="left"/>
      </w:pPr>
      <w:r>
        <w:rPr>
          <w:rFonts w:ascii="Times New Roman" w:hAnsi="Times New Roman" w:eastAsia="Times New Roman" w:cs="Times New Roman"/>
        </w:rPr>
        <w:t>Ny 11 Septambra 2001 no nanamarika ny fiavian’ilay vanim-potoana asehon’i Mohammed ao amin’ny loza voalohany, izay ahitana ny 7 Oktobra 2023 ho manamarika ny fiandohan’ilay vanim-potoana izay hanimbàn’ny Islam ny “tafik’i Roma” ao amin’ilay “Tany Be Voninahitra” ara-bakiteny fahiny, izay misolo tena an’i Etazonia, ary hatramin’ny 7 Oktobra 2023 ny fanafihan’ny Islam amin’ny tafik’i Roma dia manakaiky ny roanjato amin’ny fotoana anoratana ity lahatsoratra ity, ny 17 Febroary 2024.</w:t>
      </w:r>
    </w:p>
    <w:p>
      <w:pPr>
        <w:pStyle w:val="ArticleBody"/>
        <w:jc w:val="left"/>
      </w:pPr>
      <w:r>
        <w:rPr>
          <w:rFonts w:ascii="Times New Roman" w:hAnsi="Times New Roman" w:eastAsia="Times New Roman" w:cs="Times New Roman"/>
        </w:rPr>
        <w:t>Amin’ny lalàna alahady ho avy tsy ho ela dia “vonoina” i Etazonia amin’ny maha-fanjakana fahenina ao amin’ny faminanian’ny Baiboly azy, izay mifanandrify amin’ny telo zato sy iraika amby sivifolo taona ary dimy ambin’ny folo andro nisian’ny fanafihan’ny silamo izay namono ny tafiky Roma fahiny, raha mihamafy ny adin’ny jihad lehibe fahatelon’izy ireo. Rehefa mitsangana Mikaela, dia mifarana ny fotoam-pahasoavana ho an’ny olombelona, ary avoaka tanteraka ny rivotra efatra mandritra ny loza fito farany.</w:t>
      </w:r>
    </w:p>
    <w:p>
      <w:pPr>
        <w:pStyle w:val="ArticleScripture"/>
        <w:jc w:val="left"/>
      </w:pPr>
      <w:r>
        <w:rPr>
          <w:rFonts w:ascii="Times New Roman" w:hAnsi="Times New Roman" w:eastAsia="Times New Roman" w:cs="Times New Roman"/>
        </w:rPr>
        <w:t>“Hitako fa ny fahatezeran’ny firenena, ny fahatezeran’Andriamanitra, ary ny fotoana hitsarana ny maty dia samy miavaka sy misaraka, ka ny iray manaraka ny iray; ary hitako koa fa Mikaela dia mbola tsy nitsangana, ary ny andron’ny fahoriana, izay tsy mbola nisy toa azy, dia mbola tsy nanomboka. Efa tezitra izao ny firenena; fa rehefa vitan’ny Mpisoronabentsika ny asany ao amin’ny fitoerana masina, dia hitsangana Izy, hitafy ny fitafian’ny famaliana, ary amin’izay dia harotsaka ny loza fito farany.</w:t>
      </w:r>
    </w:p>
    <w:p>
      <w:pPr>
        <w:pStyle w:val="ArticleScripture"/>
        <w:jc w:val="left"/>
      </w:pPr>
      <w:r>
        <w:rPr>
          <w:rFonts w:ascii="Times New Roman" w:hAnsi="Times New Roman" w:eastAsia="Times New Roman" w:cs="Times New Roman"/>
        </w:rPr>
        <w:t>“Hitako fa ny anjely efatra no hitana ny rivotra efatra mandra-pahavitan’ny asan’i Jesosy ao amin’ny fitoerana masina, ary avy eo dia ho avy ny loza fito farany.” Early Writings, 36.</w:t>
      </w:r>
    </w:p>
    <w:p>
      <w:pPr>
        <w:pStyle w:val="ArticleBody"/>
        <w:jc w:val="left"/>
      </w:pPr>
      <w:r>
        <w:rPr>
          <w:rFonts w:ascii="Times New Roman" w:hAnsi="Times New Roman" w:eastAsia="Times New Roman" w:cs="Times New Roman"/>
        </w:rPr>
        <w:t>Ny “rivotra efatra” dia asehon’i Sister White ho “soavaly tezitra, mitady hiala amin’ny fatorany ka hitondra fahafatesana sy fandringanana amin’izay lalany,” ary avoaka tanteraka izy ireo rehefa mifarana ny fotoam-pahasoavana. Naseho ho navotsotra tamin’ny loza faharoa izy ireo amin’ny maha-“anjely efatra” azy, fa tsy rivotra efatra.</w:t>
      </w:r>
    </w:p>
    <w:p>
      <w:pPr>
        <w:pStyle w:val="ArticleScripture"/>
        <w:jc w:val="left"/>
      </w:pPr>
      <w:r>
        <w:rPr>
          <w:rFonts w:ascii="Times New Roman" w:hAnsi="Times New Roman" w:eastAsia="Times New Roman" w:cs="Times New Roman"/>
        </w:rPr>
        <w:t>Niteny tamin’ilay anjely fahenina izay nanana ny trompetra hoe: Vahao ireo anjely efatra izay voafatotra eo amin’ilay ony lehibe Eofrata. Dia navahana ireo anjely efatra, izay efa voaomana ho amin’ny ora iray sy andro iray sy volana iray ary taona iray, mba hamono ny ampahatelon’ny olona. Apokalypsy 9:14, 15.</w:t>
      </w:r>
    </w:p>
    <w:p>
      <w:pPr>
        <w:pStyle w:val="ArticleBody"/>
        <w:jc w:val="left"/>
      </w:pPr>
      <w:r>
        <w:rPr>
          <w:rFonts w:ascii="Times New Roman" w:hAnsi="Times New Roman" w:eastAsia="Times New Roman" w:cs="Times New Roman"/>
        </w:rPr>
        <w:t>Ny “rivotra efatra”, na ny “anjely efatra”, dia samy tandindon’ny Islam araka izay faritan’ny tontolon-kevitra ampiasana ilay tandindona. Raha nitsangana i Aleksandra Lehibe, ny fanjakany, izay misolo tena ny fanjakana fahafito, dia ampahatelon’ilay fanjakana telo sosona an’ny dragona sy ny bibidia ary ny mpaminany sandoka; “rahefa hitsangana izy, dia ho torotoro ny fanjakany, ka ho zarazaraina ho amin’ny rivotra efatry ny lanitra.” Rehefa mifarana ny fotoam-pahasoavana ho an’ny olombelona, dia vahana ny rivotra efatra, na ny anjely efatra, ka torotoroiny ny fanjakany, satria ny fanjakany “dia ho torotoro.” Ary ireo mpanjaka folo ireo mbamin’ireo mpiara-dia aminy, dia ny mpivarotra maneran-tany, no hijoro lavitra, ka hitomany sy hidradradradra.</w:t>
      </w:r>
    </w:p>
    <w:p>
      <w:pPr>
        <w:pStyle w:val="ArticleScripture"/>
        <w:jc w:val="left"/>
      </w:pPr>
      <w:r>
        <w:rPr>
          <w:rFonts w:ascii="Times New Roman" w:hAnsi="Times New Roman" w:eastAsia="Times New Roman" w:cs="Times New Roman"/>
        </w:rPr>
        <w:t>Fa, indro, niangona ny mpanjaka; niara-nandalo izy. Nahita izy, ka dia gaga; raiki-tahotra izy, ka nandositra faingana. Tany no nihazona azy ny horohoro, sy ny fanaintainana, tahaka ny an’ny vehivavy miteraka. Ianao mamaky ny sambon’i Tarsisy amin’ny rivotra avy any atsinanana. Salamo 48:4–7.</w:t>
      </w:r>
    </w:p>
    <w:p>
      <w:pPr>
        <w:pStyle w:val="ArticleBody"/>
        <w:jc w:val="left"/>
      </w:pPr>
      <w:r>
        <w:rPr>
          <w:rFonts w:ascii="Times New Roman" w:hAnsi="Times New Roman" w:eastAsia="Times New Roman" w:cs="Times New Roman"/>
        </w:rPr>
        <w:t>Ny rafitra ara-toekarenan’ireo mpanjaka folo dia potehin’ilay “rivotra avy any atsinanana” dia ny finoana silamo.</w:t>
      </w:r>
    </w:p>
    <w:p>
      <w:pPr>
        <w:pStyle w:val="ArticleScripture"/>
        <w:jc w:val="left"/>
      </w:pPr>
      <w:r>
        <w:rPr>
          <w:rFonts w:ascii="Times New Roman" w:hAnsi="Times New Roman" w:eastAsia="Times New Roman" w:cs="Times New Roman"/>
        </w:rPr>
        <w:t>Ny mpivoy anao no nitondra anao ho any amin’ny rano lalina; ny rivotra avy any atsinanana no nandrava anao teo afovoan’ny ranomasina. Ny harenanao sy ny tsenanao, ny varotrao, ny tantsambonao sy ny mpanamory anao, ny mpanamaitra ny sambonao sy ny mpandraharaha amin’ny varotrao, ary ny lehilahinao rehetra mpiady izay ao anatinao, mbamin’ny olona rehetra ao amin’ny antokonao izay eo afovoanao, dia hianjera ho eo afovoan’ny ranomasina amin’ny andro haharavanao. Ezekiela 27:26, 27.</w:t>
      </w:r>
    </w:p>
    <w:p>
      <w:pPr>
        <w:pStyle w:val="ArticleBody"/>
        <w:jc w:val="left"/>
      </w:pPr>
      <w:r>
        <w:rPr>
          <w:rFonts w:ascii="Times New Roman" w:hAnsi="Times New Roman" w:eastAsia="Times New Roman" w:cs="Times New Roman"/>
        </w:rPr>
        <w:t>Ny “rivotra avy any atsinanana” an’ny Islamo no manorotoro ny fanjakan’ireo mpanjaka folo “amin’ny andro haharavany azy”, araka ny anoharana ny amin’ny fanjakan’i Aleksandra Lehibe izay “torotoro” ka nomena ho an’ny rivotra efatra. Maro amin’ny tantara izay efa nitranga ao amin’ny Daniela toko faha-11 no haverina indray rehefa tonga amin’ny fahatanterahany farany io toko faha-11 io. Ny famaritana izay toerana tokony hanasarahana ara-drariny ireo tantara ireo no asan’ny faminaniana iantsoana ireo izay nantsoina ho mpianatry ny faminaniana. Ny andininy enina farany ao amin’ny Daniela toko faha-11 dia mifarana amin’ny famaranana ny fotoam-pitsarana ho an’ny olombelona, rehefa mitsangana Mikaela. Rehefa zaraina ho amin’ny rivotra efatra ny fanjakan’i Aleksandra Lehibe, dia maneho ny famaranana ny fotoam-pitsarana izany, ary mampahafantatra fa ny tantaram-paminaniana manaraka, manomboka amin’ny andininy faha-5 sy mankaty, dia tokony hoheverina ho tsipika faminaniana vaovao.</w:t>
      </w:r>
    </w:p>
    <w:p>
      <w:pPr>
        <w:pStyle w:val="ArticleBody"/>
        <w:jc w:val="left"/>
      </w:pPr>
      <w:r>
        <w:rPr>
          <w:rFonts w:ascii="Times New Roman" w:hAnsi="Times New Roman" w:eastAsia="Times New Roman" w:cs="Times New Roman"/>
        </w:rPr>
        <w:t>Ny andininy faha-dimy ka hatramin’ny andininy faha-enina ambin’ny folo dia manondro ny tantara nanomboka tamin’ny 538 ka hatramin’ny lalàn’ny Alahady izay ho avy tsy ho ela. Ny andininy faha-dimy ka hatramin’ny faha-sivy dia maneho ny tantaran’ireo arivo roanjato sy enimpolo taona nanjakan’ny fahefana papaly, izay nanomboka tamin’ny taona 538 ary nifarana tamin’ny fotoanan’ny farany tamin’ny 1798. Ny andininy faha-folo dia manondro ny tantara izay tandindon’ny andininy faha-efapolo, rehefa nifaoka ny Firaisana Sovietika ny fahefana papaly tamin’ny fotoanan’ny farany tamin’ny 1989. Ny andininy faha-iraika ambin’ny folo sy faha-roa ambin’ny folo dia manondro ny ady an-kolaka mitranga ankehitriny ao Okraina, izay handresen’i Putin sy Rosia; nefa ny vokatr’izany fandresen’i Putin izany dia hifanaraka amin’“ny adin’i Ninive,” sy “ny fianjeran’i Chosroes,” izay “lakile nanokatra ny lavaka tsy hita noanoa” ka namoaka ny Islamo teo amin’ny tantaran’ny loza voalohany.</w:t>
      </w:r>
    </w:p>
    <w:p>
      <w:pPr>
        <w:pStyle w:val="ArticleBody"/>
        <w:jc w:val="left"/>
      </w:pPr>
      <w:r>
        <w:rPr>
          <w:rFonts w:ascii="Times New Roman" w:hAnsi="Times New Roman" w:eastAsia="Times New Roman" w:cs="Times New Roman"/>
        </w:rPr>
        <w:t>Taorian’ny fandresena vetivety azon’i Putin, i Etazonia, ao amin’ny andininy faha-telo ambin’ny folo ka hatramin’ny faha-dimy ambin’ny folo, no handresy amin’ilay ady ankolaka; izany no famaranana ny ady ankolaka izay efa niroso hatramin’ny Ady Lehibe Faharoa. Mamaritra ady telo ilay andalana: ny ady voalohany dia nifarana tamin’ny taona 1989, ho fahatanterahan’ny andininy faha-folo sy faha-efapolo; ny ady faharoa, izay ilay ady ankehitriny any Okraina, no maneho ny andininy faha-iray ambin’ny folo sy faha-roa ambin’ny folo; ary ny ady ankolaka fahatelo, izay maneho ny fandresena farany azon’i Etazonia, dia aseho ao amin’ny andininy faha-telo ambin’ny folo ka hatramin’ny faha-dimy ambin’ny folo.</w:t>
      </w:r>
    </w:p>
    <w:p>
      <w:pPr>
        <w:pStyle w:val="ArticleBody"/>
        <w:jc w:val="left"/>
      </w:pPr>
      <w:r>
        <w:rPr>
          <w:rFonts w:ascii="Times New Roman" w:hAnsi="Times New Roman" w:eastAsia="Times New Roman" w:cs="Times New Roman"/>
        </w:rPr>
        <w:t>Ny tsy maintsy ho fantatra momba ireo vanim-potoana efatra aseho hatramin’ny andininy faha-dimy ka hatramin’ny andininy faha-dimy ambin’ny folo dia izao: ireo vanim-potoana roa farany, izay maneho ny ady ankehitriny ao Okraina, ary avy eo ny famalian-kafatr’i Etazonia, dia miseho amin’ny fotoanan’ny famehezana. Ny andininy faha-enina ambin’ny folo dia manondro ny lalàn’ny Alahady izay ho avy tsy ho ela ao Etazonia. Ny andininy faha-dimy ka hatramin’ny faha-folo dia maneho ny tantara nanomboka tamin’ny 538 ka hatramin’ny fotoanan’ny farany tamin’ny 1798, ary avy eo hatrany amin’ny fotoanan’ny farany tamin’ny 1989. Koa ireo ady roa amin’ilay ady farany amin’ny alalan’ny solontena, izay aseho ao amin’ny andininy faha-iraika ambin’ny folo ka hatramin’ny faha-dimy ambin’ny folo, dia tanteraka ao anatin’ilay fe-potoana izay ambaran’ny Ezekiela toko faha-roa ambin’ny folo fa tanteraka ny vokatry ny fahitana rehetra.</w:t>
      </w:r>
    </w:p>
    <w:p>
      <w:pPr>
        <w:pStyle w:val="ArticleBody"/>
        <w:jc w:val="left"/>
      </w:pPr>
      <w:r>
        <w:rPr>
          <w:rFonts w:ascii="Times New Roman" w:hAnsi="Times New Roman" w:eastAsia="Times New Roman" w:cs="Times New Roman"/>
        </w:rPr>
        <w:t>Ireo fahitana ireo dia naseho tamin’i Ezekiela ho toy ny “kodia ao anatin’ny kodia”, izay ambaran’i Sister White fa ny “fifamenoana sarotra eo amin’ny zava-mitranga eo amin’ny olombelona.” Ny tantaran’ny ady tany Okraina, ny fandresen’i Putin, ary avy eo ny fahalavoany, izay narahin’ny fandresen’i Etazonia, dia iray amin’ireo fanambarana tena sarotra indrindra momba ny fitsipika “andalana eo ambonin’ny andalana” ao amin’ny Tenin’Andriamanitra.</w:t>
      </w:r>
    </w:p>
    <w:p>
      <w:pPr>
        <w:pStyle w:val="ArticleBody"/>
        <w:jc w:val="left"/>
      </w:pPr>
      <w:r>
        <w:rPr>
          <w:rFonts w:ascii="Times New Roman" w:hAnsi="Times New Roman" w:eastAsia="Times New Roman" w:cs="Times New Roman"/>
        </w:rPr>
        <w:t>Raha naneho hevitra momba ireo “kodia ao anatin’ny kodia” hitan’i Ezekiela, dia milaza i Sister White fa raha vao nahita ireo kodia ireo i Ezekiela tamin’ny voalohany dia toa fifanjevoana izany; nefa nony farany dia tsapan’i Ezekiela fa nisy filaminana lavorary tao amin’ireo kodia ireo, izay “fifampikasohan-javatra sarotra misy eo amin’ny zava-mitranga eo amin’ny olombelona”. Mba hizarana araka ny tokony ho izy ny tantara aseho ao amin’ny andininy faha-iraika ambin’ny folo ka hatramin’ny faha-dimy ambin’ny folo, dia tsy maintsy takarina ny fifandraisana misy eo amin’ny fiangonana Katolika sy Alemaina Nazi, satria ireo mpitondra Nazi ao Okraina no solontena misolo tena izany fifandraisana izany.</w:t>
      </w:r>
    </w:p>
    <w:p>
      <w:pPr>
        <w:pStyle w:val="ArticleBody"/>
        <w:jc w:val="left"/>
      </w:pPr>
      <w:r>
        <w:rPr>
          <w:rFonts w:ascii="Times New Roman" w:hAnsi="Times New Roman" w:eastAsia="Times New Roman" w:cs="Times New Roman"/>
        </w:rPr>
        <w:t>Zava-dehibe koa ny mahatakatra ny anjara asan’ilay fisehoan’ilay antsoina hoe virjiny Maria tao Fatima, Portiogaly, tamin’ny 1918, anisan’izany ireo tsiambaratelo telo izay navelan’ilay antsoina hoe virjiny Maria tamin’ireo zaza telo ao amin’izany tantara izany. Ny fototra iorenan’ireo hafatra telo ireo, izay mamaritra tolona eo amin’ny fiangonana Katolika sy i Rosia tsy mino an’Andriamanitra, ary ny Ady Lehibe Faharoa, dia ampahany amin’ny hafatr’i Fatima izay aseho ao amin’ny ady any Okraina.</w:t>
      </w:r>
    </w:p>
    <w:p>
      <w:pPr>
        <w:pStyle w:val="ArticleBody"/>
        <w:jc w:val="left"/>
      </w:pPr>
      <w:r>
        <w:rPr>
          <w:rFonts w:ascii="Times New Roman" w:hAnsi="Times New Roman" w:eastAsia="Times New Roman" w:cs="Times New Roman"/>
        </w:rPr>
        <w:t>Ny Revolisiona Frantsay, sy ny fifandraisany ara-paminaniana amin’ny fiangonana Katolika, ary amin’ny farany Napoléon Bonaparte, izay misolo tena an’i Putin, dia iray ihany koa amin’ireo “kodia” izay aseho ao amin’ny ady any Okraina. Ny fifandraisana ara-paminanian’ny Revolisiona Frantsay amin’i Etazonia dia aseho ao amin’ny tantara ihany koa; fa tahaka ny isoloan’i Napoléon tena an’i Putin teo am-pilatsahan’i Frantsa, dia ny mpilalao sarimihetsika taloha Ronald Reagan, amin’ny maha-lohan’ny tafiky ny Katolisisma azy tao amin’ny ady tamin’ny 1989, no tandindon’ny mpilalao sarimihetsika taloha Zelenskyy eo am-pilatsahan’i Okraina. Ao amin’ireo kodia izay mifampita sy mifamatotra ao amin’ireo andininy ireo, ny mololo farany ho an’ireo mpanao politika Demaokraty ao Etazonia, izay efa nampiroborobo sy mbola mampiroborobo an’i Zelenskyy, dia haharihary amin’ny alalan’i Putin rehefa mandresy izy.</w:t>
      </w:r>
    </w:p>
    <w:p>
      <w:pPr>
        <w:pStyle w:val="ArticleBody"/>
        <w:jc w:val="left"/>
      </w:pPr>
      <w:r>
        <w:rPr>
          <w:rFonts w:ascii="Times New Roman" w:hAnsi="Times New Roman" w:eastAsia="Times New Roman" w:cs="Times New Roman"/>
        </w:rPr>
        <w:t>Hotohizantsika ao amin’ny lahatsoratra manaraka ity fianarana ity.</w:t>
      </w:r>
    </w:p>
    <w:p>
      <w:pPr>
        <w:pStyle w:val="ArticleScripture"/>
        <w:jc w:val="left"/>
      </w:pPr>
      <w:r>
        <w:rPr>
          <w:rFonts w:ascii="Times New Roman" w:hAnsi="Times New Roman" w:eastAsia="Times New Roman" w:cs="Times New Roman"/>
        </w:rPr>
        <w:t>Teo amoron’ny ony Kebara no nahitan’i Ezekiela tadio tahaka ny avy any avaratra, “rahona lehibe, sy afo mifono ny tenany, ary famirapiratana no nanodidina azy, ary avy teo afovoany dia toy ny lokon’ny ambra.” Kodiarana maro, mifampiditra ny iray amin’ny iray, no nahetsiky ny zava-manana aina efatra. Ambony lavitra noho ireo rehetra ireo “dia nisy toy ny endriky ny seza fiandrianana, tahaka ny fijery vato safira; ary teo ambonin’ny endriky ny seza fiandrianana dia nisy toy ny endrika, tahaka ny fijery olona eo amboniny.” “Ary niseho teo amin’ny kerobima ny endriky ny tanan’olona teo ambanin’ny elany.” Ezekiela 1:4, 26; 10:8. Sarotra loatra ny firafitry ny kodiarana ka raha vao jerena dia toy ny misy fisafotofotoana; nefa nandeha tamin’ny firindrana tanteraka izy. Zavaboary any an-danitra, tohanan’ny sady tarihina amin’ilay tanana eo ambanin’ny elatry ny kerobima, no nanosika ireo kodiarana ireo; teo amboniny, teo ambonin’ny seza fiandrianana safira, no nisy Ilay Mandrakizay; ary manodidina ny seza fiandrianana ny avana, tandindon’ny famindram-po avy amin’Andriamanitra.</w:t>
      </w:r>
    </w:p>
    <w:p>
      <w:pPr>
        <w:pStyle w:val="ArticleScripture"/>
        <w:jc w:val="left"/>
      </w:pPr>
      <w:r>
        <w:rPr>
          <w:rFonts w:ascii="Times New Roman" w:hAnsi="Times New Roman" w:eastAsia="Times New Roman" w:cs="Times New Roman"/>
        </w:rPr>
        <w:t>“Tahaka ireo fihodinana mitovitovy amin’ny kodia izay teo ambanin’ny fitarihan’ny tànana teo ambanin’ny elatry ny kerobima, dia eo ambanin’ny fifehezan’Andriamanitra koa ny fifamoivoizana sarotra amin’ny zava-miseho eo amin’ny olombelona. Ao anatin’ny ady sy ny tabataban’ny firenena, Ilay mipetraka eo ambonin’ny kerobima dia mbola mitarika ny raharahan’ny tany.”</w:t>
      </w:r>
    </w:p>
    <w:p>
      <w:pPr>
        <w:pStyle w:val="ArticleScripture"/>
        <w:jc w:val="left"/>
      </w:pPr>
      <w:r>
        <w:rPr>
          <w:rFonts w:ascii="Times New Roman" w:hAnsi="Times New Roman" w:eastAsia="Times New Roman" w:cs="Times New Roman"/>
        </w:rPr>
        <w:t>Ny tantaran’ireo firenena izay nifandimby nibodo ny fotoana sy ny toerana voatendry ho azy, sady tsy nahy nijoro ho vavolombelon’ny fahamarinana izay tsy fantany akory ny heviny, dia miteny amintsika. Ho an’ny firenena rehetra sy ny olona tsirairay ankehitriny dia efa nanendry toerana iray Andriamanitra ao amin’ny drafitra lehibe ananany. Ankehitriny ny olona sy ny firenena dia refesina amin’ny firaka eny an-tanan’Ilay tsy mba manao hadisoana. Samy manapa-kevitra ny anjarany avy amin’ny safidiny avy ny rehetra, ary Andriamanitra no mifehy ny zavatra rehetra mba hahatanteraka ny fikasany.</w:t>
      </w:r>
    </w:p>
    <w:p>
      <w:pPr>
        <w:pStyle w:val="ArticleScripture"/>
        <w:jc w:val="left"/>
      </w:pPr>
      <w:r>
        <w:rPr>
          <w:rFonts w:ascii="Times New Roman" w:hAnsi="Times New Roman" w:eastAsia="Times New Roman" w:cs="Times New Roman"/>
        </w:rPr>
        <w:t>“Ny tantara izay nasian’ilay IZAHO IZAY MISY marika ao amin’ny Teniny, mampifamatotra rojo isanisany ao amin’ny rojom-paminaniana, hatramin’ny mandrakizay tany aloha ka hatramin’ny mandrakizay ho avy, no milaza amintsika izay toerana misy antsika ankehitriny eo amin’ny fizotry ny vanim-potoana, sy izay azo antenaina amin’ny andro ho avy. Izay rehetra nambaran’ny faminaniana mialoha fa ho tanteraka, mandra-pahatongan’izao fotoana izao, dia efa voasoritra teo amin’ny pejin’ny tantara, ary azontsika antoka fa izay rehetra mbola ho avy dia hotanterahina araka ny filaharany.”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Enina amby enimpolo sy zato</dc:title>
  <dc:subject>Ny Hevi-paminanian’i Daniela 11 ara-paminaniana: Fampiharihariana ny Fiantraikany ara-tantara sy ho avy</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