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Enina amby enimpolo amby zato</w:t>
      </w:r>
    </w:p>
    <w:p>
      <w:pPr>
        <w:pStyle w:val="ArticleSubtitle"/>
        <w:jc w:val="left"/>
      </w:pPr>
      <w:r>
        <w:rPr>
          <w:rFonts w:ascii="Arial" w:hAnsi="Arial" w:eastAsia="Arial" w:cs="Arial"/>
        </w:rPr>
        <w:t>Famoahana ny Faminaniana: Ny Revolisiona Frantsay, ny Rosian’i Putin, ary ny Ady Okrainiana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Rehefa atombotsika mandinika ny fanoharana ara-paminaniana momba ny fotoanan’ny farany amin’ny taona 1989, araka ny tantara ara-paminaniana ao amin’ny andininy faha-folo, dia ilaina ny miverina ao amin’ny tantaran’ny taranaka fahatelo amin’ireo tandroka roa an’ilay bibidia niakatra avy tamin’ny tany. Tamin’ny 1913, ny tandroky ny Repoblikanisma an’ilay bibidia avy amin’ny tany dia nanomboka ny taranaky ny marimaritra iraisana nataony tamin’ny rafitra banky maneran-tany, ary tamin’ny 1919, ny tandroky ny tena Protestantisma dia nanomboka ny taranaky ny marimaritra iraisana nataony tamin’ireo teolojiana ao amin’ny Protestantisma mpihemotra ary koa tamin’ny American Medical Association, rehefa natolony ho an’izao tontolo izao ny fanomezan-dàlana ara-pankatoavana ny rafi-panabeazany. Samy nanomboka fifandraisana feno marimaritra iraisana tamin’izao tontolo izao ireo tandroka roa ireo, ka nanova ny lalan’ny hafatra nentin’izy ireo tsirairay avy hatreo mandroso.</w:t>
      </w:r>
    </w:p>
    <w:p>
      <w:pPr>
        <w:pStyle w:val="ArticleBody"/>
        <w:jc w:val="left"/>
      </w:pPr>
      <w:r>
        <w:rPr>
          <w:rFonts w:ascii="Times New Roman" w:hAnsi="Times New Roman" w:eastAsia="Times New Roman" w:cs="Times New Roman"/>
        </w:rPr>
        <w:t>Tamin’izany tantara izany dia tonga teo amin’ny teboka fiaingana ny mpanjakan’ny avaratra, ary ny mpanjakan’ny atsimo amin’ny andro farany koa dia tonga tamin’ny teboka fihodinana. Ny Fahagagana tao Fatima dia nitranga tamin’ny 13 Oktobra 1917, tao Fatima, Portiogaly. Izany no famaranana ny andiana fisehoan’i Maria izay hitan’ny ankizy mpiandry ondry tanora telo: i Lucia dos Santos sy ny zanak’olo-mpiray tam-po aminy, i Francisco sy Jacinta Marto. Araka ny fitantarana nomen’ireo ankizy, ny Virjiny Maria, izay nantsoina hoe Ilay Vadintsika tao Fatima, dia niseho tamin’izy ireo tamin’ny andro faha-13 isam-bolana hatramin’ny Mey ka hatramin’ny Oktobra 1917.</w:t>
      </w:r>
    </w:p>
    <w:p>
      <w:pPr>
        <w:pStyle w:val="ArticleBody"/>
        <w:jc w:val="left"/>
      </w:pPr>
      <w:r>
        <w:rPr>
          <w:rFonts w:ascii="Times New Roman" w:hAnsi="Times New Roman" w:eastAsia="Times New Roman" w:cs="Times New Roman"/>
        </w:rPr>
        <w:t>Nandritra ny fisehoana farany tamin’ny 13 Oktobra 1917, olona an’aliny maro no nivory tao Cova da Iria, akaikin’i Fatima, niandry hahita fahagagana araka ny nambaran’ireo ankizy mialoha. Araka ny filazan’ireo vavolombelona, dia hita ho niova loko ny masoandro, nihodina, ary nandihy teny amin’ny lanitra. Nanjary fantatra tamin’ny anarana hoe Fahagagana tamin’ny Masoandro na Fahagagana tao Fatima izany zava-nitranga izany.</w:t>
      </w:r>
    </w:p>
    <w:p>
      <w:pPr>
        <w:pStyle w:val="ArticleBody"/>
        <w:jc w:val="left"/>
      </w:pPr>
      <w:r>
        <w:rPr>
          <w:rFonts w:ascii="Times New Roman" w:hAnsi="Times New Roman" w:eastAsia="Times New Roman" w:cs="Times New Roman"/>
        </w:rPr>
        <w:t>Ny Fahagagana tao Fatima dia zava-nitranga lehibe teo amin’ny tantara sy ny fitiavam-bavaka katolika, ary efa lohahevitry ny fandalinana maro, ny adihevitra, ary ny fandikana ara-pivavahana nandritra ny taona maro izy io. Nisy fiantraikany maharitra teo amin’ny toe-panahy feno fivavahan’ny vahoaka, ny fitiavam-bavaka ho an’i Maria, ary ny fandikana ny lohahevitra apokaliptika ao anatin’ny Fiangonana Katolika ny zava-nitranga tao Fatima.</w:t>
      </w:r>
    </w:p>
    <w:p>
      <w:pPr>
        <w:pStyle w:val="ArticleBody"/>
        <w:jc w:val="left"/>
      </w:pPr>
      <w:r>
        <w:rPr>
          <w:rFonts w:ascii="Times New Roman" w:hAnsi="Times New Roman" w:eastAsia="Times New Roman" w:cs="Times New Roman"/>
        </w:rPr>
        <w:t>Ny Revolisiona Bolshevika dia nitranga tany Rosia tamin’ny 7 Novambra 1917, raha ireo hery Bolshevika, notarihin’i Vladimir Lenin sy ny Antoko Bolshevika, no naka an-keriny ireo tranom-panjakana lehibe sy ny fotodrafitrasa tany Petrograd (Saint Petersburg ankehitriny). Io zava-nitranga io no nanamarika ny fahataperan’ny Revolisiona Rosiana tamin’ny 1917, izay nanomboka tamin’ny Revolisiona Febroary tany am-piandohan’io taona io, ka nitarika ho amin’ny fialan’i Tsar Nicholas II teo amin’ny fitondrana sy ny fananganana governemanta vonjimaika.</w:t>
      </w:r>
    </w:p>
    <w:p>
      <w:pPr>
        <w:pStyle w:val="ArticleBody"/>
        <w:jc w:val="left"/>
      </w:pPr>
      <w:r>
        <w:rPr>
          <w:rFonts w:ascii="Times New Roman" w:hAnsi="Times New Roman" w:eastAsia="Times New Roman" w:cs="Times New Roman"/>
        </w:rPr>
        <w:t>Nandritra ny Revolisiona, nahomby ny Bolsheviks tamin’ny nanongana ny governemanta vonjimaika sy nametraka ny fifehezan’ny Sovietika teo ambonin’i Rosia. Nanambara ny fananganana fanjakana sosialista ny Bolsheviks ary nanomboka nampihatra ny fandaharan’asany revolisionera, anisan’izany ny fanjakazakana ny indostria, ny fizaràna indray ny tany, ary ny fialàn’i Rosia tamin’ny Ady Lehibe Voalohany. Tamin’ny farany, ny Revolisiona Oktobra dia nitarika ho amin’ny fananganana ny Firaisana Sovietika ary niteraka vokatra lalina sy lavitra ezaka ho an’i Rosia sy izao tontolo izao, ka namolavola ny fizotry ny tantaran’ny taonjato faha-20.</w:t>
      </w:r>
    </w:p>
    <w:p>
      <w:pPr>
        <w:pStyle w:val="ArticleBody"/>
        <w:jc w:val="left"/>
      </w:pPr>
      <w:r>
        <w:rPr>
          <w:rFonts w:ascii="Times New Roman" w:hAnsi="Times New Roman" w:eastAsia="Times New Roman" w:cs="Times New Roman"/>
        </w:rPr>
        <w:t>I Jesosy dia manazava ny farany amin’ny alalan’ny fiandohana, ary mba hahitana amin’ny fahafenoany ny mpanjakan’ny avaratra sy ny mpanjakan’ny atsimo amin’ny andro farany, dia ilaina ny mahatakatra ny fiandohany. Ny mpanjaka ara-bakiteny amin’ny atsimo sy ny avaratra izay amantarana ao amin’ny Daniela toko fahairaika ambin’ny folo dia faritana ho hery izay manjaka amin’ny faritra ara-bakitenin’i Egypta amin’ny maha-mpanjakan’ny atsimo azy, ary ny hery izay manjaka amin’ny faritra ara-jeografika ara-bakiteny mifandray amin’i Babylona amin’ny maha-mpanjakan’ny avaratra azy.</w:t>
      </w:r>
    </w:p>
    <w:p>
      <w:pPr>
        <w:pStyle w:val="ArticleBody"/>
        <w:jc w:val="left"/>
      </w:pPr>
      <w:r>
        <w:rPr>
          <w:rFonts w:ascii="Times New Roman" w:hAnsi="Times New Roman" w:eastAsia="Times New Roman" w:cs="Times New Roman"/>
        </w:rPr>
        <w:t>Ny faminaniana ara-bakiteny dia nifindra ho faminaniana ara-panahy tamin’ny andron’ny hazo fijaliana, raha i Isiraely ara-bakiteny fahiny kosa nifindra ho amin’i Isiraely ara-panahy ankehitriny. Roma jentilisa ara-bakiteny dia nanitsakitsaka an’i Jerosalema ara-bakiteny nandritra ny telo taona sy tapany ara-bakiteny, hatramin’ny taona 67 taor. J.K. ka hatramin’ny taona 70 taor. J.K., ary Roma papa ara-panahy dia nanitsakitsaka an’i Jerosalema ara-panahy nandritra ny telo taona sy tapany ara-panahy.</w:t>
      </w:r>
    </w:p>
    <w:p>
      <w:pPr>
        <w:pStyle w:val="ArticleBody"/>
        <w:jc w:val="left"/>
      </w:pPr>
      <w:r>
        <w:rPr>
          <w:rFonts w:ascii="Times New Roman" w:hAnsi="Times New Roman" w:eastAsia="Times New Roman" w:cs="Times New Roman"/>
        </w:rPr>
        <w:t>Babylona ara-panahy dia faritana ao amin’ny Apokalypsy toko faha-fito ambin’ny folo ho ilay vehivavy janga izay mijangajanga amin’ny mpanjakan’ny tany. Ejipta ara-panahy dia faritana ao amin’ny Apokalypsy toko faha-iraika ambin’ny folo ho i Frantsa tsy mino an’Andriamanitra. Ny fisehoana maoderin’ny mpanjakan’ny avaratra ara-panahy, izay nandray ny ratra mahafaty azy tamin’ny fotoan’ny farany tamin’ny taona 1798, ary avy eo namaly tamin-kery ny fisehoana maoderin’ny mpanjakan’ny atsimo ara-panahy tamin’ny fotoan’ny farany tamin’ny taona 1989, dia samy aseho ao amin’ny andininy faha-efapolo amin’ny Daniela 11. Ireo hery roa ireo dia samy manana ny fiaviany, amin’ny fisehoany amin’ny andro farany, ao anatin’ny vanim-potoana 1917 ka hatramin’ny 1918, izay vanim-potoana mitovy amin’ny taranaky ny fifanarahana ho an’ny tandroka roa amin’ilay bibidia avy amin’ny tany. Tsy maintsy ekena ireo fiandohana ireo mba hampiharana araka ny tokony ho izy ny fiafarana. Ny fiandohan’ireo mpanjakan’ny avaratra sy atsimo amin’ny andro farany dia samy manomboka amin’ny Revolisiona frantsay.</w:t>
      </w:r>
    </w:p>
    <w:p>
      <w:pPr>
        <w:pStyle w:val="ArticleScripture"/>
        <w:jc w:val="left"/>
      </w:pPr>
      <w:r>
        <w:rPr>
          <w:rFonts w:ascii="Times New Roman" w:hAnsi="Times New Roman" w:eastAsia="Times New Roman" w:cs="Times New Roman"/>
        </w:rPr>
        <w:t>“Tamin’ny taonjato fahenina ambin’ny folo, ny Fanavaozana, izay nanolotra Baiboly misokatra ho an’ny vahoaka, dia nitady fidirana ho amin’ny firenena rehetra tany Eoropa. Ny firenena sasany nandray izany tamim-pifaliana, tahaka ny iraky ny Lanitra. Tany amin’ny tany hafa kosa, ny fahefan’ny papa dia nahomby be tamin’ny fanakanana ny fidirany; ary ny fahazavan’ny fahalalana ny Baiboly, mbamin’ny heriny manandratra, dia saiky voaroaka tanteraka. Tao amin’ny firenena iray, na dia niditra aza ny mazava, dia tsy azon’ny maizina. Nandritra ny taonjato maro, ny fahamarinana sy ny fahadisoana dia nifaninana hahazo ny fanapahana. Farany dia nandresy ny ratsy, ary ny fahamarinan’ny Lanitra dia noroahina hivoaka. “Ary izao no fanamelohana: tonga amin’izao tontolo izao ny mazava, nefa ny olona tia ny maizina noho ny mazava.” Jaona 3:19. Navelan’ilay firenena hijinja ny vokatry ny lalana izay nofidiny izany. Nesorina ny fangejan’ny Fanahin’Andriamanitra tamin’ny vahoaka izay nanamavo ny fanomezam-pahasoavany. Navelan’ny ratsy hahatratra ny fahamasahany. Ary izao tontolo izao manontolo dia nahita ny vokatry ny fandavana an-tsitrapo ny mazava.”</w:t>
      </w:r>
    </w:p>
    <w:p>
      <w:pPr>
        <w:pStyle w:val="ArticleScripture"/>
        <w:jc w:val="left"/>
      </w:pPr>
      <w:r>
        <w:rPr>
          <w:rFonts w:ascii="Times New Roman" w:hAnsi="Times New Roman" w:eastAsia="Times New Roman" w:cs="Times New Roman"/>
        </w:rPr>
        <w:t>“Ny ady natao tamin’ny Baiboly, izay notohizana nandritra ny taonjato maro tany Frantsa, dia tonga tamin’ny faratampony tao amin’ireo zava-niseho tamin’ny Revolisiona. Io fipoahana mahatahotra io dia tsy inona fa vokatra ara-dalàna avy amin’ny famoretan’i Roma ny Soratra Masina. Nasehony tamin’ny fomba miavaka indrindra, izay mbola tsy hitan’izao tontolo izao hatrizay, ny fisehoan’ny fampiharana ny politikam-panjakan’ny papa—dia fanehoana ny vokatra izay efa nandrosoany nandritra ny arivo taona mahery ny fampianaran’ny Fiangonana romana.”</w:t>
      </w:r>
    </w:p>
    <w:p>
      <w:pPr>
        <w:pStyle w:val="ArticleScripture"/>
        <w:jc w:val="left"/>
      </w:pPr>
      <w:r>
        <w:rPr>
          <w:rFonts w:ascii="Times New Roman" w:hAnsi="Times New Roman" w:eastAsia="Times New Roman" w:cs="Times New Roman"/>
        </w:rPr>
        <w:t>“Nialoha mialoha tamin’ny alalan’ny mpaminany ny famoretana ny Soratra Masina nandritra ny vanim-potoanan’ny fahefana fara tampon’ny papa; ary ny Mpanambara koa dia manondro ireo vokatra mahatsiravina izay haterak’izany, indrindra indrindra ho an’i Frantsa, avy amin’ny fanapahan’ilay ‘olona ota.’” The Great Controversy, 265, 266.</w:t>
      </w:r>
    </w:p>
    <w:p>
      <w:pPr>
        <w:pStyle w:val="ArticleBody"/>
        <w:jc w:val="left"/>
      </w:pPr>
      <w:r>
        <w:rPr>
          <w:rFonts w:ascii="Times New Roman" w:hAnsi="Times New Roman" w:eastAsia="Times New Roman" w:cs="Times New Roman"/>
        </w:rPr>
        <w:t>Ny Revolisiona Frantsay dia vokatry ny famoretana ny Soratra Masina “nandritra ny vanim-potoanan’ny fahefana papaly.” Ny nahaterahan’ny tsy finoana an’Andriamanitra, izay ho tonga fahavalo lehibe indrindran’ny papaly, dia ny papaly ihany no nahatonga izany. Ny Revolisiona Frantsay dia nitranga nanomboka tamin’ny 1789 ka hatramin’ny 1799, nefa ilay toe-panahy revolisionera tsy mino an’Andriamanitra izay niantomboka tany Frantsa dia nanohy niely nanerana an’i Eoropa sy tany ankoatra. Rehefa afaka zato sy valo ambin’ny folo taona taorian’ny nifaranan’ny revolisiona tany Frantsa, dia nanomboka tany Rosia ny Revolisiona Rosiana. Ny revolisionan’ny tsy finoana an’Andriamanitra izay niantomboka tany Frantsa dia nifarana tany Rosia, ary tamin’ny 1917 dia tonga solontena ara-paminaniana ny firenena notandindonin’ny tsy finoan’i Egypta an’Andriamanitra i Rosia. Ilay hery dragona aseho ho mpanjakan’ny atsimo dia nifindra avy tany Frantsa ho any Rosia.</w:t>
      </w:r>
    </w:p>
    <w:p>
      <w:pPr>
        <w:pStyle w:val="ArticleBody"/>
        <w:jc w:val="left"/>
      </w:pPr>
      <w:r>
        <w:rPr>
          <w:rFonts w:ascii="Times New Roman" w:hAnsi="Times New Roman" w:eastAsia="Times New Roman" w:cs="Times New Roman"/>
        </w:rPr>
        <w:t>Ny revolisiona tany Frantsa dia naseho ara-politika sy ara-paminaniana tamin’i Napoléon Bonaparte, ary amin’izany heviny izany, i Napoléon dia maneho ny mpitarika voalohany ny firenena iray natsangana tao anatin’ny revolisiona nateraky ny tsy finoana an’Andriamanitra avy amin’i Egypta. Ny fitiavan-tena tafahoatran’i Napoléon dia averina araka ny tokony ho izy amin’ny fitiavan-tena tafahoatran’i Putin.</w:t>
      </w:r>
    </w:p>
    <w:p>
      <w:pPr>
        <w:pStyle w:val="ArticleBody"/>
        <w:jc w:val="left"/>
      </w:pPr>
      <w:r>
        <w:rPr>
          <w:rFonts w:ascii="Times New Roman" w:hAnsi="Times New Roman" w:eastAsia="Times New Roman" w:cs="Times New Roman"/>
        </w:rPr>
        <w:t>Napoléon dia nahafantatra lalina ny herin’ny sary famantarana sy ny fampielezan-kevitra, tahaka an’i Poutine, izay manamboninahitra KGB taloha. Ny KGB dia manampahaizana manokana amin’ny fampielezan-kevitra. Nampiasa ny zavakanto fanaovana sarin’olona i Napoléon ho fomba anehoana amin’ny besinimaro ny fahefany sy ny heriny ary ny endriky ny fitarihana nasehony. Nanafatra sariny tamin’ireo mpanakanto malaza indrindra tamin’ny androny izy, anisan’izany i Jacques-Louis David, Antoine-Jean Gros, ary Jean-Auguste-Dominique Ingres, sy ny hafa koa.</w:t>
      </w:r>
    </w:p>
    <w:p>
      <w:pPr>
        <w:pStyle w:val="ArticleBody"/>
        <w:jc w:val="left"/>
      </w:pPr>
      <w:r>
        <w:rPr>
          <w:rFonts w:ascii="Times New Roman" w:hAnsi="Times New Roman" w:eastAsia="Times New Roman" w:cs="Times New Roman"/>
        </w:rPr>
        <w:t>Ireo sary ireo dia nampiseho an’i Napoléon tamin’ny fihetsika sy sehatra samihafa, nanomboka tamin’ireo sarim-panjakana ofisialy ka hatramin’ireo sehatra tsy dia ara-pomba loatra. Tsy natao ho fahatsiarovana manokana ho an’i Napoléon tenany ihany izy ireny, fa koa fitaovana nampielezana ny endriny sy ny heriny, na tao an-tanindrazana na teo amin’ny sehatra iraisam-pirenena. I Putin dia nahavita asa mitovy tanteraka ho an’ny tenany, amin’ny alalan’ny sary maro be momba ny tenany ao anatin’ny sehatra izay mifaninana amin’izay an’ireo mpanentana maoderina rehetra ao amin’ny Internet.</w:t>
      </w:r>
    </w:p>
    <w:p>
      <w:pPr>
        <w:pStyle w:val="ArticleBody"/>
        <w:jc w:val="left"/>
      </w:pPr>
      <w:r>
        <w:rPr>
          <w:rFonts w:ascii="Times New Roman" w:hAnsi="Times New Roman" w:eastAsia="Times New Roman" w:cs="Times New Roman"/>
        </w:rPr>
        <w:t>Tamin’ny fiandohan’ny Revolisiona frantsay dia naongana sy novonoina ny mpanjaka sy ny fianakaviany ary ny mpanara-dia azy. Tamin’ny fiandohan’ny Revolisiona rosiana dia naongana sy novonoina ny Tsar sy ny fianakaviany ary ny mpanara-dia azy. Ny revolisiona izay nanomboka tany Frantsa dia tonga tamin’ny fara tampony tany Rosia. Ny Revolisiona frantsay no lohahevitry ny faminaniana ao amin’ny toko fahairaika ambin’ny folo ao amin’ny Apokalypsy, ka noho izany dia iharan’ny fitsipiky ny fandikana ara-paminaniana ny Revolisiona frantsay. Mandrakariva i Jesosy no mampiseho ny fiafaran’ny zavatra iray amin’ny fiandohan’ny zavatra iray, koa ny Revolisiona rosiana no fiafaran’ny Revolisiona frantsay.</w:t>
      </w:r>
    </w:p>
    <w:p>
      <w:pPr>
        <w:pStyle w:val="ArticleBody"/>
        <w:jc w:val="left"/>
      </w:pPr>
      <w:r>
        <w:rPr>
          <w:rFonts w:ascii="Times New Roman" w:hAnsi="Times New Roman" w:eastAsia="Times New Roman" w:cs="Times New Roman"/>
        </w:rPr>
        <w:t>I Vladimir Putin dia maneho ny mpitarika farany amin’ny firenena iray natsangana tao anatin’ny revolisiona iray nentin’ny tsy finoana an’Andriamanitra an’i Egypta. Ny mpitarika voalohany tao Rosia dia i Vladimir Lenin. Ny anarana hoe “Vladimir” dia avy amin’ny fototra Slavy ary voaforon’ny singa roa: “vlad” sy “mir.” Ny hoe “vlad” dia avy amin’ny fototeny Slavy “vladeti,” izay midika hoe “hanapaka” na hitana fahefana. Ny hoe “mir” dia midika hoe “izao tontolo izao”. Ilay Vladimir voalohany (Lenin) dia tandindon’ilay Vladimir farany (Putin), izay tandindonin’ny mpitarika voalohan’ny revolisionan’ny tsy finoana an’Andriamanitra (Napoléon) koa.</w:t>
      </w:r>
    </w:p>
    <w:p>
      <w:pPr>
        <w:pStyle w:val="ArticleBody"/>
        <w:jc w:val="left"/>
      </w:pPr>
      <w:r>
        <w:rPr>
          <w:rFonts w:ascii="Times New Roman" w:hAnsi="Times New Roman" w:eastAsia="Times New Roman" w:cs="Times New Roman"/>
        </w:rPr>
        <w:t>Taorian’ny faharesen’i Napoléon tamin’ny Adin’ny Firaisan’ny Enina sy ny Fifanarahana tao Fontainebleau tamin’ny Aprily 1814, dia niala tamin’ny seza fiandrianan’i Frantsa izy ka natao sesitany tany amin’ny nosy Elba ao amin’ny Ranomasina Mediteranea. Nomena fiandrianana tamin’io nosy io izy ary navela hihazona ny anaram-boninahitra hoe Emperora, na dia voafetra be aza izany fahefana izany. Nandany folo volana teo ho eo tany Elba i Napoléon, ka nandritra izany no namolavolany drafitra hiverenany eo amin’ny fitondrana tao Frantsa. Taorian’ny fandosirany avy tany Elba sy ny fiverenany vetivety teo amin’ny fahefana tao Frantsa nandritra ny Zato Andro, dia resy tanteraka i Napoléon tamin’ny Ady tao Waterloo tamin’ny Jona 1815. Taorian’io faharesena io, dia tapa-kevitra ny hisakana an’i Napoléon tsy hiteraka korontana intsony ny hery mpiray dina, indrindra fa i Grande-Bretagne. Noho izany, dia natao sesitany indray izy, tamin’ity indray mitoraka ity tany amin’ny nosy lavitra Saint Helena any amin’ny Atlantika Atsimo. Nandany ny sisa tamin’ny androm-piainany tany an-tsesitany tao Saint Helena i Napoléon mandra-pahafatiny tamin’ny 1821.</w:t>
      </w:r>
    </w:p>
    <w:p>
      <w:pPr>
        <w:pStyle w:val="ArticleBody"/>
        <w:jc w:val="left"/>
      </w:pPr>
      <w:r>
        <w:rPr>
          <w:rFonts w:ascii="Times New Roman" w:hAnsi="Times New Roman" w:eastAsia="Times New Roman" w:cs="Times New Roman"/>
        </w:rPr>
        <w:t>Putin dia solontenan’ilay KGB mpiandany amin’ny filaminana fahiny. Ny KGB no sampan-draharaha lehibe misahana ny filaminam-panjakana sy ny fitsikilovana tao amin’ny Firaisana Sovietika nanomboka tamin’ny 1954 ka hatramin’ny fandravana azy tamin’ny 1991. Izy no niandraikitra ny filaminana anatiny, ny fanoherana ny fitsikilovana, ary ny fanangonana vaovao miafina, na tao an-toerana izany na tany ivelany. Nalaza ny KGB noho ny tambajotran’ireo mpitsikilo marobe nananany, ny asam-panarahamaso nataony, ary ny anjara asany tamin’ny fitazonana ny fanjakazakan’ny fitondrana Komonista teo ambonin’ny mponina. Vladimir Putin dia mpikambana tao amin’ny KGB (Committee for State Security), ilay sampan-draharaha lehibe misahana ny filaminana sy ny fitsikilovana tao amin’ny Firaisana Sovietika.</w:t>
      </w:r>
    </w:p>
    <w:p>
      <w:pPr>
        <w:pStyle w:val="ArticleBody"/>
        <w:jc w:val="left"/>
      </w:pPr>
      <w:r>
        <w:rPr>
          <w:rFonts w:ascii="Times New Roman" w:hAnsi="Times New Roman" w:eastAsia="Times New Roman" w:cs="Times New Roman"/>
        </w:rPr>
        <w:t>Putin dia niditra tao amin’ny KGB tamin’ny 1975 taorian’ny nahavitany fianarana tao amin’ny Oniversitem-panjakana ao Leningrad. Niasa tao amin’ny KGB i Putin mandra-pirodanan’ny Firaisana Sôvietika tamin’ny 1991, ary taorian’izany dia niditra teo amin’ny sehatra politika izy ka nony farany dia tonga ho Filohan’i Rosia tamin’ny 2000. Ny fiaviany tao amin’ny KGB dia nisy fiantraikany lehibe teo amin’ny fomba fitantanany sy ny politikany ivelany. Ny sesitany voalohany nahazo an’i Napoleon tao amin’ny Nosin’i Elba dia maneho ny tantara nanomboka tamin’ny 1991 ka hatramin’ny taona 2000, fotoana izay niverenan’ny filozofian’ny KGB. Rehefa resin-kafatra amin’ny farany i Putin, araka ny aseho ao amin’ny andininy faha-telo ambin’ny folo ka hatramin’ny faha-dimy ambin’ny folo, izany faharesena faharoa izany (ny voalohany dia tamin’ny 1989) dia tandindonin’i Waterloo sy ny sesitany faharoa nahazo an’i Napoleon, izay nahafatesany.</w:t>
      </w:r>
    </w:p>
    <w:p>
      <w:pPr>
        <w:pStyle w:val="ArticleBody"/>
        <w:jc w:val="left"/>
      </w:pPr>
      <w:r>
        <w:rPr>
          <w:rFonts w:ascii="Times New Roman" w:hAnsi="Times New Roman" w:eastAsia="Times New Roman" w:cs="Times New Roman"/>
        </w:rPr>
        <w:t>Napoléon dia nanome ny ratra mahafaty ny fahefana papaly tamin’ny 1798 sy 1799. Tamin’ny 1799 dia nifarana tany Frantsa ny Revolisiona Frantsay, nefa tamin’ny 1917 dia tonga tany Rosia izany tao amin’ny Revolisiona Bolshevika. Tamin’ny 1917 dia niseho tany Portiogaly ny fahagagana tao Fatima, ary ireo ankizy telo izay nolazaina fa nifandray tamin’i Maria sy Josefa dia nomena hafatra miafina telo. Miafina ireo hafatra telo ireo amin’ny heviny hoe ny papa ihany, dia ny mpanjakan’ny avaratra, no tokony hamaky azy. Nibaiko ny papa ireo hafatra mba hiantso fivoriana manokana miaraka amin’ireo mpitarika ny Fiangonana Katolika sy hanao fombafomba manokana mba hanokanana an’i Rosia, izay vao lasa Rosia kaominista tamin’ny taona teo aloha, ho an’i Maria virijiny.</w:t>
      </w:r>
    </w:p>
    <w:p>
      <w:pPr>
        <w:pStyle w:val="ArticleBody"/>
        <w:jc w:val="left"/>
      </w:pPr>
      <w:r>
        <w:rPr>
          <w:rFonts w:ascii="Times New Roman" w:hAnsi="Times New Roman" w:eastAsia="Times New Roman" w:cs="Times New Roman"/>
        </w:rPr>
        <w:t>Ny hafatra dia nirakitra fampitandremana fa raha mandà tsy hanatanteraka ny didy hanokanana an’i Rosia ho an’i Maria ny papa, dia hijaly amin’ny ady lehibe eran-tany hafa indray izao tontolo izao (ny ady lehibe voalohany eran-tany dia hifarana ny volana manaraka aorian’ilay fahagagana). Nanjary rafitra iray ho an’ny fandikana ara-paminaniana katolika mpandala ny nentin-drazana ny hafatry Fatima. Izy io dia namaritra tolona iray tao anatin’ny Fiangonana Katolika teo amin’ny katolisisma mpandala ny nentin-drazana, izay nosoloan’ny papa Joany Paoly II sy ny konsily voalohany tao Vatikana, sy ny katolisisma liberaly, izay nosoloan’ilay “papa woke” amin’izao fotoana izao sy ny konsily faharoa tao Vatikana.</w:t>
      </w:r>
    </w:p>
    <w:p>
      <w:pPr>
        <w:pStyle w:val="ArticleBody"/>
        <w:jc w:val="left"/>
      </w:pPr>
      <w:r>
        <w:rPr>
          <w:rFonts w:ascii="Times New Roman" w:hAnsi="Times New Roman" w:eastAsia="Times New Roman" w:cs="Times New Roman"/>
        </w:rPr>
        <w:t>Ao amin’ireo hafatry Fatima, ny “papa tsara” dia ilay “papa fotsy”, ary ny “papa ratsy” dia ilay “papa mainty”. Ny papa tsara, dia ny Papa Joany Paoly II, ilay papa mpandala ny nentin-drazana izay nanondro ny Virjiny tao Fatima ho sampy mpitari-dalana azy, ary ny papa ratsy dia ilay papa “woke”, izay mandà koa ny hafatra rehetra avy amin’ilay antsoina hoe virjiny Maria. Rehefa mitsidika ny fitoerana masina ao Fatima, any Portiogaly, ianao, dia eo am-pidirana ny tokotany no misy vavahady napetraka eo anelanelan’ny sarivongana goavana roa: papa mainty eo an-daniny iray ary papa fotsy eo an-daniny iray, ka izany no maneho ny tolona anatiny voatondro ao amin’ireo faminanian’i Fatima.</w:t>
      </w:r>
    </w:p>
    <w:p>
      <w:pPr>
        <w:pStyle w:val="ArticleBody"/>
        <w:jc w:val="left"/>
      </w:pPr>
      <w:r>
        <w:rPr>
          <w:rFonts w:ascii="Times New Roman" w:hAnsi="Times New Roman" w:eastAsia="Times New Roman" w:cs="Times New Roman"/>
        </w:rPr>
        <w:t>Ny singa iray hafa amin’ireo hafatra miafina telo tao Fatima dia ny fanamafisana ny ady nifanaovan’ny Katolisisma (ny mpanjakan’ny avaratra) sy ny tsy finoana an’Andriamanitra (ny mpanjakan’ny atsimo). Raha tsy ekena fa ny ady misy eo amin’ny Katolisisma sy i Rosia tsy mino an’Andriamanitra dia lohahevitry ny faminaniana satanika, izay mitarika ampahany lehibe amin’ny Katolisisma, dia sarotra—raha tsy hoe tsy azo atao mihitsy—ny mahatakatra ny fanohanana nomen’ny fiangonana Katolika an’i Alemaina Nazi nandritra ny Ady Lehibe Faharoa.</w:t>
      </w:r>
    </w:p>
    <w:p>
      <w:pPr>
        <w:pStyle w:val="ArticleBody"/>
        <w:jc w:val="left"/>
      </w:pPr>
      <w:r>
        <w:rPr>
          <w:rFonts w:ascii="Times New Roman" w:hAnsi="Times New Roman" w:eastAsia="Times New Roman" w:cs="Times New Roman"/>
        </w:rPr>
        <w:t>Ny Adin’i Leningrad, izay naharitra hatramin’ny 8 Septambra 1941 ka hatramin’ny 27 Janoary 1944 nandritra ny Ady Lehibe Faharoa, dia iray amin’ireo fahirano naharitra indrindra sy nahatsiravina indrindra teo amin’ny tantara. Ny Adin’i Stalingrad, izay nitranga hatramin’ny 23 Aogositra 1942 ka hatramin’ny 2 Febroary 1943, dia heverina matetika ho ady nandatsahan-dra indrindra sy manan-danja indrindra tamin’ny Ady Lehibe Faharoa. Niteraka fatiantoka olona goavana teo amin’ny andaniny sy ny ankilany izany, ary tombanana ho nihoatra ny 2 tapitrisa ny fitambaran’ny fatiantoka, anisan’izany ny maty, ny naratra, ary ny miaramila voababo. Ny Adin’i Stalingrad koa dia nanamarika fiovam-pitodihana teo amin’ny ady, satria niafara tamin’ny fandresena lehibe azon’ny Tafika Sovietika tamin’ny Tafika Alemàna izany ary nitarika ho amin’ny faharesen’i Alemaina Nazi tatỳ aoriana.</w:t>
      </w:r>
    </w:p>
    <w:p>
      <w:pPr>
        <w:pStyle w:val="ArticleBody"/>
        <w:jc w:val="left"/>
      </w:pPr>
      <w:r>
        <w:rPr>
          <w:rFonts w:ascii="Times New Roman" w:hAnsi="Times New Roman" w:eastAsia="Times New Roman" w:cs="Times New Roman"/>
        </w:rPr>
        <w:t>Raha tsy ekena fa ny ady nataon’i Alemaina Nazi tamin’i Rosia, indrindra tao anatin’ireo ady roa vao notononina ireo, dia sarotra ny mahatakatra ny anjara toeran’i Alemaina amin’ny maha-mpiara-dia miafina azy amin’ny Fiangonana Katolika. Raha tsy takarina ny foto-kevitry ny ady ara-panahy teo amin’ny Katolisma, izay noentanin’ny faminaniana satanika nataon’i Maria avy any Fatima, hanoherana ny tsy finoana an’Andriamanitra tao Rosia, ary tatỳ aoriana ny Firaisana Sovietika Komonista, dia very ny lojika nanetsika ny Katolisma hanafina mangingina sy avy eo hitatitra ireo mpanao heloka bevava tamin’ny ady Nazi nanerana izao tontolo izao taorian’ny Ady Lehibe Faharoa. Ny Nazi dia tafika nisolo tena ny Katolisma tamin’ny tolony nanohitra an’i Rosia.</w:t>
      </w:r>
    </w:p>
    <w:p>
      <w:pPr>
        <w:pStyle w:val="ArticleBody"/>
        <w:jc w:val="left"/>
      </w:pPr>
      <w:r>
        <w:rPr>
          <w:rFonts w:ascii="Times New Roman" w:hAnsi="Times New Roman" w:eastAsia="Times New Roman" w:cs="Times New Roman"/>
        </w:rPr>
        <w:t>Ao anatin’ity lojika ara-paminaniana ity no ahitana an’i Putin, ilay filohan’i Rosia tsy mino an’Andriamanitra, tafiditra ao anatin’ny ady any Okraina, izay fantatra ampahibemaso fa Nazia ny mpitarika azy. Ny tafika an-tanety amin’ny adin’i Fatima manohitra ny tsy finoana an’Andriamanitra, hatramin’ny Ady Lehibe Faharoa sy nanomboka teo, dia ny fasista sy ny Nazisma. Mazava ho azy fa, na dia voarakitra an-tsoratra tsara aza io zava-misy mikasika ny mpitarika ao amin’ny governemanta Okrainiana io, ny fisehoana maoderina amin’ny Reich Ministry of Public Enlightenment and Propaganda an’i Hitler (ny fampahalalam-baovao mahazatra) dia nanafina ireo zava-misy ireo araka izay tratry ny heriny.</w:t>
      </w:r>
    </w:p>
    <w:p>
      <w:pPr>
        <w:pStyle w:val="ArticleBody"/>
        <w:jc w:val="left"/>
      </w:pPr>
      <w:r>
        <w:rPr>
          <w:rFonts w:ascii="Times New Roman" w:hAnsi="Times New Roman" w:eastAsia="Times New Roman" w:cs="Times New Roman"/>
        </w:rPr>
        <w:t>Ny anarana hoe “Ukraine” dia avy amin’ny teny slavy hoe “ukraina,” izay midika hoe “faritra sisintany” na “ny sisiny.” Tamin’ny lafiny ara-tantara, io voambolana io dia nanondro ireo faritra sisintanin’ny Kievan Rus’, ilay fanjakana tamin’ny Andro Antenatenany izay nialoha an’i Ukraine ankehitriny, ary mitoetra eo amin’ny fihaonan-dàlan’i Eoropa Atsinanana sy i Eorazia izy. Nandritra ny tantara manontolo, dia toerana fihaonan’ny kolontsaina sy ny sivilizasiona ary ny empira samihafa izy, anisan’izany ny Empira Bizantina, ny Empira Ottomanina, ny Empira Rosiana, ary ny hafa. Ny toerana stratejika misy azy no nahatonga azy ho faritra anoloan-tsisintany izay niaina fifandraisana ara-kolontsaina, ara-politika, ary ara-tafika lehibe. Nandritra ny vanim-potoana tamin’ny Andro Antenatenany, Ukraine no faritra sisintanin’ny Kievan Rus’, izay fanjakana mahery vaika nahafaoka ampahany amin’i Ukraine, Rosia, ary Belarosia ankehitriny. Raha nihanitatra sy nihena ny Kievan Rus’ rehefa nandeha ny fotoana, dia niova matetika ny sisintaniny, ary i Ukraine dia nitoetra hatrany teo amin’ny manodidina ivelan’ny foiben’ilay fanjakana.</w:t>
      </w:r>
    </w:p>
    <w:p>
      <w:pPr>
        <w:pStyle w:val="ArticleBody"/>
        <w:jc w:val="left"/>
      </w:pPr>
      <w:r>
        <w:rPr>
          <w:rFonts w:ascii="Times New Roman" w:hAnsi="Times New Roman" w:eastAsia="Times New Roman" w:cs="Times New Roman"/>
        </w:rPr>
        <w:t>Taorian’ny firodanan’ny Firaisana Sovietika tamin’ny 1989, araka ny aseho ao amin’ny andininy faha-folo, ny andininy faha-iraika ambin’ny folo sy faha-roa ambin’ny folo dia manondro ady iray izay namalian’ny mpanjakan’ny atsimo ka nandreseny ny mpanjakan’ny avaratra. Tao Rafia no niadian’izany ady izany, izay sisin-tanin’ny fanjakazakan’ny mpanjakan’ny atsimo sy ny mpanjakan’ny avaratra.</w:t>
      </w:r>
    </w:p>
    <w:p>
      <w:pPr>
        <w:pStyle w:val="ArticleBody"/>
        <w:jc w:val="left"/>
      </w:pPr>
      <w:r>
        <w:rPr>
          <w:rFonts w:ascii="Times New Roman" w:hAnsi="Times New Roman" w:eastAsia="Times New Roman" w:cs="Times New Roman"/>
        </w:rPr>
        <w:t>Ny Adin’i Raphia, izay nitranga tamin’ny 217 talohan’i Kristy, dia avy amin’ny anaran’ilay tanàna teo akaikin’izay nitrangan’ny ady. Raphia dia tanàna iray tao amin’ny faritra amorontsirak’i Palestina fahiny, teo akaikin’ny sisintany nizara ny Fanjakana Ptolemaika tao Egypta sy ny Empira Seleokida. Tamin’ny fotoana nisian’ilay ady, ny sisintany teo amin’ny Fanjakana Ptolemaika tao Egypta, izay notarihin’i Mpanjaka Ptolemaiosy IV Philopator, sy ny Empira Seleokida, izay notarihin’i Mpanjaka Antiochosy III, dia teo amin’ny manodidina an’i Raphia. Teo akaikin’io faritra sisintany io no niadiana, satria samy nitady hanamafy ny fifehezany ireo faritany stratejika tao amin’ny Levanta ny andaniny sy ny ankilany.</w:t>
      </w:r>
    </w:p>
    <w:p>
      <w:pPr>
        <w:pStyle w:val="ArticleBody"/>
        <w:jc w:val="left"/>
      </w:pPr>
      <w:r>
        <w:rPr>
          <w:rFonts w:ascii="Times New Roman" w:hAnsi="Times New Roman" w:eastAsia="Times New Roman" w:cs="Times New Roman"/>
        </w:rPr>
        <w:t>Ny tanàna fahiny atao hoe Rafia dia miorina eo akaikin’ny tanàna maoderina atao hoe Rafah. Rafah dia tanàna any amin’ny faritra atsimon’ny Gaza Strip, izay anisan’ny faritany palestiniana. Taorian’ny fandresen’i Ptolemaios tao Rafia tamin’ny 217 talohan’i Kristy, dia nanomboka fanenjehana tamin’ny Jiosy tao Jerosalema izy, ary koa tany Egypta. Vetivety ihany izany fandresena izany, ary nihaona tamin’ny “Waterloo”-ny izy, raha azo lazaina izany, ao amin’ireo andininy telo manaraka. Ao amin’ny andininy faha-telo ambin’ny folo, dia miverina ilay mpanjakan’ny avaratra izay efa resin-dry zareo teo aloha, ary amin’ny andininy faha-dimy ambin’ny folo dia mandresy tanteraka ny mpanjakan’ny atsimo izy.</w:t>
      </w:r>
    </w:p>
    <w:p>
      <w:pPr>
        <w:pStyle w:val="ArticleBody"/>
        <w:jc w:val="left"/>
      </w:pPr>
      <w:r>
        <w:rPr>
          <w:rFonts w:ascii="Times New Roman" w:hAnsi="Times New Roman" w:eastAsia="Times New Roman" w:cs="Times New Roman"/>
        </w:rPr>
        <w:t>Ny fandresen’i Putin ao Okraina dia hampiasain’i Putin, manamboninahitra talohan’ny KGB izay niavaka tamin’ny propagandy, indrindra indrindra mba hamoahana miharihary ny fakany nazi-n’ny fitarihana Okrainiana, ary koa hamoahana miharihary ireo ao amin’ny Tontolo Tandrefana izay nanohana io fitondrana io noho ny fitiavam-bola ara-toekarena, ary tsy isalasalana fa hamoahana miharihary koa ireo toeram-piasana miafina sy laboratoara biolojika miafina ampiasain’ireo globalista, izay novatsian’ny hetran’ny mpandoa hetra ao Etazonia vola.</w:t>
      </w:r>
    </w:p>
    <w:p>
      <w:pPr>
        <w:pStyle w:val="ArticleBody"/>
        <w:jc w:val="left"/>
      </w:pPr>
      <w:r>
        <w:rPr>
          <w:rFonts w:ascii="Times New Roman" w:hAnsi="Times New Roman" w:eastAsia="Times New Roman" w:cs="Times New Roman"/>
        </w:rPr>
        <w:t>Ireo fanambaràna ireo dia handrava ny hevitra ambaran’ireo globalista maneran-tany amin’izao fotoana izao, ary koa ireo mpitondra teny sy mpandaha-tenin’ny Antoko Demokraty any Etazonia. Io fandresena ho an’i Putin io no hanome ny fanomezan-dalana ho an’ilay Filoha fahavalo, dia ilay avy amin’ny fito, mba handray ny anjara asany amin’ny maha-mpanao jadona ara-paminaniana azy, izay miseho eo amin’ny tantara mialoha kelin’ny andininy fahenina ambin’ny folo; ary ny andininy fahenina ambin’ny folo dia ny lalàn’ny Alahady izay ho avy tsy ho ela.</w:t>
      </w:r>
    </w:p>
    <w:p>
      <w:pPr>
        <w:pStyle w:val="ArticleBody"/>
        <w:jc w:val="left"/>
      </w:pPr>
      <w:r>
        <w:rPr>
          <w:rFonts w:ascii="Times New Roman" w:hAnsi="Times New Roman" w:eastAsia="Times New Roman" w:cs="Times New Roman"/>
        </w:rPr>
        <w:t>Ao amin’ny andininy fahatelo ambin’ny folo, ny mpanjakan’ny avaratra dia manangona indray ny tafiny, ary ao amin’ny andininy fahatelo ambin’ny folo sy efatra ambin’ny folo, Roma jentilisa dia ampidirina ao amin’ny tantara voalohany, na dia mbola tsy ilay mpanjakan’ny avaratra aza izy amin’izany. Eo no anondroana azy ho ilay tandindona izay “manorina ny fahitana”, ary ho ilay fahefana izay manandra-tena avy eo dia lavo. Rehefa avy nandresy tamin’ny ady tao Okraina i Putin, dia hanomboka hanandratra ny tenany ho ao anatin’ny politika maneran-tany ny fahefana papaly, mialoha indrindra ny lalàn’ny Alahady ao amin’ny andininy fahenina ambin’ny folo.</w:t>
      </w:r>
    </w:p>
    <w:p>
      <w:pPr>
        <w:pStyle w:val="ArticleBody"/>
        <w:jc w:val="left"/>
      </w:pPr>
      <w:r>
        <w:rPr>
          <w:rFonts w:ascii="Times New Roman" w:hAnsi="Times New Roman" w:eastAsia="Times New Roman" w:cs="Times New Roman"/>
        </w:rPr>
        <w:t>Ny Revolisiona Frantsay, sy ny fifandraisany amin’ny Revolisiona Rosiana; Napoléon sy Putin; ny fahagagana tao Fatima, sy ireo zava-miafina telo ao aminy; ny firaisana miafina teo amin’ny Vatikana sy Hitler, ny firaisana miafina teo amin’ny Vatikana sy Reagan, dia “kodiarana” ara-paminaniana avokoa izay mifanojo ao amin’ny tantaran’ny andininy iraika ambin’ny folo ka hatramin’ny fahadimy ambin’ny folo, izay miseho mandritra ny vanim-potoara miainga amin’ny 11 Septambra 2001 ka hatramin’ny lalàna Alahady any Etazonia. Zava-dehibe ny nanolorana famintinana fohy momba ireo “kodiarana” ara-paminaniana ireo, alohan’ny handraisantsika ny andininy fahafolo.</w:t>
      </w:r>
    </w:p>
    <w:p>
      <w:pPr>
        <w:pStyle w:val="ArticleBody"/>
        <w:jc w:val="left"/>
      </w:pPr>
      <w:r>
        <w:rPr>
          <w:rFonts w:ascii="Times New Roman" w:hAnsi="Times New Roman" w:eastAsia="Times New Roman" w:cs="Times New Roman"/>
        </w:rPr>
        <w:t>Ity lahatsoratra manaraka ity dia nalaina avy amin’ny “NBC news,” izay tena anisan’ny “Main Stream Media” indrindra araka izay azo atao, ary ny “MSM” dia endrika maoderina amin’ilay milina fampielezan-kevitra nampiasain’i Hitler tamin’ny Ady Lehibe Faharoa. Mazava ho azy fa manohitra an’i Putin sy i Rosia ary manohana an’i Okraina ilay lahatsoratra, kanefa tsy izany no fototra resahina. Amin’ny maha-olom-pirenen’ny fanjakana any an-danitra antsika, dia tsy tokony hanohana na ny andaniny na ny ankilany amin’ny asan’i Satana ny olon’Andriamanitra, ary asan’i Satana ny ady rehetra.</w:t>
      </w:r>
    </w:p>
    <w:p>
      <w:pPr>
        <w:pStyle w:val="ArticleBody"/>
        <w:jc w:val="left"/>
      </w:pPr>
      <w:r>
        <w:rPr>
          <w:rFonts w:ascii="Times New Roman" w:hAnsi="Times New Roman" w:eastAsia="Times New Roman" w:cs="Times New Roman"/>
        </w:rPr>
        <w:t>Ny tanjon’ity lahatsoratra ity dia ny hanome lalana ireo izay tsy mbola mahalala ny ady ara-paminaniana misy eo amin’ny Katolisisma (ny mpanjakan’ny avaratra) sy ny ateisma (ny mpanjakan’ny atsimo), ary koa ny zava-misy fa, tao amin’ny adin’ireo hery ara-paminaniana roa ireo, ny Nazisma dia nampiasaina ho tafika solontenan’ny Katolisisma (tahaka ny nampiasana an’i Etazonia tamin’ny 1989). Ireo mpianatra ny faminaniana dia mila manana porofo ampy hahitany fa ny tantara ambadiky ny Ady Lehibe Faharoa sy ny Ady Mangatsiaka dia aseho ao amin’ny ady ankehitriny any Okraina, satria izany no fanatanterahana ny andininy faha-11 sy faha-12 ao amin’ny toko faha-11 ao amin’ny Daniela.</w:t>
      </w:r>
    </w:p>
    <w:p>
      <w:pPr>
        <w:pStyle w:val="ArticleScripture"/>
        <w:jc w:val="left"/>
      </w:pPr>
      <w:r>
        <w:rPr>
          <w:rFonts w:ascii="Times New Roman" w:hAnsi="Times New Roman" w:eastAsia="Times New Roman" w:cs="Times New Roman"/>
        </w:rPr>
        <w:t>“Naseho teo anatrehan’ny vahoaka ireo zava-nitranga teo amin’ny tantara, izay naneho ny fahatanterahana mivantana ny faminaniana, ary hita fa ny faminaniana dia fanehoana an’ohatra ny zava-mitranga izay mitarika midina ho amin’ny famaranana ny tantaran’ity tany ity.” Selected Messages, boky 2, 102.</w:t>
      </w:r>
    </w:p>
    <w:p>
      <w:pPr>
        <w:pStyle w:val="ArticleBody"/>
        <w:jc w:val="left"/>
      </w:pPr>
      <w:r>
        <w:rPr>
          <w:rFonts w:ascii="Times New Roman" w:hAnsi="Times New Roman" w:eastAsia="Times New Roman" w:cs="Times New Roman"/>
        </w:rPr>
        <w:t>Lahatsoratra NBC News: “Tena misy ny olan’i Okraina momba ny Nazi, na dia tsy marina aza ny filazan’i Putin momba ny ‘fanafoanana ny Nazi’”</w:t>
      </w:r>
    </w:p>
    <w:p>
      <w:pPr>
        <w:pStyle w:val="ArticleScripture"/>
        <w:jc w:val="left"/>
      </w:pPr>
      <w:r>
        <w:rPr>
          <w:rFonts w:ascii="Times New Roman" w:hAnsi="Times New Roman" w:eastAsia="Times New Roman" w:cs="Times New Roman"/>
        </w:rPr>
        <w:t>Amin’ireo fanodinkodinana maro novokarin’ny Filohan’i Rosia, Vladimir Putin, mba hanamarinana ny fanafihan’i Rosia an’i Okraina, angamba ny tena hafahafa indrindra dia ny filazany fa natao mba “hanafoanana ny Nazia” ao amin’ilay firenena sy ny mpitondra azy izany hetsika izany. Raha nanangana ny antony nidirany tao amin’ny tanin’ny firenena mpifanolo-bodirindrina aminy tamin’ny fiara mifono vy sy fiaramanidina mpiady i Putin, dia nilaza izy fa natao “hiarovana ny olona” izay “niharan’ny fampijaliana sy fandripahana ara-poko,” izany fihetsika izany, ary fa i Rosia “hiezaka hanatanteraka ny fanafoanana fitaovam-piadiana sy ny fanafoanana ny Nazia ao Okraina.”</w:t>
      </w:r>
    </w:p>
    <w:p>
      <w:pPr>
        <w:pStyle w:val="ArticleScripture"/>
        <w:jc w:val="left"/>
      </w:pPr>
      <w:r>
        <w:rPr>
          <w:rFonts w:ascii="Times New Roman" w:hAnsi="Times New Roman" w:eastAsia="Times New Roman" w:cs="Times New Roman"/>
        </w:rPr>
        <w:t>Ny asa manimba ataon’i Putin — ka anisany ny fandravana ireo fiarahamonina jiosy — dia mampiharihary mazava fa mandainga izy rehefa milaza fa ny tanjony dia ny hiantoka ny fiadanan’iza na iza.</w:t>
      </w:r>
    </w:p>
    <w:p>
      <w:pPr>
        <w:pStyle w:val="ArticleScripture"/>
        <w:jc w:val="left"/>
      </w:pPr>
      <w:r>
        <w:rPr>
          <w:rFonts w:ascii="Times New Roman" w:hAnsi="Times New Roman" w:eastAsia="Times New Roman" w:cs="Times New Roman"/>
        </w:rPr>
        <w:t>Raha jerena ivelany, dia tsy mitombina tanteraka ny fanaratsian’i Putin, indrindra fa satria Jiosy ny Filohan’i Okraina, Volodymyr Zelenskyy, ary efa nilaza izy fa nisy mpikambana tao amin’ny fianakaviany novonoina nandritra ny Ady Lehibe Faharoa. Tsy misy porofo koa milaza fa misy famonoana faobe na fanadiovana ara-poko mitranga ao Okraina tato ho ato. Ambonin’izany, tetika politika mahazatra ao Rosia ny fanondroana ny fahavalo ho Nazi, indrindra avy amin’ny mpitondra iray izay mankasitraka fampielezana vaovao diso ary te hampihetsi-po ny fihetseham-pamalian-katezeram-pirenena manoloana ny fahavalo tamin’ny Ady Lehibe Faharoa mba hanamarinana ny fandresena an-keriny.</w:t>
      </w:r>
    </w:p>
    <w:p>
      <w:pPr>
        <w:pStyle w:val="ArticleScripture"/>
        <w:jc w:val="left"/>
      </w:pPr>
      <w:r>
        <w:rPr>
          <w:rFonts w:ascii="Times New Roman" w:hAnsi="Times New Roman" w:eastAsia="Times New Roman" w:cs="Times New Roman"/>
        </w:rPr>
        <w:t>Kanefa na dia mirotsaka amin’ny propagandy aza i Putin, dia marina ihany koa fa manana olana tena izy momba ny Nazia i Okraina — na tamin’ny lasa izany na amin’izao fotoana izao. Ny asa fandravana ataon’i Putin — anisan’izany ny fandravana ireo fiarahamonina jiosy — dia mampiseho mazava fa mandainga izy rehefa milaza fa ny tanjony dia ny hiantoka ny fiadanan’iza na iza. Saingy na dia zava-dehibe aza ny miaro ny saina mavo sy manga manoloana ny herisetra feno habibian’ny Kremlin, dia ho tsikombakomba mampidi-doza ny mandà ny tantaran’ny fankahalana Jiosy tao Okraina sy ny fiarahany niasa tamin’ireo Nazin’i Hitler, ary koa ny fandraisana tatỳ aoriana ireo vondrona neo-Nazi amin’ny faritra sasany.</w:t>
      </w:r>
    </w:p>
    <w:p>
      <w:pPr>
        <w:pStyle w:val="ArticleScripture"/>
        <w:jc w:val="left"/>
      </w:pPr>
      <w:r>
        <w:rPr>
          <w:rFonts w:ascii="Times New Roman" w:hAnsi="Times New Roman" w:eastAsia="Times New Roman" w:cs="Times New Roman"/>
        </w:rPr>
        <w:t>Nahoana no iresahana amin’ny fangorahana lehibe toy izany ireo Okrainiana mandositra? Fotsy hoditra izy ireo.</w:t>
      </w:r>
    </w:p>
    <w:p>
      <w:pPr>
        <w:pStyle w:val="ArticleScripture"/>
        <w:jc w:val="left"/>
      </w:pPr>
      <w:r>
        <w:rPr>
          <w:rFonts w:ascii="Times New Roman" w:hAnsi="Times New Roman" w:eastAsia="Times New Roman" w:cs="Times New Roman"/>
        </w:rPr>
        <w:t>Tamin’ny ankatoky ny Ady Lehibe Faharoa, i Okraina dia fonenan’ny iray amin’ireo vondrom-piarahamonina Jiosy lehibe indrindra tany Eorôpa, ka ny tombatombana sasany dia nahatratra hatramin’ny 2,7 tapitrisa, isa mahatalanjona raha heverina ny tantara lavan’ilay faritany momba ny fankahalana Jiosy sy ny pôgrôma. Tamin’ny farany, maherin’ny antsasany no ho ringana. Rehefa azon’ny tafika alemà i Kyiv tamin’ny 1941, dia noraisina tamin’ny sora-baventy “Heil Hitler” izy ireo. Tsy ela taorian’izay, Jiosy efa ho 34 000 — niaraka tamin’ny Roma sy ireo “tsy ilaina” hafa — no nosamborina sy nalahatra handeha ho any amin’ny saha ivelan’ny tanàna tamin’ny fialan-tsiny hoe hafindra monina, kanjo novonoina faobe tamin’ilay nantsoina tatỳ aoriana hoe “Holocauste tamin’ny bala.”</w:t>
      </w:r>
    </w:p>
    <w:p>
      <w:pPr>
        <w:pStyle w:val="ArticleScripture"/>
        <w:jc w:val="left"/>
      </w:pPr>
      <w:r>
        <w:rPr>
          <w:rFonts w:ascii="Times New Roman" w:hAnsi="Times New Roman" w:eastAsia="Times New Roman" w:cs="Times New Roman"/>
        </w:rPr>
        <w:t>Nandritra ny roa taona dia mbola notohizana ny famenoana ny lohasahan-driakan’i Babyn Yar ho fasana iombonana. Noho ny fahafatesan’olona novonoina tao izay nahatratra hatramin’ny 100 000, dia tonga iray amin’ireo toerana tokana lehibe indrindra nanaovana famonoana nandritra ny Holocaust izy io, ivelan’i Auschwitz sy ireo toby famonoana hafa. Nanamarika ny mpikaroka fa nandray anjara lehibe ny mponina teo an-toerana tamin’ny fanatanterahana ny baikon’ny Nazia hamono tao amin’ilay toerana.</w:t>
      </w:r>
    </w:p>
    <w:p>
      <w:pPr>
        <w:pStyle w:val="ArticleScripture"/>
        <w:jc w:val="left"/>
      </w:pPr>
      <w:r>
        <w:rPr>
          <w:rFonts w:ascii="Times New Roman" w:hAnsi="Times New Roman" w:eastAsia="Times New Roman" w:cs="Times New Roman"/>
        </w:rPr>
        <w:t>Amin’izao andro ankehitriny izao, i Okraina dia manana Jiosy eo anelanelan’ny 56.000 sy 140.000, izay mankafy fahafahana sy fiarovana izay tsy noeritreretin’ny raibe sy renibeny akory. Anisan’izany ny lalàna nohavaozina nolaniana tamin’ny volana lasa, izay manasazy ho heloka bevava ny asa feno fankahalana Jiosy. Indrisy anefa, io lalàna io dia natao hamaliana ny fisondrotana mazava teo amin’ny fanehoam-pankahalana ampahibemaso, anisan’izany ny fanimbana sinagoga sy tsangambato fahatsiarovana jiosy tamin’ny sarin’ny svastika, ary ireo diabe mampivarahontsana tany Kyiv sy tanàna hafa izay nankalaza ny Waffen SS.</w:t>
      </w:r>
    </w:p>
    <w:p>
      <w:pPr>
        <w:pStyle w:val="ArticleScripture"/>
        <w:jc w:val="left"/>
      </w:pPr>
      <w:r>
        <w:rPr>
          <w:rFonts w:ascii="Times New Roman" w:hAnsi="Times New Roman" w:eastAsia="Times New Roman" w:cs="Times New Roman"/>
        </w:rPr>
        <w:t>Tamin’ny fivoarana mampanahy iray hafa, i Okraina dia nanangana tato anatin’ny taona vitsivitsy sarivongana marobe manome voninahitra ireo nasionalista okrainiana, izay voaloton’ny lova tsy azo lavina amin’ny maha-solontenam-panjakana nazirà azy ireo. Ny gazety The Forward dia nandahatra ny sasany amin’ireo olona mendrika fanamelohana ireo, anisan’izany i Stepan Bandera, mpitarika ny Organization of Ukrainian Nationalists (OUN), izay ny mpanaraka azy dia niasa ho mpikambana tao amin’ny milisy eo an-toerana ho an’ny SS sy ny tafika alemàna. “Manana tsangambato am-polony maro sy anaran-dalambe am-polony maro manome voninahitra ity mpiara-miasa tamin’ny Nazia ity i Okraina, ampy ka nahatonga pejy Wikipedia roa misaraka ilaina momba azy,” hoy ny nosoratan’ny Forward.</w:t>
      </w:r>
    </w:p>
    <w:p>
      <w:pPr>
        <w:pStyle w:val="ArticleScripture"/>
        <w:jc w:val="left"/>
      </w:pPr>
      <w:r>
        <w:rPr>
          <w:rFonts w:ascii="Times New Roman" w:hAnsi="Times New Roman" w:eastAsia="Times New Roman" w:cs="Times New Roman"/>
        </w:rPr>
        <w:t>Olona iray hafa omem-boninahitra matetika koa i Roman Shukhevych, hajaina ho mpiady ho an’ny fahafahan’i Okraina, nefa koa mpitarika vondron’ny polisy mpanampy nazi nahatahorana, izay lazain’ny Forward fa “tompon’andraikitra tamin’ny famonoana tamin-kabibiana Jiosy an’arivony sy … Poloney.” Natsangana koa ny tsangambato ho an’i Yaroslav Stetsko, filoha indray mandeha tao amin’ny OUN, izay nanoratra hoe: “Manizingizina aho ny amin’ny fandringanana ny Jiosy ao Okraina.”</w:t>
      </w:r>
    </w:p>
    <w:p>
      <w:pPr>
        <w:pStyle w:val="ArticleScripture"/>
        <w:jc w:val="left"/>
      </w:pPr>
      <w:r>
        <w:rPr>
          <w:rFonts w:ascii="Times New Roman" w:hAnsi="Times New Roman" w:eastAsia="Times New Roman" w:cs="Times New Roman"/>
        </w:rPr>
        <w:t>Nahazo vahana ara-politika ihany koa ireo vondrona havanana faran’izay henjana tato anatin’ny folo taona lasa, ary tsy nisy nampangovitra kokoa noho ny Svoboda (fantatra taloha hoe Antoko Sosialy Nasionalin’i Okraina), izay nilazan’ny mpitarika azy fa voafehin’ny “mafia Moskovita-Jiosy” ilay firenena, ary ny lefiny kosa dia nampiasa teny fanaratsiana manohitra ny Jiosy hilazana an’ilay mpilalao sarimihetsika Jiosy teraka tany Okraina, Mila Kunis. Nandefa solombavambahoaka maromaro ho ao amin’ny Parlemanta Okrainiana ny Svoboda, anisan’izany ny iray izay niantso ny Holocaust hoe “vanim-potoana mamirapiratra” teo amin’ny tantaran’ny olombelona, araka ny Foreign Policy.</w:t>
      </w:r>
    </w:p>
    <w:p>
      <w:pPr>
        <w:pStyle w:val="ArticleScripture"/>
        <w:jc w:val="left"/>
      </w:pPr>
      <w:r>
        <w:rPr>
          <w:rFonts w:ascii="Times New Roman" w:hAnsi="Times New Roman" w:eastAsia="Times New Roman" w:cs="Times New Roman"/>
        </w:rPr>
        <w:t>Mampanahy tahaka izany koa, ireo neo-Nazi dia anisan’ny sasany amin’ireo andian-tafika an-tsitrapo mitombo isa ao Okraina. Efa zatra ady sy nohamafisin’ny fifandonana izy ireo, taorian’ny niadiany tamin’ny sasany amin’ireo ady an-dalambe mafy indrindra nanohitra ireo mpisintaka tohanan’i Moskva tany atsinanan’i Okraina, taorian’ny fanafihan’i Poutine an’i Krimea tamin’ny 2014. Anisan’izany ny Battalion Azov, izay naorin’ny olona iray mpanohana miharihary ny fahambonian’ny fotsy hoditra, izay nilaza fa ny tanjona nasionalin’i Okraina dia ny hanafaka ny firenena amin’ny Jiosy sy ireo foko hafa heveriny ho ambany. Tamin’ny 2018, ny Kongresy Amerikana dia nametra fa tsy azo ampiasaina “hanomezana fitaovam-piadiana, fiofanana na fanampiana hafa ho an’ny Battalion Azov” ny fanampiany an’i Okraina. Na dia izany aza, Azov dia mpikambana ofisialy ao anatin’ny Mpiambina Nasionalin’i Okraina ankehitriny.</w:t>
      </w:r>
    </w:p>
    <w:p>
      <w:pPr>
        <w:pStyle w:val="ArticleScripture"/>
        <w:jc w:val="left"/>
      </w:pPr>
      <w:r>
        <w:rPr>
          <w:rFonts w:ascii="Times New Roman" w:hAnsi="Times New Roman" w:eastAsia="Times New Roman" w:cs="Times New Roman"/>
        </w:rPr>
        <w:t>Tsy isalasalana fa tsy misy amin’izao toe-javatra mampitebiteby izao afaka manamarina ny fahoriana nahazo ny Okrainiana tato anatin’ny herinandro maromaro — ary tsy dia inoana loatra fa nisy tamin’ireo no nanosika an’i Putin raha nanomboka ny fanafihany izy. Eny tokoa, noho i Putin, ny Jiosy monina ao Odessa, Kharkiv, ary tanàna hafa any atsinanana dia iharan’ny fahoriana faran’izay mafy. Raha maro no efa nitady fialofana tany amin’ny synagoga sy foibe jiosy eo an-toerana, ny sasany kosa dia nandositra nankany amin’ny firenena vahiny, anisan’izany i Israely, izay efa niantso ny Jiosy rehetra hiala ao Okraina.</w:t>
      </w:r>
    </w:p>
    <w:p>
      <w:pPr>
        <w:pStyle w:val="ArticleScripture"/>
        <w:jc w:val="left"/>
      </w:pPr>
      <w:r>
        <w:rPr>
          <w:rFonts w:ascii="Times New Roman" w:hAnsi="Times New Roman" w:eastAsia="Times New Roman" w:cs="Times New Roman"/>
        </w:rPr>
        <w:t>Ny raibeko sy renibeko manokana aza dia voatery nandositra an’i Okraina andrefana mba hiala amin’ny fanenjehana, ary mampalahelo tokoa ny mahita izao tsingerina izao mitohy. Raha miroso ho amin’ny korontana sy fikomiana ny firenena, dia mety ho tandindomin-doza indray ny Jiosy avy amin’ny sasany amin’ireo mpiara-belona aminy. Ny tsy fanekena izao loza mitatao izao dia midika fa vitsy dia vitsy no atao hiarovana mialoha azy.</w:t>
      </w:r>
    </w:p>
    <w:p>
      <w:pPr>
        <w:pStyle w:val="ArticleScripture"/>
        <w:jc w:val="left"/>
      </w:pPr>
      <w:r>
        <w:rPr>
          <w:rFonts w:ascii="Times New Roman" w:hAnsi="Times New Roman" w:eastAsia="Times New Roman" w:cs="Times New Roman"/>
        </w:rPr>
        <w:t>Kanefa na dia voasaringotra tamin’ny iray amin’ireo hetsika mampivarahontsana indrindra teo amin’ny tantara aza ny singa sasany ao amin’ilay firenena, dia tsy misy fisalasalana fa ny fijoroana miaraka amin’i Ukraine no fihetsika mendrika sy manan-kaja horaisina ao anatin’ity tantara an-tsehatra ity. Amin’izao fotoana izao, isan’andro izay mampitomboan’i Putin ny fanafihany ny vahoaka Okrainiana amin-kafanam-po mandoro tany sy mandrava tsy an-kijanona, dia sarotra ny tsy hahita izay tena mendrika antsoina amin’ilay teny manomboka amin’ny litera N.</w:t>
      </w:r>
    </w:p>
    <w:p>
      <w:pPr>
        <w:pStyle w:val="ArticleScripture"/>
        <w:jc w:val="left"/>
      </w:pPr>
      <w:r>
        <w:rPr>
          <w:rFonts w:ascii="Times New Roman" w:hAnsi="Times New Roman" w:eastAsia="Times New Roman" w:cs="Times New Roman"/>
        </w:rPr>
        <w:t>Allen Ripp, 5 Martsa 2022 – Loharano</w:t>
      </w:r>
    </w:p>
    <w:p>
      <w:pPr>
        <w:pStyle w:val="ArticleBody"/>
        <w:jc w:val="left"/>
      </w:pPr>
      <w:r>
        <w:rPr>
          <w:rFonts w:ascii="Times New Roman" w:hAnsi="Times New Roman" w:eastAsia="Times New Roman" w:cs="Times New Roman"/>
        </w:rPr>
        <w:t>Tsy hatsahatra eto ity fandalinana ity, fa mbola hotohizintsika ao amin’ny lahatsoratra manaraka.</w:t>
      </w:r>
    </w:p>
    <w:p>
      <w:pPr>
        <w:pStyle w:val="ArticleScripture"/>
        <w:jc w:val="left"/>
      </w:pPr>
      <w:r>
        <w:rPr>
          <w:rFonts w:ascii="Times New Roman" w:hAnsi="Times New Roman" w:eastAsia="Times New Roman" w:cs="Times New Roman"/>
        </w:rPr>
        <w:t>“Ireo izay tsy mahatsiaro ny lasa dia voaheloka hamerina izany.” George Santayana.</w:t>
      </w:r>
    </w:p>
    <w:p>
      <w:pPr>
        <w:pStyle w:val="ArticleScripture"/>
        <w:jc w:val="left"/>
      </w:pPr>
      <w:r>
        <w:rPr>
          <w:rFonts w:ascii="Times New Roman" w:hAnsi="Times New Roman" w:eastAsia="Times New Roman" w:cs="Times New Roman"/>
        </w:rPr>
        <w:t>“Izay rehetra izay efa nofaritan’Andriamanitra ao amin’ny tantara ara-paminaniana fa tokony ho tanteraka tamin’ny lasa dia efa tanteraka; ary izay rehetra mbola ho avy, amin’ny filaharany avy, dia ho tanteraka. Daniela, mpaminanin’Andriamanitra, dia mijoro eo amin’ny toerany. Jaona mijoro eo amin’ny toerany. Ao amin’ny Apokalypsy, ny Liona avy amin’ny firenen’i Joda dia nanokatra ho an’ireo mpianatra ny faminaniana ny bokin’i Daniela, ka amin’izany no ijoroan’i Daniela eo amin’ny toerany. Mitondra ny fanambarany izy, dia izay nambaran’ny Tompo taminy tao amin’ny fahitana momba ireo zava-dehibe sy manetriketrika izay tsy maintsy ho fantatsika eo am-pijoroantsika eo amin’ny tokonam-baravaran’ny fahatanterahany mihitsy.”</w:t>
      </w:r>
    </w:p>
    <w:p>
      <w:pPr>
        <w:pStyle w:val="ArticleScripture"/>
        <w:jc w:val="left"/>
      </w:pPr>
      <w:r>
        <w:rPr>
          <w:rFonts w:ascii="Times New Roman" w:hAnsi="Times New Roman" w:eastAsia="Times New Roman" w:cs="Times New Roman"/>
        </w:rPr>
        <w:t>“Ao amin’ny tantara sy ny faminaniana dia asehon’ny Tenin’Andriamanitra ny fifanandrinana maharitra ela eo amin’ny fahamarinana sy ny fahadisoana. Mbola mitohy izany fifanandrinana izany ankehitriny. Izay zavatra efa nisy dia mbola haverina indray. Hovelomina indray ireo adihevitra fahiny, ary hisy teoria vaovao hipoitra mandrakariva. Kanefa ny vahoakan’Andriamanitra, izay tamin’ny finoany sy tamin’ny fahatanterahan’ny faminaniana no nandray anjara tamin’ny fanambarana ny hafatry ny anjely voalohany sy faharoa ary fahatelo, dia mahalala izay ijoroany. Manana fanandramana sarobidy kokoa noho ny volamena voadio izy ireo. Tokony hijoro tsy hozongozonina tahaka ny vatolampy izy, ka hihazona mafy hatramin’ny farany ny fiandohan’ny fahatokiany.” Selected Messages, boky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Enina amby enimpolo amby zato</dc:title>
  <dc:subject>Famoahana ny Faminaniana: Ny Revolisiona Frantsay, ny Rosian’i Putin, ary ny Ady Okrainiana</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