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Fito amby enimpolo amby zato faha-iray</w:t>
      </w:r>
    </w:p>
    <w:p>
      <w:pPr>
        <w:pStyle w:val="ArticleSubtitle"/>
        <w:jc w:val="left"/>
      </w:pPr>
      <w:r>
        <w:rPr>
          <w:rFonts w:ascii="Arial" w:hAnsi="Arial" w:eastAsia="Arial" w:cs="Arial"/>
        </w:rPr>
        <w:t>Fandravahana ny Faminaniana: Fampahafantarana ny Hevitra Ara-tantara sy Ara-paminaniana ao amin’i Daniela 11:10 sy ny Manaraka Azy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Ny andininy faha-efapolo ao amin’ny Daniela toko faha-iraika ambin’ny folo dia manomboka amin’ny fotoan’ny farany tamin’ny taona 1798, rehefa azon’ny mpanjakan’ny atsimo natao tamin’ny mpanjakan’ny avaratra ny ratra mahafaty azy. Io tantara io dia naseho mialoha tamin’ny alalan’ny taona 246 tal. J.K., rehefa namaly faty tamin’ny fanjakana avaratra i Ptolemaiosy, ary koa tamin’ny fotoana nisamboran’i Frantsa Napoleoniana ny papa ho babo tamin’ny taona 1798. Rehefa miverina any Egypta ny mpanjakan’ny atsimo ao amin’ny andininy fahasivy, dia ambaran’ny andininy fahafolo avy eo fa hanao fanafihana valy atao amin’ny mpanjakan’ny atsimo ny mpanjakan’ny avaratra.</w:t>
      </w:r>
    </w:p>
    <w:p>
      <w:pPr>
        <w:pStyle w:val="ArticleScripture"/>
        <w:jc w:val="left"/>
      </w:pPr>
      <w:r>
        <w:rPr>
          <w:rFonts w:ascii="Times New Roman" w:hAnsi="Times New Roman" w:eastAsia="Times New Roman" w:cs="Times New Roman"/>
        </w:rPr>
        <w:t>Koa ny mpanjakan’ny atsimo dia hiditra ao amin’ny fanjakany ka hiverina any amin’ny taniny. Fa ny zanany kosa ho taitra, ka hanangona hery lehibe maro; ary ny iray dia ho avy tokoa ka handrava toy ny safo-drano sy handalo; dia hiverina izy ka ho taitra indray hatrany amin’ny fiarovany mafy. Daniela 11:9, 10.</w:t>
      </w:r>
    </w:p>
    <w:p>
      <w:pPr>
        <w:pStyle w:val="ArticleBody"/>
        <w:jc w:val="left"/>
      </w:pPr>
      <w:r>
        <w:rPr>
          <w:rFonts w:ascii="Times New Roman" w:hAnsi="Times New Roman" w:eastAsia="Times New Roman" w:cs="Times New Roman"/>
        </w:rPr>
        <w:t>Alohan’ny handinihantsika ny fanazavan’i Uriah Smith momba ilay tantara izay nanatanteraka ny andininy faha-folo, dia marihintsika ny fitenenana hoe “mihoatra ka mandalo.” Ilay andian-teny hebreo nadika tamin’izany fomba izany dia nadika koa ao amin’ny andininy faha-efapolo hoe “mihoatra ka mamakivaky.” Io ihany no andian-teny ao amin’ny teny hebreo fototra. Indray mandeha monja ihany koa no ahitana azy any amin’ny Soratra Masina.</w:t>
      </w:r>
    </w:p>
    <w:p>
      <w:pPr>
        <w:pStyle w:val="ArticleScripture"/>
        <w:jc w:val="left"/>
      </w:pPr>
      <w:r>
        <w:rPr>
          <w:rFonts w:ascii="Times New Roman" w:hAnsi="Times New Roman" w:eastAsia="Times New Roman" w:cs="Times New Roman"/>
        </w:rPr>
        <w:t>Ary izy handeha hamakivaky an’i Joda; hisondrotra sy hihoatra izy, ka hahatratra hatreo amin’ny vozona; ary ny fivelaran’ny elany dia hameno ny sakan’ny taninao, ry Imanoela. Isaia 8:8.</w:t>
      </w:r>
    </w:p>
    <w:p>
      <w:pPr>
        <w:pStyle w:val="ArticleBody"/>
        <w:jc w:val="left"/>
      </w:pPr>
      <w:r>
        <w:rPr>
          <w:rFonts w:ascii="Times New Roman" w:hAnsi="Times New Roman" w:eastAsia="Times New Roman" w:cs="Times New Roman"/>
        </w:rPr>
        <w:t>Ao amin’ny Daniela toko faha-iraika ambin’ny folo, andininy faha-folo sy andininy faha-efapolo, ary avy eo indray ao amin’ny Isaia toko faha-valo, andininy faha-valo, ilay andian-teny hebreo mitovy dia adika amin’ny fomba telo samy hafa, na dia maneho hevitra iray ihany aza izy ireo. Ny teny farany ao amin’ilay andian-teny, dia ny teny hebreo hoe “abar,” izay aseho ho “mandalo mamaky” ao amin’ny andininy faha-folo, “mandalo mihoatra” ao amin’ny andininy faha-efapolo, ary avy eo ho “miampita” ao amin’ny Isaia. Ny heviny dia mitovy amin’ny ankapobeny ao amin’ireo fanononana telo ireo, kanefa ao amin’ny Isaia dia misy koa fifandraisana ara-faminaniana hafa eo amin’ireo fanononana ireo.</w:t>
      </w:r>
    </w:p>
    <w:p>
      <w:pPr>
        <w:pStyle w:val="ArticleBody"/>
        <w:jc w:val="left"/>
      </w:pPr>
      <w:r>
        <w:rPr>
          <w:rFonts w:ascii="Times New Roman" w:hAnsi="Times New Roman" w:eastAsia="Times New Roman" w:cs="Times New Roman"/>
        </w:rPr>
        <w:t>Ny andininy ao amin’i Isaia dia tanteraka tamin’ny fotoana nandresen’ny mpanjakan’i Asyria an’i Joda ka tonga hatrany Jerosalema, nefa tsy naharesy ny tanàna mihitsy izy. Niakatra “hatrany amin’ny vozona” izy, nefa tsy naharesy ny “loha.” Ao anatin’io faminaniana io ihany, Isaia dia maneho tandindona ara-paminaniana momba izay asehon’ny “loha,” ary ambarany fa ny “loha” dia renivohitry ny fanjakana, ary ny mpanjakan’ny fanjakana koa dia ny “loha.” Manome vavolombelona roa izy ho fanamafisana ilay fahamarinana ara-paminaniana fa ny loha dia mpanjaka sy fanjakana, ary avy eo dia ambarany amin’ny fomba miafina fa raha tsy manaiky sy mahatakatra izany fahamarinana izany ilay mpianatry ny faminaniana dia tsy hiorina izy. Ilay andininy miafina dia ampahany amin’io faminaniana io ihany izay manondro fa ny mpanjakan’ny avaratra dia hihoatra sy handeha manafotra, nefa hatrany amin’ny “vozona” ihany.</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vahoaka intsony. Ary ny lohan’i Efraima dia Samaria, ary ny lohan’i Samaria dia ny zanak’i Remalia. Raha tsy mino ianareo, dia tsy haharitra tokoa ianareo. Isaia 7:8, 9.</w:t>
      </w:r>
    </w:p>
    <w:p>
      <w:pPr>
        <w:pStyle w:val="ArticleBody"/>
        <w:jc w:val="left"/>
      </w:pPr>
      <w:r>
        <w:rPr>
          <w:rFonts w:ascii="Times New Roman" w:hAnsi="Times New Roman" w:eastAsia="Times New Roman" w:cs="Times New Roman"/>
        </w:rPr>
        <w:t>Ny “loha” n’ny firenen’i Syria dia ny renivohiny, dia “Damaskosy”; ary ny “loha” n’i “Damaskosy” (renivohitra) dia “Rezina”, mpanjakan’i Syria. Ary koa, ny “loha” n’ny firenen’i Efraima dia ny renivohiny, dia “Samaria”; ary ny “loha” n’i “Samaria” (renivohitra) dia “zanak’i Remalia” (Pekaha), mpanjakan’i Samaria. Ao amin’io faminaniana io ihany, ao amin’ny toko manaraka, ao amin’ny andininy faha-valo, i Sankeriba mpanjakan’i Asyria dia nanao fahirano an’i Jerosalema, ary ao amin’ny andininy faha-valo dia ilazana fa ny fanaovany fahirano an’i Jerosalema dia tonga hatrany amin’ny vozona.</w:t>
      </w:r>
    </w:p>
    <w:p>
      <w:pPr>
        <w:pStyle w:val="ArticleBody"/>
        <w:jc w:val="left"/>
      </w:pPr>
      <w:r>
        <w:rPr>
          <w:rFonts w:ascii="Times New Roman" w:hAnsi="Times New Roman" w:eastAsia="Times New Roman" w:cs="Times New Roman"/>
        </w:rPr>
        <w:t>Ny andininy faha-fito sy faha-valo, izay mametraka, eo ambonin’ny vavolombelona roa, ny tandindona ara-paminaniana momba ny “loha,” izay maneho na ny mpanjaka na ny renivohitry ny firenen’ilay mpanjaka, dia ny faminaniana momba ny dimy amby enim-polo taona izay mamantatra ny fiandohan’ireo faminaniana roa samy momba ny roa arivo sy diman-jato amby roapolo taona hamelezana ny fanjakana avaratra sy atsimon’ny Isiraely. Koa andininy tena sarotra izy io, satria mifandray amin’ny andininy faha-folo sy faha-efapolo ao amin’ny toko fahiraika ambin’ny folo ao amin’i Daniela, izay samy mampahafantatra koa ny fifanandrinana iray izay anafihan’ny mpanjaka avy any avaratra ny mpanjaka avy any atsimo, tahaka an’i Sankeriba, mpanjaka avy any avaratra, izay nanafika an’i Joda, mpanjaka any atsimo, ao amin’ny andininy faha-valo ao amin’ny toko fahavalo ao amin’i Isaia.</w:t>
      </w:r>
    </w:p>
    <w:p>
      <w:pPr>
        <w:pStyle w:val="ArticleBody"/>
        <w:jc w:val="left"/>
      </w:pPr>
      <w:r>
        <w:rPr>
          <w:rFonts w:ascii="Times New Roman" w:hAnsi="Times New Roman" w:eastAsia="Times New Roman" w:cs="Times New Roman"/>
        </w:rPr>
        <w:t>Ny fanalahidy mampifamatotra ireo fifandonan’ny mpanjaka avy any avaratra sy avy any atsimo ireo dia ny “loha,” ary ny “mihoatra ka mandalo.” Rehefa mamaly bontana amin’ny mpanjaka avy any atsimo ny mpanjaka avy any avaratra ao amin’ny andininy faha-folo, ao amin’ny toko faha-iraika ambin’ny folo, dia mandresy amin’ny ady izy, nefa mamela ny “loha,” satria izy “tonga, ka mihoatra, ary mandalo” “hatrany amin’ny” “fiarovan-toerana” an’ilay mpanjaka avy any atsimo. Ny tantaran’ny andininy faha-folo dia maneho ny fandresen’ny mpanjaka avy any avaratra ny mpanjaka avy any atsimo, nefa tsy miditra ao Egypta (ilay fiarovan-toerana), renivohitra—ny “loha.”</w:t>
      </w:r>
    </w:p>
    <w:p>
      <w:pPr>
        <w:pStyle w:val="ArticleBody"/>
        <w:jc w:val="left"/>
      </w:pPr>
      <w:r>
        <w:rPr>
          <w:rFonts w:ascii="Times New Roman" w:hAnsi="Times New Roman" w:eastAsia="Times New Roman" w:cs="Times New Roman"/>
        </w:rPr>
        <w:t>Rehefa resin’ny mpanjaka atsimo teo aloha ny mpanjaka avaratra ao amin’ny andininy fahafito sy fahavalo, dia “niditra tao amin’ny fiarovan’ny mpanjakan’ny avaratra izy, ary” “naharesy sy” “nitondra babo” niverina tany “Egypta.” Tamin’ny fandresena famaliana nataon’ny mpanjakan’ny avaratra, dia tsy niditra tao Egypta izy, ka izany no tandindon’ny hoe, raha voafafa tamin’ny taona 1989 ny Firaisana Sovietika, dia navelany mbola nitsangana i Rosia, renivohiny—ny lohany. “Raha tsy hino ianareo, dia tsy ho tafatoetra tokoa.” I Rosia, izay aseho ho mpanjaka atsimo ao amin’ny andininy fahiraika ambin’ny folo sy faharoa ambin’ny folo, no mandresy amin’ny adin’ny sisintany, izay Rafia tamin’ny andro fahiny, ary Okraina amin’izao andro izao.</w:t>
      </w:r>
    </w:p>
    <w:p>
      <w:pPr>
        <w:pStyle w:val="ArticleScripture"/>
        <w:jc w:val="left"/>
      </w:pPr>
      <w:r>
        <w:rPr>
          <w:rFonts w:ascii="Times New Roman" w:hAnsi="Times New Roman" w:eastAsia="Times New Roman" w:cs="Times New Roman"/>
        </w:rPr>
        <w:t>“Andininy 10. Fa ny zanany lahy kosa dia hifoha ka hanangona hery lehibe maro; ary ny anankiray amin’izy ireo dia ho avy tokoa ka handripaka sy handalo; dia hiverina izy ka hifoha indray hatrany amin’ny fiarovany mafy.”</w:t>
      </w:r>
    </w:p>
    <w:p>
      <w:pPr>
        <w:pStyle w:val="ArticleScripture"/>
        <w:jc w:val="left"/>
      </w:pPr>
      <w:r>
        <w:rPr>
          <w:rFonts w:ascii="Times New Roman" w:hAnsi="Times New Roman" w:eastAsia="Times New Roman" w:cs="Times New Roman"/>
        </w:rPr>
        <w:t>“Ny tapany voalohany amin’ity andininy ity dia miresaka momba ny zanaka lahy, amin’ny maro; ny tapany farany kosa momba ny iray, amin’ny tokana. Ny zanakalahin’i Seleucus Callinicus dia i Seleucus Ceraunus sy Antiochus Magnus. Izy roa lahy ireo dia samy niditra tamim-pahazotoana tamin’ny asa fanamarinana sy famaliana ny raharahan-drainy sy ny taniny. Ny zokiny tamin’izy ireo, dia i Seleucus, no voalohany nandray ny seza fiandrianana. Nanangona vahoaka betsaka izy mba hamerenana ny fanapahan-drainy; kanefa noho izy andriana malemy sy kanosa, na tamin’ny tenany na tamin’ny fananany, tsy nanam-bola, ary tsy nahay nitana ny tafiny ho amin’ny fankatoavana, dia nohamoizin’ny jeneraly roa taminy izy, rehefa avy nanjaka tamim-pahafaham-baraka nandritra ny roa na telo taona. Ny rahalahiny izay nahavita kokoa, dia i Antiochus Magnus, no nambara ho mpanjaka teo no ho eo; ary rehefa nandray ny fitarihana ny tafika izy, dia nahazo indray an’i Seleucia ary namerina an’i Syria, ka nanao ny tenany ho tompon’ny toerana sasany tamin’ny alalan’ny fifanarahana, ary ny hafa tamin’ny herin’ny fiadiana. Nisy fampitsaharana ady taorian’izany, izay nifampiraharahan’ny andaniny sy ny ankilany momba ny fihavanana, kanefa niomana ihany koa ho amin’ny ady; ary rehefa afaka izany, dia niverina Antiochus ka nandresy tamin’ny ady an’i Nicolas, jeneraly egyptiana, ary nikasa hanafika an’i Egypta mihitsy aza. Ity no ilay ‘iray’ izay tsy isalasalana fa handrava sy handalo.” Uriah Smith, Daniel and the Revelation, 253.</w:t>
      </w:r>
    </w:p>
    <w:p>
      <w:pPr>
        <w:pStyle w:val="ArticleBody"/>
        <w:jc w:val="left"/>
      </w:pPr>
      <w:r>
        <w:rPr>
          <w:rFonts w:ascii="Times New Roman" w:hAnsi="Times New Roman" w:eastAsia="Times New Roman" w:cs="Times New Roman"/>
        </w:rPr>
        <w:t>Ny firodanan’ny Firaisana Sovietika tamin’ny taona 1989 no nanamarika ny “fotoan’ny farany,” ary ireo zanaka roa lahy ao amin’ilay andininy dia maneho ireo mari-pamantarana roa dia i Reagan sy Bush raini. Hatramin’ny “fotoan’ny farany,” tamin’ny taona 1798, izay niantombohan’ny andininy faha-efapolo ao amin’ny Daniela toko faha-iraika ambin’ny folo, dia efa nohadinoina ilay vehivavy janga avy any Roma; satria izy, amin’ny maha-Jezebela azy, dia mijanona any aoriana any Samaria, raha i Ahaba vadiny kosa miresaka amin’i Elia eo an-tendrombohitra Karmela. Niafina izy, nefa mangingina no nitarika ny tady rehetra, tahaka izay nataony tamin’ny Ady Lehibe Voalohany sy ny Ady Lehibe Faharoa. Ny vadiny no tafika solontenany hiady amin’ny mpanjakan’ny atsimo. Rehefa namaly faty izy tamin’ny taona 1989, dia izy, amin’ny maha-mpanjakan’ny avaratra azy, no nitondra kalesy, sambo ary mpitaingin-tsoavaly.</w:t>
      </w:r>
    </w:p>
    <w:p>
      <w:pPr>
        <w:pStyle w:val="ArticleScripture"/>
        <w:jc w:val="left"/>
      </w:pPr>
      <w:r>
        <w:rPr>
          <w:rFonts w:ascii="Times New Roman" w:hAnsi="Times New Roman" w:eastAsia="Times New Roman" w:cs="Times New Roman"/>
        </w:rPr>
        <w:t>Ary amin’ny andro farany dia hifanehatra aminy ny mpanjakan’ny atsimo; ary ny mpanjakan’ny avaratra ho avy hamely azy tahaka ny tafio-drivotra, miaraka amin’ny kalesy sy ny mpitaingin-tsoavaly ary ny sambo maro; dia hiditra any amin’ny tany maro izy ka handrava sy hiampita. Daniela 11:40.</w:t>
      </w:r>
    </w:p>
    <w:p>
      <w:pPr>
        <w:pStyle w:val="ArticleBody"/>
        <w:jc w:val="left"/>
      </w:pPr>
      <w:r>
        <w:rPr>
          <w:rFonts w:ascii="Times New Roman" w:hAnsi="Times New Roman" w:eastAsia="Times New Roman" w:cs="Times New Roman"/>
        </w:rPr>
        <w:t>Ny solontenany ao amin’ilay famaliana valifaty dia asehon’ny hoe “sambo,” izay hery ara-toekarena, ary ny hoe “kalesy sy mpitaingin-tsoavaly,” izay hery ara-tafika. Ny hery ara-tafika sy ny hery ara-toekarena no toetra ara-paminaniana roa ananan’i Etazonia ao amin’ny faminaniana momba ny andro farany, satria i Etazonia no handrara izay tsy hiankohoka amin’i Jezebela tsy hividy na hivarotra; ary raha mbola mandà ny mariky ny fahefan’i Jezebela ihany izy ireo, dia hovonoina ho faty. Ny hery ara-toekarena sy ny tanjaka ara-tafika an’i Etazonia no nampiasaina niara-niasa tamin’ny papa ka nahatonga ny faharavan’ny Firaisana Sovietika tamin’ny 1989, na dia navelan’i Rosia hijoro aza.</w:t>
      </w:r>
    </w:p>
    <w:p>
      <w:pPr>
        <w:pStyle w:val="ArticleBody"/>
        <w:jc w:val="left"/>
      </w:pPr>
      <w:r>
        <w:rPr>
          <w:rFonts w:ascii="Times New Roman" w:hAnsi="Times New Roman" w:eastAsia="Times New Roman" w:cs="Times New Roman"/>
        </w:rPr>
        <w:t>Ny tantara izay nanatanteraka ny andininy faha-folo ao amin’ny Daniela toko faha-iraika ambin’ny folo dia averina indray ao amin’ny tantaran’ny tapany faharoa amin’ny andininy faha-efapolo, izay manondro ny fotoanan’ny farany amin’ny taona 1989. Ny tantaran’ny andininy faha-enina ka hatramin’ny faha-sivy dia maneho ny tantara izay nitarika ho amin’ny fotoanan’ny farany, izay voatondro ao amin’ny tapany voalohany amin’ny andininy faha-efapolo. Ny andininy faha-dimy ka hatramin’ny faha-folo ao amin’ny Daniela toko faha-iraika ambin’ny folo dia maneho amin’ny fomba lavorary ny tantaran’ny andininy faha-efapolo ao amin’ny Daniela 11; satria, araka ny nosoratan’i Sister White hoe: “ny ampahany betsaka amin’ny tantara izay efa tanteraka ao amin’ny Daniela 11 dia haverina indray.”</w:t>
      </w:r>
    </w:p>
    <w:p>
      <w:pPr>
        <w:pStyle w:val="ArticleBody"/>
        <w:jc w:val="left"/>
      </w:pPr>
      <w:r>
        <w:rPr>
          <w:rFonts w:ascii="Times New Roman" w:hAnsi="Times New Roman" w:eastAsia="Times New Roman" w:cs="Times New Roman"/>
        </w:rPr>
        <w:t>Ny andininy voalohany ka hatramin’ny fahefatra ao amin’ny Daniela toko faha-iraika ambin’ny folo dia manondro an’i Kyrosy ho mpanjaka faharoa amin’ilay firenena manan-tandroka roa amin’ny fotoanan’ny farany amin’ny andro farany. Ny “fotoanan’ny farany” amin’ny andro farany dia ny taona 1989, ary ny filoha faharoa, izay asehon’i Kyrosy, no mametraka filaharana ara-paminaniana izay ahafahan’ny mpianatra ny faminaniana manisa hatramin’ny filoha fahenina aorian’ny 1989, izay ho ilay filoha manankarena indrindra, sady hampihetsika (hanaitra) ny herin’ilay dragona maneran-tany, na ireo globalista eran’izao tontolo izao izany, na ireo ao Etazonia. Avy eo izany tantara ara-paminaniana izany dia mitsambikina mankany amin’ny fanjakana fahafito ao amin’ny faminanian’ny Baiboly, dia ireo mpanjaka folo ao amin’ny Firenena Mikambana, ary manondro ny mpanjakany voalohany sady lehibe indrindra, araka izay asehon’i Aleksandra Lehibe (midika hoe “Ilay Mpiadin’Olona”), sy ny fandravana tanteraka farany ny fanjakany rehefa vahana tanteraka ireo rivotra efatry ny Silamo amin’ny famaranana ny fotoam-pitsarana ho an’ny olombelona.</w:t>
      </w:r>
    </w:p>
    <w:p>
      <w:pPr>
        <w:pStyle w:val="ArticleBody"/>
        <w:jc w:val="left"/>
      </w:pPr>
      <w:r>
        <w:rPr>
          <w:rFonts w:ascii="Times New Roman" w:hAnsi="Times New Roman" w:eastAsia="Times New Roman" w:cs="Times New Roman"/>
        </w:rPr>
        <w:t>Avy eo ny andininy dimy ka hatramin’ny sivy dia maneho an-tsary ny tantara asehon’ilay vanim-potoana izay nialoha ny fanorenana ny fahefan’ny papa teo ambonin’ny seza fiandrianana tamin’ny 538; satria voalohany, ilay hery izay ho tonga mpanjakan’ny avaratra dia tsy maintsy nandresy sakana ara-jeografika telo, tahaka an’i Seleokosy, izay avy eo dia naorina ho mpanjakan’ny avaratra. Taorian’izany, nandritra ny telo taona sy tapany, araka ny asehon’ny dimy amby telopolo taona ara-bakiteny, dia nanapaka ny mpanjakan’ny avaratra, mandra-pidiran’ny mpanjakan’ny atsimo tao amin’ny trano mimandany nisy azy ka nahababo azy, izay tatỳ aoriana dia maty tany Egypta noho ny nianjerany avy teo ambonin’ny soavaly. Koa izany, ireo andininy ireo dia manondro ny tantara izay nifarana tamin’ny fotoan’ny farany tamin’ny 1798.</w:t>
      </w:r>
    </w:p>
    <w:p>
      <w:pPr>
        <w:pStyle w:val="ArticleBody"/>
        <w:jc w:val="left"/>
      </w:pPr>
      <w:r>
        <w:rPr>
          <w:rFonts w:ascii="Times New Roman" w:hAnsi="Times New Roman" w:eastAsia="Times New Roman" w:cs="Times New Roman"/>
        </w:rPr>
        <w:t>Ny andininy faha-folo dia mamaritra ny tantaran’ny fotoanan’ny farany tamin’ny 1989, ary miaraka amin’ny andininy faha-dimy ka hatramin’ny faha-sivy, izy ireo dia maneho ny tantaran’ny andininy faha-efapolo, tahaka izany koa ny tantaran’ny andininy faha-telopolo ka hatramin’ny faha-enina amby telopolo. Koa noho izany, manomboka amin’ny andininy voalohany ka hatramin’ny andininy faha-folo, didy anampy didy, dia misy andalana faminaniana roa. Ny voalohany dia miresaka ny mpitarika ny fanjakana fahenina sy fahafito, na dia misy elanelana banga aza eo amin’ny fanjakana fahenina sy ny filoha manankarena indrindra ao amin’ny fanjakana fahenina ary ny fanjakana fahafito.</w:t>
      </w:r>
    </w:p>
    <w:p>
      <w:pPr>
        <w:pStyle w:val="ArticleBody"/>
        <w:jc w:val="left"/>
      </w:pPr>
      <w:r>
        <w:rPr>
          <w:rFonts w:ascii="Times New Roman" w:hAnsi="Times New Roman" w:eastAsia="Times New Roman" w:cs="Times New Roman"/>
        </w:rPr>
        <w:t>Ny andalana faharoa dia mandrakotra ny tantaran’ny fanesorana ireo sakana telo, ny vanim-potoana nanjakan’ny mpanjakan’ny avaratra, ary izay nesorina tamin’izany tamin’ny 1798, hatramin’ny 1989, ary ny filoha faharoa, izay nasehon’i Kyrosy tao amin’ny andalana teo aloha.</w:t>
      </w:r>
    </w:p>
    <w:p>
      <w:pPr>
        <w:pStyle w:val="ArticleBody"/>
        <w:jc w:val="left"/>
      </w:pPr>
      <w:r>
        <w:rPr>
          <w:rFonts w:ascii="Times New Roman" w:hAnsi="Times New Roman" w:eastAsia="Times New Roman" w:cs="Times New Roman"/>
        </w:rPr>
        <w:t>Ny andininy faha-iraika ambin’ny folo sy faha-roa ambin’ny folo dia maneho tsipika ara-tantara fahatelo izay miseho aorian’ilay filoha mpanankarena ao amin’ny andininy faharoa, nefa amin’ny fotoana iray aorian’ny firodanan’ny Firaisana Sovietika tamin’ny fotoanan’ny farany tamin’ny taona 1989, ary any anelanelan’izany sy alohan’ny lalàna Alahady any Etazonia araka ny aseho ao amin’ny andininy faha-enina ambin’ny folo.</w:t>
      </w:r>
    </w:p>
    <w:p>
      <w:pPr>
        <w:pStyle w:val="ArticleBody"/>
        <w:jc w:val="left"/>
      </w:pPr>
      <w:r>
        <w:rPr>
          <w:rFonts w:ascii="Times New Roman" w:hAnsi="Times New Roman" w:eastAsia="Times New Roman" w:cs="Times New Roman"/>
        </w:rPr>
        <w:t>Ny tantara aorian’ny fotoanan’ny farany tamin’ny 1989 dia entina mankany amin’ilay filoha fahenina sady manankarena indrindra, izay mampihetsi-po ny globalista manomboka amin’ny 2016, eo amin’ny andalana voalohany. Entina mankany amin’ny 1989 ny tantara ara-paminaniana, eo amin’ny andalana faharoa. Ny Adin’i Raphia (“Ny Sisintany”) ao amin’ny andininy fahairaika ambin’ny folo sy fahairaika ambin’ny folo ambin’ny folo, dia mialoha ny andininy faha-telo ambin’ny folo, izay anarenan’ilay mpanjakan’ny avaratra, izay vao resin’ady, indray ny tafiny, ary avy eo dia mandresy ny mpanjakan’ny atsimo, fotoana fohy mialoha ny lalàna Alahady ao amin’ny andininy faha-enina ambin’ny folo. Ny fahefana mpisolo tena an’ny mpanjakan’ny avaratra ao amin’ny andininy faha-telo ambin’ny folo dia ilay farany amin’ireo filoha valo izay manjaka hatramin’ny 1989 ka hatramin’ny lalàna Alahady. Noho izany, ny andininy faha-telo ambin’ny folo dia tsy maintsy tanteraka amin’ny na aorian’ny fifidianana ilay filoha fahavalo, izay avy amin’ny fito. Ny andininy fahairaika ambin’ny folo sy faha-roa ambin’ny folo dia manomboka fotoana fohy mialoha ilay filoha fahenina sy manankarena indrindra, ary azo inoana fa mifarana fotoana fohy mialoha ny fifidianana io filoha io ihany, izay tonga ilay fahavalo avy amin’ny fito, sady mandresy amin’ny ady fahatelo amin’ny ady ankolaka, ao amin’ny andininy faha-telo ambin’ny folo ka hatramin’ny faha-dimy ambin’ny folo.</w:t>
      </w:r>
    </w:p>
    <w:p>
      <w:pPr>
        <w:pStyle w:val="ArticleBody"/>
        <w:jc w:val="left"/>
      </w:pPr>
      <w:r>
        <w:rPr>
          <w:rFonts w:ascii="Times New Roman" w:hAnsi="Times New Roman" w:eastAsia="Times New Roman" w:cs="Times New Roman"/>
        </w:rPr>
        <w:t>Ny famalian’ny mpanjakan’ny atsimo ao amin’ny andininy faha-iraika ambin’ny folo sy faha-roa ambin’ny folo dia valin’ny faharesena nahazo ny mpanjakan’ny atsimo ao amin’ny andininy faha-folo. Ny andininy faha-folo dia manondro ny fandresen’ny mpanjakan’ny avaratra tamin’ny taona 1989, izay nateraky ny fiaraha-miombon’antoka miafin’i Etazonia sy ny Vatikana. Ny fandresena azon’ny tafika avaratra dia ny ady voalohany tamin’ny ady atao amin’ny alalan’ny mpisolo tena. Ny ady mivantana ara-bakiteny izay tanteraka tamin’ny andro fahiny dia nanondro mialoha ny ady atao amin’ny alalan’ny mpisolo tena amin’ny andro farany, ary noho izany ny fandresena ao amin’ny andininy faha-iraika ambin’ny folo sy faha-roa ambin’ny folo dia ho fandresen’ny mpanjakan’ny atsimo, amin’ny ady faharoa amin’ireo ady atao amin’ny alalan’ny mpisolo tena.</w:t>
      </w:r>
    </w:p>
    <w:p>
      <w:pPr>
        <w:pStyle w:val="ArticleBody"/>
        <w:jc w:val="left"/>
      </w:pPr>
      <w:r>
        <w:rPr>
          <w:rFonts w:ascii="Times New Roman" w:hAnsi="Times New Roman" w:eastAsia="Times New Roman" w:cs="Times New Roman"/>
        </w:rPr>
        <w:t>Misy ady telo ao amin’ny andininy faha-folo ka hatramin’ny faha-dimy ambin’ny folo, ary samy tanteraka tamin’ny andro fahagola avokoa izy rehetra tamin’ny alalan’ny ady mafana ara-bakiteny; nefa maneho ady telo ao anatin’ireo ady ankolaka amin’ny andro farany ireo. Ny ady voalohany dia resin’ny firaisana miafin’ny bibidia sy ny mpaminany sandoka, namely ny dragona tamin’ny 1989. Ny ady faharoa amin’ireo ady ankolaka dia ho resin’ny fahefan’ny dragona tsy mino an’Andriamanitra, dia ny mpanjakan’ny atsimo, hanohitra ny firaisan’ny papa sy ny tafika ankolaka misolo tena azy. Ny ady fahatelo amin’ireo ady ankolaka dia ho resin’ny tafika ankolaka an’ny mpanjakan’ny avaratra, araka ny aseho ao amin’ny andininy faha-telo ambin’ny folo ka hatramin’ny faha-dimy ambin’ny folo.</w:t>
      </w:r>
    </w:p>
    <w:p>
      <w:pPr>
        <w:pStyle w:val="ArticleBody"/>
        <w:jc w:val="left"/>
      </w:pPr>
      <w:r>
        <w:rPr>
          <w:rFonts w:ascii="Times New Roman" w:hAnsi="Times New Roman" w:eastAsia="Times New Roman" w:cs="Times New Roman"/>
        </w:rPr>
        <w:t>Ara-paminaniana dia misy ady lehibe eran-tany telo mafana, ady ankolaka telo, izay ahitana ady telo, ary ny adin’ireo loza telo an’ny Islam. Misy ihany koa Ady an-trano sy Ady Revolisionera. Ny ady faharoa amin’ireo ady ankolaka dia efa miroso ankehitriny any Okraina, “Ny Sisintany”, araka ny asehon’i Rafia, izay sisintany teo anelanelan’ny mpanjakan’ny atsimo sy ny mpanjakan’ny avaratra, tamin’ny fotoana nahatanterahan’ny andininy faha-iraika ambin’ny folo sy faha-roa ambin’ny folo voalohany teo amin’ny tantara.</w:t>
      </w:r>
    </w:p>
    <w:p>
      <w:pPr>
        <w:pStyle w:val="ArticleBody"/>
        <w:jc w:val="left"/>
      </w:pPr>
      <w:r>
        <w:rPr>
          <w:rFonts w:ascii="Times New Roman" w:hAnsi="Times New Roman" w:eastAsia="Times New Roman" w:cs="Times New Roman"/>
        </w:rPr>
        <w:t>Amin’io fotoana io indrindra izay anatanterahana ny ady faharoa amin’ireo ady solontena any Okraina, dia mitranga koa ny fanafihana faharoa amin’ireo fanafihana telo ataon’ny silamo amin’ilay tany be voninahitra. Tonga tamin’ny 11 Septambra 2001 ny fanafihana voalohan’ny loza fahatelo, ary nanomboka ny fanisiana tombo-kase ny iray hetsy sy efatra arivo amby efa-polo. Mifarana amin’ilay lalàna Alahady ho avy tsy ho ela any Etazonia ny fotoanan’ny fanisiana tombo-kase, rehefa hamely an’i Etazonia indray ny silamon’ny loza fahatelo. Mitovy ny famelezana voalohany sy farany, ary samy manamarika ny feon’ilay anjely ao amin’ny Apokalypsy valo ambin’ny folo izy roa, izay koa no feon’ny anjely fahatelo, izay koa no fanenoan’ny trompetra fahafito, izay koa no loza fahatelo.</w:t>
      </w:r>
    </w:p>
    <w:p>
      <w:pPr>
        <w:pStyle w:val="ArticleBody"/>
        <w:jc w:val="left"/>
      </w:pPr>
      <w:r>
        <w:rPr>
          <w:rFonts w:ascii="Times New Roman" w:hAnsi="Times New Roman" w:eastAsia="Times New Roman" w:cs="Times New Roman"/>
        </w:rPr>
        <w:t>Teo anelanelan’ireo fanafihana roa ireo, izay feo roa, izay feon’ny trompetra fahafito, dia nanafika ny tany be voninahitra ara-bakiteny fahiny i Islaman’ny loza fahatelo, fa tsy ilay tany be voninahitra ara-panahy maoderina, tamin’ny 7 Oktobra 2023.</w:t>
      </w:r>
    </w:p>
    <w:p>
      <w:pPr>
        <w:pStyle w:val="ArticleBody"/>
        <w:jc w:val="left"/>
      </w:pPr>
      <w:r>
        <w:rPr>
          <w:rFonts w:ascii="Times New Roman" w:hAnsi="Times New Roman" w:eastAsia="Times New Roman" w:cs="Times New Roman"/>
        </w:rPr>
        <w:t>Ny ady izay nanomboka tamin’izany fotoana izany dia miseho ankehitriny eo amin’ilay faritra marina indrindra izay nisehoan’ny Adin’i Raphia, araka izay voalaza ao amin’ny andininy faha-iraika ambin’ny folo sy faha-roa ambin’ny folo. Ny Lemak’i Gaza no fari-tany manelanelana ny fanjakana atsimon’i Joda sy Egypta. Ny 7 Oktobra 2023 dia kodia iray ao anatin’ireo kodia hafa, izay manamarika ny fikomiana, na ny litera faha-telo ambin’ny folo ao amin’ny abidy hebreo, izay miaraka amin’ny litera voalohany sy farany no mamorona ny teny hoe “fahamarinana.”</w:t>
      </w:r>
    </w:p>
    <w:p>
      <w:pPr>
        <w:pStyle w:val="ArticleBody"/>
        <w:jc w:val="left"/>
      </w:pPr>
      <w:r>
        <w:rPr>
          <w:rFonts w:ascii="Times New Roman" w:hAnsi="Times New Roman" w:eastAsia="Times New Roman" w:cs="Times New Roman"/>
        </w:rPr>
        <w:t>Ny fanafihana faharoa nataon’ny finoana silamo avy amin’ny loza fahatelo hamelezana ny tany be voninahitra dia nitranga tamin’ny 7 Oktobra 2023, ary tao amin’ilay faritra marina indrindra izay nitrangan’ny Ady fahiny tao Raphia izany, ho fahatanterahan’ny andininy faha-iraika ambin’ny folo sy faha-roa ambin’ny folo. Ny fanafihana faharoa atao amin’ny tany be voninahitra dia, amin’ny alalan’ny tandindona ara-jeografia ara-paminaniana, mifandray amin’ny ady faharoa amin’ireo ady ifandaharan’ny solontena, araka ny asehon’ny ady any Okraina.</w:t>
      </w:r>
    </w:p>
    <w:p>
      <w:pPr>
        <w:pStyle w:val="ArticleBody"/>
        <w:jc w:val="left"/>
      </w:pPr>
      <w:r>
        <w:rPr>
          <w:rFonts w:ascii="Times New Roman" w:hAnsi="Times New Roman" w:eastAsia="Times New Roman" w:cs="Times New Roman"/>
        </w:rPr>
        <w:t>Andalana eo ambonin’ny andalana, ny ady faharoa amin’ireo ady ifanaovana amin’ny alalan’ny solontena izay efa mandeha ankehitriny ao Okraina (Ny Sisintany), dia ahitana ny fanamarihana faharoa amin’ny trompetran’ny loza fahatelo (7 Oktobra 2023), izay tanteraka ao amin’ny vanim-potoana farany amin’ny fanisiana tombo-kase ny iray hetsy sy efatra arivo amby efatra alina. Izany fanandramana amin’ny fanisiana tombo-kase izany dia asehon’i Daniela ao amin’ny toko fahafolo, rehefa mahita ny fahitana “marah” izy aorian’ny fe-potoana fisaonana iraika amby roa-polo andro, izay ireo telo andro sy tapany naha-maty ireo mpaminany roa teny an-dalana. Nohazavaina ilay fahitana ho fanazavana ny amin’“izay hanjo ny olon’Andriamanitra amin’ny andro farany.”</w:t>
      </w:r>
    </w:p>
    <w:p>
      <w:pPr>
        <w:pStyle w:val="ArticleBody"/>
        <w:jc w:val="left"/>
      </w:pPr>
      <w:r>
        <w:rPr>
          <w:rFonts w:ascii="Times New Roman" w:hAnsi="Times New Roman" w:eastAsia="Times New Roman" w:cs="Times New Roman"/>
        </w:rPr>
        <w:t>Ny fahamarinana izay asehon’ny fahitana ny Ony Hiddekel, dia ilay fahamarinana fanisiana tombo-kase, no tanteraka ao amin’ny tantara ara-paminaniana ao amin’ny andininy iraika ambin’ny folo ka hatramin’ny dimy ambin’ny folo. Izy io no tantaran’ny andininy faha-efapolo izay manomboka amin’ny 1989, ary mitohy hatramin’ny andininy faha-iraika amby efapolo sy ny lalàn’ny Alahady ho avy tsy ho ela. Izy io no tantaran’ilay filoha fahenina, manankarena indrindra, ao amin’ny andininy faharoa izay aseho mandra-pahatongan’ny fanjakana fahafito an’i “Aleksandra Lehibe” araka ny voamarika ao amin’ny andininy fahatelo.</w:t>
      </w:r>
    </w:p>
    <w:p>
      <w:pPr>
        <w:pStyle w:val="ArticleBody"/>
        <w:jc w:val="left"/>
      </w:pPr>
      <w:r>
        <w:rPr>
          <w:rFonts w:ascii="Times New Roman" w:hAnsi="Times New Roman" w:eastAsia="Times New Roman" w:cs="Times New Roman"/>
        </w:rPr>
        <w:t>Ny tantara izay nanomboka tamin’ny fiandohan’ny ady faharoa amin’ireo ady ankolaka tamin’ny taona 2014, izay narahin’ilay filoha manankarena indrindra nanomboka ny fampielezan-keviny tamin’ny taona 2015, dia ilay faritra banga ao amin’ny andininy faha-efapolo, hatramin’ny 1989 ka hatramin’ny lalàna alahady ao amin’ny andininy faha-iraika amby efapolo, ary izy koa no ilay faritra banga avy amin’ilay filoha fahenina, manankarena indrindra, ao amin’ny andininy faharoa, ka hatramin’ny fanjakana fahafito. Izy io no tantara izay nanomboka tamin’ny feo voalohan’ny Apokalypsy toko fahavalo ambin’ny folo tamin’ny 11 Septambra 2001, ary mifarana amin’ny feo faharoa amin’ny ora isehoan’ilay horohorontany lehibe ao amin’ny toko faha-iraika ambin’ny folo ao amin’ny Apokalypsy. Io tantara io koa no fe-potoana ara-tantara ambaran’i Ezekiela ao amin’ny toko faha-roa ambin’ny folo, izay ahatanterahan’ny fahitana rehetra. Izany vanim-potoana izany no fotoana fanisiana tombo-kase ny iray hetsy sy efatra alina sy efatra arivo. Ny fanamasinana ny olon’Andriamanitra dia tanterahina amin’ny alalan’ny Teniny.</w:t>
      </w:r>
    </w:p>
    <w:p>
      <w:pPr>
        <w:pStyle w:val="ArticleScripture"/>
        <w:jc w:val="left"/>
      </w:pPr>
      <w:r>
        <w:rPr>
          <w:rFonts w:ascii="Times New Roman" w:hAnsi="Times New Roman" w:eastAsia="Times New Roman" w:cs="Times New Roman"/>
        </w:rPr>
        <w:t>Atokàny amin’ny fahamarinanao izy; ny teninao no fahamarinana. Jaona 17:17.</w:t>
      </w:r>
    </w:p>
    <w:p>
      <w:pPr>
        <w:pStyle w:val="ArticleBody"/>
        <w:jc w:val="left"/>
      </w:pPr>
      <w:r>
        <w:rPr>
          <w:rFonts w:ascii="Times New Roman" w:hAnsi="Times New Roman" w:eastAsia="Times New Roman" w:cs="Times New Roman"/>
        </w:rPr>
        <w:t>Hanohy izao fianarana izao isika ao amin’ny lahatsoratra manaraka.</w:t>
      </w:r>
    </w:p>
    <w:p>
      <w:pPr>
        <w:pStyle w:val="ArticleScripture"/>
        <w:jc w:val="left"/>
      </w:pPr>
      <w:r>
        <w:rPr>
          <w:rFonts w:ascii="Times New Roman" w:hAnsi="Times New Roman" w:eastAsia="Times New Roman" w:cs="Times New Roman"/>
        </w:rPr>
        <w:t>“Ity fahitana ity dia nomena an’i Ezekiela tamin’ny fotoana izay nahafeno fisaonana maizina ny sainy. Hitany fa lao ny tanin’ny razany. Ny tanàna izay fahiny feno olona dia tsy nisy mponina intsony. Ny feon’ny fifaliana sy ny hiran’ny fiderana dia tsy re intsony tao anatin’ny mandany. Ary ilay mpaminany tenany dia vahiny tany an-tany fivahinianana, izay nanjakan’ny fireharehana tsy misy fetra sy ny habibiana masiaka indrindra. Izay hitany sy reny momba ny jadon’olombelona sy ny tsy rariny dia nampahory ny fanahiny, ka nisaona mafy izy andro aman’alina. Nefa ireo tandindona mahagaga naseho teo anatrehany teo amoron’ny ony Kebara dia nanambara hery manapaka ambonin’ny zavatra rehetra, mahery lavitra noho ny an’ireo mpanapaka eto an-tany. Ambonin’ireo mpanjaka asyrianina sy babiloniana feno fiavonavonana sy habibiana dia nipetraka teo ambonin’ny seza fiandrianany Ilay Andriamanitry ny famindrampo sy ny fahamarinana.”</w:t>
      </w:r>
    </w:p>
    <w:p>
      <w:pPr>
        <w:pStyle w:val="ArticleScripture"/>
        <w:jc w:val="left"/>
      </w:pPr>
      <w:r>
        <w:rPr>
          <w:rFonts w:ascii="Times New Roman" w:hAnsi="Times New Roman" w:eastAsia="Times New Roman" w:cs="Times New Roman"/>
        </w:rPr>
        <w:t>Ny fahasarotana tahaka ny kodia, izay niseho tamin’ny mpaminany ho toy ny voafandrika tao anatin’ny fisavorovoroana lehibe toy izany, dia teo ambanin’ny fitarihan’ny tànana tsy manam-petra. Ny Fanahin’Andriamanitra, izay naseho taminy ho manetsika sy mitarika ireo kodia ireo, no namoaka firindrana avy tao amin’ny fisavorovoroana; ka izao tontolo izao manontolo dia teo ambanin’ny fifehezany. Arivorivon’ny zavaboary nomena voninahitra no vonona tamin’ny teniny hanapaka sy handresy ny hery sy ny tetik’ireo olon-dratsy, ary hitondra soa ho an’ireo mahatoky aminy.</w:t>
      </w:r>
    </w:p>
    <w:p>
      <w:pPr>
        <w:pStyle w:val="ArticleScripture"/>
        <w:jc w:val="left"/>
      </w:pPr>
      <w:r>
        <w:rPr>
          <w:rFonts w:ascii="Times New Roman" w:hAnsi="Times New Roman" w:eastAsia="Times New Roman" w:cs="Times New Roman"/>
        </w:rPr>
        <w:t>“Toy izany koa, raha efa hasehon’Andriamanitra amin’i Jaona malala ny tantaran’ny fiangonana mandritra ny andro ho avy, dia nomeny toky izy ny amin’ny fitiavan’ny Mpamonjy sy ny fikarakarany ny olony, tamin’ny nanambarany taminy ‘anankiray tahaka ny Zanak’olona,’ nandehandeha teo afovoan’ny fanaovan-jiro, izay naneho ny fiangonana fito. Raha naseho an’i Jaona ny ady lehibe farany hifanaovan’ny fiangonana amin’ny fahefana eto an-tany, dia navela koa izy hahita mialoha ny fandresena farany sy ny fanafahana ny mahatoky. Nahita ny fiangonana izy voatarika ho amin’ny fifanandrinana mahafaty amin’ilay bibidia sy ny sariny, ary ny fiankohofana amin’izany bibidia izany noterena hatao eo ambanin’ny fandrahonana ho faty. Kanefa, nijery mihoatra noho ny setroka sy ny tabataban’ny ady izy, ka nahita vahoaka betsaka teo an-tendrombohitra Ziona niaraka tamin’ny Zanak’ondry, izay nanana, ho solon’ny mariky ny bibidia, ny ‘anaran’ny Rainy voasoratra teo amin’ny handriny.’ Ary mbola nahita indray koa izy ‘ireo izay efa naharesy ny bibidia sy ny sariny sy ny mariny ary ny isan’ny anarany, nitsangana teo ambonin’ny ranomasina fitaratra, nitana ny lokangan’Andriamanitra’ sady nihira ny fihiran’i Mosesy sy ny Zanak’ondry.”</w:t>
      </w:r>
    </w:p>
    <w:p>
      <w:pPr>
        <w:pStyle w:val="ArticleScripture"/>
        <w:jc w:val="left"/>
      </w:pPr>
      <w:r>
        <w:rPr>
          <w:rFonts w:ascii="Times New Roman" w:hAnsi="Times New Roman" w:eastAsia="Times New Roman" w:cs="Times New Roman"/>
        </w:rPr>
        <w:t>“Ireo lesona ireo dia ho tombontsoantsika. Mila mampiorina ny finoantsika amin’Andriamanitra isika, fa eo anoloantsika indrindra no misy fotoana iray izay hizaha toetra ny fanahin’ny olona. Kristy, teo amin’ny Tendrombohitra Oliva, dia namerina ny fitsarana mahatahotra izay hialoha ny fiaviany fanindroany hoe: ‘Hahare ady sy tsaho ny amin’ny ady ianareo.’ ‘Fa hisy firenena hitsangana hamely firenena, ary fanjakana hamely fanjakana; ary hisy mosary sy areti-mandringana ary horohoron-tany any amin’ny tany samy hafa. Izany rehetra izany no fiandohan’ny fahoriana.’ Na dia nahazo fahatanterahana ampahany aza ireo faminaniana ireo tamin’ny fandravana an’i Jerosalema, dia mbola mihatra mivantana kokoa amin’ny andro farany izany.”</w:t>
      </w:r>
    </w:p>
    <w:p>
      <w:pPr>
        <w:pStyle w:val="ArticleScripture"/>
        <w:jc w:val="left"/>
      </w:pPr>
      <w:r>
        <w:rPr>
          <w:rFonts w:ascii="Times New Roman" w:hAnsi="Times New Roman" w:eastAsia="Times New Roman" w:cs="Times New Roman"/>
        </w:rPr>
        <w:t>“Mijoro eo an-tokonan’ny toe-javatra lehibe sy manetriketrika isika. Tanteraka haingana ny faminaniana. Eo am-baravarana ny Tompo. Tsy ho ela dia hisokatra eo anoloantsika ny vanim-potoana iray feno zava-dehibe mampitolagaga ho an’izay rehetra velona. Hovelomina indray ny adihevitra sy fifanandrinana tamin’ny lasa; hisy adihevitra sy fifanandrinana vaovao hipoitra. Ny toe-javatra haseho eto amin’izao tontolontsika izao dia mbola tsy nofinofisina akory aza. Miasa amin’ny alalan’ny olombelona i Satana. Ireo izay miezaka hanova ny Lalàm-panorenana sy hahazo lalàna manery ny fitandremana ny Alahady dia tsy dia mahatsapa firy izay ho vokatr’izany. Eo an-dohantsika indrindra ny krizy.”</w:t>
      </w:r>
    </w:p>
    <w:p>
      <w:pPr>
        <w:pStyle w:val="ArticleScripture"/>
        <w:jc w:val="left"/>
      </w:pPr>
      <w:r>
        <w:rPr>
          <w:rFonts w:ascii="Times New Roman" w:hAnsi="Times New Roman" w:eastAsia="Times New Roman" w:cs="Times New Roman"/>
        </w:rPr>
        <w:t>“Fa ny mpanompon’Andriamanitra dia tsy mahazo mitoky amin’ny tenany amin’izao fotoan-tsarotra lehibe izao. Ao amin’ireo fahitana nomena an’i Isaia sy i Ezekiela ary i Jaona no ahitantsika fa mifamatotra akaiky amin’ny zava-mitranga eto ambonin’ny tany ny lanitra, ary lehibe tokoa ny fiahian’Andriamanitra ireo izay mahatoky Azy. Tsy misy izao tontolo izao ka tsy manana Mpanapaka. Eo an-tanan’ny Tompo ny fandaharan’ny toe-javatra ho avy. Ny Fiandrianan’ny lanitra no mitana eo ambany fiandraiketany ny anjaran’ny firenena, ary koa ny momba ny fiangonany.” Testimonies, boky faha-5,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Fito amby enimpolo amby zato faha-iray</dc:title>
  <dc:subject>Fandravahana ny Faminaniana: Fampahafantarana ny Hevitra Ara-tantara sy Ara-paminaniana ao amin’i Daniela 11:10 sy ny Manaraka Azy</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