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Faha-enina amby enimpolo amby zato</w:t>
      </w:r>
    </w:p>
    <w:p>
      <w:pPr>
        <w:pStyle w:val="ArticleSubtitle"/>
        <w:jc w:val="left"/>
      </w:pPr>
      <w:r>
        <w:rPr>
          <w:rFonts w:ascii="Arial" w:hAnsi="Arial" w:eastAsia="Arial" w:cs="Arial"/>
        </w:rPr>
        <w:t>Fampiharihariana ny Fahamarinana Ara-paminaniana: Ny Ady Faharoa amin’ireo ady ankolaka sy ny Fanisiana Tombo-kase ny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Isika ankehitriny dia miresaka ny ady faharoa amin’ireo ady ankolaka, araka ny aseho ao amin’ny Daniela toko faha-11, andininy faha-11 sy faha-12. Ny ady faharoa ao amin’ireo andininy ireo dia manondro ny ady any Okraina, eo amin’ny hery tsy mino an’Andriamanitra an’i Rosia sy ny firenen’i Okraina. Ao amin’ireo andininy ireo, dia mandresy i Putin, tahaka an’i Ptolemaios IV, nefa rehefa avy nandresy izy dia hasandratra ao am-pony, ary ny fanandratany tena feno fireharehana amin’ny tenany no ho tonga fitaovana hahatonga ny Waterloo-ny. Ny fanehoana ara-tantara an’ity tantara ankehitriny ity dia mahasoa ihany ho an’izay mahatakatra izay asehon’ity tantara ankehitriny ity ara-panahy.</w:t>
      </w:r>
    </w:p>
    <w:p>
      <w:pPr>
        <w:pStyle w:val="ArticleBody"/>
        <w:jc w:val="left"/>
      </w:pPr>
      <w:r>
        <w:rPr>
          <w:rFonts w:ascii="Times New Roman" w:hAnsi="Times New Roman" w:eastAsia="Times New Roman" w:cs="Times New Roman"/>
        </w:rPr>
        <w:t>Ao amin’ny andininy voalohany amin’ny toko fahafolo, Daniela, izay misolo tena ny vahoakan’Andriamanitra amin’ny andro farany, dia aseho ho mahafantatra na ny “fahitana” na ny “zavatra”. Ny fahitana sy ny zavatra dia aseho miverimberina ho miaraka, nefa samy hafa amin’ny tsirairay, ao anatin’ny tsipika iray amin’ny fahamarinana. Izy ireo no ony Ulai sy Hiddekel. Izy ireo no fahitana “mareh” sy “chazon”. Izy ireo no faminaniana momba ny roa arivo sy diman-jato amby roapolo taona mifandray amin’ny faminaniana momba ny roa arivo sy telon-jato taona. Izy ireo no fijoroana ho vavolombelona anatiny sy ivelany an’ny vahoakan’Andriamanitra. Tsy averin’ny Tompo ny zavatra tsy manan-danja. Ny fitsipiky ny filazana voalohany dia manondro fa satria ny zavatra voalohany ambara amintsika momba an’i Daniela, ao amin’ny fahitany farany, dia izy no misolo tena ny vahoakan’Andriamanitra amin’ny andro farany izay mahafantatra na ny “chazon” na ny “mareh”. Koa noho izany, ny fahitana sy ny zavatra dia tena ilaina ho hita, raha toa ka tiana ho takarina araka ny tokony ho izy ny tantara ara-paminaniana ao amin’ny andininy faha-iraika ambin’ny folo sy faha-roa ambin’ny folo.</w:t>
      </w:r>
    </w:p>
    <w:p>
      <w:pPr>
        <w:pStyle w:val="ArticleBody"/>
        <w:jc w:val="left"/>
      </w:pPr>
      <w:r>
        <w:rPr>
          <w:rFonts w:ascii="Times New Roman" w:hAnsi="Times New Roman" w:eastAsia="Times New Roman" w:cs="Times New Roman"/>
        </w:rPr>
        <w:t>Daniel dia maneho ilay iray hetsy sy efatra alina sy efatra arivo ao amin’ny Apokalypsy toko faha iraika ambin’ny folo, izay namerina tamin’ny fahatanterahana ny fanoharana ny amin’ireo virijina folo, izay tanteraka tao amin’ny tantaran’ny Millerita. Izy ireo, tahaka ny tamin’ny Millerita, dia niaritra fahadisoam-panantenana voalohany, izay ao amin’ny Apokalypsy toko faha iraika ambin’ny folo no anehoana azy ho novonoin’ilay bibidia tsy mino an’Andriamanitra “woke” avy amin’ny lavaka tsy hita noanoa, ary avy eo dia mandry maty eny an-dalambe ao amin’ilay tanàna lehibe, dia Egypta sy Sodoma, izay toerana nanomboana an’i Kristy koa. Ny fahafatesan’izy ireo dia niteraka “fifaliana” ho an’ireo mpanaraka ny dragona, nefa niteraka alahelo tao amin’i Daniela.</w:t>
      </w:r>
    </w:p>
    <w:p>
      <w:pPr>
        <w:pStyle w:val="ArticleBody"/>
        <w:jc w:val="left"/>
      </w:pPr>
      <w:r>
        <w:rPr>
          <w:rFonts w:ascii="Times New Roman" w:hAnsi="Times New Roman" w:eastAsia="Times New Roman" w:cs="Times New Roman"/>
        </w:rPr>
        <w:t>Ny tantaran’ny fanisiana tombo-kase ny iray hetsy sy efatra alina sy efatra arivo dia naseho koa tamin’ny fitsanganan’i Lazarosy tamin’ny maty, izay ny fitsanganany tamin’ny maty dia voafaritra ho asa fanisiana tombo-kase amin’ny asan’i Kristy, ary izy, amin’ny maha-tandindon’ireo izay asiana tombo-kase amin’i Kristy azy, no nitarika ny fidirana amim-boninahitra tao Jerosalema, izay naneho mialoha ny hetsiky ny Antso Amin’ny Misasakalina teo amin’ny tantaran’ny Millerita, ary koa teo amin’ny tantaran’ilay iray hetsy sy efatra alina sy efatra arivo. Ny fitsanganan’i Lazarosy tamin’ny maty dia nitranga raha mbola nitomany i Maria sy Marta rahavaviny, tahaka an’i Daniela nandritra ireo iraika amby roa-polo andro ao amin’ny toko fahafolo. Ao amin’ny toko fahafolo, ny fitomanian’i Daniela dia mifarana amin’ny fidinan’i Mikaela, dia ilay tena Olona izay ny “feo”-ny no namerina an’i Lazarosy sy Mosesy ho amin’ny fiainana. Ny fitsanganan’ireo vavolombelona roa ao amin’ny Apokalypsy toko fahiraika ambin’ny folo dia asehon’ny nanovana an’i Daniela tamin’ny alalan’ny fahitana mahatonga, dia ny “marah.”</w:t>
      </w:r>
    </w:p>
    <w:p>
      <w:pPr>
        <w:pStyle w:val="ArticleBody"/>
        <w:jc w:val="left"/>
      </w:pPr>
      <w:r>
        <w:rPr>
          <w:rFonts w:ascii="Times New Roman" w:hAnsi="Times New Roman" w:eastAsia="Times New Roman" w:cs="Times New Roman"/>
        </w:rPr>
        <w:t>Ao amin’ny toko fahafolo, i Daniela dia maneho ny fanisiana tombo-kase ny iray hetsy sy efatra alina sy efatra arivo, izay aseho koa ao amin’ny toko faha-iraika ambin’ny folo ao amin’ny Apokalypsy. Ao amin’io toko io, i Gabriela dia milaza mazava fa tonga tany amin’i Daniela izy mba hampahafantatra azy izay hanjo ny vahoakan’Andriamanitra amin’ny andro farany. Ny hafatra momba izay hanjo ny vahoakan’Andriamanitra amin’ny andro farany dia apetraka ara-paminaniana ao anatin’ny tontolon-kevitry ny hafatra iray izay hamafisin’ny fomba fampitahana tsipika faminaniana amin’ny tsipika faminaniana. Ao anatin’izany fampiharana izany, ny fitsipiky ny filazana voalohany dia mampiseho fa ireo izay mahita ny fahamarinana anatiny sy ivelany ao anatin’ireo tsipika ampiraisina ihany no hahita ny fahatakarana marina. Ireo no mahafantatra ny “fahitana” sy ny “zavatra”.</w:t>
      </w:r>
    </w:p>
    <w:p>
      <w:pPr>
        <w:pStyle w:val="ArticleBody"/>
        <w:jc w:val="left"/>
      </w:pPr>
      <w:r>
        <w:rPr>
          <w:rFonts w:ascii="Times New Roman" w:hAnsi="Times New Roman" w:eastAsia="Times New Roman" w:cs="Times New Roman"/>
        </w:rPr>
        <w:t>Ny iray hetsy sy efatra arivo amby efatra alina dia hahatakatra ny hafatra ara-paminaniana, nefa izy ireo koa dia hiaina izany hafatra izany, fa ny hafatra sy ny fanandramana dia tsy azo sarahina. Ny hafatra no manamasina, fa ny hafatra dia Tenin’Andriamanitra, ary Kristy no Tenin’Andriamanitra, ary ny Tenin’Andriamanitra dia Fahamarinana. Ny hafany dia voamarina ho Fahamarinana, satria aseho amin’ny alalan’ireo foto-kevitry ny fampiharana ara-paminaniana izay tsy inona akory na latsaka noho ny foto-kevitry ny maha-Izy Azy sy izay maha-Izy Azy. Izy no Palmoni, Ilay Mpandrefy mahagaga, Mpandrefy ny zava-miafina. Izy no Ilay Mpanampahaizana amin’ny fiteny mahagaga, ny voalohany sy ny farany, ny Alpha sy Omega. Ireo singa ireo amin’izay maha-Izy Azy ireo no mamaritra ireo fitsipika ara-paminaniana izay manorina ny hafatry ny faminaniana sy mamokatra ny fanandraman’ny faminaniana.</w:t>
      </w:r>
    </w:p>
    <w:p>
      <w:pPr>
        <w:pStyle w:val="ArticleBody"/>
        <w:jc w:val="left"/>
      </w:pPr>
      <w:r>
        <w:rPr>
          <w:rFonts w:ascii="Times New Roman" w:hAnsi="Times New Roman" w:eastAsia="Times New Roman" w:cs="Times New Roman"/>
        </w:rPr>
        <w:t>Alohan’ny hahatongavan’ny Ulai sy Hiddekel, dia renirano lehibe roa ao Sinara, any amin’ny Hoala Persika, dia mamorona faritra honahona eo akaikin’ny fihaonany izy ireo, izay antsoina hoe Shatt al-Arab, nefa tsy mitambatra ho renirano tokana. Ny Shatt al-Arab dia delta-ponenan-drano noforonin’ny fihaonan’ny renirano Eofrata sy Tigra, ary koa renirano madinika sy sakeli-drano maromaro. Na izany aza, na dia ao anatin’io faritra delta io aza, ny Eofrata sy ny Tigra dia mitahiry ny maha-izy azy avy ary mikoriana mankany amin’ny Hoala Persika amin’ny maha-renirano miavaka azy avy. Ny hafatra anatiny sy ivelany ao amin’ny faminaniana dia mitahiry ny fifandraisany miavaka, nefa rehefa tonga amin’ny famaranany izy ireo (amin’ny andro farany), dia miteraka delta iray izay ananan’ny renirano sy sakeli-drano maromaro anjara. Asehon’i Jesosy amin’ny alalan’ny zavatra voajanahary ny zavatra ara-panahy, ary amin’ny andro farany ny vokatry ny fahitana rehetra dia mamorona tany tondraka delta, na dia mitana ny anjara asany miavaka aza ireo renirano lehibe roa.</w:t>
      </w:r>
    </w:p>
    <w:p>
      <w:pPr>
        <w:pStyle w:val="ArticleBody"/>
        <w:jc w:val="left"/>
      </w:pPr>
      <w:r>
        <w:rPr>
          <w:rFonts w:ascii="Times New Roman" w:hAnsi="Times New Roman" w:eastAsia="Times New Roman" w:cs="Times New Roman"/>
        </w:rPr>
        <w:t>Ny fe-potoana iraika amby roapolo andro fisaonana dia mifanaraka amin’ilay fotoana izay ihafatesan’ireo vavolombelona roa eo amin’ny arabe, ary io fe-potoana io dia manomboka amin’ny fahadisoam-panantenana voalohany sy ny fotoana fiandrasana. Izany fe-potoana izany dia mitranga ao anatin’ilay fe-potoana lehibe kokoa, izay anatanterahana ny fanisiana tombo-kase ireo iray hetsy sy efatra alina amby efa-arivo. Tsy nanomboka tamin’ny fotoanan’ny farany tamin’ny 1989 ny fanisiana tombo-kase, fa nanomboka izany rehefa nidina i Kristy, amin’ny maha-anjely fahatelo Azy, tamin’ny 11 Septambra 2001. Nentiny ho amin’ny fitsidihany faharoa tao Kadesa ny olony, ary amin’ity indray mitoraka ity dia ireo vitsy izay vonona no hiditra ao amin’ny tany nampanantenaina. Ny fanandraman’ny olon’Andriamanitra hatramin’ny fotoanan’ny farany tamin’ny 1989 ka hatramin’ny 11 Septambra 2001 dia tsy nanisy tombo-kase azy ireo. Nanomboka ny fanisiana tombo-kase rehefa nidina i Kristy ka naneno ny feo voalohany tamin’ny trompetra fahafito amin’ny loza fahatelo.</w:t>
      </w:r>
    </w:p>
    <w:p>
      <w:pPr>
        <w:pStyle w:val="ArticleBody"/>
        <w:jc w:val="left"/>
      </w:pPr>
      <w:r>
        <w:rPr>
          <w:rFonts w:ascii="Times New Roman" w:hAnsi="Times New Roman" w:eastAsia="Times New Roman" w:cs="Times New Roman"/>
        </w:rPr>
        <w:t>Ny fitsofana ny trompetra fahafito no toerana izay ahatanterahan’ny zava-miafin’Andriamanitra, ary izany zava-miafina izany dia maneho ny fanisiana tombo-kase ny iray hetsy sy efatra alina amby efatra arivo, izay mitranga mandritra ny fitsofana izany trompetra izany. Mamoaka feo telo izany trompetra izany, fa Fahamarinana izy. Ny feo voalohany dia ny 11 Septambra 2001, ny feo faharoa dia ny 7 Oktobra 2023, ary ny fahatelo amin’ireo feo telo dia amin’ilay lalàn’ny Alahady ho avy tsy ho ela. Ireo feo telo ireo no dingana telo izay misy mandrakariva ao amin’ny fahamarinana. Ny fikasihan-tanana intelo natao tamin’i Daniela ao amin’ny toko fahafolo dia nampifandray ny fanandramany tamin’ilay vanim-potoana ara-tantara izay asehon’ireo feo telo amin’ny trompetra fahafito.</w:t>
      </w:r>
    </w:p>
    <w:p>
      <w:pPr>
        <w:pStyle w:val="ArticleBody"/>
        <w:jc w:val="left"/>
      </w:pPr>
      <w:r>
        <w:rPr>
          <w:rFonts w:ascii="Times New Roman" w:hAnsi="Times New Roman" w:eastAsia="Times New Roman" w:cs="Times New Roman"/>
        </w:rPr>
        <w:t>Ny hafatra ara-paminaniana izay miteraka ny vokatra mahaova endrika ho amin’ny sarin’i Kristy, izay asehon’i Daniela ao amin’ny toko fahafolo, dia ny hafatry ny amin’izay manjo ny olon’Andriamanitra amin’ny andro farany, nefa tsy ny andro farany amin’ny heviny ankapobeny. Izany no hafatra izay takatry sy iainan’ny olon’Andriamanitra mandritra ny fotoan’ny fanombohan-kase ny iray hetsy sy efatra alina sy efatra arivo.</w:t>
      </w:r>
    </w:p>
    <w:p>
      <w:pPr>
        <w:pStyle w:val="ArticleBody"/>
        <w:jc w:val="left"/>
      </w:pPr>
      <w:r>
        <w:rPr>
          <w:rFonts w:ascii="Times New Roman" w:hAnsi="Times New Roman" w:eastAsia="Times New Roman" w:cs="Times New Roman"/>
        </w:rPr>
        <w:t>Rehefa manomboka mampiseho ny tantara ara-paminaniana aseho ao amin’ny toko faha-iraika ambin’ny folo i Gabriela, dia manolotra tsipika manokana ara-paminaniana izy. Ny andininy roa voalohany dia manomboka amin’i Kyrosy (toa an’i Bush voalohany), amin’ny fotoanan’ny farany tamin’ny 1989, ary mandroso hatramin’ny tantaran’i Donald Trump amin’ny maha filoha faha-dimy amby efapolo azy (ilay fahenina), ary eo no iatoan’ny tantara ara-paminaniana, mandra-piresahana ny tantaran’ny Firenena Mikambana (Aleksandra Lehibe), amin’ny maha fanjakana fahafito azy, ao amin’ny andininy fahatelo sy fahefatra. Koa ny hafatr’i Donald Trump amin’ny maha filoha fahenina mpanan-karena izay manaitra ny globalista azy, dia fahamarinana tanteraka amin’ny fotoan’ny fanisiana tombo-kase ny iray hetsy sy efatra arivo amby efatra alina. Noho izany, dia fahamarinana ankehitriny izany.</w:t>
      </w:r>
    </w:p>
    <w:p>
      <w:pPr>
        <w:pStyle w:val="ArticleBody"/>
        <w:jc w:val="left"/>
      </w:pPr>
      <w:r>
        <w:rPr>
          <w:rFonts w:ascii="Times New Roman" w:hAnsi="Times New Roman" w:eastAsia="Times New Roman" w:cs="Times New Roman"/>
        </w:rPr>
        <w:t>Ao amin’ny andininy faha-dimy ka hatramin’ny faha-sivy dia aseho ny tantaran’ny fanorenana ny fahefan’ny papa teo ambonin’ny seza fiandrianana, hatramin’ny taona 538 ka mandra-pahatongan’ny ratra mahafaty sy ny andro farany tamin’ny 1798. Mazava ho azy fa fahamarinana tena ilaina sy manan-danja izany, satria manohana sy manamafy ny andininy faha-efapolo, nefa tsy manolotra fitantarana ara-paminaniana manokana izay mitranga ao anatin’ny vanim-potoanan’ny fanombohan-kase ireo iray hetsy sy efatra alina sy efatra arivo. Ny andininy faha-folo, tahaka ny andininy faha-dimy ka hatramin’ny faha-sivy, dia manamafy ny maha-marina ny andininy faha-efapolo, nefa tsy miresaka ny tantara ara-paminaniana izay tanteraka mandritra ny fotoanan’ny fanombohan-kase. Kanefa izy dia manamarika ny taona 1989, ary noho izany dia mametraka, amin’ny alalan’ny tsy filazana, vanim-potoana mangina manomboka amin’ny 1989 ka hatramin’ny lalàn’ny Alahady ao amin’ny andininy faha-iraika amby efapolo.</w:t>
      </w:r>
    </w:p>
    <w:p>
      <w:pPr>
        <w:pStyle w:val="ArticleBody"/>
        <w:jc w:val="left"/>
      </w:pPr>
      <w:r>
        <w:rPr>
          <w:rFonts w:ascii="Times New Roman" w:hAnsi="Times New Roman" w:eastAsia="Times New Roman" w:cs="Times New Roman"/>
        </w:rPr>
        <w:t>Andininy faha-iraika ambin’ny folo ka hatramin’ny faha-iraika ambin’ny folo sy dimy dia manondro tantara izay tanteraka ao anatin’ny vanim-potoanan’ny fanisiana tombo-kase ny iray hetsy sy efatra alina sy efatra arivo. Ireo andininy ireo dia mifanaraka ao anatin’ilay tantara miafina eo anelanelan’ny andininy faha-roa sy faha-telo, ary eo anelanelan’ny taona 1989 ao amin’ny andininy faha-efapolo ka hatramin’ny lalàn’ny Alahady ao amin’ny andininy faha-iraika amby efapolo. Tena fahamarinana ankehitriny tokoa ireo andininy ireo, ary tsy maintsy ekena ho toy izany izy ireo raha tiantsika hojinjaina ny tombontsoa nokendrena avy amin’ny fahazoana ny hevitr’ireo andininy ireo.</w:t>
      </w:r>
    </w:p>
    <w:p>
      <w:pPr>
        <w:pStyle w:val="ArticleBody"/>
        <w:jc w:val="left"/>
      </w:pPr>
      <w:r>
        <w:rPr>
          <w:rFonts w:ascii="Times New Roman" w:hAnsi="Times New Roman" w:eastAsia="Times New Roman" w:cs="Times New Roman"/>
        </w:rPr>
        <w:t>Ny soa kendrena dia roa sosona, satria izany dia maneho ny fahatakarana ny tantara ara-paminaniana aseho ao anatiny, ary koa ny fanandramana ateraky ny fahatakarana ny fahamarinana ao amin’izany hafatra izany. Ny fahatakarana ilay hafatra, dia fitomboan’ny fahalalana farany, izay tanterahina mandritra ny vanim-potoanan’ny fanisiana tombo-kase, no manamasina ireo izay ho isan’ny iray hetsy sy efatra alina sy efatra arivo. Noho izany antony izany, dia zava-dehibe ny mandinika ireo andininy ireo avy amin’ny lafiny anatiny sy ivelany.</w:t>
      </w:r>
    </w:p>
    <w:p>
      <w:pPr>
        <w:pStyle w:val="ArticleBody"/>
        <w:jc w:val="left"/>
      </w:pPr>
      <w:r>
        <w:rPr>
          <w:rFonts w:ascii="Times New Roman" w:hAnsi="Times New Roman" w:eastAsia="Times New Roman" w:cs="Times New Roman"/>
        </w:rPr>
        <w:t>Ny “fotoana impito” ao amin’ny Levitikosy enina amby roapolo dia tena isan’ny fotoanan’ny fanombohan-kase ny iray hetsy sy efatra amby efatra alina, satria ny vavaka roa nataon’i Daniela, izay aseho ao amin’ny toko faharoa sy fahasivy, dia maneho vavaka indroa hihazonana ny tantara ara-paminaniana izay asehon’ny sarin’ny bibidia, ary koa handraisana ny fanandramana aterak’ireo izay manatanteraka ny vavaky ny Levitikosy enina amby roapolo momba ny famelan-keloka ny fahotany sy ny fahotan-drainy. Ny vavaka ivelany no manondro ny sarin’ny bibidia, ary ny vavaka anatiny no mamoaka ny sarin’i Kristy.</w:t>
      </w:r>
    </w:p>
    <w:p>
      <w:pPr>
        <w:pStyle w:val="ArticleBody"/>
        <w:jc w:val="left"/>
      </w:pPr>
      <w:r>
        <w:rPr>
          <w:rFonts w:ascii="Times New Roman" w:hAnsi="Times New Roman" w:eastAsia="Times New Roman" w:cs="Times New Roman"/>
        </w:rPr>
        <w:t>Ny fahatakarana ny tantara aseho ao amin’ireo andalan-teny samihafa ao amin’ny Daniela toko fahiraika ambin’ny folo, izay miresaka manokana ny tantara tanteraka ao anatin’ny fotoan’ny fanisiana tombo-kase, dia asehon’ny vavak’i Daniela ao amin’ny toko faharoa. Izy sy ireo lehilahy telo mendrika dia nitady hahalala ny hafatra miafina ao amin’ny nofin’i Nebokadnezara momba ilay sariolona vita tamin’ny metaly samihafa. Rehefa fantatra ny fahazoana marina ny tantara ara-paminaniana aseho ao amin’ilay nofy miafina nataon’i Nebokadnezara, dia io fahatakarana io no mampahafantatra ireo izay mahatakatra fa tsy manan-kantenaina izy ireo, raha tsy hoe samy mahatanteraka manokana ny fanandraman’ny fibebahana tanteraka asehon’ny vavak’i Daniela ao amin’ny toko fahasivy.</w:t>
      </w:r>
    </w:p>
    <w:p>
      <w:pPr>
        <w:pStyle w:val="ArticleBody"/>
        <w:jc w:val="left"/>
      </w:pPr>
      <w:r>
        <w:rPr>
          <w:rFonts w:ascii="Times New Roman" w:hAnsi="Times New Roman" w:eastAsia="Times New Roman" w:cs="Times New Roman"/>
        </w:rPr>
        <w:t>Ny mampisaraka ny fanandramana asehon’i Daniela ao amin’ny toko faha-folo amin’ny fitantarana ara-paminanian’ny zava-nitranga amin’ny andro farany ao amin’ny toko faha-iraika ambin’ny folo, dia tsy mahomby amin’ny maha-mpianatry ny faminaniana azy. Ao amin’ny Daniela toko faha-iraika ambin’ny folo, andininy faha-iraika ambin’ny folo sy faha-roa ambin’ny folo, ny adin’ny sisin-tany, dia ny Adin’i Rafia sy ny fandresen’ny mpanjaka avy any atsimo, no maneho ny faharoa amin’ireo ady an-tsolo telo izay voamarika ao amin’ny Tenin’Andriamanitra ara-paminaniana. Ny fanalahidy izay mampiseho mazava izao fanambaran’ny fahamarinana izao dia ny fampiasan’ilay Mpandaha-teny Mahagaga ny filazana fa ny mpanjakan’ny avaratra dia hirohotra ka handalo hatrany amin’ny fiarovana mafy (ny vozona), ao amin’ny andininy faha-folo. Nomeny andininy roa hafa izay miresaka io firohotrana sy io fandalovana io, ary tamin’ny fanaovany izany dia nampiraisiny ny fitantarana ara-paminanian’ny zava-nitranga sy ny fanandramana izay tokony hateraky ny fahatakarana ireo zava-nitranga ireo.</w:t>
      </w:r>
    </w:p>
    <w:p>
      <w:pPr>
        <w:pStyle w:val="ArticleScripture"/>
        <w:jc w:val="left"/>
      </w:pPr>
      <w:r>
        <w:rPr>
          <w:rFonts w:ascii="Times New Roman" w:hAnsi="Times New Roman" w:eastAsia="Times New Roman" w:cs="Times New Roman"/>
        </w:rPr>
        <w:t>Fa ny zanany kosa dia hientanentana, ka hanangona hery lehibe maro; ary ny iray dia ho avy tokoa, ka handrava sy handeha hamaky; dia hiverina izy, ka hientanentana indray hatrany amin’ny fiarovany mafy. Ary ny mpanjakan’ny atsimo dia ho voatosiky ny fahatezerana, ka hivoaka hiady aminy, dia amin’ny mpanjakan’ny avaratra; ary izy hampandroso vahoaka betsaka; nefa ny vahoaka betsaka dia hatolotra eo an-tanany. Ary rehefa nesoriny izany vahoaka betsaka izany, dia hasandratra ny fony; ary handavo olona alinalina maro izy; nefa tsy hahazo hery amin’izany izy. Daniela 11:10–12.</w:t>
      </w:r>
    </w:p>
    <w:p>
      <w:pPr>
        <w:pStyle w:val="ArticleBody"/>
        <w:jc w:val="left"/>
      </w:pPr>
      <w:r>
        <w:rPr>
          <w:rFonts w:ascii="Times New Roman" w:hAnsi="Times New Roman" w:eastAsia="Times New Roman" w:cs="Times New Roman"/>
        </w:rPr>
        <w:t>Tamin’ny taona 2014, nanomboka ady tao Okraina i Putin, ary mba hahafantarana io fahamarinana io araka izay aseho ao amin’ny andininy faha-iraika ambin’ny folo amin’ny toko faha-iraika ambin’ny folo, dia tsy maintsy mahay mahita aloha ny mpianatry ny faminaniana fa ny andininy faha-folo dia maneho tantara iray izay manazava ny tapany faharoa amin’ny andininy faha-efapolo ao amin’ny Daniela toko faha-iraika ambin’ny folo. Rehefa fantany izany, dia hitany avy eo fa izay ampian’ny andininy faha-folo amin’ny andininy faha-efapolo dia izao: rehefa voafafa ny Firaisana Sovietika tamin’ny 1989, dia niakatra hatrany amin’ny fiarovany mafy (ny “vozona”) ihany ny mpanjakan’ny avaratra. Nefa tsy ho fantatry ny mpianatry ny faminaniana izay tondroin’izany, mandra-pahitany ny Isaia toko faha-valo andininy faha-valo. Amin’izay vao hanana ny fahefana ara-faminaniana izy hamantarana fa ireo andininy telo ireo dia mifamatotra amin’ny alalan’ny fiteny iray izay ampiasaina intelo monja ao amin’ny Baiboly.</w:t>
      </w:r>
    </w:p>
    <w:p>
      <w:pPr>
        <w:pStyle w:val="ArticleBody"/>
        <w:jc w:val="left"/>
      </w:pPr>
      <w:r>
        <w:rPr>
          <w:rFonts w:ascii="Times New Roman" w:hAnsi="Times New Roman" w:eastAsia="Times New Roman" w:cs="Times New Roman"/>
        </w:rPr>
        <w:t>Dia avy eo dia mila vavolombelona faharoa ilay mpianatra fa ny fisehoan’ilay teny hoe “mihahohako ka mandalo” in-telo ao amin’ny Baiboly dia famerimberenana niniana natao. Ny vavolombelona faharoa manamarina izany zava-misy izany dia miorina amin’ny hoe ireo andininy telo rehetra (vavolombelona), dia samy manondro mpanjakan’ny avaratra iray manafika mpanjaka any atsimo. Ireo vavolombelona telo ireo, rehefa voamarina fa tantara ara-panoharana iray ihany amin’ny alalan’ny karazana vavolombelona anatiny roa, dia mitarika ny mpianatra ny faminaniana hametraka ireo andininy telo ireo hifanindry, amin’ny fomba andalana eo ambonin’ny andalana. Izany fampiharana izany dia manitatra ny votoatin’ireo andininy, izay mampiseho ny ady eo amin’ny mpanjakan’ny avaratra sy ny mpanjakan’ny atsimo.</w:t>
      </w:r>
    </w:p>
    <w:p>
      <w:pPr>
        <w:pStyle w:val="ArticleBody"/>
        <w:jc w:val="left"/>
      </w:pPr>
      <w:r>
        <w:rPr>
          <w:rFonts w:ascii="Times New Roman" w:hAnsi="Times New Roman" w:eastAsia="Times New Roman" w:cs="Times New Roman"/>
        </w:rPr>
        <w:t>Ny toko fahafiton’i Isaia, andininy faha-valo sy faha-sivy, no manome ny fanalahidy hamahana ny ankamantatra momba izay asehon’ny “fiarovana mafy” ao amin’ny andininy faha-folo, satria ny teny hebreo nadika hoe “fiarovana mafy” dia io “fiarovana mafy” io ihany koa izay nidiran’ny mpanjakan’ny atsimo tao amin’ny andininy faha-fito amin’ny toko fahiraika ambin’ny folo. Ny “fiarovana mafy” dia adika koa hoe “hery” ao amin’ilay fiteny hoe “toerana masina misy hery” ao amin’ny andininy faha-iraika amby telopolo amin’ny Daniela 11. Koa izany, ireo andininy roa ireo (faha-fito sy faha-iraika amby telopolo) dia manome vavolombelona roa fa ny “fiarovana mafy” dia renivohitry ny fanjakana iray na mpanjaka iray. Rehefa efa tafapetraka amin’ny alalan’ny vavolombelona roa izany zava-misy izany (samy ao amin’ny toko fahiraika ambin’ny folo), dia izay ambaran’i Isaia ao amin’ny andalan-teniny miafina ao amin’ny toko fahafito, andininy faha-valo sy faha-sivy, raha manorina amin’ny vavolombelona anatiny roa izy fa ny fiarovana mafy dia renivohitry ny fanjakana iray, na ny mpanjakan’ilay fanjakana, dia manaporofo fa talohan’ny 1989, ny Firaisana Sovietika, izay i Rosia no ivony, ary i Moskva no renivohiny, dia nanana filoha antsoina hoe Mikal Gorbachev. Tsy kisendrasendra ny nahatonga ny toetra hita maso nanavaka an’i Gorbachev ho ny handriny.</w:t>
      </w:r>
    </w:p>
    <w:p>
      <w:pPr>
        <w:pStyle w:val="ArticleBody"/>
        <w:jc w:val="left"/>
      </w:pPr>
      <w:r>
        <w:rPr>
          <w:rFonts w:ascii="Times New Roman" w:hAnsi="Times New Roman" w:eastAsia="Times New Roman" w:cs="Times New Roman"/>
        </w:rPr>
        <w:t>Teboka manaraka ny teboka, ny famaranana amin’ity fampiharana ity dia manasongadina ny maha-zava-dehibe azy amin’ny filazana hoe: “Raha tsy hino ianareo, dia tsy haharitra akory.” Hoy Jesosy: “Ry adala sy tara fo hino izay rehetra nolazain’ny mpaminany.” [Jereo Lioka 24:25] Ezra nanoratra hoe: “Dia nifoha maraina koa izy ireo ka nivoaka nankany an-efitr’i Tekoa; ary raha mbola nivoaka izy ireo, Josafata nitsangana ka nanao hoe: Henoy aho, ry Joda, sy ianareo mponina ao Jerosalema; minoa an’i Jehovah Andriamanitrareo, dia hampaharitra anareo Izy; minoa ny mpaminaniny, dia hambinina ianareo.” [Jereo 2 Tantara 20:20] Impito ao amin’ny bokin’ny Apokalypsy no anomezana ny didy mba hihaino. “Izay manan-tsofina, aoka izy hihaino izay lazain’ny Fanahy amin’ny fiangonana.”</w:t>
      </w:r>
    </w:p>
    <w:p>
      <w:pPr>
        <w:pStyle w:val="ArticleBody"/>
        <w:jc w:val="left"/>
      </w:pPr>
      <w:r>
        <w:rPr>
          <w:rFonts w:ascii="Times New Roman" w:hAnsi="Times New Roman" w:eastAsia="Times New Roman" w:cs="Times New Roman"/>
        </w:rPr>
        <w:t>Ny ho tafatoetra dia ny ho isan’ireo virijina hendry, fa ny adala kosa dia votsa fo amin’ny finoana izay nambaran’ny mpaminany. Ny hendry mino izay nolazain’Andriamanitra tamin’ny alalan’ny Mpaminaniny, ka dia tafatoetra sy mandroso izy, satria mihaino izay lazain’ny Fanahy amin’ny fiangonana izy. Ny famantarana an’i Rosia sy ny ady natombony tamin’i Okraina tamin’ny taona 2014 no mampitoetra ireo izay mpianatra hendry ny faminaniana, amin’ny vanim-potoana izay anesoran’i Kristy ny tombo-kasen’io fahamarinana io mihitsy.</w:t>
      </w:r>
    </w:p>
    <w:p>
      <w:pPr>
        <w:pStyle w:val="ArticleBody"/>
        <w:jc w:val="left"/>
      </w:pPr>
      <w:r>
        <w:rPr>
          <w:rFonts w:ascii="Times New Roman" w:hAnsi="Times New Roman" w:eastAsia="Times New Roman" w:cs="Times New Roman"/>
        </w:rPr>
        <w:t>Io fahamarinana io dia tonga teo amin’ny tantara tamin’ny taona 2014, izay aorian’ny 2001, ka noho izany dia ao anatin’ny fotoanan’ny fanisiana tombo-kase ny iray hetsy sy efatra arivo sy efatra alina. Tamin’ny taona nanaraka, 2015, ilay filoha manankarena indrindra, izay filoha fahenina hatramin’ny fotoanan’ny farany tamin’ny 1989, dia nanomboka nampihetsika ny globalista. Ny andininy faha-folo dia manondro ny tantaran’ny 1989, nefa mametraka koa an’i Rosia ho “toeram-piarovana mafy,” ary ao amin’ireo andininy roa manaraka dia hanomboka ny ady faharoa amin’ireo ady ankolaka i Rosia, ary handresy izany ady izany i Putin. Ny fahamarinan’ireo andininy ireo dia esorina amin’ny tombo-kase rehefa tanteraka ilay tantara izay asehony.</w:t>
      </w:r>
    </w:p>
    <w:p>
      <w:pPr>
        <w:pStyle w:val="ArticleScripture"/>
        <w:jc w:val="left"/>
      </w:pPr>
      <w:r>
        <w:rPr>
          <w:rFonts w:ascii="Times New Roman" w:hAnsi="Times New Roman" w:eastAsia="Times New Roman" w:cs="Times New Roman"/>
        </w:rPr>
        <w:t>«Даниел өөрийн хувь ноогдолдоо, өөрийн байрандаа зогсож байна. Даниел болон Иоханы эш үзүүллэгүүд ойлгогдох ёстой. Тэд бие биеэ тайлбарладаг. Тэд хүн бүрийн ойлговол зохих үнэнийг дэлхийд өгдөг. Эдгээр эш үзүүллэгүүд дэлхийд гэрч болох ёстой. Эдгээр сүүлчийн өдрүүдэд биелэгдэхээрээ тэд өөрсдөө өөрсдийгөө тайлбарлах болно.» The Kress Collection, 105.</w:t>
      </w:r>
    </w:p>
    <w:p>
      <w:pPr>
        <w:pStyle w:val="ArticleBody"/>
        <w:jc w:val="left"/>
      </w:pPr>
      <w:r>
        <w:rPr>
          <w:rFonts w:ascii="Times New Roman" w:hAnsi="Times New Roman" w:eastAsia="Times New Roman" w:cs="Times New Roman"/>
        </w:rPr>
        <w:t>Ny faminanian’ny andininy faha-iraika ambin’ny folo sy faha-roa ambin’ny folo dia voavaha amin’ny alalan’ny fahatanterahany ara-tantara ao amin’ny fotoan’ny fanisiana tombo-kase ny iray hetsy sy efatra arivo amby efatra alina, nefa “tsipika mifanindry amin’ny tsipika,” misy zava-misy manan-danja iray hafa koa mifandray amin’ireo andininy ireo. Mba hahafahan’ny mpianatry ny faminaniana mampifandray ireo andalan-teny telo momba ny “fihoaram-pefy sy ny fandalovana,” dia tsy maintsy ampidiriny ao amin’ny tsipiky ny faminaniana koa ny faminaniana momba ny dimy amby enimpolo taona. Ny faminaniana momba ny dimy amby enimpolo taona no manamarika ny fiandohan’ireo faminaniana roa samy diman-jato sy roa arivo amby zato sy roapolo taona, ary mampahafantatra fa manomboka elanelan-taona enina amby efapolo izy roa ireo. Amin’ny famantarana ny dimy amby enimpolo taona eo am-piandohana dia fantarina koa fa ny Alfa sy Omega dia hamoaka dimy amby enimpolo taona eo amin’ny fiafarana.</w:t>
      </w:r>
    </w:p>
    <w:p>
      <w:pPr>
        <w:pStyle w:val="ArticleBody"/>
        <w:jc w:val="left"/>
      </w:pPr>
      <w:r>
        <w:rPr>
          <w:rFonts w:ascii="Times New Roman" w:hAnsi="Times New Roman" w:eastAsia="Times New Roman" w:cs="Times New Roman"/>
        </w:rPr>
        <w:t>Ny dimy amby enimpolo taona, na eo am-piandohana na eo am-pamaranana, samy mitondra ny mariky ny teboka telo. Ny voalohany dia 742 tal. J.K., avy eo sivy ambin’ny folo taona tatỳ aoriana 723 tal. J.K., ary avy eo enina amby efapolo taona tatỳ aoriana 677 tal. J.K. Ireo teboka telo ireo dia aseho eo amin’ny farany amin’ny alalan’ny 1798, 1844, ary 1863. Ny fe-potoana enina amby efapolo taona eo am-piandohana (Alpha) dia maneho ny fanitsakitsahana ny tempoly sy ny antokony, ary ny enina amby efapolo taona eo am-pamaranana (Omega) kosa dia maneho ny famerenana amin’ny laoniny ny fitoerana masina sy ny antokony, rehefa hiditra tampoka ao amin’ny tempoly izay natsangany tao anatin’ny enina amby efapolo taona nanomboka tamin’ny 1798 ka hatramin’ny 1844 ny Iraky ny Fanekena (izay Alpha sy Omega koa).</w:t>
      </w:r>
    </w:p>
    <w:p>
      <w:pPr>
        <w:pStyle w:val="ArticleBody"/>
        <w:jc w:val="left"/>
      </w:pPr>
      <w:r>
        <w:rPr>
          <w:rFonts w:ascii="Times New Roman" w:hAnsi="Times New Roman" w:eastAsia="Times New Roman" w:cs="Times New Roman"/>
        </w:rPr>
        <w:t>Ny enina amby efapolo taona izay ialohavan’ny sivy ambin’ny folo taona tamin’ny fotoana nanambaran’i Isaia ny faminaniana tamin’ny taona 742 talohan’i Kristy, dia maneho enina amby efapolo taona eo amin’ny fiafarany, izay arahin’ny sivy ambin’ny folo taona avy eo ao anatin’ny lamina kiastika. Ny sivy ambin’ny folo taona hatramin’ny 1844 ka hatramin’ny 1863 dia manome sary maneho ny fikasan’i Kristy ho an’ny iray hetsy sy efatra alina sy efatra arivo izay tsy tanteraka noho ny fikomiana nitranga tao anatin’izany tantara izany. Ny asa takina amin’ny mpianatry ny faminaniana mba hizarany araka ny tokony ho izy ny tenin’ny fahamarinana momba ny andininy faha-folo ka hatramin’ny faha-roa ambin’ny folo ao amin’ny Daniela toko faha-iraika ambin’ny folo, dia tsy vitan’ny hoe mampiorina (raha mino ianao) fa i Rosia no hanomboka ady ao Okraina amin’ny taona 2014, fa koa hoe io ady io dia hatomboka amin’ny fotoanan’ny fanisiana tombo-kase ny iray hetsy sy efatra alina sy efatra arivo. Na manan-danja toy inona aza ny tantaram-paminaniana asehon’ireo andininy ireo, ny tantara izay anesorana ny tombo-kasen’ny fahamarinan’izany tantara izany ihany koa dia asehon’ny tantaran’ireo sivy ambin’ny folo taona hatramin’ny 1844 ka hatramin’ny 1863.</w:t>
      </w:r>
    </w:p>
    <w:p>
      <w:pPr>
        <w:pStyle w:val="ArticleBody"/>
        <w:jc w:val="left"/>
      </w:pPr>
      <w:r>
        <w:rPr>
          <w:rFonts w:ascii="Times New Roman" w:hAnsi="Times New Roman" w:eastAsia="Times New Roman" w:cs="Times New Roman"/>
        </w:rPr>
        <w:t>Ny taona 1844 dia manamarika ny fahatongavan’ilay anjely fahatelo, ary manondro mialoha ny fahatongavan’ilay anjely fahatelo tamin’ny 11 Septambra 2001. Ny taona 1863 dia maneho ny fikomiana izay asehon’ny fanorenana indray an’i Jeriko. Ny mari-dalana 1863 dia manondro mialoha koa ny fankatoavan’ireo iray hetsy sy efatra arivo sy efatra alina, izay ampiasaina mba “handrava ny mandan’i Jeriko”, amin’ilay lalàna Alahady ho avy tsy ho ela. Ao amin’ireo andininy izay dinihintsika, ny andininy faha-enina ambin’ny folo dia maneho ny lalàna Alahady any Etazonia. Ny andininy faha-iraika ambin’ny folo dia manamarika hatramin’ny 2014 ka hatramin’ny fandresena faratampon’i Putin. Ireo andininy ireo dia manondro ny fiandohan’ny ady solontena faharoa izay arahin’ny ady solontena fahatelo, araka ny asehon’ny andininy faha-telo ambin’ny folo ka hatramin’ny faha-dimy ambin’ny folo.</w:t>
      </w:r>
    </w:p>
    <w:p>
      <w:pPr>
        <w:pStyle w:val="ArticleBody"/>
        <w:jc w:val="left"/>
      </w:pPr>
      <w:r>
        <w:rPr>
          <w:rFonts w:ascii="Times New Roman" w:hAnsi="Times New Roman" w:eastAsia="Times New Roman" w:cs="Times New Roman"/>
        </w:rPr>
        <w:t>Amin’ny fampifandraisana ny andininy faharoa amin’ny andininy faha-iraika ambin’ny folo sy faha-roa ambin’ny folo, dia ahafantarantsika ny fiandohan’ny ady Okrainiana tamin’ny 2014, izay narahin’ny fampielezan-kevitry ny filoham-pirenena tany Etazonia tamin’ny 2015, ary avy eo ny fifidianana ny filoha manankarena indrindra tamin’ny 2016. Ny andininy faha-roa ambin’ny folo dia arahin’ny famaliana bontana ataon’ny filoha farany mialoha ny lalàn’ny Alahady, ao amin’ny ady solontenam-pahefana fahatelo. Ny ady solontenam-pahefana faharoa, izay ilay adin’ny sisin-tany, dia nanomboka taloha kelin’ny fifidianana ny filoha fahenina sy manankarena indrindra.</w:t>
      </w:r>
    </w:p>
    <w:p>
      <w:pPr>
        <w:pStyle w:val="ArticleBody"/>
        <w:jc w:val="left"/>
      </w:pPr>
      <w:r>
        <w:rPr>
          <w:rFonts w:ascii="Times New Roman" w:hAnsi="Times New Roman" w:eastAsia="Times New Roman" w:cs="Times New Roman"/>
        </w:rPr>
        <w:t>Tamin’ny tantaran’ny taona 1844 hatramin’ny 1863 dia tokony hampiraisina ireo tsorakazon’i Ezekiela roa. Ny fampiraisana azy ireo dia naneho ny fitambaran’ny maha-Andriamanitra sy ny maha-olombelona, izay asan’ny fanisiana tombo-kase ny iray hetsy sy efatra alina amby efatra arivo. Tamin’ny 1844 dia tonga ny anjely fahatelo ka nanokatra ny fahazavana mifandray amin’ny fitoerana masina any an-danitra, ny lalàn’Andriamanitra, ny Sabata, ary ny anjely fahatelo. Tamin’ny 1849 dia naninjitra ny tànany fanindroany ny Tompo mba hanangona ny andiany niparitaka izay efa niharan’ny fiparitahana tamin’ilay fahadisoam-panantenana lehibe. Tamin’ny 1850 dia notarihiny ny olony hanomana ny tabilao faharoan’i Habakoka, mba haneho an-tsary ny hafatra izay tokony hotorin’ny olony raha nitarika azy ireo Izy mba “handrava ny mandan’i Jeriko”. Tao amin’io tabilao io dia tafiditra ny “fotoana fito”, tahaka ny tao amin’ilay “tabilao taloha”.</w:t>
      </w:r>
    </w:p>
    <w:p>
      <w:pPr>
        <w:pStyle w:val="ArticleBody"/>
        <w:jc w:val="left"/>
      </w:pPr>
      <w:r>
        <w:rPr>
          <w:rFonts w:ascii="Times New Roman" w:hAnsi="Times New Roman" w:eastAsia="Times New Roman" w:cs="Times New Roman"/>
        </w:rPr>
        <w:t>Tamin’ny taona 1856, dia nosokafany ny fahazavana izay natao hamehezana ny olony mialoha ny “Adin’i Jeriko”. Izany fahazavana izany dia fitomboan’ilay fahazavana voalohany izay efa nambaran’ny Alfa sy Omega tamin’i William Miller. Izany no fahazavan’ny “impito”, araka ny nanehoana azy imbetsaka tao amin’ilay Adin’i Jeriko fahiny. Ilay fahazavana izay natao hamehezana ny olony dia ilay hafatr’i Laodikia koa, izay natao hamoha azy ireo sy hampita azy hiverina indray ho amin’ny fanandraman’i Filadelfia. Io fahazavana farany io dia fitomboan’ilay fahazavana voalohany, kanefa tsy noraharahain’ny olony izany fahazavana izany, ary noho izany dia nifidy ho azy ny hirenireny any an-efitr’i Laodikia izy. Ny taona 1844, 1849, 1850, 1856 ary 1863 dia maneho marika dimy izay aseho ao amin’ny tantaran’ny 11 Septambra 2001 ka hatramin’ny lalàna Alahady izay ho avy tsy ho ela.</w:t>
      </w:r>
    </w:p>
    <w:p>
      <w:pPr>
        <w:pStyle w:val="ArticleBody"/>
        <w:jc w:val="left"/>
      </w:pPr>
      <w:r>
        <w:rPr>
          <w:rFonts w:ascii="Times New Roman" w:hAnsi="Times New Roman" w:eastAsia="Times New Roman" w:cs="Times New Roman"/>
        </w:rPr>
        <w:t>Hotohizintsika ao amin’ny lahatsoratra manaraka ity fianarana ity.</w:t>
      </w:r>
    </w:p>
    <w:p>
      <w:pPr>
        <w:pStyle w:val="ArticleScripture"/>
        <w:jc w:val="left"/>
      </w:pPr>
      <w:r>
        <w:rPr>
          <w:rFonts w:ascii="Times New Roman" w:hAnsi="Times New Roman" w:eastAsia="Times New Roman" w:cs="Times New Roman"/>
        </w:rPr>
        <w:t>Ary Jeriko dia nohidiana mafy noho ny amin’ny zanak’Isiraely; tsy nisy nivoaka, ary tsy nisy niditra. Ary hoy Jehovah tamin’i Josoa: Indro, efa natolotro eo an-tananao Jeriko sy ny mpanjakany ary ny lehilahy mahery fo. Ary ianareo, dia hihodidina ny tanàna, dia ny lehilahy mpiady rehetra, ka handeha manodidina ny tanàna indray mandeha. Dia toy izany no hataonao mandritra ny enina andro. Ary mpisorona fito no hitondra trompetra fito vita amin’ny tandrok’ondrilahy eo anoloan’ny fiara; ary amin’ny andro fahafito dia hihodidina ny tanàna impito ianareo, ary ny mpisorona no hitsoka ny trompetra. Ary izao no hiseho: raha mitsoka mafy sy lava amin’ny tandrok’ondrilahy izy, ka rehefa renareo ny feon’ny trompetra, dia hihoby mafy ny vahoaka rehetra; ary hirodana tanteraka ny mandan’ny tanàna, ka ny vahoaka hiakatra, samy handroso mahitsy eo anoloany avy. Ary Josoa, zanak’i Nona, niantso ny mpisorona ka nanao taminy hoe: Ento ny fiaran’ny fanekena, ary aoka ny mpisorona fito hitondra trompetra fito vita amin’ny tandrok’ondrilahy eo anoloan’ny fiaran’i Jehovah. Ary hoy izy tamin’ny vahoaka: Mandrosoa, ka hodidino ny tanàna, ary aoka izay mitam-piadiana handroso eo anoloan’ny fiaran’i Jehovah. Ary rehefa vita ny tenin’i Josoa tamin’ny vahoaka, dia nandroso teo anatrehan’i Jehovah ny mpisorona fito nitondra ny trompetra fito vita amin’ny tandrok’ondrilahy ka nitsoka ny trompetra; ary ny fiaran’ny faneken’i Jehovah nanaraka azy. Ary ny lehilahy mitam-piadiana nandeha teo alohan’ny mpisorona izay nitsoka ny trompetra, ary ny vodi-lalana nanaraka ny fiara; ny mpisorona dia nandeha sady nitsoka ny trompetra. Ary Josoa efa nandidy ny vahoaka hoe: Tsy hihoby ianareo, na hampandre ny feonareo, ary aoka tsy hisy teny hivoaka amin’ny vavanareo mandra-pahatongan’ny andro hilazako aminareo hoe: Mihobia; dia hihoby ianareo.</w:t>
      </w:r>
    </w:p>
    <w:p>
      <w:pPr>
        <w:pStyle w:val="ArticleScripture"/>
        <w:jc w:val="left"/>
      </w:pPr>
      <w:r>
        <w:rPr>
          <w:rFonts w:ascii="Times New Roman" w:hAnsi="Times New Roman" w:eastAsia="Times New Roman" w:cs="Times New Roman"/>
        </w:rPr>
        <w:t>Dia nandeha nanodidina ny tanàna indray mandeha ny fiaran’i Jehovah; dia niditra tao an-toby izy ireo ka nandry tao an-toby. Ary nifoha maraina koa Josoa, dia nasandratr’ireo mpisorona ny fiaran’i Jehovah. Ary mpisorona fito nitondra trompetra fito vita amin’ny tandrok’ondrilahy teo anoloan’ny fiaran’i Jehovah no nandeha mandrakariva ka nitsoka ny trompetra; ary ny lehilahy mitam-piadiana nandeha teo alohany; fa ny vodilaharan’ny tafika kosa nanaraka ny fiaran’i Jehovah, raha nandeha ireo mpisorona ka nitsoka ny trompetra. Ary tamin’ny andro faharoa dia nanodidina ny tanàna indray mandeha izy ireo ka niverina ho ao an-toby; toy izany no nataony henemana. Ary tamin’ny andro fahafito dia nifoha maraina koa izy ireo, raha vao nazava ratsy ny andro, ka nanodidina ny tanàna impito araka izany fanao izany; tamin’izany andro izany ihany no nanodidinan’izy ireo ny tanàna impito. Ary tamin’ny fanintelony fahafito, raha nitsoka ny trompetra ireo mpisorona, dia hoy Josoa tamin’ny vahoaka: Mihobia; fa nomen’i Jehovah anareo ny tanàna.</w:t>
      </w:r>
    </w:p>
    <w:p>
      <w:pPr>
        <w:pStyle w:val="ArticleScripture"/>
        <w:jc w:val="left"/>
      </w:pPr>
      <w:r>
        <w:rPr>
          <w:rFonts w:ascii="Times New Roman" w:hAnsi="Times New Roman" w:eastAsia="Times New Roman" w:cs="Times New Roman"/>
        </w:rPr>
        <w:t>Ary ho voaozona ho an’i Jehovah ny tanàna, dia izy mbamin’izay rehetra ao anatiny; Rahaba, ilay vehivavy janga, ihany no hovelomina, izy sy izay rehetra eo aminy ao an-trano, satria nafeniny ny iraka izay nirahintsika. Ary ianareo kosa, tandremo tsara ny tenanareo mba tsy hanendry ny zavatra voaozona, fandrao hiharan’ny ozona ianareo, raha maka amin’ny zavatra voaozona, ka hahatonga ny tobin’ny Isiraely ho voaozona sady hampiditra loza ao aminy. Fa ny volafotsy rehetra sy ny volamena ary ny fanaka varahina sy vy dia voatokana ho an’i Jehovah; hiditra ao amin’ny rakitry Jehovah ireny. Dia nihoby ny vahoaka, raha nitsoka ny trompetra ny mpisorona; ary rehefa ren’ny vahoaka ny feon’ny trompetra ka nihoby mafy ny vahoaka, dia nirodana tanteraka ny manda, ka niakatra ho ao an-tanàna ny vahoaka, samy nizotra mahitsy teo anoloany avy, dia azony ny tanàna.</w:t>
      </w:r>
    </w:p>
    <w:p>
      <w:pPr>
        <w:pStyle w:val="ArticleScripture"/>
        <w:jc w:val="left"/>
      </w:pPr>
      <w:r>
        <w:rPr>
          <w:rFonts w:ascii="Times New Roman" w:hAnsi="Times New Roman" w:eastAsia="Times New Roman" w:cs="Times New Roman"/>
        </w:rPr>
        <w:t>Ary nopotehiny tanteraka izay rehetra tao an-tanàna izy, na lahy na vavy, na tanora na antitra, na omby na ondry na ampondra, tamin’ny lelan-tsabatra. Fa Josoa kosa niteny tamin’ireo lehilahy roa izay nisafo ny tany hoe: Midira ao an-tranon’ilay vehivavy janga, ka ento mivoaka avy ao ilay vehivavy mbamin’izay rehetra ananany, araka izay nianiananareo taminy. Dia niditra ireo zatovo mpisafo tany ka namoaka an-dRahaba sy ny rainy sy ny reniny sy ny rahalahiny mbamin’izay rehetra nananany; ary navoakany koa ny havany rehetra, ka napetrany teny ivelan’ny tobin’ny Isiraely. Ary nodorany tamin’ny afo ny tanàna mbamin’izay rehetra tao anatiny; ny volafotsy sy ny volamena ary ny fanaka varahina sy vy ihany no nataony tao amin’ny rakitry ny tranon’i Jehovah. Ary Josoa namela an-dRahaba, ilay vehivavy janga, ho velona, dia ny ankohonan-drainy sy izay rehetra nananany; ka mitoetra ao amin’ny Isiraely mandraka androany izy, satria nafeniny ireo iraka izay nirahin’i Josoa hisafo an’i Jeriko. Ary tamin’izany andro izany Josoa dia nampianiana azy hoe: Ho voaozona eo anatrehan’i Jehovah izay lehilahy mitsangana ka manarina ity tanàna Jeriko ity; amin’ny lahimatoany no hanorenany ny fanorenany, ary amin’ny zandriny indrindra no hananganany ny vavahadiny. Koa Jehovah nomba an’i Josoa; ary niely eran’ny tany rehetra ny lazany. Josoa 6:1–27.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Faha-enina amby enimpolo amby zato</dc:title>
  <dc:subject>Fampiharihariana ny Fahamarinana Ara-paminaniana: Ny Ady Faharoa amin’ireo ady ankolaka sy ny Fanisiana Tombo-kase ny 144,000</dc:subject>
  <dc:creator>Jeff Pippenger</dc:creator>
  <cp:keywords/>
  <dc:description>Generated by ArticleDigger from daniel\168_daniel.json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