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Faha-dimy amby fitopolo amby zato</w:t>
      </w:r>
    </w:p>
    <w:p>
      <w:pPr>
        <w:pStyle w:val="ArticleSubtitle"/>
        <w:jc w:val="left"/>
      </w:pPr>
      <w:r>
        <w:rPr>
          <w:rFonts w:ascii="Arial" w:hAnsi="Arial" w:eastAsia="Arial" w:cs="Arial"/>
        </w:rPr>
        <w:t>Kristy Nomem-boninahitra: Fitoviana ara-paminaniana ao amin’i Daniela sy Apokalypsy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Ny fahitana an’i Kristy ao amin’ny Daniela toko fahafolo dia ilay fahitana ihany izay hitan’i Jaona tao amin’ny Apokalypsy. Izany no fahitana “marah”, izay endrika vavy amin’ny fahitana “mareh” momba ny fisehoan’i Kristy. Ny “mareh” no fahitana momba ireo roa arivo sy telon-jato taona, ary ny heviny fototra dia “fisehoana.” Ny “fisehoan’i” Kristy tamin’i Daniela sy Jaona dia samy fahitana an’i Kristy nomem-boninahitra avokoa.</w:t>
      </w:r>
    </w:p>
    <w:p>
      <w:pPr>
        <w:pStyle w:val="ArticleScripture"/>
        <w:jc w:val="left"/>
      </w:pPr>
      <w:r>
        <w:rPr>
          <w:rFonts w:ascii="Times New Roman" w:hAnsi="Times New Roman" w:eastAsia="Times New Roman" w:cs="Times New Roman"/>
        </w:rPr>
        <w:t>Ary tamin’ny andro fahefatra amby roapolon’ny volana voalohany, raha teo amoron’ilay ony lehibe aho, dia Hiddekel izany, dia natopiko ny masoko ka nijery aho; ary, indro, nisy lehilahy iray nitafy lamba rongony, ary voafehin’ny volamena tsara avy any Uphaza ny valahany; ny tenany koa dia tahaka ny berila, ary ny tarehiny tahaka ny fisehon’ny helatra, ary ny masony tahaka ny fanilon’ny afo, ary ny sandriny sy ny tongony tahaka ny famirapiratan’ny varahina voakosoka, ary ny feon’ny teniny tahaka ny feon’ny vahoaka maro. Daniela 10:4–6.</w:t>
      </w:r>
    </w:p>
    <w:p>
      <w:pPr>
        <w:pStyle w:val="ArticleBody"/>
        <w:jc w:val="left"/>
      </w:pPr>
      <w:r>
        <w:rPr>
          <w:rFonts w:ascii="Times New Roman" w:hAnsi="Times New Roman" w:eastAsia="Times New Roman" w:cs="Times New Roman"/>
        </w:rPr>
        <w:t>Ny teny hoe “mareh” izay midika hoe “fisehoana” dia adika hoe “ny fisehoan’ny tselatra” ao amin’ilay andalan-teny. Io teny io dia ampiasaina inefatra ao amin’ny toko fahafolo, ary indroa no adika hoe “fahitana”, ary indroa hoe “fisehoana.” Ampiasaina in-telo hafa koa izy amin’ny endriny maha-vavy. Ny teny hoe “marah” no endrika maha-vavy an’ilay fahitan’ny “fisehoana”. Faritana ho “fitaratra fijerena” izy io, ary “tambinteny mampisy vokany” izay mahatonga zavatra hitranga rehefa hita.</w:t>
      </w:r>
    </w:p>
    <w:p>
      <w:pPr>
        <w:pStyle w:val="ArticleBody"/>
        <w:jc w:val="left"/>
      </w:pPr>
      <w:r>
        <w:rPr>
          <w:rFonts w:ascii="Times New Roman" w:hAnsi="Times New Roman" w:eastAsia="Times New Roman" w:cs="Times New Roman"/>
        </w:rPr>
        <w:t>Ny mpamaritra matoanteny manambara antony dia avy amin’ny mpamaritra izay mampisy zavatra hitranga na miteraka vokatra. Ao amin’ny fiteny sy ny fitsipi-pitenenana, dia matetika izy io no ilazana matoanteny na firafitra izay maneho ny hevitra hoe mampanao asa olona na zavatra iray, na mampiaina azy ao anatin’ny toe-javatra iray.</w:t>
      </w:r>
    </w:p>
    <w:p>
      <w:pPr>
        <w:pStyle w:val="ArticleBody"/>
        <w:jc w:val="left"/>
      </w:pPr>
      <w:r>
        <w:rPr>
          <w:rFonts w:ascii="Times New Roman" w:hAnsi="Times New Roman" w:eastAsia="Times New Roman" w:cs="Times New Roman"/>
        </w:rPr>
        <w:t>Ohatra, ao amin’ny fehezanteny hoe “Nampihomehy azy izy”, ny matoanteny hoe “nampihomehy” dia endrika mampanao, satria manambara fa ny lohahevitra (izy) no nahatonga ny lazaina (azy) hanao ilay asa (mihomehy).</w:t>
      </w:r>
    </w:p>
    <w:p>
      <w:pPr>
        <w:pStyle w:val="ArticleBody"/>
        <w:jc w:val="left"/>
      </w:pPr>
      <w:r>
        <w:rPr>
          <w:rFonts w:ascii="Times New Roman" w:hAnsi="Times New Roman" w:eastAsia="Times New Roman" w:cs="Times New Roman"/>
        </w:rPr>
        <w:t>“Nasitrako ny fiarako aho.” (Ao amin’ity fehezanteny ity, ny enti-milaza “aho” no nahatonga olon-kafa hanao ny asa fanamboarana ny fiara.)</w:t>
      </w:r>
    </w:p>
    <w:p>
      <w:pPr>
        <w:pStyle w:val="ArticleBody"/>
        <w:jc w:val="left"/>
      </w:pPr>
      <w:r>
        <w:rPr>
          <w:rFonts w:ascii="Times New Roman" w:hAnsi="Times New Roman" w:eastAsia="Times New Roman" w:cs="Times New Roman"/>
        </w:rPr>
        <w:t>“Nampianariny hianatra ho amin’ny fanadinana ny mpianany.” (Eto, ny lazaina “izy” no nahatonga ny mpianany hanao ny asa fianarana ho amin’ny fanadinana.)</w:t>
      </w:r>
    </w:p>
    <w:p>
      <w:pPr>
        <w:pStyle w:val="ArticleBody"/>
        <w:jc w:val="left"/>
      </w:pPr>
      <w:r>
        <w:rPr>
          <w:rFonts w:ascii="Times New Roman" w:hAnsi="Times New Roman" w:eastAsia="Times New Roman" w:cs="Times New Roman"/>
        </w:rPr>
        <w:t>“Nampanety ny volony izy.” (Amin’ity tranga ity, ny lohahevitra hoe “Izy” no nampanao olona hafa ny asa fanetezana ny volony.)</w:t>
      </w:r>
    </w:p>
    <w:p>
      <w:pPr>
        <w:pStyle w:val="ArticleBody"/>
        <w:jc w:val="left"/>
      </w:pPr>
      <w:r>
        <w:rPr>
          <w:rFonts w:ascii="Times New Roman" w:hAnsi="Times New Roman" w:eastAsia="Times New Roman" w:cs="Times New Roman"/>
        </w:rPr>
        <w:t>“Nampanavao ilay trano ny orinasa.” (Amin’ity fehezanteny ity, ny orinasa no nahatonga olon-kafa hanao ny asa fanavaozana ilay trano.)</w:t>
      </w:r>
    </w:p>
    <w:p>
      <w:pPr>
        <w:pStyle w:val="ArticleBody"/>
        <w:jc w:val="left"/>
      </w:pPr>
      <w:r>
        <w:rPr>
          <w:rFonts w:ascii="Times New Roman" w:hAnsi="Times New Roman" w:eastAsia="Times New Roman" w:cs="Times New Roman"/>
        </w:rPr>
        <w:t>“Ho ataontsika manampy amin’ny raharaha ao an-trano ny ankizy.” (Eto, ny lazaina “isika” no mikasa hampanao ny ankizy handray anjara amin’ny asa fanampiana amin’ny raharaha ao an-trano.) Ao amin’ireo ohatra tsirairay ireo, ny matoanteny mpampanao (had, made, got, get) dia manambara fa ny lazaina no mampanao olon-kafa ny asa voalazan’ny matoanteny fototra (repaired, study, cut, renovated, help).</w:t>
      </w:r>
    </w:p>
    <w:p>
      <w:pPr>
        <w:pStyle w:val="ArticleBody"/>
        <w:jc w:val="left"/>
      </w:pPr>
      <w:r>
        <w:rPr>
          <w:rFonts w:ascii="Times New Roman" w:hAnsi="Times New Roman" w:eastAsia="Times New Roman" w:cs="Times New Roman"/>
        </w:rPr>
        <w:t>Ny fahitana “mareh” momba ny fisehoana, rehefa ambara amin’ny endrika enti-milaza vavy hoe “marah”, ary faritana ho “fitaratra”, dia manondro fa ny fahitana an’i Kristy voahosotra amin’ny voninahitra dia averina miseho ao amin’izay mibanjina izany fahitana izany. Rehefa hitan’i Daniela ny “fisehoana” an’i Kristy tahaka ny tselatra, dia nisy antokon’olona nandositra noho ny tahotra, fa ho an’i Daniela kosa dia niteraka fiovana mahagaga tao anatiny izany.</w:t>
      </w:r>
    </w:p>
    <w:p>
      <w:pPr>
        <w:pStyle w:val="ArticleScripture"/>
        <w:jc w:val="left"/>
      </w:pPr>
      <w:r>
        <w:rPr>
          <w:rFonts w:ascii="Times New Roman" w:hAnsi="Times New Roman" w:eastAsia="Times New Roman" w:cs="Times New Roman"/>
        </w:rPr>
        <w:t>Ary izaho Daniela irery no nahita ny fahitana; fa ny lehilahy izay niaraka tamiko tsy nahita ny fahitana; nefa tahotra lehibe no nahazo azy, ka nandositra izy mba hiafina. Koa dia izaho irery sisa no tavela, ka nahita izany fahitana lehibe izany; ary tsy nisy hery sisa tavela tamiko; fa ny bika aman’endriko dia niova ho fahalovana tao anatiko, ary tsy nahatana hery aho. Daniela 10:7, 8.</w:t>
      </w:r>
    </w:p>
    <w:p>
      <w:pPr>
        <w:pStyle w:val="ArticleBody"/>
        <w:jc w:val="left"/>
      </w:pPr>
      <w:r>
        <w:rPr>
          <w:rFonts w:ascii="Times New Roman" w:hAnsi="Times New Roman" w:eastAsia="Times New Roman" w:cs="Times New Roman"/>
        </w:rPr>
        <w:t>Ny fahamarinana dia asehon’ilay teny hebreo hoe “fahamarinana,” izay noforonin’ny litera voalohany, fahatelo ambin’ny folo, ary farany amin’ny abidy hebreo. Ny litera voalohany sy ny litera farany dia iray ihany mandrakariva ho an’i Kristy, amin’ny maha-Alfa sy Omega Azy, ka mandrakariva dia maneho ny farany miaraka amin’ny fiandohana. Ny litera eo afovoany, na ny litera fahatelo ambin’ny folo, dia maneho fikomiana. Hoy Daniela: “Izaho Daniela irery no nahita ny fahitana,” nefa ireo lehilahy izay niaraka tamin’i Daniela, izay niaina tao anatin’ny fikomiana, dia “tsy nahita ny fahitana.” Koa Daniela “irery” no “nahita ilay fahitana lehibe.” Tany am-piandohana sy tany am-pamaranana dia Daniela irery no nahita ny fahitana, ary ny fanononana faharoa dia nahatonga ireo izay nandositra haneho ny fikomiany. Daniela eto dia misolo tena ny olon’Andriamanitra amin’ny andro farany, izay ovana ho amin’ny endrik’i Kristy amin’ny alalan’ny fizotran’ny fijerena ny endriny. Tokony hibanjina ny fahitana “fitaratra” isika.</w:t>
      </w:r>
    </w:p>
    <w:p>
      <w:pPr>
        <w:pStyle w:val="ArticleScripture"/>
        <w:jc w:val="left"/>
      </w:pPr>
      <w:r>
        <w:rPr>
          <w:rFonts w:ascii="Times New Roman" w:hAnsi="Times New Roman" w:eastAsia="Times New Roman" w:cs="Times New Roman"/>
        </w:rPr>
        <w:t>“Tokony hanana fahalalana an’Andriamanitra amin’ny alalan’ny fanandramana velona isika. Raha manohy mikatsaka ny hahalala an’i Jehovah isika, dia ho fantatsika fa ny fiposahan’ny Azy dia voaomana tahaka ny maraina. Miantso antsika Kristy mba ho feno amin’ny fahafenoan’Andriamanitra rehetra. Amin’izay dia ho azontsika aseho marina ny fahatanterahan’ny fivavahana kristiana. ‘Izay rehetra misotro ny rano izay homeko azy,’ hoy ny fanambaran’ny Mpamonjy, ‘dia tsy hangetaheta intsony mandrakizay; fa ny rano izay homeko azy dia ho tonga ao anatiny ho loharanon-drano miboiboika ho amin’ny fiainana mandrakizay.’ Tian’i Kristy ho mpiara-miasa Aminy isika. Rehefa foana ny tenantsika, dia homeny antsika ny fahasoavany mba hampitaina amin’ny hafa. Ireo sampan’oliva roa, izay amin’ny alalan’ny fantsona volamena roa no mamoaka avy ao aminy ny menaka volamena, dia tsy maintsy hanome ireo fanaka voadio ny mazava sy ny fampiononana ary ny fanantenana sy ny fitiavana ho an’izay mila izany. Tokony hanolotra amin’Andriamanitra fanompoana mihoatra noho ny fanompoana miovaova arakaraka ny fotoana isika. Nefa izany dia tsy hainay atao afa-tsy amin’ny fianarana avy amin’i Jesosy sy amin’ny fikolokoloana ny fahalemem-panahiny ary ny fanetren-tenan’ny fony. Aoka hiafina ao amin’Andriamanitra isika. Aoka hatoky Azy isika. Aoka hitoetra ao amin’i Kristy isika. Dia isika rehetra, ‘izay mijery ny voninahitry ny Tompo tahaka ny amin’ny fitaratra amin’ny tarehy tsy voasarona, dia ovana ho amin’izany endrika izany ihany avy amin’ny voninahitra ho amin’ny voninahitra,’—avy amin’ny toetra ho amin’ny toetra. Andriamanitra tsy manantena ny tsy hain’ny tena hatao avy aminao na amiko. Amin’ny fijerena Azy dia mety hovàna ho amin’ny endriny isika.” Signs of the Times, 25 Aprily 1900.</w:t>
      </w:r>
    </w:p>
    <w:p>
      <w:pPr>
        <w:pStyle w:val="ArticleBody"/>
        <w:jc w:val="left"/>
      </w:pPr>
      <w:r>
        <w:rPr>
          <w:rFonts w:ascii="Times New Roman" w:hAnsi="Times New Roman" w:eastAsia="Times New Roman" w:cs="Times New Roman"/>
        </w:rPr>
        <w:t>Ao amin’ny toko fahafolon’i Daniela sy ny toko fahasivy, Gabriela no manome amin’i Daniela ny fanazavana ny amin’ny fahitana ara-paminaniana ivelany sy anatiny; ary ny fanambaràna voalohany ataon’i Daniela ao amin’ny andininy voalohany amin’ny toko fahafolo dia ny hoe nanana fahatakarana ny amin’ireo fahitana roa tonta izy, izay aseho amin’ny hoe “ny zavatra” sy “ny fahitana.” Izany fahatakarana izany dia noraisiny tamin’ny faran’ny iraika amby roapolo andro izay naha tao anatin’ny fisaonana azy. Nifarana tamin’ny fahatongavan’i Mikaela arkanjely izany iraika amby roapolo andro izany. Ny isa roanjato sy roa-polo, ary ny isa roa amby roapolo, izay ampahafolony na fahafolon-karena amin’ny roanjato sy roa-polo, dia tandindon’ny fitambaran’ny maha-Andriamanitra amin’ny maha-olombelona; ary tamin’ny andro faharoa amby roapolo no nanovana an’i Daniela ho amin’ny endrik’i Kristy.</w:t>
      </w:r>
    </w:p>
    <w:p>
      <w:pPr>
        <w:pStyle w:val="ArticleScripture"/>
        <w:jc w:val="left"/>
      </w:pPr>
      <w:r>
        <w:rPr>
          <w:rFonts w:ascii="Times New Roman" w:hAnsi="Times New Roman" w:eastAsia="Times New Roman" w:cs="Times New Roman"/>
        </w:rPr>
        <w:t>Tsy nihinana mofo matsiro aho, ary tsy nisy hena na divay tonga teo am-bavako, ary tsy nanosotra menaka ny tenako mihitsy aho, mandra-pahatanteraky ny herinandro telo manontolo. Ary tamin’ny andro fahefatra amby roa-polo tamin’ny volana voalohany, raha teo amoron’ilay ony lehibe aho, dia Hiddekel; dia nanopy ny masoko aho ka nijery, ary indro, nisy lehilahy anankiray nitafy rongony fotsy madinika, ary ny valahany nisikin’ny volamena tsara avy any Ofaza. Daniela 10:3–5.</w:t>
      </w:r>
    </w:p>
    <w:p>
      <w:pPr>
        <w:pStyle w:val="ArticleBody"/>
        <w:jc w:val="left"/>
      </w:pPr>
      <w:r>
        <w:rPr>
          <w:rFonts w:ascii="Times New Roman" w:hAnsi="Times New Roman" w:eastAsia="Times New Roman" w:cs="Times New Roman"/>
        </w:rPr>
        <w:t>Daniel dia misolo tena ny olon’Andriamanitra amin’ny andro farany, izay efa nahafantatra tamin’ny alalan’ny Tenin’Andriamanitra ara-paminaniana fa efa naely izy ireo, ary izay malahelo noho ny toe-pahaparitahany ka mitady fahazavana. Ny toe-pahaparitahany dia aseho ho lohasahan’ny taolana maina maty ao amin’ny Ezekiela toko faha-fito amby telopolo. Maty ireo taolana, ary miparitaka izy, nefa izy ireo dia fantarina ho taranak’Isiraely. Ny taranak’Isiraely amin’ny andro farany dia ny iray hetsy sy efatra alina sy efatra arivo. Miparitaka izy ireo, tahaka izay fantatr’i Daniela avy tamin’ny bokin’i Jeremia sy i Mosesy. Ao amin’ny Ezekiela, ny fahafatesana dia manambara fa fantatr’izy ireo ny toe-piainany.</w:t>
      </w:r>
    </w:p>
    <w:p>
      <w:pPr>
        <w:pStyle w:val="ArticleScripture"/>
        <w:jc w:val="left"/>
      </w:pPr>
      <w:r>
        <w:rPr>
          <w:rFonts w:ascii="Times New Roman" w:hAnsi="Times New Roman" w:eastAsia="Times New Roman" w:cs="Times New Roman"/>
        </w:rPr>
        <w:t>Dia nanao tamiko hoe: Ry zanak’olona, ireo taolana ireo dia ny taranak’Israely rehetra; indro, hoy izy: Maina ny taolanay, ary levona ny fanantenanay; voatapaka tsy ho anjaranay izahay. Ezekiela 37:11.</w:t>
      </w:r>
    </w:p>
    <w:p>
      <w:pPr>
        <w:pStyle w:val="ArticleBody"/>
        <w:jc w:val="left"/>
      </w:pPr>
      <w:r>
        <w:rPr>
          <w:rFonts w:ascii="Times New Roman" w:hAnsi="Times New Roman" w:eastAsia="Times New Roman" w:cs="Times New Roman"/>
        </w:rPr>
        <w:t>Ny taranak’i Isiraely, izay tandindon’ny taolana, dia manambara fa “tapaka avy amin’ny anjarantsika izahay.” Ekeny sy fantany ny toetry ny fanaparitahana azy. Ny taranak’i Isiraely amin’ny andro farany no manatanteraka ny fanoharana ny amin’ny virijina folo hatramin’ny tsipiriany indrindra; ary ao amin’ny tantaran’ny Millerita, ny fahatanterahan’ny fanekena fa tapaka tamin’ny anjarany izy ireo dia hita rehefa tonga saina ireo virijina hendry fa tao amin’ny fotoana fiandrasana izy, ary koa fa ny fotoana fiandrasana dia vanim-potoana voafaritra manokana ao amin’ilay fanoharana. Ireo ao amin’ny Ezekiela izay manaiky ny toetry ny fanaparitahana azy dia ireo izay, taorian’ny fahadisoam-panantenana voalohany, nahafantatra fa tao amin’ny fotoana fiandrasana izy.</w:t>
      </w:r>
    </w:p>
    <w:p>
      <w:pPr>
        <w:pStyle w:val="ArticleBody"/>
        <w:jc w:val="left"/>
      </w:pPr>
      <w:r>
        <w:rPr>
          <w:rFonts w:ascii="Times New Roman" w:hAnsi="Times New Roman" w:eastAsia="Times New Roman" w:cs="Times New Roman"/>
        </w:rPr>
        <w:t>Samy asehon’ny fitarainan’i Daniela nandritra ny iraika amby roapolo andro, na ny taolan’i Ezekiela, na ny olon-kendry ao amin’ny fanoharana ny amin’ny virijina folo. Rehefa tapitra ny iraika amby roapolo andro, tamin’ny andro faharoa amby roapolo, dia nidina Mikaela, ary nomena fahitana an’i Kristy nomem-boninahitra i Daniela, izay nanova an’i Daniela ho amin’ny endrik’i Kristy. Tsy maintsy mandalo amin’ny fiovan-toetra tanterahin’ny fahitana amin’ny fitaratra koa ny virijina hendry sy ny taolana maty.</w:t>
      </w:r>
    </w:p>
    <w:p>
      <w:pPr>
        <w:pStyle w:val="ArticleBody"/>
        <w:jc w:val="left"/>
      </w:pPr>
      <w:r>
        <w:rPr>
          <w:rFonts w:ascii="Times New Roman" w:hAnsi="Times New Roman" w:eastAsia="Times New Roman" w:cs="Times New Roman"/>
        </w:rPr>
        <w:t>Daniel, ang mga tuyong buto ni Ezekiel, at ang matatalinong birhen sa kasaysayang Millerite, ay pawang umaayon sa dalawang saksi na pinapatay sa Apocalipsis kabanata labing-isa. Sina Moises at Elias ay pinatay, ngunit sila ay bubuhaying muli sa katapusan ng tatlo at kalahating makasagisag na araw. Si Moises ay muling binuhay ni Miguel gaya ng ipinakikilala sa aklat ni Judas.</w:t>
      </w:r>
    </w:p>
    <w:p>
      <w:pPr>
        <w:pStyle w:val="ArticleScripture"/>
        <w:jc w:val="left"/>
      </w:pPr>
      <w:r>
        <w:rPr>
          <w:rFonts w:ascii="Times New Roman" w:hAnsi="Times New Roman" w:eastAsia="Times New Roman" w:cs="Times New Roman"/>
        </w:rPr>
        <w:t>Kanefa Mikaela arkanjely, raha nifanditra tamin’ny devoly ka niady hevitra ny amin’ny fatin’i Mosesy, dia tsy sahy nitondra fiampangana feno faniratsirana hanohitra azy, fa hoy izy: Hananatra anao anie ny Tompo. Joda 1:9.</w:t>
      </w:r>
    </w:p>
    <w:p>
      <w:pPr>
        <w:pStyle w:val="ArticleBody"/>
        <w:jc w:val="left"/>
      </w:pPr>
      <w:r>
        <w:rPr>
          <w:rFonts w:ascii="Times New Roman" w:hAnsi="Times New Roman" w:eastAsia="Times New Roman" w:cs="Times New Roman"/>
        </w:rPr>
        <w:t>Ao amin’ny toko fahafolon’i Daniela, dia mandray ny fahitana toy ny fitaratra i Daniela, rehefa nidina Mikaela taorian’ny iraika amby roa-polo andro fisaonana. Ny feon’i Mikaela no manangana ny maty.</w:t>
      </w:r>
    </w:p>
    <w:p>
      <w:pPr>
        <w:pStyle w:val="ArticleScripture"/>
        <w:jc w:val="left"/>
      </w:pPr>
      <w:r>
        <w:rPr>
          <w:rFonts w:ascii="Times New Roman" w:hAnsi="Times New Roman" w:eastAsia="Times New Roman" w:cs="Times New Roman"/>
        </w:rPr>
        <w:t>Fa ny Tompo tenany ihany no hidina avy any an-danitra amin’ny antso mafy, amin’ny feon’ny arkanjely, ary amin’ny trompetran’Andriamanitra; ary izay maty ao amin’i Kristy no hitsangana aloha. 1 Tesaloniana 4:16.</w:t>
      </w:r>
    </w:p>
    <w:p>
      <w:pPr>
        <w:pStyle w:val="ArticleBody"/>
        <w:jc w:val="left"/>
      </w:pPr>
      <w:r>
        <w:rPr>
          <w:rFonts w:ascii="Times New Roman" w:hAnsi="Times New Roman" w:eastAsia="Times New Roman" w:cs="Times New Roman"/>
        </w:rPr>
        <w:t>Ny toko fahafolon’i Daniela dia manondro ny fifindran’ny fihetsiketsehana Laodiseana an’ilay anjely fahatelo ho amin’ny fihetsiketsehana Filadelfiana an’ilay anjely fahatelo. Mifanaraka amin’ireo vavolombelona roa ao amin’ny Apokalypsy toko faha-iraika ambin’ny folo izany, amin’ireo taolana maina ao amin’ny Ezekiela toko fahafito amby telopolo, amin’ireo virijina hendry ao amin’ny fanoharana ny amin’ny virijina folo, ary amin’ireo Millerita izay nanatanteraka izany fanoharana izany. Gabriela no nanome ny hevitry ny fahitana lehibe tahaka ny fitaratra, sady namita ny asa fanazavana izay efa natombony tao amin’ny toko fahasivy. Tanteraka izany fanazavana izany tamin’ny nanondroan’i Gabriela ny tantara ara-paminaniana hita ao amin’ny toko faha-iraika ambin’ny folo, izay mitohy marina hatrany amin’ireo andininy telo voalohany amin’ny toko faha-roa ambin’ny folo. Ary amin’ny andininy faha-efatra amin’ny toko faha-roa ambin’ny folo dia asaina manisy tombo-kase ny bokiny Daniela.</w:t>
      </w:r>
    </w:p>
    <w:p>
      <w:pPr>
        <w:pStyle w:val="ArticleBody"/>
        <w:jc w:val="left"/>
      </w:pPr>
      <w:r>
        <w:rPr>
          <w:rFonts w:ascii="Times New Roman" w:hAnsi="Times New Roman" w:eastAsia="Times New Roman" w:cs="Times New Roman"/>
        </w:rPr>
        <w:t>Ao amin’ny toko fahafolon’ny Daniela, “andalana mifanindran-dalana”, i Daniela dia maneho ny vahoakan’Andriamanitra amin’ny andro farany, izay aseho koa ao amin’ny toko faharoan’ny Daniela ho mikatsaka amim-pahazotoana (eo ambanin’ny fandrahonana ho faty) ny hahatakatra ny hafatra ara-paminaniana ivelany, izay asehon’ny sarin-javatra miafin’i Nebokadnezara momba ireo biby. Mitady hahatakatra koa izy ny fahitana momba ny hafatra ara-paminaniana anatiny, izay asehon’ny roa arivo sy telon-jato andro. Rehefa afaka ny iraika amby roapolo andro an’ohatra nanaovany fisaonana tao amin’ny toko fahafolo, dia aseho ihany izy amin’ny farany ho mahazo ireo fanambarana roa tonta. Tanteraka izany fahazoany izany rehefa midina ny arkanjely, ary voakitika intelo izy.</w:t>
      </w:r>
    </w:p>
    <w:p>
      <w:pPr>
        <w:pStyle w:val="ArticleBody"/>
        <w:jc w:val="left"/>
      </w:pPr>
      <w:r>
        <w:rPr>
          <w:rFonts w:ascii="Times New Roman" w:hAnsi="Times New Roman" w:eastAsia="Times New Roman" w:cs="Times New Roman"/>
        </w:rPr>
        <w:t>Ny fanandramany niaraka tamin’i Mikaela, dia ny fahitana an’i Mikaela izay izy irery ihany no mahita, no manomana azy handray ny fanazavana feno momba ny fahitana ara-paminaniana anatiny sy ivelany. Izany fanandramana izany dia aseho, andalana eo ambonin’ny andalana, amin’ny fomba tena amin’ny antsipiriany, rehefa atambatra amin’ny Ezekiela toko faha-fito amby telopolo, Apokalypsy toko faha-iraika ambin’ny folo, ary Isaia toko faha-enina. Ny andininy ao amin’ny toko faha-iraika ambin’ny folo izay anambaran’i Gabriela ny fahitana roa dia ny andininy faha-folo, fa eo no iakaran’ny mpanjakan’ny avaratra hatrany amin’ny fiarovana mafy, nefa tsy mihoatra izany intsony. Ny fiarovana mafy dia ny firenena, na ny renivohitra, na ny mpanjakan’i Egypta ao amin’ilay andininy, araka ny famaritan’i Isaia azy ao amin’ny toko faha-fito.</w:t>
      </w:r>
    </w:p>
    <w:p>
      <w:pPr>
        <w:pStyle w:val="ArticleScripture"/>
        <w:jc w:val="left"/>
      </w:pPr>
      <w:r>
        <w:rPr>
          <w:rFonts w:ascii="Times New Roman" w:hAnsi="Times New Roman" w:eastAsia="Times New Roman" w:cs="Times New Roman"/>
        </w:rPr>
        <w:t>Fa Damasy no lohan’i Syria, ary Rezina no lohan’i Damasy; koa ao anatin’ny dimy amby enim-polo taona dia hovakivakina Efraima, ka tsy ho firenena intsony izy. Ary Samaria no lohan’i Efraima, ary ny zanak’i Remalia no lohan’i Samaria. Raha tsy hino ianareo, dia tsy haharitra tokoa ianareo. Isaia 7:8, 9.</w:t>
      </w:r>
    </w:p>
    <w:p>
      <w:pPr>
        <w:pStyle w:val="ArticleBody"/>
        <w:jc w:val="left"/>
      </w:pPr>
      <w:r>
        <w:rPr>
          <w:rFonts w:ascii="Times New Roman" w:hAnsi="Times New Roman" w:eastAsia="Times New Roman" w:cs="Times New Roman"/>
        </w:rPr>
        <w:t>Ao amin’ny andininy fahafolo ao amin’ny toko fahiraika ambin’ny folo ao amin’i Daniela, ny mpanjakan’ny avaratra dia miakatra ho eo amin’ny sisin-tanin’i Egypta, ary io andininy io dia mamaritra izany ho “fiarovana mafy” an’i Egypta (ny mpanjakan’ny atsimo). Azo aseho fa ny andininy fahafolo dia maneho ny taona 1989, rehefa nofafazan’ny fahefana papaly sy ny tafiny mpisolo tena, dia i Etazonia, ny Firaisana Sovietika. Izany no voalohany tamin’ireo ady telo amin’ny alalan’ny mpisolo tena, izay miafara amin’ny Ady Lehibe Fahatelo amin’ilay ady fahatelo amin’ny alalan’ny mpisolo tena (Panium). Ny ady faharoa amin’ny alalan’ny mpisolo tena dia asehon’ny andininy fahiraika ambin’ny folo sy faharoa ambin’ny folo, ary mitranga ankehitriny ao Okraina, izay i Rosia no misolo tena ny mpanjakan’ny atsimo, tahaka ny nisoloan’ny Firaisana Sovietika tena ny mpanjakan’ny atsimo tamin’ny fahareseny tamin’ny 1989.</w:t>
      </w:r>
    </w:p>
    <w:p>
      <w:pPr>
        <w:pStyle w:val="ArticleBody"/>
        <w:jc w:val="left"/>
      </w:pPr>
      <w:r>
        <w:rPr>
          <w:rFonts w:ascii="Times New Roman" w:hAnsi="Times New Roman" w:eastAsia="Times New Roman" w:cs="Times New Roman"/>
        </w:rPr>
        <w:t>Nampiasa ny fiteny hoe “ady mangatsiaka” aho taloha mba hanavahana ireo ady ankolaka telo ireo amin’ny ady lehibe maneran-tany. Misy tokoa ny ady tena izy mitranga any Okraina, koa tsy tena ady mangatsiaka izany, fa ady ankolaka eo amin’ny fahefam-papaly sy ireo mpiara-dia aminy ary Rosia izany. Kanefa mbola hisy ady lehibe fahatelo maneran-tany, izay saika ny firenena rehetra no hoheverina ho lasibatra.</w:t>
      </w:r>
    </w:p>
    <w:p>
      <w:pPr>
        <w:pStyle w:val="ArticleScripture"/>
        <w:jc w:val="left"/>
      </w:pPr>
      <w:r>
        <w:rPr>
          <w:rFonts w:ascii="Times New Roman" w:hAnsi="Times New Roman" w:eastAsia="Times New Roman" w:cs="Times New Roman"/>
        </w:rPr>
        <w:t>“Enga anie mba nanana fahatsapana ny amin’ilay fandringanana mananontanona ireo tanàna an’arivony, izay efa saiky natolotra ho amin’ny fanompoan-tsampy ankehitriny!...”</w:t>
      </w:r>
    </w:p>
    <w:p>
      <w:pPr>
        <w:pStyle w:val="ArticleScripture"/>
        <w:jc w:val="left"/>
      </w:pPr>
      <w:r>
        <w:rPr>
          <w:rFonts w:ascii="Times New Roman" w:hAnsi="Times New Roman" w:eastAsia="Times New Roman" w:cs="Times New Roman"/>
        </w:rPr>
        <w:t>“Ang pagsalangsang ay halos umabot na sa sukdulan nito. Ang kalituhan ay pumupuno sa sanlibutan, at isang dakilang kakilabutan ay malapit nang dumating sa sangkatauhan. Ang wakas ay totoong malapit na. Tayo na nakakakilala sa katotohanan ay dapat naghahanda para sa malapit nang dumating sa sanlibutan bilang isang lubhang nakagugulat na pangyayari.” Review and Herald, September 10, 1903.</w:t>
      </w:r>
    </w:p>
    <w:p>
      <w:pPr>
        <w:pStyle w:val="ArticleBody"/>
        <w:jc w:val="left"/>
      </w:pPr>
      <w:r>
        <w:rPr>
          <w:rFonts w:ascii="Times New Roman" w:hAnsi="Times New Roman" w:eastAsia="Times New Roman" w:cs="Times New Roman"/>
        </w:rPr>
        <w:t>Ao amin’ny andininy fahiraika ambin’ny folo sy faharoa ambin’ny folo, i Rosia, mpanjakan’ny atsimo, dia handresy ny tafika mpisolo tena an’ny fahefana papa, izay asehon’ny fitondrana Nazi izay mitarika ny ezaka ady ao Okraina, ary izay tohanan’ilay tafika mpisolo tena teo aloha an’ny fahefana papa, dia i Etazonia. Tamin’ny Ady Lehibe Faharoa, ny tafika mpisolo tena an’ny fahefana papa, dia ny mpanjakan’ny avaratra, nanohitra an’i Rosia Komonista, dia ny fitondrana Nazi tao Alemaina, ary resy io tafika mpisolo tena io, tahaka ny mbola ho resy indray koa any Okraina atsy ho atsy.</w:t>
      </w:r>
    </w:p>
    <w:p>
      <w:pPr>
        <w:pStyle w:val="ArticleBody"/>
        <w:jc w:val="left"/>
      </w:pPr>
      <w:r>
        <w:rPr>
          <w:rFonts w:ascii="Times New Roman" w:hAnsi="Times New Roman" w:eastAsia="Times New Roman" w:cs="Times New Roman"/>
        </w:rPr>
        <w:t>Ny ady ankolaka fahatelo dia aseho ao amin’ny andininy fahatelo ambin’ny folo ka hatramin’ny fahadimy ambin’ny folo, ary tanteraka teo amin’ny tantara fahiny tamin’ny alalan’ny ady tao Panium. Ny ady ankolaka fahatelo dia hotanterahin’i Etazonia, izay tafika solon’ny fahefan’ny papa, ary ny mpanjakan’ny avaratra dia handresy amin’izany ady izany manohitra ny tsy finoana an’Andriamanitra, tahaka ny nandreseny tamin’ny ady ankolaka voalohany (ady mangatsiaka). Ao amin’ny ady ankolaka voalohany sy fahatelo, ny mpanjakan’ny avaratra—dia ny fahefan’ny papa—no mandresy ny mpanjakan’ny atsimo (Firaisana Sovietika), ary avy eo dia mandresy ny Firenena Mikambana. Ny tafika solony tamin’ireo ady roa ireo dia, ary mbola ho indray, i Etazonia.</w:t>
      </w:r>
    </w:p>
    <w:p>
      <w:pPr>
        <w:pStyle w:val="ArticleBody"/>
        <w:jc w:val="left"/>
      </w:pPr>
      <w:r>
        <w:rPr>
          <w:rFonts w:ascii="Times New Roman" w:hAnsi="Times New Roman" w:eastAsia="Times New Roman" w:cs="Times New Roman"/>
        </w:rPr>
        <w:t>Hofidiana ho fidina indray i Trump amin’ny maha filoha fahavalo azy, izany hoe avy amin’ireo filoha fito izay nanjaka tany Etazonia hatramin’ny nahatanterahan’ilay ady amin’ny solontena voalohany (ady mangatsiaka) tamin’ny 1989, izay fotoana farany ho an’ny hetsika fanavaozana an’ilay anjely fahatelo. I Trump dia maneho ny tandroka Repoblikana eo amin’ilay bibidia avy amin’ny tany, ary nahazo ratra mahafaty teo an-tanan’ilay bibidia amin’ny tsy finoana an’Andriamanitra “woke” izy tamin’ny 2020, ho fahatanterahan’ny namonoana ireo vavolombelona roa ao amin’ny Toko faha-11 ao amin’ny Apokalypsy teny an-dalambe.</w:t>
      </w:r>
    </w:p>
    <w:p>
      <w:pPr>
        <w:pStyle w:val="ArticleBody"/>
        <w:jc w:val="left"/>
      </w:pPr>
      <w:r>
        <w:rPr>
          <w:rFonts w:ascii="Times New Roman" w:hAnsi="Times New Roman" w:eastAsia="Times New Roman" w:cs="Times New Roman"/>
        </w:rPr>
        <w:t>Future for America dia maneho ilay tandroka protestanta marina mandritra io tantara mitovy io, ary tamin’ny taona 2020, Future for America dia nahazo ratra mahafaty teo an-tanan’ilay bibidia antsoina hoe “woke” tsy finoana an’Andriamanitra. Tamin’ny taona 2023, roa amby roapolo taona taorian’ny 2001, Mikaela dia nidina mba hanomboka ny fizotry ny asa asehon’i Ezekiela sy Jaona sy Daniela ary Isaia, dia ny hananganana amin’ny maty tafika mahery iray izay hasandratra ho faneva amin’ny lalàna alahady izay ho avy tsy ho ela.</w:t>
      </w:r>
    </w:p>
    <w:p>
      <w:pPr>
        <w:pStyle w:val="ArticleBody"/>
        <w:jc w:val="left"/>
      </w:pPr>
      <w:r>
        <w:rPr>
          <w:rFonts w:ascii="Times New Roman" w:hAnsi="Times New Roman" w:eastAsia="Times New Roman" w:cs="Times New Roman"/>
        </w:rPr>
        <w:t>Tamin’ny taona 1856, ny hetsika Millerita Filadelfiana dia nifindra ho amin’ny hetsika Millerita Laodiseana, ary teo no sady tamin’izany indrindra no nandavany ny fahalalana nitombo momba ny fito andro, ary avy eo dia namarana tanteraka ny fikomiany tamin’ny 1863. Ny Millerita dia nifindra niala tamin’ny toe-javatra asehon’ny fiangonana fahenina, dia Filadelfia, ho amin’ny fanandraman’ny fiangonana fahafito; ary io teboka fihodinana io dia mifanaraka amin’ny tantaran’ny 2023, rehefa ny hetsika Laodiseana an’ny Future for America no mifindra niala amin’ny fanandraman’ny fiangonana fahafito, miverina amin’ny fanandraman’ny fiangonana fahenina, dia Filadelfia. Amin’ity fampiharana ara-paminaniana ity, ny tandroka Protestanta marina, tahaka ny tandroka Repoblikana, dia tonga ho fahavalo, izay avy tamin’ny fito.</w:t>
      </w:r>
    </w:p>
    <w:p>
      <w:pPr>
        <w:pStyle w:val="ArticleBody"/>
        <w:jc w:val="left"/>
      </w:pPr>
      <w:r>
        <w:rPr>
          <w:rFonts w:ascii="Times New Roman" w:hAnsi="Times New Roman" w:eastAsia="Times New Roman" w:cs="Times New Roman"/>
        </w:rPr>
        <w:t>Ny fanalahidy ahafantarana fa ny ady ao Okraina no ady faharoa amin’ny alalan’ny mpisolo tena dia ny “toera-mafy” ao amin’ny andininy faha-folo sy ny andininy faha-fito. Ao amin’ny andininy faha-fito, izay naneho ny naha voa mafy mahafaty ny papa tamin’ny taona 1798, ny mpanjakan’ny atsimo dia niditra tao amin’ny “toera-mafy” an’ny mpanjakan’ny avaratra, ary izany dia tanteraka tamin’ny nidiran’ny jeneralin’i Napoléon tao amin’ny Vatican ka nitondrany ny papa ho babo. Niditra tao amin’ny toera-mafy ny mpanjakan’ny atsimo. Ao amin’ny andininy faha-folo, ny mpanjakan’ny avaratra, izay maneho ny papa sy ny tafika mpisolo tena azy, dia i Etazonia, dia namafa ny rafitry ny Firaisana Sôvietika, nefa namela ny “toera-mafy” mbola nijoro. Ny “toera-mafy” dia ny loha, ny renivohitra—dia Rosia izany.</w:t>
      </w:r>
    </w:p>
    <w:p>
      <w:pPr>
        <w:pStyle w:val="ArticleBody"/>
        <w:jc w:val="left"/>
      </w:pPr>
      <w:r>
        <w:rPr>
          <w:rFonts w:ascii="Times New Roman" w:hAnsi="Times New Roman" w:eastAsia="Times New Roman" w:cs="Times New Roman"/>
        </w:rPr>
        <w:t>Kanefa ny “loha,” na toby mimanda, dia tsy azo aorina raha tsy amin’ny vavolombelona roa na telo amin’ny alalan’ny fampiasana an’i Isaia toko fahafito, andininy fahafito sy fahavalo. Isaia fito, andininy fahavalo sy fahasivy, no teboka fototra niantefan’ny andian-dahatsoratr’i Hiram Edson momba ny “fito fotoana” izay navoaka tamin’ny 1856. Ireo andininy roa izay mametraka fa i Rosia no toby mimanda mandresy amin’ny ady Okrainiana ankehitriny, dia ireo andininy roa ihany koa izay mametraka ny fiandohana ho an’ireo “fito fotoana” roa tonta, manohitra ny fanjakana avaratra sy atsimon’ny Isiraely. Ny andininy fahafolo ao amin’ny toko fahiraika ambin’ny folo dia manondro ny fahitana ivelany, izay ampianarin-dRahavavy White fa mifototra amin’ny fiakaran’ny sy fianjeran’ny fanjakana.</w:t>
      </w:r>
    </w:p>
    <w:p>
      <w:pPr>
        <w:pStyle w:val="ArticleScripture"/>
        <w:jc w:val="left"/>
      </w:pPr>
      <w:r>
        <w:rPr>
          <w:rFonts w:ascii="Times New Roman" w:hAnsi="Times New Roman" w:eastAsia="Times New Roman" w:cs="Times New Roman"/>
        </w:rPr>
        <w:t>“Avy amin’ny fiakaran’ny firenena sy ny fianjerany, araka izay ambara mazava ao amin’ny bokin’i Daniela sy ny Apokalypsy, dia tokony hianarantsika fa zava-poana tokoa ny voninahitra ivelany sy araka izao tontolo izao fotsiny. Babylona, mbamin’ny heriny sy ny famirapiratany rehetra, izay tsy mbola hitan’izao tontolontsika intsony ny toa azy hatramin’izay,—hery sy famirapiratana izay tamin’ny olona tamin’izany andro izany dia toa mafy orina sy maharitra dia maharitra,—dia levona tanteraka tokoa! Tahaka ny ‘vonin’ny ahitra’ no nahalany ritra azy. Jakoba 1:10. Toy izany no nahafoanan’ny fanjakana Medo-Persiana, ary koa ny fanjakan’i Grisia sy i Roma. Ary toy izany no hahafoana izay rehetra tsy manana an’Andriamanitra ho fanorenany. Izay mifamatotra amin’ny fikasan’Andriamanitra ihany, sady maneho ny toetrany, no maharitra. Ny foto-keviny ihany no zavatra tokana mafy orina fantatr’izao tontolo izao.” Prophets and Kings, 548.</w:t>
      </w:r>
    </w:p>
    <w:p>
      <w:pPr>
        <w:pStyle w:val="ArticleBody"/>
        <w:jc w:val="left"/>
      </w:pPr>
      <w:r>
        <w:rPr>
          <w:rFonts w:ascii="Times New Roman" w:hAnsi="Times New Roman" w:eastAsia="Times New Roman" w:cs="Times New Roman"/>
        </w:rPr>
        <w:t>Ny ady telo atao amin’ny alalan’ny solontena dia “hazavaina mazava ao amin’ny bokin’i Daniela sy ny Apokalypsy,” ary ny fanalahidin’io fahamarinana io dia ny “toeram-piarovana mafy” ao amin’ny andininy faha-folo ao amin’i Daniela iraika ambin’ny folo. Kanefa ny andininy faha-folo dia miresaka koa ny amin’ny fahitana anatiny, satria ny fiandohan’ireo “impito” roa dia voatondro koa ao amin’ny Isaia toko faha-fito andininy faha-valo sy faha-sivy. Ny ivelany sy ny anatiny dia tsy azo sarahina, ary ireo fe-potoana roa arivo sy dimy zato amby roapolo taona dia ireo hazo roa an’i Ezekiela koa, izay rehefa atambatra, dia maneho ny fanisiana tombo-kase ny iray hetsy sy efatra arivo sy efatra alina, izay fitambaran’ny Maha-Andriamanitra sy ny maha-olombelona.</w:t>
      </w:r>
    </w:p>
    <w:p>
      <w:pPr>
        <w:pStyle w:val="ArticleBody"/>
        <w:jc w:val="left"/>
      </w:pPr>
      <w:r>
        <w:rPr>
          <w:rFonts w:ascii="Times New Roman" w:hAnsi="Times New Roman" w:eastAsia="Times New Roman" w:cs="Times New Roman"/>
        </w:rPr>
        <w:t>Ny fanandraman’i Daniela momba ilay fahitana “marah” amin’ny heviny mahatonga dia maneho ilay tsipiky ny faminaniana izay idinan’i Mikaela sy ananganany amin’ny maty ny olony amin’ny andro farany. Izany fitsanganana amin’ny maty izany dia maneho ireo dingana tanterahin’i Kristy mba hampiraisany ny Maha-Andriamanitra Azy amin’ny maha-olombelona an’ny olony amin’ny andro farany. Tanterahina izany amin’ny fampiraisana ny saina Masina amin’ny saina olombelona, mba hananany saina iray; ary tanterahina ao amin’ny efitranon’ny seza fiandrianana, ao amin’ny Toerana Masina Indrindra, izay ilay “fortress” lazain-dRahavavy White ho “citadel” (fortress)-n’ny fanahy.</w:t>
      </w:r>
    </w:p>
    <w:p>
      <w:pPr>
        <w:pStyle w:val="ArticleBody"/>
        <w:jc w:val="left"/>
      </w:pPr>
      <w:r>
        <w:rPr>
          <w:rFonts w:ascii="Times New Roman" w:hAnsi="Times New Roman" w:eastAsia="Times New Roman" w:cs="Times New Roman"/>
        </w:rPr>
        <w:t>Ao amin’ny efitranon’ny seza fiandrianana no andraisan’ny olon’Andriamanitra amin’ny andro farany ny sain’i Kristy, ary avy eo dia ampipetraka miaraka amin’i Kristy any amin’ny fitoerana any an-danitra izy ireo. Ny fitoerana any an-danitra izay ipetrahan’i Kristy dia ny fiarovana mafy, na ny lohan’ny tempoly. Ny tempolin’ny tena dia manana toetra ambany, dia ny nofo, na ny vatana. Ary koa manana toetra ambony izy, dia ny saina. Ao amin’ny andininy faha-10 ao amin’ny Daniela toko faha-11, ilay fanalahidy izay manamarika ny fiarovana mafy ao amin’ny fahitana ivelany dia manamarika koa ny fiarovana mafy ao amin’ny fahitana anatiny; ary amin’ny fanaovana izany dia mamaritra ilay tantara izay iovan’ny tandroka roa, dia ny Repoblikanisma sy ny Protestantisma, ho amin’ny sarin’ny bibidia (Repoblikanisma), na ny sarin’Andriamanitra (Protestantisma marina). Ary ireo tandroka roa ireo dia samy tonga ilay fahavalo, izay avy amin’ny fito.</w:t>
      </w:r>
    </w:p>
    <w:p>
      <w:pPr>
        <w:pStyle w:val="ArticleBody"/>
        <w:jc w:val="left"/>
      </w:pPr>
      <w:r>
        <w:rPr>
          <w:rFonts w:ascii="Times New Roman" w:hAnsi="Times New Roman" w:eastAsia="Times New Roman" w:cs="Times New Roman"/>
        </w:rPr>
        <w:t>Ny tandroka marina an’ny Fivavahana Protestanta, araka izany, dia ny tandroka Filadelfiana izay tafik’i Ezekiela mahery, ary ny faneva natsangan’i Isaia ao amin’ny ady atao amin’ny sarin’ilay bibidia, voalohany any Etazonia ary avy eo eo amin’izao tontolo izao. Daniela toko faha-iraika ambin’ny folo, andininy faha-folo, no manondro ny teboka eo amin’ny tantara masina izay anombohan’ny fampiraisana ny hazo. Nanomboka tamin’ny 2014 ny ady tany Okraina, saingy tsy raha tsy tamin’ny 2022 no nanomboka nanafika an’i Okraina i Rosia. Tamin’ny 2023, roa amby roapolo taona taorian’ny 2001, i Mikaela dia nanomboka ny asany amin’ny fananganana amin’ny maty ireo izay niaritra ny fahadisoam-panantenany voalohany ho fahatanterahan’ny fanoharana ny amin’ireo virijina folo tamin’ny 2020. Natsangany aloha ny “feo” iray izay mitaraina any an’efitra ankehitriny. Tamin’ny Jolay 2023, dia nanomboka nitaraina izany feo izany, ary io ihany ilay feo izay natsangana tamin’ny fiandohan’ny hetsika fanavaozana an’ny anjely fahatelo tamin’ny 1989, satria i Jesosy mandrakariva maneho ny farany amin’ny alalan’ny fiandohana.</w:t>
      </w:r>
    </w:p>
    <w:p>
      <w:pPr>
        <w:pStyle w:val="ArticleBody"/>
        <w:jc w:val="left"/>
      </w:pPr>
      <w:r>
        <w:rPr>
          <w:rFonts w:ascii="Times New Roman" w:hAnsi="Times New Roman" w:eastAsia="Times New Roman" w:cs="Times New Roman"/>
        </w:rPr>
        <w:t>Ilay “feo” miantso any an-efitra dia nanomboka nanakoako tamin’ny fanolorana ny Apokalypsy toko voalohany, izay anehoana ny firaisan’ny maha-Andriamanitra amin’ny maha-olombelona ho ny Fanambaran’i Jesosy Kristy, dia fanambarana izay sokafana eo noho eo mialoha ny hifaranan’ny fotoam-pitsarana. Daniela dia niaina izany fanambarana izany tao amin’ny toko faha-folo, tamin’ilay fahitana “miteraka”. Ny firaisan’ny maha-Andriamanitra amin’ny maha-olombelona ao amin’ireo andininy voalohan’ny Apokalypsy dia maneho ny fahamarinana lehibe indrindra, mifototra amin’ny fitsipiky ny filazana voalohany. Ny firaisan’ny maha-Andriamanitra amin’ny maha-olombelona, izay fanisiana tombo-kase ny iray hetsy sy efatra alina sy efatra arivo, dia tanterahina amin’ny alalan’ny Tenin’Andriamanitra. Izany Teny izany dia omena avy amin’ny Ray ho an’ny Zanaka, izay manolotra izany amin’ny anjeliny, ary avy eo izy no manome ny hafatra amin’ny solontena olombelona iray. Ireo dingana roa voalohany dia asehon’ny maha-Andriamanitra. Ireo dingana roa ireo dia manana ny mampiavaka azy fa ny dingana faharoa amin’ny maha-Andriamanitra dia maneho ilay maha-Andriamanitra izay nahary ny zavatra rehetra. Ireo dingana roa manaraka kosa dia asehon’ireo zavaboarin’Andriamanitra. Ny dingana voalohany dia anjely tsy lavo, ary ny fisehoana faharoa amin’ny famoronana nataon’Andriamanitra dia ilay efa nomena ny hery hamorona indray araka ny karazany avy. Izany dingana fahefatra izany, izay maneho ny maha-olombelona, dia natao handray ny hafatra ka handefa izany ho any amin’ny fiangonana, mba hahafahan’ny fiangonana “mamaky sy mandre” ireo zavatra izay voasoratra ao anatiny.</w:t>
      </w:r>
    </w:p>
    <w:p>
      <w:pPr>
        <w:pStyle w:val="ArticleBody"/>
        <w:jc w:val="left"/>
      </w:pPr>
      <w:r>
        <w:rPr>
          <w:rFonts w:ascii="Times New Roman" w:hAnsi="Times New Roman" w:eastAsia="Times New Roman" w:cs="Times New Roman"/>
        </w:rPr>
        <w:t>Hanohy ity fandalinana ity isika ao amin’ny lahatsoratra manaraka.</w:t>
      </w:r>
    </w:p>
    <w:p>
      <w:pPr>
        <w:pStyle w:val="ArticleScripture"/>
        <w:jc w:val="left"/>
      </w:pPr>
      <w:r>
        <w:rPr>
          <w:rFonts w:ascii="Times New Roman" w:hAnsi="Times New Roman" w:eastAsia="Times New Roman" w:cs="Times New Roman"/>
        </w:rPr>
        <w:t>Ny fanambaran’i Jesoa Kristy, izay nomen’Andriamanitra Azy, mba hanehoany amin’ny mpanompony ny zavatra izay tsy maintsy ho tonga vetivety; ary nampitainy sy nasehony tamin’ny alalan’ny anjeliny tamin’i Jaona mpanompony izany; izay nijoro ho vavolombelon’ny tenin’Andriamanitra sy ny fanambaran’i Jesoa Kristy ary ny zavatra rehetra izay hitany. Sambatra izay mamaky, ary izay mihaino ny tenin’ity faminaniana ity ka mitandrina izay voasoratra ao anatiny; fa efa akaiky ny fotoana. Jaona ho an’ny fiangonana fito izay any Azia: fahasoavana ho aminareo sy fiadanana avy amin’Ilay misy sy izay efa nisy ary izay ho avy; ary avy amin’ny Fanahy fito izay eo anoloan’ny seza fiandrianany; ary avy amin’i Jesoa Kristy, Izay vavolombelona mahatoky sy Lahimatoa avy amin’ny maty ary Mpanjakan’ny mpanjakan’ny tany. Ho an’Ilay tia antsika ka nanasa antsika ho afaka amin’ny fahotantsika tamin’ny rany, ary nanao antsika ho mpanjaka sy mpisorona ho an’Andriamanitra sy Rainy; ho Azy anie ny voninahitra sy ny fanapahana mandrakizay doria. Amena. Indro, avy amin’ny rahona Izy; ary ny maso rehetra hahita Azy, eny, na dia izay nandefona Azy aza; ary ny fokon’ny tany rehetra hitomany noho ny aminy. Eny tokoa, Amena. Izaho no Alfa sy Omega, ny fiandohana sy ny fiafarana, hoy ny Tompo, Ilay misy sy izay efa nisy ary izay ho avy, dia ny Tsitoha. Izaho Jaona, izay sady rahalahinareo koa no mpiombona aminareo amin’ny fahoriana sy amin’ny fanjakana ary amin’ny faharetan’i Jesoa Kristy, dia tany amin’ny nosy atao hoe Patmo noho ny tenin’Andriamanitra sy ny fanambaran’i Jesoa Kristy. Tao amin’ny Fanahy aho tamin’ny andron’ny Tompo, ary nandre feo mahery tao ivohoko, toy ny feon’ny trompetra, nanao hoe: Izaho no Alfa sy Omega, ny voalohany sy ny farany; ary izay hitanao dia soraty ao amin’ny boky, ka alefaso any amin’ny fiangonana fito izay any Azia: any Efesosy, sy Smyrna, sy Pergamosy, sy Tyatira, sy Sardisy, sy Filadelfia, ary Laodikia. Apokalypsy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Faha-dimy amby fitopolo amby zato</dc:title>
  <dc:subject>Kristy Nomem-boninahitra: Fitoviana ara-paminaniana ao amin’i Daniela sy Apokalypsy</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